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7249751"/>
            <wp:docPr id="1" name="Picture 1"/>
            <wp:cNvGraphicFramePr>
              <a:graphicFrameLocks noChangeAspect="1"/>
            </wp:cNvGraphicFramePr>
            <a:graphic>
              <a:graphicData uri="http://schemas.openxmlformats.org/drawingml/2006/picture">
                <pic:pic>
                  <pic:nvPicPr>
                    <pic:cNvPr id="0" name="image_rsrcBHC.jpg"/>
                    <pic:cNvPicPr/>
                  </pic:nvPicPr>
                  <pic:blipFill>
                    <a:blip r:embed="rId9"/>
                    <a:stretch>
                      <a:fillRect/>
                    </a:stretch>
                  </pic:blipFill>
                  <pic:spPr>
                    <a:xfrm>
                      <a:off x="0" y="0"/>
                      <a:ext cx="5486400" cy="7249751"/>
                    </a:xfrm>
                    <a:prstGeom prst="rect"/>
                  </pic:spPr>
                </pic:pic>
              </a:graphicData>
            </a:graphic>
          </wp:inline>
        </w:drawing>
      </w:r>
    </w:p>
    <w:p>
      <w:pPr>
        <w:pStyle w:val="Heading1"/>
      </w:pPr>
      <w:r>
        <w:rPr>
          <w:rFonts w:ascii="Calibri" w:hAnsi="Calibri"/>
          <w:b/>
          <w:i w:val="0"/>
          <w:sz w:val="38"/>
        </w:rPr>
        <w:t>Mục lục chi tiết</w:t>
      </w:r>
    </w:p>
    <w:p>
      <w:pPr>
        <w:spacing w:after="80"/>
      </w:pPr>
      <w:r>
        <w:rPr>
          <w:b w:val="0"/>
          <w:i w:val="0"/>
        </w:rPr>
        <w:t>Lời khen cho Python Crash Course</w:t>
      </w:r>
    </w:p>
    <w:p>
      <w:pPr>
        <w:spacing w:after="80"/>
      </w:pPr>
      <w:r>
        <w:rPr>
          <w:b w:val="0"/>
          <w:i w:val="0"/>
        </w:rPr>
        <w:t>Trang tiêu đề</w:t>
      </w:r>
    </w:p>
    <w:p>
      <w:pPr>
        <w:spacing w:after="80"/>
      </w:pPr>
      <w:r>
        <w:rPr>
          <w:b w:val="0"/>
          <w:i w:val="0"/>
        </w:rPr>
        <w:t>Bản quyền</w:t>
      </w:r>
    </w:p>
    <w:p>
      <w:pPr>
        <w:spacing w:after="80"/>
      </w:pPr>
      <w:r>
        <w:rPr>
          <w:b w:val="0"/>
          <w:i w:val="0"/>
        </w:rPr>
        <w:t>Lời đề tặng</w:t>
      </w:r>
    </w:p>
    <w:p>
      <w:pPr>
        <w:spacing w:after="80"/>
      </w:pPr>
      <w:r>
        <w:rPr>
          <w:b w:val="0"/>
          <w:i w:val="0"/>
        </w:rPr>
        <w:t>Giới thiệu về tác giả</w:t>
      </w:r>
    </w:p>
    <w:p>
      <w:pPr>
        <w:spacing w:after="80"/>
      </w:pPr>
      <w:r>
        <w:rPr>
          <w:b w:val="0"/>
          <w:i w:val="0"/>
        </w:rPr>
        <w:t>Lời nói đầu cho ấn bản thứ ba</w:t>
      </w:r>
    </w:p>
    <w:p>
      <w:pPr>
        <w:spacing w:after="80"/>
      </w:pPr>
      <w:r>
        <w:rPr>
          <w:b w:val="0"/>
          <w:i w:val="0"/>
        </w:rPr>
        <w:t>Lời cảm ơn</w:t>
      </w:r>
    </w:p>
    <w:p>
      <w:pPr>
        <w:spacing w:after="80"/>
      </w:pPr>
      <w:r>
        <w:rPr>
          <w:b w:val="0"/>
          <w:i w:val="0"/>
        </w:rPr>
        <w:t>Giới thiệu</w:t>
      </w:r>
    </w:p>
    <w:p>
      <w:pPr>
        <w:spacing w:after="80"/>
      </w:pPr>
      <w:r>
        <w:rPr>
          <w:b w:val="0"/>
          <w:i w:val="0"/>
        </w:rPr>
        <w:t>Cuốn sách này dành cho ai?</w:t>
      </w:r>
    </w:p>
    <w:p>
      <w:pPr>
        <w:spacing w:after="80"/>
      </w:pPr>
      <w:r>
        <w:rPr>
          <w:b w:val="0"/>
          <w:i w:val="0"/>
        </w:rPr>
        <w:t>Bạn có thể mong đợi học được gì?</w:t>
      </w:r>
    </w:p>
    <w:p>
      <w:pPr>
        <w:spacing w:after="80"/>
      </w:pPr>
      <w:r>
        <w:rPr>
          <w:b w:val="0"/>
          <w:i w:val="0"/>
        </w:rPr>
        <w:t>Tài nguyên trực tuyến</w:t>
      </w:r>
    </w:p>
    <w:p>
      <w:pPr>
        <w:spacing w:after="80"/>
      </w:pPr>
      <w:r>
        <w:rPr>
          <w:b w:val="0"/>
          <w:i w:val="0"/>
        </w:rPr>
        <w:t>Tại sao lại là Python?</w:t>
      </w:r>
    </w:p>
    <w:p>
      <w:pPr>
        <w:spacing w:after="80"/>
      </w:pPr>
      <w:r>
        <w:rPr>
          <w:b w:val="0"/>
          <w:i w:val="0"/>
        </w:rPr>
        <w:t>Phần I: Kiến thức cơ bản</w:t>
      </w:r>
    </w:p>
    <w:p>
      <w:pPr>
        <w:spacing w:after="80"/>
      </w:pPr>
      <w:r>
        <w:rPr>
          <w:b w:val="0"/>
          <w:i w:val="0"/>
        </w:rPr>
        <w:t>Chương 1: Bắt đầu</w:t>
      </w:r>
    </w:p>
    <w:p>
      <w:pPr>
        <w:spacing w:after="80"/>
      </w:pPr>
      <w:r>
        <w:rPr>
          <w:b w:val="0"/>
          <w:i w:val="0"/>
        </w:rPr>
        <w:t>Thiết lập môi trường lập trình của bạn</w:t>
      </w:r>
    </w:p>
    <w:p>
      <w:pPr>
        <w:spacing w:after="80"/>
      </w:pPr>
      <w:r>
        <w:rPr>
          <w:b w:val="0"/>
          <w:i w:val="0"/>
        </w:rPr>
        <w:t>Các phiên bản Python</w:t>
      </w:r>
    </w:p>
    <w:p>
      <w:pPr>
        <w:spacing w:after="80"/>
      </w:pPr>
      <w:r>
        <w:rPr>
          <w:b w:val="0"/>
          <w:i w:val="0"/>
        </w:rPr>
        <w:t>Chạy các đoạn mã Python</w:t>
      </w:r>
    </w:p>
    <w:p>
      <w:pPr>
        <w:spacing w:after="80"/>
      </w:pPr>
      <w:r>
        <w:rPr>
          <w:b w:val="0"/>
          <w:i w:val="0"/>
        </w:rPr>
        <w:t>Giới thiệu về trình soạn thảo VS Code</w:t>
      </w:r>
    </w:p>
    <w:p>
      <w:pPr>
        <w:spacing w:after="80"/>
      </w:pPr>
      <w:r>
        <w:rPr>
          <w:b w:val="0"/>
          <w:i w:val="0"/>
        </w:rPr>
        <w:t>Python trên các hệ điều hành khác nhau</w:t>
      </w:r>
    </w:p>
    <w:p>
      <w:pPr>
        <w:spacing w:after="80"/>
      </w:pPr>
      <w:r>
        <w:rPr>
          <w:b w:val="0"/>
          <w:i w:val="0"/>
        </w:rPr>
        <w:t>Python trên Windows</w:t>
      </w:r>
    </w:p>
    <w:p>
      <w:pPr>
        <w:spacing w:after="80"/>
      </w:pPr>
      <w:r>
        <w:rPr>
          <w:b w:val="0"/>
          <w:i w:val="0"/>
        </w:rPr>
        <w:t>Python trên macOS</w:t>
      </w:r>
    </w:p>
    <w:p>
      <w:pPr>
        <w:spacing w:after="80"/>
      </w:pPr>
      <w:r>
        <w:rPr>
          <w:b w:val="0"/>
          <w:i w:val="0"/>
        </w:rPr>
        <w:t>Python trên Linux</w:t>
      </w:r>
    </w:p>
    <w:p>
      <w:pPr>
        <w:spacing w:after="80"/>
      </w:pPr>
      <w:r>
        <w:rPr>
          <w:b w:val="0"/>
          <w:i w:val="0"/>
        </w:rPr>
        <w:t>Chạy chương trình Hello World</w:t>
      </w:r>
    </w:p>
    <w:p>
      <w:pPr>
        <w:spacing w:after="80"/>
      </w:pPr>
      <w:r>
        <w:rPr>
          <w:b w:val="0"/>
          <w:i w:val="0"/>
        </w:rPr>
        <w:t>Cài đặt tiện ích mở rộng Python cho VS Code</w:t>
      </w:r>
    </w:p>
    <w:p>
      <w:pPr>
        <w:spacing w:after="80"/>
      </w:pPr>
      <w:r>
        <w:rPr>
          <w:b w:val="0"/>
          <w:i w:val="0"/>
        </w:rPr>
        <w:t>Chạy hello_world.py</w:t>
      </w:r>
    </w:p>
    <w:p>
      <w:pPr>
        <w:spacing w:after="80"/>
      </w:pPr>
      <w:r>
        <w:rPr>
          <w:b w:val="0"/>
          <w:i w:val="0"/>
        </w:rPr>
        <w:t>Khắc phục sự cố</w:t>
      </w:r>
    </w:p>
    <w:p>
      <w:pPr>
        <w:spacing w:after="80"/>
      </w:pPr>
      <w:r>
        <w:rPr>
          <w:b w:val="0"/>
          <w:i w:val="0"/>
        </w:rPr>
        <w:t>Chạy chương trình Python từ Terminal</w:t>
      </w:r>
    </w:p>
    <w:p>
      <w:pPr>
        <w:spacing w:after="80"/>
      </w:pPr>
      <w:r>
        <w:rPr>
          <w:b w:val="0"/>
          <w:i w:val="0"/>
        </w:rPr>
        <w:t>Trên Windows</w:t>
      </w:r>
    </w:p>
    <w:p>
      <w:pPr>
        <w:spacing w:after="80"/>
      </w:pPr>
      <w:r>
        <w:rPr>
          <w:b w:val="0"/>
          <w:i w:val="0"/>
        </w:rPr>
        <w:t>Trên macOS và Linux</w:t>
      </w:r>
    </w:p>
    <w:p>
      <w:pPr>
        <w:spacing w:after="80"/>
      </w:pPr>
      <w:r>
        <w:rPr>
          <w:b w:val="0"/>
          <w:i w:val="0"/>
        </w:rPr>
        <w:t>Bài tập 1-1: python.org</w:t>
      </w:r>
    </w:p>
    <w:p>
      <w:pPr>
        <w:spacing w:after="80"/>
      </w:pPr>
      <w:r>
        <w:rPr>
          <w:b w:val="0"/>
          <w:i w:val="0"/>
        </w:rPr>
        <w:t>Bài tập 1-2: Lỗi chính tả Hello World</w:t>
      </w:r>
    </w:p>
    <w:p>
      <w:pPr>
        <w:spacing w:after="80"/>
      </w:pPr>
      <w:r>
        <w:rPr>
          <w:b w:val="0"/>
          <w:i w:val="0"/>
        </w:rPr>
        <w:t>Bài tập 1-3: Kỹ năng vô hạn</w:t>
      </w:r>
    </w:p>
    <w:p>
      <w:pPr>
        <w:spacing w:after="80"/>
      </w:pPr>
      <w:r>
        <w:rPr>
          <w:b w:val="0"/>
          <w:i w:val="0"/>
        </w:rPr>
        <w:t>Tóm tắt</w:t>
      </w:r>
    </w:p>
    <w:p>
      <w:pPr>
        <w:spacing w:after="80"/>
      </w:pPr>
      <w:r>
        <w:rPr>
          <w:b w:val="0"/>
          <w:i w:val="0"/>
        </w:rPr>
        <w:t>Chương 2: Biến và các kiểu dữ liệu đơn giản</w:t>
      </w:r>
    </w:p>
    <w:p>
      <w:pPr>
        <w:spacing w:after="80"/>
      </w:pPr>
      <w:r>
        <w:rPr>
          <w:b w:val="0"/>
          <w:i w:val="0"/>
        </w:rPr>
        <w:t>Điều gì thực sự xảy ra khi bạn chạy hello_world.py</w:t>
      </w:r>
    </w:p>
    <w:p>
      <w:pPr>
        <w:spacing w:after="80"/>
      </w:pPr>
      <w:r>
        <w:rPr>
          <w:b w:val="0"/>
          <w:i w:val="0"/>
        </w:rPr>
        <w:t>Biến</w:t>
      </w:r>
    </w:p>
    <w:p>
      <w:pPr>
        <w:spacing w:after="80"/>
      </w:pPr>
      <w:r>
        <w:rPr>
          <w:b w:val="0"/>
          <w:i w:val="0"/>
        </w:rPr>
        <w:t>Cách đặt tên và sử dụng biến</w:t>
      </w:r>
    </w:p>
    <w:p>
      <w:pPr>
        <w:spacing w:after="80"/>
      </w:pPr>
      <w:r>
        <w:rPr>
          <w:b w:val="0"/>
          <w:i w:val="0"/>
        </w:rPr>
        <w:t>Tránh lỗi tên khi sử dụng biến</w:t>
      </w:r>
    </w:p>
    <w:p>
      <w:pPr>
        <w:spacing w:after="80"/>
      </w:pPr>
      <w:r>
        <w:rPr>
          <w:b w:val="0"/>
          <w:i w:val="0"/>
        </w:rPr>
        <w:t>Biến là nhãn dán</w:t>
      </w:r>
    </w:p>
    <w:p>
      <w:pPr>
        <w:spacing w:after="80"/>
      </w:pPr>
      <w:r>
        <w:rPr>
          <w:b w:val="0"/>
          <w:i w:val="0"/>
        </w:rPr>
        <w:t>Bài tập 2-1: Thông điệp đơn giản</w:t>
      </w:r>
    </w:p>
    <w:p>
      <w:pPr>
        <w:spacing w:after="80"/>
      </w:pPr>
      <w:r>
        <w:rPr>
          <w:b w:val="0"/>
          <w:i w:val="0"/>
        </w:rPr>
        <w:t>Bài tập 2-2: Những thông điệp đơn giản</w:t>
      </w:r>
    </w:p>
    <w:p>
      <w:pPr>
        <w:spacing w:after="80"/>
      </w:pPr>
      <w:r>
        <w:rPr>
          <w:b w:val="0"/>
          <w:i w:val="0"/>
        </w:rPr>
        <w:t>Chuỗi (String)</w:t>
      </w:r>
    </w:p>
    <w:p>
      <w:pPr>
        <w:spacing w:after="80"/>
      </w:pPr>
      <w:r>
        <w:rPr>
          <w:b w:val="0"/>
          <w:i w:val="0"/>
        </w:rPr>
        <w:t>Thay đổi chữ hoa chữ thường trong chuỗi bằng phương thức</w:t>
      </w:r>
    </w:p>
    <w:p>
      <w:pPr>
        <w:spacing w:after="80"/>
      </w:pPr>
      <w:r>
        <w:rPr>
          <w:b w:val="0"/>
          <w:i w:val="0"/>
        </w:rPr>
        <w:t>Sử dụng biến trong chuỗi</w:t>
      </w:r>
    </w:p>
    <w:p>
      <w:pPr>
        <w:spacing w:after="80"/>
      </w:pPr>
      <w:r>
        <w:rPr>
          <w:b w:val="0"/>
          <w:i w:val="0"/>
        </w:rPr>
        <w:t>Thêm khoảng trắng vào chuỗi bằng tab hoặc ký tự xuống dòng</w:t>
      </w:r>
    </w:p>
    <w:p>
      <w:pPr>
        <w:spacing w:after="80"/>
      </w:pPr>
      <w:r>
        <w:rPr>
          <w:b w:val="0"/>
          <w:i w:val="0"/>
        </w:rPr>
        <w:t>Cắt bỏ khoảng trắng</w:t>
      </w:r>
    </w:p>
    <w:p>
      <w:pPr>
        <w:spacing w:after="80"/>
      </w:pPr>
      <w:r>
        <w:rPr>
          <w:b w:val="0"/>
          <w:i w:val="0"/>
        </w:rPr>
        <w:t>Xóa tiền tố</w:t>
      </w:r>
    </w:p>
    <w:p>
      <w:pPr>
        <w:spacing w:after="80"/>
      </w:pPr>
      <w:r>
        <w:rPr>
          <w:b w:val="0"/>
          <w:i w:val="0"/>
        </w:rPr>
        <w:t>Tránh lỗi cú pháp với chuỗi</w:t>
      </w:r>
    </w:p>
    <w:p>
      <w:pPr>
        <w:spacing w:after="80"/>
      </w:pPr>
      <w:r>
        <w:rPr>
          <w:b w:val="0"/>
          <w:i w:val="0"/>
        </w:rPr>
        <w:t>Bài tập 2-3: Lời nhắn cá nhân</w:t>
      </w:r>
    </w:p>
    <w:p>
      <w:pPr>
        <w:spacing w:after="80"/>
      </w:pPr>
      <w:r>
        <w:rPr>
          <w:b w:val="0"/>
          <w:i w:val="0"/>
        </w:rPr>
        <w:t>Bài tập 2-4: Các kiểu chữ của tên</w:t>
      </w:r>
    </w:p>
    <w:p>
      <w:pPr>
        <w:spacing w:after="80"/>
      </w:pPr>
      <w:r>
        <w:rPr>
          <w:b w:val="0"/>
          <w:i w:val="0"/>
        </w:rPr>
        <w:t>Bài tập 2-5: Câu nói nổi tiếng</w:t>
      </w:r>
    </w:p>
    <w:p>
      <w:pPr>
        <w:spacing w:after="80"/>
      </w:pPr>
      <w:r>
        <w:rPr>
          <w:b w:val="0"/>
          <w:i w:val="0"/>
        </w:rPr>
        <w:t>Bài tập 2-6: Câu nói nổi tiếng 2</w:t>
      </w:r>
    </w:p>
    <w:p>
      <w:pPr>
        <w:spacing w:after="80"/>
      </w:pPr>
      <w:r>
        <w:rPr>
          <w:b w:val="0"/>
          <w:i w:val="0"/>
        </w:rPr>
        <w:t>Bài tập 2-7: Cắt bỏ khoảng trắng trong tên</w:t>
      </w:r>
    </w:p>
    <w:p>
      <w:pPr>
        <w:spacing w:after="80"/>
      </w:pPr>
      <w:r>
        <w:rPr>
          <w:b w:val="0"/>
          <w:i w:val="0"/>
        </w:rPr>
        <w:t>Bài tập 2-8: Phần mở rộng tệp</w:t>
      </w:r>
    </w:p>
    <w:p>
      <w:pPr>
        <w:spacing w:after="80"/>
      </w:pPr>
      <w:r>
        <w:rPr>
          <w:b w:val="0"/>
          <w:i w:val="0"/>
        </w:rPr>
        <w:t>Số</w:t>
      </w:r>
    </w:p>
    <w:p>
      <w:pPr>
        <w:spacing w:after="80"/>
      </w:pPr>
      <w:r>
        <w:rPr>
          <w:b w:val="0"/>
          <w:i w:val="0"/>
        </w:rPr>
        <w:t>Số nguyên</w:t>
      </w:r>
    </w:p>
    <w:p>
      <w:pPr>
        <w:spacing w:after="80"/>
      </w:pPr>
      <w:r>
        <w:rPr>
          <w:b w:val="0"/>
          <w:i w:val="0"/>
        </w:rPr>
        <w:t>Số thực</w:t>
      </w:r>
    </w:p>
    <w:p>
      <w:pPr>
        <w:spacing w:after="80"/>
      </w:pPr>
      <w:r>
        <w:rPr>
          <w:b w:val="0"/>
          <w:i w:val="0"/>
        </w:rPr>
        <w:t>Số nguyên và số thực</w:t>
      </w:r>
    </w:p>
    <w:p>
      <w:pPr>
        <w:spacing w:after="80"/>
      </w:pPr>
      <w:r>
        <w:rPr>
          <w:b w:val="0"/>
          <w:i w:val="0"/>
        </w:rPr>
        <w:t>Dấu gạch dưới trong số</w:t>
      </w:r>
    </w:p>
    <w:p>
      <w:pPr>
        <w:spacing w:after="80"/>
      </w:pPr>
      <w:r>
        <w:rPr>
          <w:b w:val="0"/>
          <w:i w:val="0"/>
        </w:rPr>
        <w:t>Gán nhiều biến cùng lúc</w:t>
      </w:r>
    </w:p>
    <w:p>
      <w:pPr>
        <w:spacing w:after="80"/>
      </w:pPr>
      <w:r>
        <w:rPr>
          <w:b w:val="0"/>
          <w:i w:val="0"/>
        </w:rPr>
        <w:t>Hằng số</w:t>
      </w:r>
    </w:p>
    <w:p>
      <w:pPr>
        <w:spacing w:after="80"/>
      </w:pPr>
      <w:r>
        <w:rPr>
          <w:b w:val="0"/>
          <w:i w:val="0"/>
        </w:rPr>
        <w:t>Bài tập 2-9: Số tám</w:t>
      </w:r>
    </w:p>
    <w:p>
      <w:pPr>
        <w:spacing w:after="80"/>
      </w:pPr>
      <w:r>
        <w:rPr>
          <w:b w:val="0"/>
          <w:i w:val="0"/>
        </w:rPr>
        <w:t>Bài tập 2-10: Con số yêu thích</w:t>
      </w:r>
    </w:p>
    <w:p>
      <w:pPr>
        <w:spacing w:after="80"/>
      </w:pPr>
      <w:r>
        <w:rPr>
          <w:b w:val="0"/>
          <w:i w:val="0"/>
        </w:rPr>
        <w:t>Chú thích</w:t>
      </w:r>
    </w:p>
    <w:p>
      <w:pPr>
        <w:spacing w:after="80"/>
      </w:pPr>
      <w:r>
        <w:rPr>
          <w:b w:val="0"/>
          <w:i w:val="0"/>
        </w:rPr>
        <w:t>Bạn viết chú thích như thế nào?</w:t>
      </w:r>
    </w:p>
    <w:p>
      <w:pPr>
        <w:spacing w:after="80"/>
      </w:pPr>
      <w:r>
        <w:rPr>
          <w:b w:val="0"/>
          <w:i w:val="0"/>
        </w:rPr>
        <w:t>Bạn nên viết những loại chú thích nào?</w:t>
      </w:r>
    </w:p>
    <w:p>
      <w:pPr>
        <w:spacing w:after="80"/>
      </w:pPr>
      <w:r>
        <w:rPr>
          <w:b w:val="0"/>
          <w:i w:val="0"/>
        </w:rPr>
        <w:t>Bài tập 2-11: Thêm chú thích</w:t>
      </w:r>
    </w:p>
    <w:p>
      <w:pPr>
        <w:spacing w:after="80"/>
      </w:pPr>
      <w:r>
        <w:rPr>
          <w:b w:val="0"/>
          <w:i w:val="0"/>
        </w:rPr>
        <w:t>Thiền của Python</w:t>
      </w:r>
    </w:p>
    <w:p>
      <w:pPr>
        <w:spacing w:after="80"/>
      </w:pPr>
      <w:r>
        <w:rPr>
          <w:b w:val="0"/>
          <w:i w:val="0"/>
        </w:rPr>
        <w:t>Bài tập 2-12: Thiền của Python</w:t>
      </w:r>
    </w:p>
    <w:p>
      <w:pPr>
        <w:spacing w:after="80"/>
      </w:pPr>
      <w:r>
        <w:rPr>
          <w:b w:val="0"/>
          <w:i w:val="0"/>
        </w:rPr>
        <w:t>Tóm tắt</w:t>
      </w:r>
    </w:p>
    <w:p>
      <w:pPr>
        <w:spacing w:after="80"/>
      </w:pPr>
      <w:r>
        <w:rPr>
          <w:b w:val="0"/>
          <w:i w:val="0"/>
        </w:rPr>
        <w:t>Chương 3: Làm quen với danh sách</w:t>
      </w:r>
    </w:p>
    <w:p>
      <w:pPr>
        <w:spacing w:after="80"/>
      </w:pPr>
      <w:r>
        <w:rPr>
          <w:b w:val="0"/>
          <w:i w:val="0"/>
        </w:rPr>
        <w:t>Danh sách là gì?</w:t>
      </w:r>
    </w:p>
    <w:p>
      <w:pPr>
        <w:spacing w:after="80"/>
      </w:pPr>
      <w:r>
        <w:rPr>
          <w:b w:val="0"/>
          <w:i w:val="0"/>
        </w:rPr>
        <w:t>Truy cập các phần tử trong danh sách</w:t>
      </w:r>
    </w:p>
    <w:p>
      <w:pPr>
        <w:spacing w:after="80"/>
      </w:pPr>
      <w:r>
        <w:rPr>
          <w:b w:val="0"/>
          <w:i w:val="0"/>
        </w:rPr>
        <w:t>Vị trí chỉ mục bắt đầu từ 0, không phải 1</w:t>
      </w:r>
    </w:p>
    <w:p>
      <w:pPr>
        <w:spacing w:after="80"/>
      </w:pPr>
      <w:r>
        <w:rPr>
          <w:b w:val="0"/>
          <w:i w:val="0"/>
        </w:rPr>
        <w:t>Sử dụng từng giá trị riêng lẻ từ danh sách</w:t>
      </w:r>
    </w:p>
    <w:p>
      <w:pPr>
        <w:spacing w:after="80"/>
      </w:pPr>
      <w:r>
        <w:rPr>
          <w:b w:val="0"/>
          <w:i w:val="0"/>
        </w:rPr>
        <w:t>Bài tập 3-1: Tên</w:t>
      </w:r>
    </w:p>
    <w:p>
      <w:pPr>
        <w:spacing w:after="80"/>
      </w:pPr>
      <w:r>
        <w:rPr>
          <w:b w:val="0"/>
          <w:i w:val="0"/>
        </w:rPr>
        <w:t>Bài tập 3-2: Lời chào</w:t>
      </w:r>
    </w:p>
    <w:p>
      <w:pPr>
        <w:spacing w:after="80"/>
      </w:pPr>
      <w:r>
        <w:rPr>
          <w:b w:val="0"/>
          <w:i w:val="0"/>
        </w:rPr>
        <w:t>Bài tập 3-3: Danh sách của riêng bạn</w:t>
      </w:r>
    </w:p>
    <w:p>
      <w:pPr>
        <w:spacing w:after="80"/>
      </w:pPr>
      <w:r>
        <w:rPr>
          <w:b w:val="0"/>
          <w:i w:val="0"/>
        </w:rPr>
        <w:t>Sửa đổi, thêm và xóa các phần tử</w:t>
      </w:r>
    </w:p>
    <w:p>
      <w:pPr>
        <w:spacing w:after="80"/>
      </w:pPr>
      <w:r>
        <w:rPr>
          <w:b w:val="0"/>
          <w:i w:val="0"/>
        </w:rPr>
        <w:t>Sửa đổi các phần tử trong danh sách</w:t>
      </w:r>
    </w:p>
    <w:p>
      <w:pPr>
        <w:spacing w:after="80"/>
      </w:pPr>
      <w:r>
        <w:rPr>
          <w:b w:val="0"/>
          <w:i w:val="0"/>
        </w:rPr>
        <w:t>Thêm phần tử vào danh sách</w:t>
      </w:r>
    </w:p>
    <w:p>
      <w:pPr>
        <w:spacing w:after="80"/>
      </w:pPr>
      <w:r>
        <w:rPr>
          <w:b w:val="0"/>
          <w:i w:val="0"/>
        </w:rPr>
        <w:t>Xóa phần tử khỏi danh sách</w:t>
      </w:r>
    </w:p>
    <w:p>
      <w:pPr>
        <w:spacing w:after="80"/>
      </w:pPr>
      <w:r>
        <w:rPr>
          <w:b w:val="0"/>
          <w:i w:val="0"/>
        </w:rPr>
        <w:t>Bài tập 3-4: Danh sách khách mời</w:t>
      </w:r>
    </w:p>
    <w:p>
      <w:pPr>
        <w:spacing w:after="80"/>
      </w:pPr>
      <w:r>
        <w:rPr>
          <w:b w:val="0"/>
          <w:i w:val="0"/>
        </w:rPr>
        <w:t>Bài tập 3-5: Thay đổi danh sách khách mời</w:t>
      </w:r>
    </w:p>
    <w:p>
      <w:pPr>
        <w:spacing w:after="80"/>
      </w:pPr>
      <w:r>
        <w:rPr>
          <w:b w:val="0"/>
          <w:i w:val="0"/>
        </w:rPr>
        <w:t>Bài tập 3-6: Thêm khách mời</w:t>
      </w:r>
    </w:p>
    <w:p>
      <w:pPr>
        <w:spacing w:after="80"/>
      </w:pPr>
      <w:r>
        <w:rPr>
          <w:b w:val="0"/>
          <w:i w:val="0"/>
        </w:rPr>
        <w:t>Bài tập 3-7: Rút gọn danh sách khách mời</w:t>
      </w:r>
    </w:p>
    <w:p>
      <w:pPr>
        <w:spacing w:after="80"/>
      </w:pPr>
      <w:r>
        <w:rPr>
          <w:b w:val="0"/>
          <w:i w:val="0"/>
        </w:rPr>
        <w:t>Sắp xếp một danh sách</w:t>
      </w:r>
    </w:p>
    <w:p>
      <w:pPr>
        <w:spacing w:after="80"/>
      </w:pPr>
      <w:r>
        <w:rPr>
          <w:b w:val="0"/>
          <w:i w:val="0"/>
        </w:rPr>
        <w:t>Sắp xếp danh sách vĩnh viễn bằng phương thức sort()</w:t>
      </w:r>
    </w:p>
    <w:p>
      <w:pPr>
        <w:spacing w:after="80"/>
      </w:pPr>
      <w:r>
        <w:rPr>
          <w:b w:val="0"/>
          <w:i w:val="0"/>
        </w:rPr>
        <w:t>Sắp xếp danh sách tạm thời bằng hàm sorted()</w:t>
      </w:r>
    </w:p>
    <w:p>
      <w:pPr>
        <w:spacing w:after="80"/>
      </w:pPr>
      <w:r>
        <w:rPr>
          <w:b w:val="0"/>
          <w:i w:val="0"/>
        </w:rPr>
        <w:t>In danh sách theo thứ tự đảo ngược</w:t>
      </w:r>
    </w:p>
    <w:p>
      <w:pPr>
        <w:spacing w:after="80"/>
      </w:pPr>
      <w:r>
        <w:rPr>
          <w:b w:val="0"/>
          <w:i w:val="0"/>
        </w:rPr>
        <w:t>Tìm độ dài của một danh sách</w:t>
      </w:r>
    </w:p>
    <w:p>
      <w:pPr>
        <w:spacing w:after="80"/>
      </w:pPr>
      <w:r>
        <w:rPr>
          <w:b w:val="0"/>
          <w:i w:val="0"/>
        </w:rPr>
        <w:t>Bài tập 3-8: Ngắm nhìn thế giới</w:t>
      </w:r>
    </w:p>
    <w:p>
      <w:pPr>
        <w:spacing w:after="80"/>
      </w:pPr>
      <w:r>
        <w:rPr>
          <w:b w:val="0"/>
          <w:i w:val="0"/>
        </w:rPr>
        <w:t>Bài tập 3-9: Khách dự tiệc tối</w:t>
      </w:r>
    </w:p>
    <w:p>
      <w:pPr>
        <w:spacing w:after="80"/>
      </w:pPr>
      <w:r>
        <w:rPr>
          <w:b w:val="0"/>
          <w:i w:val="0"/>
        </w:rPr>
        <w:t>Bài tập 3-10: Mọi hàm</w:t>
      </w:r>
    </w:p>
    <w:p>
      <w:pPr>
        <w:spacing w:after="80"/>
      </w:pPr>
      <w:r>
        <w:rPr>
          <w:b w:val="0"/>
          <w:i w:val="0"/>
        </w:rPr>
        <w:t>Tránh lỗi chỉ mục khi làm việc với danh sách</w:t>
      </w:r>
    </w:p>
    <w:p>
      <w:pPr>
        <w:spacing w:after="80"/>
      </w:pPr>
      <w:r>
        <w:rPr>
          <w:b w:val="0"/>
          <w:i w:val="0"/>
        </w:rPr>
        <w:t>Bài tập 3-11: Lỗi cố ý</w:t>
      </w:r>
    </w:p>
    <w:p>
      <w:pPr>
        <w:spacing w:after="80"/>
      </w:pPr>
      <w:r>
        <w:rPr>
          <w:b w:val="0"/>
          <w:i w:val="0"/>
        </w:rPr>
        <w:t>Tóm tắt</w:t>
      </w:r>
    </w:p>
    <w:p>
      <w:pPr>
        <w:spacing w:after="80"/>
      </w:pPr>
      <w:r>
        <w:rPr>
          <w:b w:val="0"/>
          <w:i w:val="0"/>
        </w:rPr>
        <w:t>Chương 4: Làm việc với danh sách</w:t>
      </w:r>
    </w:p>
    <w:p>
      <w:pPr>
        <w:spacing w:after="80"/>
      </w:pPr>
      <w:r>
        <w:rPr>
          <w:b w:val="0"/>
          <w:i w:val="0"/>
        </w:rPr>
        <w:t>Lặp qua toàn bộ danh sách</w:t>
      </w:r>
    </w:p>
    <w:p>
      <w:pPr>
        <w:spacing w:after="80"/>
      </w:pPr>
      <w:r>
        <w:rPr>
          <w:b w:val="0"/>
          <w:i w:val="0"/>
        </w:rPr>
        <w:t>Nhìn kỹ hơn về vòng lặp</w:t>
      </w:r>
    </w:p>
    <w:p>
      <w:pPr>
        <w:spacing w:after="80"/>
      </w:pPr>
      <w:r>
        <w:rPr>
          <w:b w:val="0"/>
          <w:i w:val="0"/>
        </w:rPr>
        <w:t>Làm thêm việc bên trong vòng lặp for</w:t>
      </w:r>
    </w:p>
    <w:p>
      <w:pPr>
        <w:spacing w:after="80"/>
      </w:pPr>
      <w:r>
        <w:rPr>
          <w:b w:val="0"/>
          <w:i w:val="0"/>
        </w:rPr>
        <w:t>Làm gì đó sau vòng lặp for</w:t>
      </w:r>
    </w:p>
    <w:p>
      <w:pPr>
        <w:spacing w:after="80"/>
      </w:pPr>
      <w:r>
        <w:rPr>
          <w:b w:val="0"/>
          <w:i w:val="0"/>
        </w:rPr>
        <w:t>Tránh lỗi thụt lề</w:t>
      </w:r>
    </w:p>
    <w:p>
      <w:pPr>
        <w:spacing w:after="80"/>
      </w:pPr>
      <w:r>
        <w:rPr>
          <w:b w:val="0"/>
          <w:i w:val="0"/>
        </w:rPr>
        <w:t>Quên thụt lề</w:t>
      </w:r>
    </w:p>
    <w:p>
      <w:pPr>
        <w:spacing w:after="80"/>
      </w:pPr>
      <w:r>
        <w:rPr>
          <w:b w:val="0"/>
          <w:i w:val="0"/>
        </w:rPr>
        <w:t>Quên thụt lề các dòng bổ sung</w:t>
      </w:r>
    </w:p>
    <w:p>
      <w:pPr>
        <w:spacing w:after="80"/>
      </w:pPr>
      <w:r>
        <w:rPr>
          <w:b w:val="0"/>
          <w:i w:val="0"/>
        </w:rPr>
        <w:t>Thụt lề không cần thiết</w:t>
      </w:r>
    </w:p>
    <w:p>
      <w:pPr>
        <w:spacing w:after="80"/>
      </w:pPr>
      <w:r>
        <w:rPr>
          <w:b w:val="0"/>
          <w:i w:val="0"/>
        </w:rPr>
        <w:t>Thụt lề không cần thiết sau vòng lặp</w:t>
      </w:r>
    </w:p>
    <w:p>
      <w:pPr>
        <w:spacing w:after="80"/>
      </w:pPr>
      <w:r>
        <w:rPr>
          <w:b w:val="0"/>
          <w:i w:val="0"/>
        </w:rPr>
        <w:t>Quên dấu hai chấm</w:t>
      </w:r>
    </w:p>
    <w:p>
      <w:pPr>
        <w:spacing w:after="80"/>
      </w:pPr>
      <w:r>
        <w:rPr>
          <w:b w:val="0"/>
          <w:i w:val="0"/>
        </w:rPr>
        <w:t>Bài tập 4-1: Pizza</w:t>
      </w:r>
    </w:p>
    <w:p>
      <w:pPr>
        <w:spacing w:after="80"/>
      </w:pPr>
      <w:r>
        <w:rPr>
          <w:b w:val="0"/>
          <w:i w:val="0"/>
        </w:rPr>
        <w:t>Bài tập 4-2: Động vật</w:t>
      </w:r>
    </w:p>
    <w:p>
      <w:pPr>
        <w:spacing w:after="80"/>
      </w:pPr>
      <w:r>
        <w:rPr>
          <w:b w:val="0"/>
          <w:i w:val="0"/>
        </w:rPr>
        <w:t>Tạo danh sách số</w:t>
      </w:r>
    </w:p>
    <w:p>
      <w:pPr>
        <w:spacing w:after="80"/>
      </w:pPr>
      <w:r>
        <w:rPr>
          <w:b w:val="0"/>
          <w:i w:val="0"/>
        </w:rPr>
        <w:t>Sử dụng hàm range()</w:t>
      </w:r>
    </w:p>
    <w:p>
      <w:pPr>
        <w:spacing w:after="80"/>
      </w:pPr>
      <w:r>
        <w:rPr>
          <w:b w:val="0"/>
          <w:i w:val="0"/>
        </w:rPr>
        <w:t>Dùng range() để tạo danh sách số</w:t>
      </w:r>
    </w:p>
    <w:p>
      <w:pPr>
        <w:spacing w:after="80"/>
      </w:pPr>
      <w:r>
        <w:rPr>
          <w:b w:val="0"/>
          <w:i w:val="0"/>
        </w:rPr>
        <w:t>Thống kê đơn giản với danh sách số</w:t>
      </w:r>
    </w:p>
    <w:p>
      <w:pPr>
        <w:spacing w:after="80"/>
      </w:pPr>
      <w:r>
        <w:rPr>
          <w:b w:val="0"/>
          <w:i w:val="0"/>
        </w:rPr>
        <w:t>List Comprehension (hiểu ngắn gọn danh sách)</w:t>
      </w:r>
    </w:p>
    <w:p>
      <w:pPr>
        <w:spacing w:after="80"/>
      </w:pPr>
      <w:r>
        <w:rPr>
          <w:b w:val="0"/>
          <w:i w:val="0"/>
        </w:rPr>
        <w:t>Bài tập 4-3: Đếm đến hai mươi</w:t>
      </w:r>
    </w:p>
    <w:p>
      <w:pPr>
        <w:spacing w:after="80"/>
      </w:pPr>
      <w:r>
        <w:rPr>
          <w:b w:val="0"/>
          <w:i w:val="0"/>
        </w:rPr>
        <w:t>Bài tập 4-4: Một triệu</w:t>
      </w:r>
    </w:p>
    <w:p>
      <w:pPr>
        <w:spacing w:after="80"/>
      </w:pPr>
      <w:r>
        <w:rPr>
          <w:b w:val="0"/>
          <w:i w:val="0"/>
        </w:rPr>
        <w:t>Bài tập 4-5: Tính tổng một triệu</w:t>
      </w:r>
    </w:p>
    <w:p>
      <w:pPr>
        <w:spacing w:after="80"/>
      </w:pPr>
      <w:r>
        <w:rPr>
          <w:b w:val="0"/>
          <w:i w:val="0"/>
        </w:rPr>
        <w:t>Bài tập 4-6: Số lẻ</w:t>
      </w:r>
    </w:p>
    <w:p>
      <w:pPr>
        <w:spacing w:after="80"/>
      </w:pPr>
      <w:r>
        <w:rPr>
          <w:b w:val="0"/>
          <w:i w:val="0"/>
        </w:rPr>
        <w:t>Bài tập 4-7: Bội của ba</w:t>
      </w:r>
    </w:p>
    <w:p>
      <w:pPr>
        <w:spacing w:after="80"/>
      </w:pPr>
      <w:r>
        <w:rPr>
          <w:b w:val="0"/>
          <w:i w:val="0"/>
        </w:rPr>
        <w:t>Bài tập 4-8: Lập phương</w:t>
      </w:r>
    </w:p>
    <w:p>
      <w:pPr>
        <w:spacing w:after="80"/>
      </w:pPr>
      <w:r>
        <w:rPr>
          <w:b w:val="0"/>
          <w:i w:val="0"/>
        </w:rPr>
        <w:t>Bài tập 4-9: Lập phương bằng comprehension</w:t>
      </w:r>
    </w:p>
    <w:p>
      <w:pPr>
        <w:spacing w:after="80"/>
      </w:pPr>
      <w:r>
        <w:rPr>
          <w:b w:val="0"/>
          <w:i w:val="0"/>
        </w:rPr>
        <w:t>Làm việc với một phần của danh sách</w:t>
      </w:r>
    </w:p>
    <w:p>
      <w:pPr>
        <w:spacing w:after="80"/>
      </w:pPr>
      <w:r>
        <w:rPr>
          <w:b w:val="0"/>
          <w:i w:val="0"/>
        </w:rPr>
        <w:t>Cắt danh sách (slicing)</w:t>
      </w:r>
    </w:p>
    <w:p>
      <w:pPr>
        <w:spacing w:after="80"/>
      </w:pPr>
      <w:r>
        <w:rPr>
          <w:b w:val="0"/>
          <w:i w:val="0"/>
        </w:rPr>
        <w:t>Lặp qua một đoạn cắt</w:t>
      </w:r>
    </w:p>
    <w:p>
      <w:pPr>
        <w:spacing w:after="80"/>
      </w:pPr>
      <w:r>
        <w:rPr>
          <w:b w:val="0"/>
          <w:i w:val="0"/>
        </w:rPr>
        <w:t>Sao chép một danh sách</w:t>
      </w:r>
    </w:p>
    <w:p>
      <w:pPr>
        <w:spacing w:after="80"/>
      </w:pPr>
      <w:r>
        <w:rPr>
          <w:b w:val="0"/>
          <w:i w:val="0"/>
        </w:rPr>
        <w:t>Bài tập 4-10: Lát cắt</w:t>
      </w:r>
    </w:p>
    <w:p>
      <w:pPr>
        <w:spacing w:after="80"/>
      </w:pPr>
      <w:r>
        <w:rPr>
          <w:b w:val="0"/>
          <w:i w:val="0"/>
        </w:rPr>
        <w:t>Bài tập 4-11: Pizza của tôi, Pizza của bạn</w:t>
      </w:r>
    </w:p>
    <w:p>
      <w:pPr>
        <w:spacing w:after="80"/>
      </w:pPr>
      <w:r>
        <w:rPr>
          <w:b w:val="0"/>
          <w:i w:val="0"/>
        </w:rPr>
        <w:t>Bài tập 4-12: Nhiều vòng lặp hơn</w:t>
      </w:r>
    </w:p>
    <w:p>
      <w:pPr>
        <w:spacing w:after="80"/>
      </w:pPr>
      <w:r>
        <w:rPr>
          <w:b w:val="0"/>
          <w:i w:val="0"/>
        </w:rPr>
        <w:t>Tuple</w:t>
      </w:r>
    </w:p>
    <w:p>
      <w:pPr>
        <w:spacing w:after="80"/>
      </w:pPr>
      <w:r>
        <w:rPr>
          <w:b w:val="0"/>
          <w:i w:val="0"/>
        </w:rPr>
        <w:t>Định nghĩa một Tuple</w:t>
      </w:r>
    </w:p>
    <w:p>
      <w:pPr>
        <w:spacing w:after="80"/>
      </w:pPr>
      <w:r>
        <w:rPr>
          <w:b w:val="0"/>
          <w:i w:val="0"/>
        </w:rPr>
        <w:t>Lặp qua tất cả các giá trị trong một Tuple</w:t>
      </w:r>
    </w:p>
    <w:p>
      <w:pPr>
        <w:spacing w:after="80"/>
      </w:pPr>
      <w:r>
        <w:rPr>
          <w:b w:val="0"/>
          <w:i w:val="0"/>
        </w:rPr>
        <w:t>Ghi đè lên một Tuple</w:t>
      </w:r>
    </w:p>
    <w:p>
      <w:pPr>
        <w:spacing w:after="80"/>
      </w:pPr>
      <w:r>
        <w:rPr>
          <w:b w:val="0"/>
          <w:i w:val="0"/>
        </w:rPr>
        <w:t>Bài tập 4-13: Tiệc buffet</w:t>
      </w:r>
    </w:p>
    <w:p>
      <w:pPr>
        <w:spacing w:after="80"/>
      </w:pPr>
      <w:r>
        <w:rPr>
          <w:b w:val="0"/>
          <w:i w:val="0"/>
        </w:rPr>
        <w:t>Trình bày mã của bạn</w:t>
      </w:r>
    </w:p>
    <w:p>
      <w:pPr>
        <w:spacing w:after="80"/>
      </w:pPr>
      <w:r>
        <w:rPr>
          <w:b w:val="0"/>
          <w:i w:val="0"/>
        </w:rPr>
        <w:t>Hướng dẫn về phong cách</w:t>
      </w:r>
    </w:p>
    <w:p>
      <w:pPr>
        <w:spacing w:after="80"/>
      </w:pPr>
      <w:r>
        <w:rPr>
          <w:b w:val="0"/>
          <w:i w:val="0"/>
        </w:rPr>
        <w:t>Thụt lề</w:t>
      </w:r>
    </w:p>
    <w:p>
      <w:pPr>
        <w:spacing w:after="80"/>
      </w:pPr>
      <w:r>
        <w:rPr>
          <w:b w:val="0"/>
          <w:i w:val="0"/>
        </w:rPr>
        <w:t>Độ dài dòng</w:t>
      </w:r>
    </w:p>
    <w:p>
      <w:pPr>
        <w:spacing w:after="80"/>
      </w:pPr>
      <w:r>
        <w:rPr>
          <w:b w:val="0"/>
          <w:i w:val="0"/>
        </w:rPr>
        <w:t>Dòng trống</w:t>
      </w:r>
    </w:p>
    <w:p>
      <w:pPr>
        <w:spacing w:after="80"/>
      </w:pPr>
      <w:r>
        <w:rPr>
          <w:b w:val="0"/>
          <w:i w:val="0"/>
        </w:rPr>
        <w:t>Các hướng dẫn về phong cách khác</w:t>
      </w:r>
    </w:p>
    <w:p>
      <w:pPr>
        <w:spacing w:after="80"/>
      </w:pPr>
      <w:r>
        <w:rPr>
          <w:b w:val="0"/>
          <w:i w:val="0"/>
        </w:rPr>
        <w:t>Bài tập 4-14: PEP 8</w:t>
      </w:r>
    </w:p>
    <w:p>
      <w:pPr>
        <w:spacing w:after="80"/>
      </w:pPr>
      <w:r>
        <w:rPr>
          <w:b w:val="0"/>
          <w:i w:val="0"/>
        </w:rPr>
        <w:t>Bài tập 4-15: Đánh giá mã nguồn</w:t>
      </w:r>
    </w:p>
    <w:p>
      <w:pPr>
        <w:spacing w:after="80"/>
      </w:pPr>
      <w:r>
        <w:rPr>
          <w:b w:val="0"/>
          <w:i w:val="0"/>
        </w:rPr>
        <w:t>Tóm tắt</w:t>
      </w:r>
    </w:p>
    <w:p>
      <w:pPr>
        <w:spacing w:after="80"/>
      </w:pPr>
      <w:r>
        <w:rPr>
          <w:b w:val="0"/>
          <w:i w:val="0"/>
        </w:rPr>
        <w:t>Chương 5: Câu lệnh if</w:t>
      </w:r>
    </w:p>
    <w:p>
      <w:pPr>
        <w:spacing w:after="80"/>
      </w:pPr>
      <w:r>
        <w:rPr>
          <w:b w:val="0"/>
          <w:i w:val="0"/>
        </w:rPr>
        <w:t>Một ví dụ đơn giản</w:t>
      </w:r>
    </w:p>
    <w:p>
      <w:pPr>
        <w:spacing w:after="80"/>
      </w:pPr>
      <w:r>
        <w:rPr>
          <w:b w:val="0"/>
          <w:i w:val="0"/>
        </w:rPr>
        <w:t>Các phép kiểm tra điều kiện</w:t>
      </w:r>
    </w:p>
    <w:p>
      <w:pPr>
        <w:spacing w:after="80"/>
      </w:pPr>
      <w:r>
        <w:rPr>
          <w:b w:val="0"/>
          <w:i w:val="0"/>
        </w:rPr>
        <w:t>Kiểm tra sự bằng nhau</w:t>
      </w:r>
    </w:p>
    <w:p>
      <w:pPr>
        <w:spacing w:after="80"/>
      </w:pPr>
      <w:r>
        <w:rPr>
          <w:b w:val="0"/>
          <w:i w:val="0"/>
        </w:rPr>
        <w:t>Bỏ qua chữ hoa chữ thường khi kiểm tra sự bằng nhau</w:t>
      </w:r>
    </w:p>
    <w:p>
      <w:pPr>
        <w:spacing w:after="80"/>
      </w:pPr>
      <w:r>
        <w:rPr>
          <w:b w:val="0"/>
          <w:i w:val="0"/>
        </w:rPr>
        <w:t>Kiểm tra sự không bằng nhau</w:t>
      </w:r>
    </w:p>
    <w:p>
      <w:pPr>
        <w:spacing w:after="80"/>
      </w:pPr>
      <w:r>
        <w:rPr>
          <w:b w:val="0"/>
          <w:i w:val="0"/>
        </w:rPr>
        <w:t>So sánh số</w:t>
      </w:r>
    </w:p>
    <w:p>
      <w:pPr>
        <w:spacing w:after="80"/>
      </w:pPr>
      <w:r>
        <w:rPr>
          <w:b w:val="0"/>
          <w:i w:val="0"/>
        </w:rPr>
        <w:t>Kiểm tra nhiều điều kiện</w:t>
      </w:r>
    </w:p>
    <w:p>
      <w:pPr>
        <w:spacing w:after="80"/>
      </w:pPr>
      <w:r>
        <w:rPr>
          <w:b w:val="0"/>
          <w:i w:val="0"/>
        </w:rPr>
        <w:t>Kiểm tra xem một giá trị có nằm trong danh sách hay không</w:t>
      </w:r>
    </w:p>
    <w:p>
      <w:pPr>
        <w:spacing w:after="80"/>
      </w:pPr>
      <w:r>
        <w:rPr>
          <w:b w:val="0"/>
          <w:i w:val="0"/>
        </w:rPr>
        <w:t>Kiểm tra xem một giá trị có không nằm trong danh sách hay không</w:t>
      </w:r>
    </w:p>
    <w:p>
      <w:pPr>
        <w:spacing w:after="80"/>
      </w:pPr>
      <w:r>
        <w:rPr>
          <w:b w:val="0"/>
          <w:i w:val="0"/>
        </w:rPr>
        <w:t>Biểu thức Boolean</w:t>
      </w:r>
    </w:p>
    <w:p>
      <w:pPr>
        <w:spacing w:after="80"/>
      </w:pPr>
      <w:r>
        <w:rPr>
          <w:b w:val="0"/>
          <w:i w:val="0"/>
        </w:rPr>
        <w:t>Bài tập 5-1: Kiểm tra điều kiện</w:t>
      </w:r>
    </w:p>
    <w:p>
      <w:pPr>
        <w:spacing w:after="80"/>
      </w:pPr>
      <w:r>
        <w:rPr>
          <w:b w:val="0"/>
          <w:i w:val="0"/>
        </w:rPr>
        <w:t>Bài tập 5-2: Kiểm tra điều kiện nâng cao</w:t>
      </w:r>
    </w:p>
    <w:p>
      <w:pPr>
        <w:spacing w:after="80"/>
      </w:pPr>
      <w:r>
        <w:rPr>
          <w:b w:val="0"/>
          <w:i w:val="0"/>
        </w:rPr>
        <w:t>Câu lệnh if</w:t>
      </w:r>
    </w:p>
    <w:p>
      <w:pPr>
        <w:spacing w:after="80"/>
      </w:pPr>
      <w:r>
        <w:rPr>
          <w:b w:val="0"/>
          <w:i w:val="0"/>
        </w:rPr>
        <w:t>Câu lệnh if đơn giản</w:t>
      </w:r>
    </w:p>
    <w:p>
      <w:pPr>
        <w:spacing w:after="80"/>
      </w:pPr>
      <w:r>
        <w:rPr>
          <w:b w:val="0"/>
          <w:i w:val="0"/>
        </w:rPr>
        <w:t>Câu lệnh if-else</w:t>
      </w:r>
    </w:p>
    <w:p>
      <w:pPr>
        <w:spacing w:after="80"/>
      </w:pPr>
      <w:r>
        <w:rPr>
          <w:b w:val="0"/>
          <w:i w:val="0"/>
        </w:rPr>
        <w:t>Chuỗi if-elif-else</w:t>
      </w:r>
    </w:p>
    <w:p>
      <w:pPr>
        <w:spacing w:after="80"/>
      </w:pPr>
      <w:r>
        <w:rPr>
          <w:b w:val="0"/>
          <w:i w:val="0"/>
        </w:rPr>
        <w:t>Sử dụng nhiều khối elif</w:t>
      </w:r>
    </w:p>
    <w:p>
      <w:pPr>
        <w:spacing w:after="80"/>
      </w:pPr>
      <w:r>
        <w:rPr>
          <w:b w:val="0"/>
          <w:i w:val="0"/>
        </w:rPr>
        <w:t>Bỏ qua khối else</w:t>
      </w:r>
    </w:p>
    <w:p>
      <w:pPr>
        <w:spacing w:after="80"/>
      </w:pPr>
      <w:r>
        <w:rPr>
          <w:b w:val="0"/>
          <w:i w:val="0"/>
        </w:rPr>
        <w:t>Kiểm tra nhiều điều kiện</w:t>
      </w:r>
    </w:p>
    <w:p>
      <w:pPr>
        <w:spacing w:after="80"/>
      </w:pPr>
      <w:r>
        <w:rPr>
          <w:b w:val="0"/>
          <w:i w:val="0"/>
        </w:rPr>
        <w:t>Bài tập 5-3: Màu của người ngoài hành tinh #1</w:t>
      </w:r>
    </w:p>
    <w:p>
      <w:pPr>
        <w:spacing w:after="80"/>
      </w:pPr>
      <w:r>
        <w:rPr>
          <w:b w:val="0"/>
          <w:i w:val="0"/>
        </w:rPr>
        <w:t>Bài tập 5-4: Màu của người ngoài hành tinh #2</w:t>
      </w:r>
    </w:p>
    <w:p>
      <w:pPr>
        <w:spacing w:after="80"/>
      </w:pPr>
      <w:r>
        <w:rPr>
          <w:b w:val="0"/>
          <w:i w:val="0"/>
        </w:rPr>
        <w:t>Bài tập 5-5: Màu của người ngoài hành tinh #3</w:t>
      </w:r>
    </w:p>
    <w:p>
      <w:pPr>
        <w:spacing w:after="80"/>
      </w:pPr>
      <w:r>
        <w:rPr>
          <w:b w:val="0"/>
          <w:i w:val="0"/>
        </w:rPr>
        <w:t>Bài tập 5-6: Các giai đoạn của cuộc đời</w:t>
      </w:r>
    </w:p>
    <w:p>
      <w:pPr>
        <w:spacing w:after="80"/>
      </w:pPr>
      <w:r>
        <w:rPr>
          <w:b w:val="0"/>
          <w:i w:val="0"/>
        </w:rPr>
        <w:t>Bài tập 5-7: Món trái cây yêu thích</w:t>
      </w:r>
    </w:p>
    <w:p>
      <w:pPr>
        <w:spacing w:after="80"/>
      </w:pPr>
      <w:r>
        <w:rPr>
          <w:b w:val="0"/>
          <w:i w:val="0"/>
        </w:rPr>
        <w:t>Dùng câu lệnh if với danh sách</w:t>
      </w:r>
    </w:p>
    <w:p>
      <w:pPr>
        <w:spacing w:after="80"/>
      </w:pPr>
      <w:r>
        <w:rPr>
          <w:b w:val="0"/>
          <w:i w:val="0"/>
        </w:rPr>
        <w:t>Kiểm tra các mục đặc biệt</w:t>
      </w:r>
    </w:p>
    <w:p>
      <w:pPr>
        <w:spacing w:after="80"/>
      </w:pPr>
      <w:r>
        <w:rPr>
          <w:b w:val="0"/>
          <w:i w:val="0"/>
        </w:rPr>
        <w:t>Kiểm tra xem danh sách có trống không</w:t>
      </w:r>
    </w:p>
    <w:p>
      <w:pPr>
        <w:spacing w:after="80"/>
      </w:pPr>
      <w:r>
        <w:rPr>
          <w:b w:val="0"/>
          <w:i w:val="0"/>
        </w:rPr>
        <w:t>Dùng nhiều danh sách</w:t>
      </w:r>
    </w:p>
    <w:p>
      <w:pPr>
        <w:spacing w:after="80"/>
      </w:pPr>
      <w:r>
        <w:rPr>
          <w:b w:val="0"/>
          <w:i w:val="0"/>
        </w:rPr>
        <w:t>Bài tập 5-8: Chào Admin</w:t>
      </w:r>
    </w:p>
    <w:p>
      <w:pPr>
        <w:spacing w:after="80"/>
      </w:pPr>
      <w:r>
        <w:rPr>
          <w:b w:val="0"/>
          <w:i w:val="0"/>
        </w:rPr>
        <w:t>Bài tập 5-9: Không có người dùng</w:t>
      </w:r>
    </w:p>
    <w:p>
      <w:pPr>
        <w:spacing w:after="80"/>
      </w:pPr>
      <w:r>
        <w:rPr>
          <w:b w:val="0"/>
          <w:i w:val="0"/>
        </w:rPr>
        <w:t>Bài tập 5-10: Kiểm tra tên người dùng</w:t>
      </w:r>
    </w:p>
    <w:p>
      <w:pPr>
        <w:spacing w:after="80"/>
      </w:pPr>
      <w:r>
        <w:rPr>
          <w:b w:val="0"/>
          <w:i w:val="0"/>
        </w:rPr>
        <w:t>Bài tập 5-11: Số thứ tự</w:t>
      </w:r>
    </w:p>
    <w:p>
      <w:pPr>
        <w:spacing w:after="80"/>
      </w:pPr>
      <w:r>
        <w:rPr>
          <w:b w:val="0"/>
          <w:i w:val="0"/>
        </w:rPr>
        <w:t>Trình bày câu lệnh if của bạn cho đẹp</w:t>
      </w:r>
    </w:p>
    <w:p>
      <w:pPr>
        <w:spacing w:after="80"/>
      </w:pPr>
      <w:r>
        <w:rPr>
          <w:b w:val="0"/>
          <w:i w:val="0"/>
        </w:rPr>
        <w:t>Bài tập 5-12: Trình bày câu lệnh if cho đẹp</w:t>
      </w:r>
    </w:p>
    <w:p>
      <w:pPr>
        <w:spacing w:after="80"/>
      </w:pPr>
      <w:r>
        <w:rPr>
          <w:b w:val="0"/>
          <w:i w:val="0"/>
        </w:rPr>
        <w:t>Bài tập 5-13: Ý tưởng của bạn</w:t>
      </w:r>
    </w:p>
    <w:p>
      <w:pPr>
        <w:spacing w:after="80"/>
      </w:pPr>
      <w:r>
        <w:rPr>
          <w:b w:val="0"/>
          <w:i w:val="0"/>
        </w:rPr>
        <w:t>Tóm tắt</w:t>
      </w:r>
    </w:p>
    <w:p>
      <w:pPr>
        <w:spacing w:after="80"/>
      </w:pPr>
      <w:r>
        <w:rPr>
          <w:b w:val="0"/>
          <w:i w:val="0"/>
        </w:rPr>
        <w:t>Chương 6: Dictionary (Từ điển)</w:t>
      </w:r>
    </w:p>
    <w:p>
      <w:pPr>
        <w:spacing w:after="80"/>
      </w:pPr>
      <w:r>
        <w:rPr>
          <w:b w:val="0"/>
          <w:i w:val="0"/>
        </w:rPr>
        <w:t>Một từ điển đơn giản</w:t>
      </w:r>
    </w:p>
    <w:p>
      <w:pPr>
        <w:spacing w:after="80"/>
      </w:pPr>
      <w:r>
        <w:rPr>
          <w:b w:val="0"/>
          <w:i w:val="0"/>
        </w:rPr>
        <w:t>Làm việc với từ điển</w:t>
      </w:r>
    </w:p>
    <w:p>
      <w:pPr>
        <w:spacing w:after="80"/>
      </w:pPr>
      <w:r>
        <w:rPr>
          <w:b w:val="0"/>
          <w:i w:val="0"/>
        </w:rPr>
        <w:t>Truy cập giá trị trong từ điển</w:t>
      </w:r>
    </w:p>
    <w:p>
      <w:pPr>
        <w:spacing w:after="80"/>
      </w:pPr>
      <w:r>
        <w:rPr>
          <w:b w:val="0"/>
          <w:i w:val="0"/>
        </w:rPr>
        <w:t>Thêm cặp khóa-giá trị mới</w:t>
      </w:r>
    </w:p>
    <w:p>
      <w:pPr>
        <w:spacing w:after="80"/>
      </w:pPr>
      <w:r>
        <w:rPr>
          <w:b w:val="0"/>
          <w:i w:val="0"/>
        </w:rPr>
        <w:t>Bắt đầu với một từ điển rỗng</w:t>
      </w:r>
    </w:p>
    <w:p>
      <w:pPr>
        <w:spacing w:after="80"/>
      </w:pPr>
      <w:r>
        <w:rPr>
          <w:b w:val="0"/>
          <w:i w:val="0"/>
        </w:rPr>
        <w:t>Sửa đổi giá trị trong từ điển</w:t>
      </w:r>
    </w:p>
    <w:p>
      <w:pPr>
        <w:spacing w:after="80"/>
      </w:pPr>
      <w:r>
        <w:rPr>
          <w:b w:val="0"/>
          <w:i w:val="0"/>
        </w:rPr>
        <w:t>Xóa cặp khóa-giá trị</w:t>
      </w:r>
    </w:p>
    <w:p>
      <w:pPr>
        <w:spacing w:after="80"/>
      </w:pPr>
      <w:r>
        <w:rPr>
          <w:b w:val="0"/>
          <w:i w:val="0"/>
        </w:rPr>
        <w:t>Từ điển chứa các đối tượng tương tự nhau</w:t>
      </w:r>
    </w:p>
    <w:p>
      <w:pPr>
        <w:spacing w:after="80"/>
      </w:pPr>
      <w:r>
        <w:rPr>
          <w:b w:val="0"/>
          <w:i w:val="0"/>
        </w:rPr>
        <w:t>Dùng get() để truy cập giá trị</w:t>
      </w:r>
    </w:p>
    <w:p>
      <w:pPr>
        <w:spacing w:after="80"/>
      </w:pPr>
      <w:r>
        <w:rPr>
          <w:b w:val="0"/>
          <w:i w:val="0"/>
        </w:rPr>
        <w:t>Bài tập 6-1: Người</w:t>
      </w:r>
    </w:p>
    <w:p>
      <w:pPr>
        <w:spacing w:after="80"/>
      </w:pPr>
      <w:r>
        <w:rPr>
          <w:b w:val="0"/>
          <w:i w:val="0"/>
        </w:rPr>
        <w:t>Bài tập 6-2: Những con số yêu thích</w:t>
      </w:r>
    </w:p>
    <w:p>
      <w:pPr>
        <w:spacing w:after="80"/>
      </w:pPr>
      <w:r>
        <w:rPr>
          <w:b w:val="0"/>
          <w:i w:val="0"/>
        </w:rPr>
        <w:t>Bài tập 6-3: Bảng thuật ngữ</w:t>
      </w:r>
    </w:p>
    <w:p>
      <w:pPr>
        <w:spacing w:after="80"/>
      </w:pPr>
      <w:r>
        <w:rPr>
          <w:b w:val="0"/>
          <w:i w:val="0"/>
        </w:rPr>
        <w:t>Lặp qua một từ điển</w:t>
      </w:r>
    </w:p>
    <w:p>
      <w:pPr>
        <w:spacing w:after="80"/>
      </w:pPr>
      <w:r>
        <w:rPr>
          <w:b w:val="0"/>
          <w:i w:val="0"/>
        </w:rPr>
        <w:t>Lặp qua tất cả các cặp khóa-giá trị</w:t>
      </w:r>
    </w:p>
    <w:p>
      <w:pPr>
        <w:spacing w:after="80"/>
      </w:pPr>
      <w:r>
        <w:rPr>
          <w:b w:val="0"/>
          <w:i w:val="0"/>
        </w:rPr>
        <w:t>Lặp qua tất cả các khóa trong một từ điển</w:t>
      </w:r>
    </w:p>
    <w:p>
      <w:pPr>
        <w:spacing w:after="80"/>
      </w:pPr>
      <w:r>
        <w:rPr>
          <w:b w:val="0"/>
          <w:i w:val="0"/>
        </w:rPr>
        <w:t>Lặp qua các khóa của từ điển theo một thứ tự nhất định</w:t>
      </w:r>
    </w:p>
    <w:p>
      <w:pPr>
        <w:spacing w:after="80"/>
      </w:pPr>
      <w:r>
        <w:rPr>
          <w:b w:val="0"/>
          <w:i w:val="0"/>
        </w:rPr>
        <w:t>Lặp qua tất cả các giá trị trong một từ điển</w:t>
      </w:r>
    </w:p>
    <w:p>
      <w:pPr>
        <w:spacing w:after="80"/>
      </w:pPr>
      <w:r>
        <w:rPr>
          <w:b w:val="0"/>
          <w:i w:val="0"/>
        </w:rPr>
        <w:t>Bài tập 6-4: Bảng chú giải 2</w:t>
      </w:r>
    </w:p>
    <w:p>
      <w:pPr>
        <w:spacing w:after="80"/>
      </w:pPr>
      <w:r>
        <w:rPr>
          <w:b w:val="0"/>
          <w:i w:val="0"/>
        </w:rPr>
        <w:t>Bài tập 6-5: Những dòng sông</w:t>
      </w:r>
    </w:p>
    <w:p>
      <w:pPr>
        <w:spacing w:after="80"/>
      </w:pPr>
      <w:r>
        <w:rPr>
          <w:b w:val="0"/>
          <w:i w:val="0"/>
        </w:rPr>
        <w:t>Bài tập 6-6: Khảo sát ý kiến</w:t>
      </w:r>
    </w:p>
    <w:p>
      <w:pPr>
        <w:spacing w:after="80"/>
      </w:pPr>
      <w:r>
        <w:rPr>
          <w:b w:val="0"/>
          <w:i w:val="0"/>
        </w:rPr>
        <w:t>Lồng ghép</w:t>
      </w:r>
    </w:p>
    <w:p>
      <w:pPr>
        <w:spacing w:after="80"/>
      </w:pPr>
      <w:r>
        <w:rPr>
          <w:b w:val="0"/>
          <w:i w:val="0"/>
        </w:rPr>
        <w:t>Một danh sách các từ điển</w:t>
      </w:r>
    </w:p>
    <w:p>
      <w:pPr>
        <w:spacing w:after="80"/>
      </w:pPr>
      <w:r>
        <w:rPr>
          <w:b w:val="0"/>
          <w:i w:val="0"/>
        </w:rPr>
        <w:t>Một danh sách trong một từ điển</w:t>
      </w:r>
    </w:p>
    <w:p>
      <w:pPr>
        <w:spacing w:after="80"/>
      </w:pPr>
      <w:r>
        <w:rPr>
          <w:b w:val="0"/>
          <w:i w:val="0"/>
        </w:rPr>
        <w:t>Một từ điển trong một từ điển</w:t>
      </w:r>
    </w:p>
    <w:p>
      <w:pPr>
        <w:spacing w:after="80"/>
      </w:pPr>
      <w:r>
        <w:rPr>
          <w:b w:val="0"/>
          <w:i w:val="0"/>
        </w:rPr>
        <w:t>Bài tập 6-7: Con người</w:t>
      </w:r>
    </w:p>
    <w:p>
      <w:pPr>
        <w:spacing w:after="80"/>
      </w:pPr>
      <w:r>
        <w:rPr>
          <w:b w:val="0"/>
          <w:i w:val="0"/>
        </w:rPr>
        <w:t>Bài tập 6-8: Thú cưng</w:t>
      </w:r>
    </w:p>
    <w:p>
      <w:pPr>
        <w:spacing w:after="80"/>
      </w:pPr>
      <w:r>
        <w:rPr>
          <w:b w:val="0"/>
          <w:i w:val="0"/>
        </w:rPr>
        <w:t>Bài tập 6-9: Những địa điểm yêu thích</w:t>
      </w:r>
    </w:p>
    <w:p>
      <w:pPr>
        <w:spacing w:after="80"/>
      </w:pPr>
      <w:r>
        <w:rPr>
          <w:b w:val="0"/>
          <w:i w:val="0"/>
        </w:rPr>
        <w:t>Bài tập 6-10: Những con số yêu thích</w:t>
      </w:r>
    </w:p>
    <w:p>
      <w:pPr>
        <w:spacing w:after="80"/>
      </w:pPr>
      <w:r>
        <w:rPr>
          <w:b w:val="0"/>
          <w:i w:val="0"/>
        </w:rPr>
        <w:t>Bài tập 6-11: Các thành phố</w:t>
      </w:r>
    </w:p>
    <w:p>
      <w:pPr>
        <w:spacing w:after="80"/>
      </w:pPr>
      <w:r>
        <w:rPr>
          <w:b w:val="0"/>
          <w:i w:val="0"/>
        </w:rPr>
        <w:t>Bài tập 6-12: Mở rộng</w:t>
      </w:r>
    </w:p>
    <w:p>
      <w:pPr>
        <w:spacing w:after="80"/>
      </w:pPr>
      <w:r>
        <w:rPr>
          <w:b w:val="0"/>
          <w:i w:val="0"/>
        </w:rPr>
        <w:t>Tóm tắt</w:t>
      </w:r>
    </w:p>
    <w:p>
      <w:pPr>
        <w:spacing w:after="80"/>
      </w:pPr>
      <w:r>
        <w:rPr>
          <w:b w:val="0"/>
          <w:i w:val="0"/>
        </w:rPr>
        <w:t>Chương 7: Nhập liệu từ người dùng và vòng lặp while</w:t>
      </w:r>
    </w:p>
    <w:p>
      <w:pPr>
        <w:spacing w:after="80"/>
      </w:pPr>
      <w:r>
        <w:rPr>
          <w:b w:val="0"/>
          <w:i w:val="0"/>
        </w:rPr>
        <w:t>Hàm input() hoạt động như thế nào</w:t>
      </w:r>
    </w:p>
    <w:p>
      <w:pPr>
        <w:spacing w:after="80"/>
      </w:pPr>
      <w:r>
        <w:rPr>
          <w:b w:val="0"/>
          <w:i w:val="0"/>
        </w:rPr>
        <w:t>Viết lời nhắc rõ ràng</w:t>
      </w:r>
    </w:p>
    <w:p>
      <w:pPr>
        <w:spacing w:after="80"/>
      </w:pPr>
      <w:r>
        <w:rPr>
          <w:b w:val="0"/>
          <w:i w:val="0"/>
        </w:rPr>
        <w:t>Dùng int() để nhận dữ liệu số</w:t>
      </w:r>
    </w:p>
    <w:p>
      <w:pPr>
        <w:spacing w:after="80"/>
      </w:pPr>
      <w:r>
        <w:rPr>
          <w:b w:val="0"/>
          <w:i w:val="0"/>
        </w:rPr>
        <w:t>Toán tử chia lấy dư</w:t>
      </w:r>
    </w:p>
    <w:p>
      <w:pPr>
        <w:spacing w:after="80"/>
      </w:pPr>
      <w:r>
        <w:rPr>
          <w:b w:val="0"/>
          <w:i w:val="0"/>
        </w:rPr>
        <w:t>Bài tập 7-1: Thuê xe</w:t>
      </w:r>
    </w:p>
    <w:p>
      <w:pPr>
        <w:spacing w:after="80"/>
      </w:pPr>
      <w:r>
        <w:rPr>
          <w:b w:val="0"/>
          <w:i w:val="0"/>
        </w:rPr>
        <w:t>Bài tập 7-2: Chỗ ngồi trong nhà hàng</w:t>
      </w:r>
    </w:p>
    <w:p>
      <w:pPr>
        <w:spacing w:after="80"/>
      </w:pPr>
      <w:r>
        <w:rPr>
          <w:b w:val="0"/>
          <w:i w:val="0"/>
        </w:rPr>
        <w:t>Bài tập 7-3: Bội số của mười</w:t>
      </w:r>
    </w:p>
    <w:p>
      <w:pPr>
        <w:spacing w:after="80"/>
      </w:pPr>
      <w:r>
        <w:rPr>
          <w:b w:val="0"/>
          <w:i w:val="0"/>
        </w:rPr>
        <w:t>Làm quen với vòng lặp while</w:t>
      </w:r>
    </w:p>
    <w:p>
      <w:pPr>
        <w:spacing w:after="80"/>
      </w:pPr>
      <w:r>
        <w:rPr>
          <w:b w:val="0"/>
          <w:i w:val="0"/>
        </w:rPr>
        <w:t>Vòng lặp while trong thực tế</w:t>
      </w:r>
    </w:p>
    <w:p>
      <w:pPr>
        <w:spacing w:after="80"/>
      </w:pPr>
      <w:r>
        <w:rPr>
          <w:b w:val="0"/>
          <w:i w:val="0"/>
        </w:rPr>
        <w:t>Để người dùng chọn khi nào thoát</w:t>
      </w:r>
    </w:p>
    <w:p>
      <w:pPr>
        <w:spacing w:after="80"/>
      </w:pPr>
      <w:r>
        <w:rPr>
          <w:b w:val="0"/>
          <w:i w:val="0"/>
        </w:rPr>
        <w:t>Sử dụng cờ hiệu (flag)</w:t>
      </w:r>
    </w:p>
    <w:p>
      <w:pPr>
        <w:spacing w:after="80"/>
      </w:pPr>
      <w:r>
        <w:rPr>
          <w:b w:val="0"/>
          <w:i w:val="0"/>
        </w:rPr>
        <w:t>Dùng break để thoát khỏi vòng lặp</w:t>
      </w:r>
    </w:p>
    <w:p>
      <w:pPr>
        <w:spacing w:after="80"/>
      </w:pPr>
      <w:r>
        <w:rPr>
          <w:b w:val="0"/>
          <w:i w:val="0"/>
        </w:rPr>
        <w:t>Dùng continue trong vòng lặp</w:t>
      </w:r>
    </w:p>
    <w:p>
      <w:pPr>
        <w:spacing w:after="80"/>
      </w:pPr>
      <w:r>
        <w:rPr>
          <w:b w:val="0"/>
          <w:i w:val="0"/>
        </w:rPr>
        <w:t>Tránh vòng lặp vô hạn</w:t>
      </w:r>
    </w:p>
    <w:p>
      <w:pPr>
        <w:spacing w:after="80"/>
      </w:pPr>
      <w:r>
        <w:rPr>
          <w:b w:val="0"/>
          <w:i w:val="0"/>
        </w:rPr>
        <w:t>Bài tập 7-4: Nhân bánh pizza</w:t>
      </w:r>
    </w:p>
    <w:p>
      <w:pPr>
        <w:spacing w:after="80"/>
      </w:pPr>
      <w:r>
        <w:rPr>
          <w:b w:val="0"/>
          <w:i w:val="0"/>
        </w:rPr>
        <w:t>Bài tập 7-5: Vé xem phim</w:t>
      </w:r>
    </w:p>
    <w:p>
      <w:pPr>
        <w:spacing w:after="80"/>
      </w:pPr>
      <w:r>
        <w:rPr>
          <w:b w:val="0"/>
          <w:i w:val="0"/>
        </w:rPr>
        <w:t>Bài tập 7-6: Ba cách thoát</w:t>
      </w:r>
    </w:p>
    <w:p>
      <w:pPr>
        <w:spacing w:after="80"/>
      </w:pPr>
      <w:r>
        <w:rPr>
          <w:b w:val="0"/>
          <w:i w:val="0"/>
        </w:rPr>
        <w:t>Bài tập 7-7: Vô cực</w:t>
      </w:r>
    </w:p>
    <w:p>
      <w:pPr>
        <w:spacing w:after="80"/>
      </w:pPr>
      <w:r>
        <w:rPr>
          <w:b w:val="0"/>
          <w:i w:val="0"/>
        </w:rPr>
        <w:t>Dùng vòng lặp while với danh sách (list) và từ điển (dictionary)</w:t>
      </w:r>
    </w:p>
    <w:p>
      <w:pPr>
        <w:spacing w:after="80"/>
      </w:pPr>
      <w:r>
        <w:rPr>
          <w:b w:val="0"/>
          <w:i w:val="0"/>
        </w:rPr>
        <w:t>Chuyển các phần tử từ danh sách này sang danh sách khác</w:t>
      </w:r>
    </w:p>
    <w:p>
      <w:pPr>
        <w:spacing w:after="80"/>
      </w:pPr>
      <w:r>
        <w:rPr>
          <w:b w:val="0"/>
          <w:i w:val="0"/>
        </w:rPr>
        <w:t>Xóa tất cả các lần xuất hiện của một giá trị cụ thể khỏi danh sách</w:t>
      </w:r>
    </w:p>
    <w:p>
      <w:pPr>
        <w:spacing w:after="80"/>
      </w:pPr>
      <w:r>
        <w:rPr>
          <w:b w:val="0"/>
          <w:i w:val="0"/>
        </w:rPr>
        <w:t>Điền dữ liệu vào từ điển bằng thông tin người dùng nhập</w:t>
      </w:r>
    </w:p>
    <w:p>
      <w:pPr>
        <w:spacing w:after="80"/>
      </w:pPr>
      <w:r>
        <w:rPr>
          <w:b w:val="0"/>
          <w:i w:val="0"/>
        </w:rPr>
        <w:t>Bài tập 7-8: Quầy bán đồ nguội</w:t>
      </w:r>
    </w:p>
    <w:p>
      <w:pPr>
        <w:spacing w:after="80"/>
      </w:pPr>
      <w:r>
        <w:rPr>
          <w:b w:val="0"/>
          <w:i w:val="0"/>
        </w:rPr>
        <w:t>Bài tập 7-9: Hết pastrami</w:t>
      </w:r>
    </w:p>
    <w:p>
      <w:pPr>
        <w:spacing w:after="80"/>
      </w:pPr>
      <w:r>
        <w:rPr>
          <w:b w:val="0"/>
          <w:i w:val="0"/>
        </w:rPr>
        <w:t>Bài tập 7-10: Kỳ nghỉ trong mơ</w:t>
      </w:r>
    </w:p>
    <w:p>
      <w:pPr>
        <w:spacing w:after="80"/>
      </w:pPr>
      <w:r>
        <w:rPr>
          <w:b w:val="0"/>
          <w:i w:val="0"/>
        </w:rPr>
        <w:t>Tóm tắt</w:t>
      </w:r>
    </w:p>
    <w:p>
      <w:pPr>
        <w:spacing w:after="80"/>
      </w:pPr>
      <w:r>
        <w:rPr>
          <w:b w:val="0"/>
          <w:i w:val="0"/>
        </w:rPr>
        <w:t>Chương 8: Hàm</w:t>
      </w:r>
    </w:p>
    <w:p>
      <w:pPr>
        <w:spacing w:after="80"/>
      </w:pPr>
      <w:r>
        <w:rPr>
          <w:b w:val="0"/>
          <w:i w:val="0"/>
        </w:rPr>
        <w:t>Định nghĩa một hàm</w:t>
      </w:r>
    </w:p>
    <w:p>
      <w:pPr>
        <w:spacing w:after="80"/>
      </w:pPr>
      <w:r>
        <w:rPr>
          <w:b w:val="0"/>
          <w:i w:val="0"/>
        </w:rPr>
        <w:t>Truyền thông tin vào một hàm</w:t>
      </w:r>
    </w:p>
    <w:p>
      <w:pPr>
        <w:spacing w:after="80"/>
      </w:pPr>
      <w:r>
        <w:rPr>
          <w:b w:val="0"/>
          <w:i w:val="0"/>
        </w:rPr>
        <w:t>Đối số và tham số</w:t>
      </w:r>
    </w:p>
    <w:p>
      <w:pPr>
        <w:spacing w:after="80"/>
      </w:pPr>
      <w:r>
        <w:rPr>
          <w:b w:val="0"/>
          <w:i w:val="0"/>
        </w:rPr>
        <w:t>Bài tập 8-1: Tin nhắn</w:t>
      </w:r>
    </w:p>
    <w:p>
      <w:pPr>
        <w:spacing w:after="80"/>
      </w:pPr>
      <w:r>
        <w:rPr>
          <w:b w:val="0"/>
          <w:i w:val="0"/>
        </w:rPr>
        <w:t>Bài tập 8-2: Cuốn sách yêu thích</w:t>
      </w:r>
    </w:p>
    <w:p>
      <w:pPr>
        <w:spacing w:after="80"/>
      </w:pPr>
      <w:r>
        <w:rPr>
          <w:b w:val="0"/>
          <w:i w:val="0"/>
        </w:rPr>
        <w:t>Truyền đối số</w:t>
      </w:r>
    </w:p>
    <w:p>
      <w:pPr>
        <w:spacing w:after="80"/>
      </w:pPr>
      <w:r>
        <w:rPr>
          <w:b w:val="0"/>
          <w:i w:val="0"/>
        </w:rPr>
        <w:t>Đối số theo vị trí</w:t>
      </w:r>
    </w:p>
    <w:p>
      <w:pPr>
        <w:spacing w:after="80"/>
      </w:pPr>
      <w:r>
        <w:rPr>
          <w:b w:val="0"/>
          <w:i w:val="0"/>
        </w:rPr>
        <w:t>Đối số theo từ khóa</w:t>
      </w:r>
    </w:p>
    <w:p>
      <w:pPr>
        <w:spacing w:after="80"/>
      </w:pPr>
      <w:r>
        <w:rPr>
          <w:b w:val="0"/>
          <w:i w:val="0"/>
        </w:rPr>
        <w:t>Giá trị mặc định</w:t>
      </w:r>
    </w:p>
    <w:p>
      <w:pPr>
        <w:spacing w:after="80"/>
      </w:pPr>
      <w:r>
        <w:rPr>
          <w:b w:val="0"/>
          <w:i w:val="0"/>
        </w:rPr>
        <w:t>Các cách gọi hàm tương đương</w:t>
      </w:r>
    </w:p>
    <w:p>
      <w:pPr>
        <w:spacing w:after="80"/>
      </w:pPr>
      <w:r>
        <w:rPr>
          <w:b w:val="0"/>
          <w:i w:val="0"/>
        </w:rPr>
        <w:t>Tránh lỗi đối số</w:t>
      </w:r>
    </w:p>
    <w:p>
      <w:pPr>
        <w:spacing w:after="80"/>
      </w:pPr>
      <w:r>
        <w:rPr>
          <w:b w:val="0"/>
          <w:i w:val="0"/>
        </w:rPr>
        <w:t>Bài tập 8-3: Áo phông</w:t>
      </w:r>
    </w:p>
    <w:p>
      <w:pPr>
        <w:spacing w:after="80"/>
      </w:pPr>
      <w:r>
        <w:rPr>
          <w:b w:val="0"/>
          <w:i w:val="0"/>
        </w:rPr>
        <w:t>Bài tập 8-4: Áo phông cỡ lớn</w:t>
      </w:r>
    </w:p>
    <w:p>
      <w:pPr>
        <w:spacing w:after="80"/>
      </w:pPr>
      <w:r>
        <w:rPr>
          <w:b w:val="0"/>
          <w:i w:val="0"/>
        </w:rPr>
        <w:t>Bài tập 8-5: Các thành phố</w:t>
      </w:r>
    </w:p>
    <w:p>
      <w:pPr>
        <w:spacing w:after="80"/>
      </w:pPr>
      <w:r>
        <w:rPr>
          <w:b w:val="0"/>
          <w:i w:val="0"/>
        </w:rPr>
        <w:t>Giá trị trả về</w:t>
      </w:r>
    </w:p>
    <w:p>
      <w:pPr>
        <w:spacing w:after="80"/>
      </w:pPr>
      <w:r>
        <w:rPr>
          <w:b w:val="0"/>
          <w:i w:val="0"/>
        </w:rPr>
        <w:t>Trả về một giá trị đơn giản</w:t>
      </w:r>
    </w:p>
    <w:p>
      <w:pPr>
        <w:spacing w:after="80"/>
      </w:pPr>
      <w:r>
        <w:rPr>
          <w:b w:val="0"/>
          <w:i w:val="0"/>
        </w:rPr>
        <w:t>Đặt đối số thành tùy chọn</w:t>
      </w:r>
    </w:p>
    <w:p>
      <w:pPr>
        <w:spacing w:after="80"/>
      </w:pPr>
      <w:r>
        <w:rPr>
          <w:b w:val="0"/>
          <w:i w:val="0"/>
        </w:rPr>
        <w:t>Trả về một dictionary</w:t>
      </w:r>
    </w:p>
    <w:p>
      <w:pPr>
        <w:spacing w:after="80"/>
      </w:pPr>
      <w:r>
        <w:rPr>
          <w:b w:val="0"/>
          <w:i w:val="0"/>
        </w:rPr>
        <w:t>Dùng hàm với vòng lặp while</w:t>
      </w:r>
    </w:p>
    <w:p>
      <w:pPr>
        <w:spacing w:after="80"/>
      </w:pPr>
      <w:r>
        <w:rPr>
          <w:b w:val="0"/>
          <w:i w:val="0"/>
        </w:rPr>
        <w:t>Bài tập 8-6: Tên thành phố</w:t>
      </w:r>
    </w:p>
    <w:p>
      <w:pPr>
        <w:spacing w:after="80"/>
      </w:pPr>
      <w:r>
        <w:rPr>
          <w:b w:val="0"/>
          <w:i w:val="0"/>
        </w:rPr>
        <w:t>Bài tập 8-7: Album</w:t>
      </w:r>
    </w:p>
    <w:p>
      <w:pPr>
        <w:spacing w:after="80"/>
      </w:pPr>
      <w:r>
        <w:rPr>
          <w:b w:val="0"/>
          <w:i w:val="0"/>
        </w:rPr>
        <w:t>Bài tập 8-8: Album của người dùng</w:t>
      </w:r>
    </w:p>
    <w:p>
      <w:pPr>
        <w:spacing w:after="80"/>
      </w:pPr>
      <w:r>
        <w:rPr>
          <w:b w:val="0"/>
          <w:i w:val="0"/>
        </w:rPr>
        <w:t>Truyền một danh sách</w:t>
      </w:r>
    </w:p>
    <w:p>
      <w:pPr>
        <w:spacing w:after="80"/>
      </w:pPr>
      <w:r>
        <w:rPr>
          <w:b w:val="0"/>
          <w:i w:val="0"/>
        </w:rPr>
        <w:t>Thay đổi một danh sách trong hàm</w:t>
      </w:r>
    </w:p>
    <w:p>
      <w:pPr>
        <w:spacing w:after="80"/>
      </w:pPr>
      <w:r>
        <w:rPr>
          <w:b w:val="0"/>
          <w:i w:val="0"/>
        </w:rPr>
        <w:t>Ngăn hàm thay đổi một danh sách</w:t>
      </w:r>
    </w:p>
    <w:p>
      <w:pPr>
        <w:spacing w:after="80"/>
      </w:pPr>
      <w:r>
        <w:rPr>
          <w:b w:val="0"/>
          <w:i w:val="0"/>
        </w:rPr>
        <w:t>Bài tập 8-9: Tin nhắn</w:t>
      </w:r>
    </w:p>
    <w:p>
      <w:pPr>
        <w:spacing w:after="80"/>
      </w:pPr>
      <w:r>
        <w:rPr>
          <w:b w:val="0"/>
          <w:i w:val="0"/>
        </w:rPr>
        <w:t>Bài tập 8-10: Gửi tin nhắn</w:t>
      </w:r>
    </w:p>
    <w:p>
      <w:pPr>
        <w:spacing w:after="80"/>
      </w:pPr>
      <w:r>
        <w:rPr>
          <w:b w:val="0"/>
          <w:i w:val="0"/>
        </w:rPr>
        <w:t>Bài tập 8-11: Tin nhắn lưu trữ</w:t>
      </w:r>
    </w:p>
    <w:p>
      <w:pPr>
        <w:spacing w:after="80"/>
      </w:pPr>
      <w:r>
        <w:rPr>
          <w:b w:val="0"/>
          <w:i w:val="0"/>
        </w:rPr>
        <w:t>Truyền số lượng đối số tùy ý</w:t>
      </w:r>
    </w:p>
    <w:p>
      <w:pPr>
        <w:spacing w:after="80"/>
      </w:pPr>
      <w:r>
        <w:rPr>
          <w:b w:val="0"/>
          <w:i w:val="0"/>
        </w:rPr>
        <w:t>Kết hợp đối số vị trí và đối số tùy ý</w:t>
      </w:r>
    </w:p>
    <w:p>
      <w:pPr>
        <w:spacing w:after="80"/>
      </w:pPr>
      <w:r>
        <w:rPr>
          <w:b w:val="0"/>
          <w:i w:val="0"/>
        </w:rPr>
        <w:t>Sử dụng đối số từ khóa tùy ý</w:t>
      </w:r>
    </w:p>
    <w:p>
      <w:pPr>
        <w:spacing w:after="80"/>
      </w:pPr>
      <w:r>
        <w:rPr>
          <w:b w:val="0"/>
          <w:i w:val="0"/>
        </w:rPr>
        <w:t>Bài tập 8-12: Bánh sandwich</w:t>
      </w:r>
    </w:p>
    <w:p>
      <w:pPr>
        <w:spacing w:after="80"/>
      </w:pPr>
      <w:r>
        <w:rPr>
          <w:b w:val="0"/>
          <w:i w:val="0"/>
        </w:rPr>
        <w:t>Bài tập 8-13: Hồ sơ người dùng</w:t>
      </w:r>
    </w:p>
    <w:p>
      <w:pPr>
        <w:spacing w:after="80"/>
      </w:pPr>
      <w:r>
        <w:rPr>
          <w:b w:val="0"/>
          <w:i w:val="0"/>
        </w:rPr>
        <w:t>Bài tập 8-14: Xe hơi</w:t>
      </w:r>
    </w:p>
    <w:p>
      <w:pPr>
        <w:spacing w:after="80"/>
      </w:pPr>
      <w:r>
        <w:rPr>
          <w:b w:val="0"/>
          <w:i w:val="0"/>
        </w:rPr>
        <w:t>Lưu trữ hàm của bạn trong mô-đun</w:t>
      </w:r>
    </w:p>
    <w:p>
      <w:pPr>
        <w:spacing w:after="80"/>
      </w:pPr>
      <w:r>
        <w:rPr>
          <w:b w:val="0"/>
          <w:i w:val="0"/>
        </w:rPr>
        <w:t>Nhập toàn bộ mô-đun</w:t>
      </w:r>
    </w:p>
    <w:p>
      <w:pPr>
        <w:spacing w:after="80"/>
      </w:pPr>
      <w:r>
        <w:rPr>
          <w:b w:val="0"/>
          <w:i w:val="0"/>
        </w:rPr>
        <w:t>Nhập các hàm cụ thể</w:t>
      </w:r>
    </w:p>
    <w:p>
      <w:pPr>
        <w:spacing w:after="80"/>
      </w:pPr>
      <w:r>
        <w:rPr>
          <w:b w:val="0"/>
          <w:i w:val="0"/>
        </w:rPr>
        <w:t>Dùng as để đặt bí danh cho hàm</w:t>
      </w:r>
    </w:p>
    <w:p>
      <w:pPr>
        <w:spacing w:after="80"/>
      </w:pPr>
      <w:r>
        <w:rPr>
          <w:b w:val="0"/>
          <w:i w:val="0"/>
        </w:rPr>
        <w:t>Dùng as để đặt bí danh cho mô-đun</w:t>
      </w:r>
    </w:p>
    <w:p>
      <w:pPr>
        <w:spacing w:after="80"/>
      </w:pPr>
      <w:r>
        <w:rPr>
          <w:b w:val="0"/>
          <w:i w:val="0"/>
        </w:rPr>
        <w:t>Nhập tất cả các hàm trong một mô-đun</w:t>
      </w:r>
    </w:p>
    <w:p>
      <w:pPr>
        <w:spacing w:after="80"/>
      </w:pPr>
      <w:r>
        <w:rPr>
          <w:b w:val="0"/>
          <w:i w:val="0"/>
        </w:rPr>
        <w:t>Định dạng hàm</w:t>
      </w:r>
    </w:p>
    <w:p>
      <w:pPr>
        <w:spacing w:after="80"/>
      </w:pPr>
      <w:r>
        <w:rPr>
          <w:b w:val="0"/>
          <w:i w:val="0"/>
        </w:rPr>
        <w:t>Bài tập 8-15: In các mô hình</w:t>
      </w:r>
    </w:p>
    <w:p>
      <w:pPr>
        <w:spacing w:after="80"/>
      </w:pPr>
      <w:r>
        <w:rPr>
          <w:b w:val="0"/>
          <w:i w:val="0"/>
        </w:rPr>
        <w:t>Bài tập 8-16: Nhập mô-đun</w:t>
      </w:r>
    </w:p>
    <w:p>
      <w:pPr>
        <w:spacing w:after="80"/>
      </w:pPr>
      <w:r>
        <w:rPr>
          <w:b w:val="0"/>
          <w:i w:val="0"/>
        </w:rPr>
        <w:t>Bài tập 8-17: Định dạng hàm</w:t>
      </w:r>
    </w:p>
    <w:p>
      <w:pPr>
        <w:spacing w:after="80"/>
      </w:pPr>
      <w:r>
        <w:rPr>
          <w:b w:val="0"/>
          <w:i w:val="0"/>
        </w:rPr>
        <w:t>Tóm tắt</w:t>
      </w:r>
    </w:p>
    <w:p>
      <w:pPr>
        <w:spacing w:after="80"/>
      </w:pPr>
      <w:r>
        <w:rPr>
          <w:b w:val="0"/>
          <w:i w:val="0"/>
        </w:rPr>
        <w:t>Chương 9: Lớp</w:t>
      </w:r>
    </w:p>
    <w:p>
      <w:pPr>
        <w:spacing w:after="80"/>
      </w:pPr>
      <w:r>
        <w:rPr>
          <w:b w:val="0"/>
          <w:i w:val="0"/>
        </w:rPr>
        <w:t>Tạo và sử dụng một lớp</w:t>
      </w:r>
    </w:p>
    <w:p>
      <w:pPr>
        <w:spacing w:after="80"/>
      </w:pPr>
      <w:r>
        <w:rPr>
          <w:b w:val="0"/>
          <w:i w:val="0"/>
        </w:rPr>
        <w:t>Tạo lớp Dog</w:t>
      </w:r>
    </w:p>
    <w:p>
      <w:pPr>
        <w:spacing w:after="80"/>
      </w:pPr>
      <w:r>
        <w:rPr>
          <w:b w:val="0"/>
          <w:i w:val="0"/>
        </w:rPr>
        <w:t>Phương thức __init__()</w:t>
      </w:r>
    </w:p>
    <w:p>
      <w:pPr>
        <w:spacing w:after="80"/>
      </w:pPr>
      <w:r>
        <w:rPr>
          <w:b w:val="0"/>
          <w:i w:val="0"/>
        </w:rPr>
        <w:t>Tạo một thực thể từ một lớp</w:t>
      </w:r>
    </w:p>
    <w:p>
      <w:pPr>
        <w:spacing w:after="80"/>
      </w:pPr>
      <w:r>
        <w:rPr>
          <w:b w:val="0"/>
          <w:i w:val="0"/>
        </w:rPr>
        <w:t>Bài tập 9-1: Nhà hàng</w:t>
      </w:r>
    </w:p>
    <w:p>
      <w:pPr>
        <w:spacing w:after="80"/>
      </w:pPr>
      <w:r>
        <w:rPr>
          <w:b w:val="0"/>
          <w:i w:val="0"/>
        </w:rPr>
        <w:t>Bài tập 9-2: Ba nhà hàng</w:t>
      </w:r>
    </w:p>
    <w:p>
      <w:pPr>
        <w:spacing w:after="80"/>
      </w:pPr>
      <w:r>
        <w:rPr>
          <w:b w:val="0"/>
          <w:i w:val="0"/>
        </w:rPr>
        <w:t>Bài tập 9-3: Người dùng</w:t>
      </w:r>
    </w:p>
    <w:p>
      <w:pPr>
        <w:spacing w:after="80"/>
      </w:pPr>
      <w:r>
        <w:rPr>
          <w:b w:val="0"/>
          <w:i w:val="0"/>
        </w:rPr>
        <w:t>Làm việc với Lớp và Thực thể</w:t>
      </w:r>
    </w:p>
    <w:p>
      <w:pPr>
        <w:spacing w:after="80"/>
      </w:pPr>
      <w:r>
        <w:rPr>
          <w:b w:val="0"/>
          <w:i w:val="0"/>
        </w:rPr>
        <w:t>Lớp Car</w:t>
      </w:r>
    </w:p>
    <w:p>
      <w:pPr>
        <w:spacing w:after="80"/>
      </w:pPr>
      <w:r>
        <w:rPr>
          <w:b w:val="0"/>
          <w:i w:val="0"/>
        </w:rPr>
        <w:t>Đặt Giá trị Mặc định cho một Thuộc tính</w:t>
      </w:r>
    </w:p>
    <w:p>
      <w:pPr>
        <w:spacing w:after="80"/>
      </w:pPr>
      <w:r>
        <w:rPr>
          <w:b w:val="0"/>
          <w:i w:val="0"/>
        </w:rPr>
        <w:t>Thay đổi Giá trị Thuộc tính</w:t>
      </w:r>
    </w:p>
    <w:p>
      <w:pPr>
        <w:spacing w:after="80"/>
      </w:pPr>
      <w:r>
        <w:rPr>
          <w:b w:val="0"/>
          <w:i w:val="0"/>
        </w:rPr>
        <w:t>Bài tập 9-4: Số lượng Phục vụ</w:t>
      </w:r>
    </w:p>
    <w:p>
      <w:pPr>
        <w:spacing w:after="80"/>
      </w:pPr>
      <w:r>
        <w:rPr>
          <w:b w:val="0"/>
          <w:i w:val="0"/>
        </w:rPr>
        <w:t>Bài tập 9-5: Số lần Đăng nhập</w:t>
      </w:r>
    </w:p>
    <w:p>
      <w:pPr>
        <w:spacing w:after="80"/>
      </w:pPr>
      <w:r>
        <w:rPr>
          <w:b w:val="0"/>
          <w:i w:val="0"/>
        </w:rPr>
        <w:t>Kế thừa</w:t>
      </w:r>
    </w:p>
    <w:p>
      <w:pPr>
        <w:spacing w:after="80"/>
      </w:pPr>
      <w:r>
        <w:rPr>
          <w:b w:val="0"/>
          <w:i w:val="0"/>
        </w:rPr>
        <w:t>Phương thức __init__() cho Lớp Con</w:t>
      </w:r>
    </w:p>
    <w:p>
      <w:pPr>
        <w:spacing w:after="80"/>
      </w:pPr>
      <w:r>
        <w:rPr>
          <w:b w:val="0"/>
          <w:i w:val="0"/>
        </w:rPr>
        <w:t>Định nghĩa Thuộc tính và Phương thức cho Lớp Con</w:t>
      </w:r>
    </w:p>
    <w:p>
      <w:pPr>
        <w:spacing w:after="80"/>
      </w:pPr>
      <w:r>
        <w:rPr>
          <w:b w:val="0"/>
          <w:i w:val="0"/>
        </w:rPr>
        <w:t>Ghi đè Phương thức từ Lớp Cha</w:t>
      </w:r>
    </w:p>
    <w:p>
      <w:pPr>
        <w:spacing w:after="80"/>
      </w:pPr>
      <w:r>
        <w:rPr>
          <w:b w:val="0"/>
          <w:i w:val="0"/>
        </w:rPr>
        <w:t>Thực thể làm Thuộc tính</w:t>
      </w:r>
    </w:p>
    <w:p>
      <w:pPr>
        <w:spacing w:after="80"/>
      </w:pPr>
      <w:r>
        <w:rPr>
          <w:b w:val="0"/>
          <w:i w:val="0"/>
        </w:rPr>
        <w:t>Mô hình hóa các Đối tượng trong Thế giới Thực</w:t>
      </w:r>
    </w:p>
    <w:p>
      <w:pPr>
        <w:spacing w:after="80"/>
      </w:pPr>
      <w:r>
        <w:rPr>
          <w:b w:val="0"/>
          <w:i w:val="0"/>
        </w:rPr>
        <w:t>Bài tập 9-6: Quầy Kem</w:t>
      </w:r>
    </w:p>
    <w:p>
      <w:pPr>
        <w:spacing w:after="80"/>
      </w:pPr>
      <w:r>
        <w:rPr>
          <w:b w:val="0"/>
          <w:i w:val="0"/>
        </w:rPr>
        <w:t>Bài tập 9-7: Quản trị viên</w:t>
      </w:r>
    </w:p>
    <w:p>
      <w:pPr>
        <w:spacing w:after="80"/>
      </w:pPr>
      <w:r>
        <w:rPr>
          <w:b w:val="0"/>
          <w:i w:val="0"/>
        </w:rPr>
        <w:t>Bài tập 9-8: Quyền hạn</w:t>
      </w:r>
    </w:p>
    <w:p>
      <w:pPr>
        <w:spacing w:after="80"/>
      </w:pPr>
      <w:r>
        <w:rPr>
          <w:b w:val="0"/>
          <w:i w:val="0"/>
        </w:rPr>
        <w:t>Bài tập 9-9: Nâng cấp pin</w:t>
      </w:r>
    </w:p>
    <w:p>
      <w:pPr>
        <w:spacing w:after="80"/>
      </w:pPr>
      <w:r>
        <w:rPr>
          <w:b w:val="0"/>
          <w:i w:val="0"/>
        </w:rPr>
        <w:t>Nhập các lớp</w:t>
      </w:r>
    </w:p>
    <w:p>
      <w:pPr>
        <w:spacing w:after="80"/>
      </w:pPr>
      <w:r>
        <w:rPr>
          <w:b w:val="0"/>
          <w:i w:val="0"/>
        </w:rPr>
        <w:t>Nhập một lớp đơn</w:t>
      </w:r>
    </w:p>
    <w:p>
      <w:pPr>
        <w:spacing w:after="80"/>
      </w:pPr>
      <w:r>
        <w:rPr>
          <w:b w:val="0"/>
          <w:i w:val="0"/>
        </w:rPr>
        <w:t>Lưu nhiều lớp trong một mô-đun</w:t>
      </w:r>
    </w:p>
    <w:p>
      <w:pPr>
        <w:spacing w:after="80"/>
      </w:pPr>
      <w:r>
        <w:rPr>
          <w:b w:val="0"/>
          <w:i w:val="0"/>
        </w:rPr>
        <w:t>Nhập nhiều lớp từ một mô-đun</w:t>
      </w:r>
    </w:p>
    <w:p>
      <w:pPr>
        <w:spacing w:after="80"/>
      </w:pPr>
      <w:r>
        <w:rPr>
          <w:b w:val="0"/>
          <w:i w:val="0"/>
        </w:rPr>
        <w:t>Nhập toàn bộ một mô-đun</w:t>
      </w:r>
    </w:p>
    <w:p>
      <w:pPr>
        <w:spacing w:after="80"/>
      </w:pPr>
      <w:r>
        <w:rPr>
          <w:b w:val="0"/>
          <w:i w:val="0"/>
        </w:rPr>
        <w:t>Nhập tất cả các lớp từ một mô-đun</w:t>
      </w:r>
    </w:p>
    <w:p>
      <w:pPr>
        <w:spacing w:after="80"/>
      </w:pPr>
      <w:r>
        <w:rPr>
          <w:b w:val="0"/>
          <w:i w:val="0"/>
        </w:rPr>
        <w:t>Nhập một mô-đun vào trong một mô-đun</w:t>
      </w:r>
    </w:p>
    <w:p>
      <w:pPr>
        <w:spacing w:after="80"/>
      </w:pPr>
      <w:r>
        <w:rPr>
          <w:b w:val="0"/>
          <w:i w:val="0"/>
        </w:rPr>
        <w:t>Sử dụng bí danh</w:t>
      </w:r>
    </w:p>
    <w:p>
      <w:pPr>
        <w:spacing w:after="80"/>
      </w:pPr>
      <w:r>
        <w:rPr>
          <w:b w:val="0"/>
          <w:i w:val="0"/>
        </w:rPr>
        <w:t>Tìm ra quy trình làm việc của riêng bạn</w:t>
      </w:r>
    </w:p>
    <w:p>
      <w:pPr>
        <w:spacing w:after="80"/>
      </w:pPr>
      <w:r>
        <w:rPr>
          <w:b w:val="0"/>
          <w:i w:val="0"/>
        </w:rPr>
        <w:t>Bài tập 9-10: Nhà hàng được nhập</w:t>
      </w:r>
    </w:p>
    <w:p>
      <w:pPr>
        <w:spacing w:after="80"/>
      </w:pPr>
      <w:r>
        <w:rPr>
          <w:b w:val="0"/>
          <w:i w:val="0"/>
        </w:rPr>
        <w:t>Bài tập 9-11: Quản trị viên được nhập</w:t>
      </w:r>
    </w:p>
    <w:p>
      <w:pPr>
        <w:spacing w:after="80"/>
      </w:pPr>
      <w:r>
        <w:rPr>
          <w:b w:val="0"/>
          <w:i w:val="0"/>
        </w:rPr>
        <w:t>Bài tập 9-12: Nhiều mô-đun</w:t>
      </w:r>
    </w:p>
    <w:p>
      <w:pPr>
        <w:spacing w:after="80"/>
      </w:pPr>
      <w:r>
        <w:rPr>
          <w:b w:val="0"/>
          <w:i w:val="0"/>
        </w:rPr>
        <w:t>Thư viện chuẩn của Python</w:t>
      </w:r>
    </w:p>
    <w:p>
      <w:pPr>
        <w:spacing w:after="80"/>
      </w:pPr>
      <w:r>
        <w:rPr>
          <w:b w:val="0"/>
          <w:i w:val="0"/>
        </w:rPr>
        <w:t>Bài tập 9-13: Xúc xắc</w:t>
      </w:r>
    </w:p>
    <w:p>
      <w:pPr>
        <w:spacing w:after="80"/>
      </w:pPr>
      <w:r>
        <w:rPr>
          <w:b w:val="0"/>
          <w:i w:val="0"/>
        </w:rPr>
        <w:t>Bài tập 9-14: Xổ số</w:t>
      </w:r>
    </w:p>
    <w:p>
      <w:pPr>
        <w:spacing w:after="80"/>
      </w:pPr>
      <w:r>
        <w:rPr>
          <w:b w:val="0"/>
          <w:i w:val="0"/>
        </w:rPr>
        <w:t>Bài tập 9-15: Phân tích xổ số</w:t>
      </w:r>
    </w:p>
    <w:p>
      <w:pPr>
        <w:spacing w:after="80"/>
      </w:pPr>
      <w:r>
        <w:rPr>
          <w:b w:val="0"/>
          <w:i w:val="0"/>
        </w:rPr>
        <w:t>Bài tập 9-16: Module Python của tuần</w:t>
      </w:r>
    </w:p>
    <w:p>
      <w:pPr>
        <w:spacing w:after="80"/>
      </w:pPr>
      <w:r>
        <w:rPr>
          <w:b w:val="0"/>
          <w:i w:val="0"/>
        </w:rPr>
        <w:t>Định dạng lớp</w:t>
      </w:r>
    </w:p>
    <w:p>
      <w:pPr>
        <w:spacing w:after="80"/>
      </w:pPr>
      <w:r>
        <w:rPr>
          <w:b w:val="0"/>
          <w:i w:val="0"/>
        </w:rPr>
        <w:t>Tóm tắt</w:t>
      </w:r>
    </w:p>
    <w:p>
      <w:pPr>
        <w:spacing w:after="80"/>
      </w:pPr>
      <w:r>
        <w:rPr>
          <w:b w:val="0"/>
          <w:i w:val="0"/>
        </w:rPr>
        <w:t>Chương 10: Tệp và ngoại lệ</w:t>
      </w:r>
    </w:p>
    <w:p>
      <w:pPr>
        <w:spacing w:after="80"/>
      </w:pPr>
      <w:r>
        <w:rPr>
          <w:b w:val="0"/>
          <w:i w:val="0"/>
        </w:rPr>
        <w:t>Đọc từ một tệp</w:t>
      </w:r>
    </w:p>
    <w:p>
      <w:pPr>
        <w:spacing w:after="80"/>
      </w:pPr>
      <w:r>
        <w:rPr>
          <w:b w:val="0"/>
          <w:i w:val="0"/>
        </w:rPr>
        <w:t>Đọc nội dung của một tệp</w:t>
      </w:r>
    </w:p>
    <w:p>
      <w:pPr>
        <w:spacing w:after="80"/>
      </w:pPr>
      <w:r>
        <w:rPr>
          <w:b w:val="0"/>
          <w:i w:val="0"/>
        </w:rPr>
        <w:t>Đường dẫn tệp tương đối và tuyệt đối</w:t>
      </w:r>
    </w:p>
    <w:p>
      <w:pPr>
        <w:spacing w:after="80"/>
      </w:pPr>
      <w:r>
        <w:rPr>
          <w:b w:val="0"/>
          <w:i w:val="0"/>
        </w:rPr>
        <w:t>Truy cập các dòng của tệp</w:t>
      </w:r>
    </w:p>
    <w:p>
      <w:pPr>
        <w:spacing w:after="80"/>
      </w:pPr>
      <w:r>
        <w:rPr>
          <w:b w:val="0"/>
          <w:i w:val="0"/>
        </w:rPr>
        <w:t>Làm việc với nội dung của tệp</w:t>
      </w:r>
    </w:p>
    <w:p>
      <w:pPr>
        <w:spacing w:after="80"/>
      </w:pPr>
      <w:r>
        <w:rPr>
          <w:b w:val="0"/>
          <w:i w:val="0"/>
        </w:rPr>
        <w:t>Tệp lớn: Một triệu chữ số</w:t>
      </w:r>
    </w:p>
    <w:p>
      <w:pPr>
        <w:spacing w:after="80"/>
      </w:pPr>
      <w:r>
        <w:rPr>
          <w:b w:val="0"/>
          <w:i w:val="0"/>
        </w:rPr>
        <w:t>Ngày sinh của bạn có nằm trong số Pi không?</w:t>
      </w:r>
    </w:p>
    <w:p>
      <w:pPr>
        <w:spacing w:after="80"/>
      </w:pPr>
      <w:r>
        <w:rPr>
          <w:b w:val="0"/>
          <w:i w:val="0"/>
        </w:rPr>
        <w:t>Bài tập 10-1: Học Python</w:t>
      </w:r>
    </w:p>
    <w:p>
      <w:pPr>
        <w:spacing w:after="80"/>
      </w:pPr>
      <w:r>
        <w:rPr>
          <w:b w:val="0"/>
          <w:i w:val="0"/>
        </w:rPr>
        <w:t>Bài tập 10-2: Học C</w:t>
      </w:r>
    </w:p>
    <w:p>
      <w:pPr>
        <w:spacing w:after="80"/>
      </w:pPr>
      <w:r>
        <w:rPr>
          <w:b w:val="0"/>
          <w:i w:val="0"/>
        </w:rPr>
        <w:t>Bài tập 10-3: Mã đơn giản hơn</w:t>
      </w:r>
    </w:p>
    <w:p>
      <w:pPr>
        <w:spacing w:after="80"/>
      </w:pPr>
      <w:r>
        <w:rPr>
          <w:b w:val="0"/>
          <w:i w:val="0"/>
        </w:rPr>
        <w:t>Ghi vào tệp</w:t>
      </w:r>
    </w:p>
    <w:p>
      <w:pPr>
        <w:spacing w:after="80"/>
      </w:pPr>
      <w:r>
        <w:rPr>
          <w:b w:val="0"/>
          <w:i w:val="0"/>
        </w:rPr>
        <w:t>Ghi một dòng</w:t>
      </w:r>
    </w:p>
    <w:p>
      <w:pPr>
        <w:spacing w:after="80"/>
      </w:pPr>
      <w:r>
        <w:rPr>
          <w:b w:val="0"/>
          <w:i w:val="0"/>
        </w:rPr>
        <w:t>Ghi nhiều dòng</w:t>
      </w:r>
    </w:p>
    <w:p>
      <w:pPr>
        <w:spacing w:after="80"/>
      </w:pPr>
      <w:r>
        <w:rPr>
          <w:b w:val="0"/>
          <w:i w:val="0"/>
        </w:rPr>
        <w:t>Bài tập 10-4: Khách mời</w:t>
      </w:r>
    </w:p>
    <w:p>
      <w:pPr>
        <w:spacing w:after="80"/>
      </w:pPr>
      <w:r>
        <w:rPr>
          <w:b w:val="0"/>
          <w:i w:val="0"/>
        </w:rPr>
        <w:t>Bài tập 10-5: Sổ lưu bút</w:t>
      </w:r>
    </w:p>
    <w:p>
      <w:pPr>
        <w:spacing w:after="80"/>
      </w:pPr>
      <w:r>
        <w:rPr>
          <w:b w:val="0"/>
          <w:i w:val="0"/>
        </w:rPr>
        <w:t>Ngoại lệ</w:t>
      </w:r>
    </w:p>
    <w:p>
      <w:pPr>
        <w:spacing w:after="80"/>
      </w:pPr>
      <w:r>
        <w:rPr>
          <w:b w:val="0"/>
          <w:i w:val="0"/>
        </w:rPr>
        <w:t>Xử lý ngoại lệ ZeroDivisionError</w:t>
      </w:r>
    </w:p>
    <w:p>
      <w:pPr>
        <w:spacing w:after="80"/>
      </w:pPr>
      <w:r>
        <w:rPr>
          <w:b w:val="0"/>
          <w:i w:val="0"/>
        </w:rPr>
        <w:t>Sử dụng khối try-except</w:t>
      </w:r>
    </w:p>
    <w:p>
      <w:pPr>
        <w:spacing w:after="80"/>
      </w:pPr>
      <w:r>
        <w:rPr>
          <w:b w:val="0"/>
          <w:i w:val="0"/>
        </w:rPr>
        <w:t>Sử dụng ngoại lệ để ngăn chương trình bị sập</w:t>
      </w:r>
    </w:p>
    <w:p>
      <w:pPr>
        <w:spacing w:after="80"/>
      </w:pPr>
      <w:r>
        <w:rPr>
          <w:b w:val="0"/>
          <w:i w:val="0"/>
        </w:rPr>
        <w:t>Khối else</w:t>
      </w:r>
    </w:p>
    <w:p>
      <w:pPr>
        <w:spacing w:after="80"/>
      </w:pPr>
      <w:r>
        <w:rPr>
          <w:b w:val="0"/>
          <w:i w:val="0"/>
        </w:rPr>
        <w:t>Xử lý ngoại lệ FileNotFoundError</w:t>
      </w:r>
    </w:p>
    <w:p>
      <w:pPr>
        <w:spacing w:after="80"/>
      </w:pPr>
      <w:r>
        <w:rPr>
          <w:b w:val="0"/>
          <w:i w:val="0"/>
        </w:rPr>
        <w:t>Phân tích văn bản</w:t>
      </w:r>
    </w:p>
    <w:p>
      <w:pPr>
        <w:spacing w:after="80"/>
      </w:pPr>
      <w:r>
        <w:rPr>
          <w:b w:val="0"/>
          <w:i w:val="0"/>
        </w:rPr>
        <w:t>Làm việc với nhiều tệp</w:t>
      </w:r>
    </w:p>
    <w:p>
      <w:pPr>
        <w:spacing w:after="80"/>
      </w:pPr>
      <w:r>
        <w:rPr>
          <w:b w:val="0"/>
          <w:i w:val="0"/>
        </w:rPr>
        <w:t>Thất bại trong im lặng</w:t>
      </w:r>
    </w:p>
    <w:p>
      <w:pPr>
        <w:spacing w:after="80"/>
      </w:pPr>
      <w:r>
        <w:rPr>
          <w:b w:val="0"/>
          <w:i w:val="0"/>
        </w:rPr>
        <w:t>Quyết định xem nên báo cáo những lỗi nào</w:t>
      </w:r>
    </w:p>
    <w:p>
      <w:pPr>
        <w:spacing w:after="80"/>
      </w:pPr>
      <w:r>
        <w:rPr>
          <w:b w:val="0"/>
          <w:i w:val="0"/>
        </w:rPr>
        <w:t>Bài tập 10-6: Phép cộng</w:t>
      </w:r>
    </w:p>
    <w:p>
      <w:pPr>
        <w:spacing w:after="80"/>
      </w:pPr>
      <w:r>
        <w:rPr>
          <w:b w:val="0"/>
          <w:i w:val="0"/>
        </w:rPr>
        <w:t>Bài tập 10-7: Máy tính cộng</w:t>
      </w:r>
    </w:p>
    <w:p>
      <w:pPr>
        <w:spacing w:after="80"/>
      </w:pPr>
      <w:r>
        <w:rPr>
          <w:b w:val="0"/>
          <w:i w:val="0"/>
        </w:rPr>
        <w:t>Bài tập 10-8: Mèo và chó</w:t>
      </w:r>
    </w:p>
    <w:p>
      <w:pPr>
        <w:spacing w:after="80"/>
      </w:pPr>
      <w:r>
        <w:rPr>
          <w:b w:val="0"/>
          <w:i w:val="0"/>
        </w:rPr>
        <w:t>Bài tập 10-9: Mèo và chó im lặng</w:t>
      </w:r>
    </w:p>
    <w:p>
      <w:pPr>
        <w:spacing w:after="80"/>
      </w:pPr>
      <w:r>
        <w:rPr>
          <w:b w:val="0"/>
          <w:i w:val="0"/>
        </w:rPr>
        <w:t>Bài tập 10-10: Những từ thông dụng</w:t>
      </w:r>
    </w:p>
    <w:p>
      <w:pPr>
        <w:spacing w:after="80"/>
      </w:pPr>
      <w:r>
        <w:rPr>
          <w:b w:val="0"/>
          <w:i w:val="0"/>
        </w:rPr>
        <w:t>Lưu trữ dữ liệu</w:t>
      </w:r>
    </w:p>
    <w:p>
      <w:pPr>
        <w:spacing w:after="80"/>
      </w:pPr>
      <w:r>
        <w:rPr>
          <w:b w:val="0"/>
          <w:i w:val="0"/>
        </w:rPr>
        <w:t>Sử dụng json.dumps() và json.loads()</w:t>
      </w:r>
    </w:p>
    <w:p>
      <w:pPr>
        <w:spacing w:after="80"/>
      </w:pPr>
      <w:r>
        <w:rPr>
          <w:b w:val="0"/>
          <w:i w:val="0"/>
        </w:rPr>
        <w:t>Lưu và đọc dữ liệu do người dùng tạo</w:t>
      </w:r>
    </w:p>
    <w:p>
      <w:pPr>
        <w:spacing w:after="80"/>
      </w:pPr>
      <w:r>
        <w:rPr>
          <w:b w:val="0"/>
          <w:i w:val="0"/>
        </w:rPr>
        <w:t>Tái cấu trúc mã nguồn</w:t>
      </w:r>
    </w:p>
    <w:p>
      <w:pPr>
        <w:spacing w:after="80"/>
      </w:pPr>
      <w:r>
        <w:rPr>
          <w:b w:val="0"/>
          <w:i w:val="0"/>
        </w:rPr>
        <w:t>Bài tập 10-11: Số yêu thích</w:t>
      </w:r>
    </w:p>
    <w:p>
      <w:pPr>
        <w:spacing w:after="80"/>
      </w:pPr>
      <w:r>
        <w:rPr>
          <w:b w:val="0"/>
          <w:i w:val="0"/>
        </w:rPr>
        <w:t>Bài tập 10-12: Số yêu thích được ghi nhớ</w:t>
      </w:r>
    </w:p>
    <w:p>
      <w:pPr>
        <w:spacing w:after="80"/>
      </w:pPr>
      <w:r>
        <w:rPr>
          <w:b w:val="0"/>
          <w:i w:val="0"/>
        </w:rPr>
        <w:t>Bài tập 10-13: Từ điển người dùng</w:t>
      </w:r>
    </w:p>
    <w:p>
      <w:pPr>
        <w:spacing w:after="80"/>
      </w:pPr>
      <w:r>
        <w:rPr>
          <w:b w:val="0"/>
          <w:i w:val="0"/>
        </w:rPr>
        <w:t>Bài tập 10-14: Xác minh người dùng</w:t>
      </w:r>
    </w:p>
    <w:p>
      <w:pPr>
        <w:spacing w:after="80"/>
      </w:pPr>
      <w:r>
        <w:rPr>
          <w:b w:val="0"/>
          <w:i w:val="0"/>
        </w:rPr>
        <w:t>Tóm tắt</w:t>
      </w:r>
    </w:p>
    <w:p>
      <w:pPr>
        <w:spacing w:after="80"/>
      </w:pPr>
      <w:r>
        <w:rPr>
          <w:b w:val="0"/>
          <w:i w:val="0"/>
        </w:rPr>
        <w:t>Chương 11: Kiểm thử mã của bạn</w:t>
      </w:r>
    </w:p>
    <w:p>
      <w:pPr>
        <w:spacing w:after="80"/>
      </w:pPr>
      <w:r>
        <w:rPr>
          <w:b w:val="0"/>
          <w:i w:val="0"/>
        </w:rPr>
        <w:t>Cài đặt pytest bằng pip</w:t>
      </w:r>
    </w:p>
    <w:p>
      <w:pPr>
        <w:spacing w:after="80"/>
      </w:pPr>
      <w:r>
        <w:rPr>
          <w:b w:val="0"/>
          <w:i w:val="0"/>
        </w:rPr>
        <w:t>Cập nhật pip</w:t>
      </w:r>
    </w:p>
    <w:p>
      <w:pPr>
        <w:spacing w:after="80"/>
      </w:pPr>
      <w:r>
        <w:rPr>
          <w:b w:val="0"/>
          <w:i w:val="0"/>
        </w:rPr>
        <w:t>Cài đặt pytest</w:t>
      </w:r>
    </w:p>
    <w:p>
      <w:pPr>
        <w:spacing w:after="80"/>
      </w:pPr>
      <w:r>
        <w:rPr>
          <w:b w:val="0"/>
          <w:i w:val="0"/>
        </w:rPr>
        <w:t>Kiểm thử một hàm</w:t>
      </w:r>
    </w:p>
    <w:p>
      <w:pPr>
        <w:spacing w:after="80"/>
      </w:pPr>
      <w:r>
        <w:rPr>
          <w:b w:val="0"/>
          <w:i w:val="0"/>
        </w:rPr>
        <w:t>Kiểm thử đơn vị và các ca kiểm thử</w:t>
      </w:r>
    </w:p>
    <w:p>
      <w:pPr>
        <w:spacing w:after="80"/>
      </w:pPr>
      <w:r>
        <w:rPr>
          <w:b w:val="0"/>
          <w:i w:val="0"/>
        </w:rPr>
        <w:t>Một bài kiểm thử đạt</w:t>
      </w:r>
    </w:p>
    <w:p>
      <w:pPr>
        <w:spacing w:after="80"/>
      </w:pPr>
      <w:r>
        <w:rPr>
          <w:b w:val="0"/>
          <w:i w:val="0"/>
        </w:rPr>
        <w:t>Chạy một bài kiểm thử</w:t>
      </w:r>
    </w:p>
    <w:p>
      <w:pPr>
        <w:spacing w:after="80"/>
      </w:pPr>
      <w:r>
        <w:rPr>
          <w:b w:val="0"/>
          <w:i w:val="0"/>
        </w:rPr>
        <w:t>Một bài kiểm thử không đạt</w:t>
      </w:r>
    </w:p>
    <w:p>
      <w:pPr>
        <w:spacing w:after="80"/>
      </w:pPr>
      <w:r>
        <w:rPr>
          <w:b w:val="0"/>
          <w:i w:val="0"/>
        </w:rPr>
        <w:t>Phản hồi khi bài kiểm tra thất bại</w:t>
      </w:r>
    </w:p>
    <w:p>
      <w:pPr>
        <w:spacing w:after="80"/>
      </w:pPr>
      <w:r>
        <w:rPr>
          <w:b w:val="0"/>
          <w:i w:val="0"/>
        </w:rPr>
        <w:t>Thêm các bài kiểm tra mới</w:t>
      </w:r>
    </w:p>
    <w:p>
      <w:pPr>
        <w:spacing w:after="80"/>
      </w:pPr>
      <w:r>
        <w:rPr>
          <w:b w:val="0"/>
          <w:i w:val="0"/>
        </w:rPr>
        <w:t>Bài tập 11-1: Thành phố, Quốc gia</w:t>
      </w:r>
    </w:p>
    <w:p>
      <w:pPr>
        <w:spacing w:after="80"/>
      </w:pPr>
      <w:r>
        <w:rPr>
          <w:b w:val="0"/>
          <w:i w:val="0"/>
        </w:rPr>
        <w:t>Bài tập 11-2: Dân số</w:t>
      </w:r>
    </w:p>
    <w:p>
      <w:pPr>
        <w:spacing w:after="80"/>
      </w:pPr>
      <w:r>
        <w:rPr>
          <w:b w:val="0"/>
          <w:i w:val="0"/>
        </w:rPr>
        <w:t>Kiểm tra một lớp</w:t>
      </w:r>
    </w:p>
    <w:p>
      <w:pPr>
        <w:spacing w:after="80"/>
      </w:pPr>
      <w:r>
        <w:rPr>
          <w:b w:val="0"/>
          <w:i w:val="0"/>
        </w:rPr>
        <w:t>Nhiều loại câu lệnh khẳng định khác nhau</w:t>
      </w:r>
    </w:p>
    <w:p>
      <w:pPr>
        <w:spacing w:after="80"/>
      </w:pPr>
      <w:r>
        <w:rPr>
          <w:b w:val="0"/>
          <w:i w:val="0"/>
        </w:rPr>
        <w:t>Một lớp để kiểm tra</w:t>
      </w:r>
    </w:p>
    <w:p>
      <w:pPr>
        <w:spacing w:after="80"/>
      </w:pPr>
      <w:r>
        <w:rPr>
          <w:b w:val="0"/>
          <w:i w:val="0"/>
        </w:rPr>
        <w:t>Kiểm tra lớp AnonymousSurvey</w:t>
      </w:r>
    </w:p>
    <w:p>
      <w:pPr>
        <w:spacing w:after="80"/>
      </w:pPr>
      <w:r>
        <w:rPr>
          <w:b w:val="0"/>
          <w:i w:val="0"/>
        </w:rPr>
        <w:t>Sử dụng Fixtures</w:t>
      </w:r>
    </w:p>
    <w:p>
      <w:pPr>
        <w:spacing w:after="80"/>
      </w:pPr>
      <w:r>
        <w:rPr>
          <w:b w:val="0"/>
          <w:i w:val="0"/>
        </w:rPr>
        <w:t>Bài tập 11-3: Nhân viên</w:t>
      </w:r>
    </w:p>
    <w:p>
      <w:pPr>
        <w:spacing w:after="80"/>
      </w:pPr>
      <w:r>
        <w:rPr>
          <w:b w:val="0"/>
          <w:i w:val="0"/>
        </w:rPr>
        <w:t>Tóm tắt</w:t>
      </w:r>
    </w:p>
    <w:p>
      <w:pPr>
        <w:spacing w:after="80"/>
      </w:pPr>
      <w:r>
        <w:rPr>
          <w:b w:val="0"/>
          <w:i w:val="0"/>
        </w:rPr>
        <w:t>Phần II: Các dự án</w:t>
      </w:r>
    </w:p>
    <w:p>
      <w:pPr>
        <w:spacing w:after="80"/>
      </w:pPr>
      <w:r>
        <w:rPr>
          <w:b w:val="0"/>
          <w:i w:val="0"/>
        </w:rPr>
        <w:t>Chương 12: Con tàu bắn đạn</w:t>
      </w:r>
    </w:p>
    <w:p>
      <w:pPr>
        <w:spacing w:after="80"/>
      </w:pPr>
      <w:r>
        <w:rPr>
          <w:b w:val="0"/>
          <w:i w:val="0"/>
        </w:rPr>
        <w:t>Lập kế hoạch cho dự án của bạn</w:t>
      </w:r>
    </w:p>
    <w:p>
      <w:pPr>
        <w:spacing w:after="80"/>
      </w:pPr>
      <w:r>
        <w:rPr>
          <w:b w:val="0"/>
          <w:i w:val="0"/>
        </w:rPr>
        <w:t>Cài đặt Pygame</w:t>
      </w:r>
    </w:p>
    <w:p>
      <w:pPr>
        <w:spacing w:after="80"/>
      </w:pPr>
      <w:r>
        <w:rPr>
          <w:b w:val="0"/>
          <w:i w:val="0"/>
        </w:rPr>
        <w:t>Bắt đầu dự án trò chơi</w:t>
      </w:r>
    </w:p>
    <w:p>
      <w:pPr>
        <w:spacing w:after="80"/>
      </w:pPr>
      <w:r>
        <w:rPr>
          <w:b w:val="0"/>
          <w:i w:val="0"/>
        </w:rPr>
        <w:t>Tạo cửa sổ Pygame và phản hồi thao tác người dùng</w:t>
      </w:r>
    </w:p>
    <w:p>
      <w:pPr>
        <w:spacing w:after="80"/>
      </w:pPr>
      <w:r>
        <w:rPr>
          <w:b w:val="0"/>
          <w:i w:val="0"/>
        </w:rPr>
        <w:t>Kiểm soát tốc độ khung hình</w:t>
      </w:r>
    </w:p>
    <w:p>
      <w:pPr>
        <w:spacing w:after="80"/>
      </w:pPr>
      <w:r>
        <w:rPr>
          <w:b w:val="0"/>
          <w:i w:val="0"/>
        </w:rPr>
        <w:t>Đặt màu nền</w:t>
      </w:r>
    </w:p>
    <w:p>
      <w:pPr>
        <w:spacing w:after="80"/>
      </w:pPr>
      <w:r>
        <w:rPr>
          <w:b w:val="0"/>
          <w:i w:val="0"/>
        </w:rPr>
        <w:t>Tạo lớp Settings</w:t>
      </w:r>
    </w:p>
    <w:p>
      <w:pPr>
        <w:spacing w:after="80"/>
      </w:pPr>
      <w:r>
        <w:rPr>
          <w:b w:val="0"/>
          <w:i w:val="0"/>
        </w:rPr>
        <w:t>Thêm hình tàu vũ trụ</w:t>
      </w:r>
    </w:p>
    <w:p>
      <w:pPr>
        <w:spacing w:after="80"/>
      </w:pPr>
      <w:r>
        <w:rPr>
          <w:b w:val="0"/>
          <w:i w:val="0"/>
        </w:rPr>
        <w:t>Tạo lớp Ship</w:t>
      </w:r>
    </w:p>
    <w:p>
      <w:pPr>
        <w:spacing w:after="80"/>
      </w:pPr>
      <w:r>
        <w:rPr>
          <w:b w:val="0"/>
          <w:i w:val="0"/>
        </w:rPr>
        <w:t>Vẽ tàu vũ trụ lên màn hình</w:t>
      </w:r>
    </w:p>
    <w:p>
      <w:pPr>
        <w:spacing w:after="80"/>
      </w:pPr>
      <w:r>
        <w:rPr>
          <w:b w:val="0"/>
          <w:i w:val="0"/>
        </w:rPr>
        <w:t>Tái cấu trúc: Các phương thức _check_events() và _update_screen()</w:t>
      </w:r>
    </w:p>
    <w:p>
      <w:pPr>
        <w:spacing w:after="80"/>
      </w:pPr>
      <w:r>
        <w:rPr>
          <w:b w:val="0"/>
          <w:i w:val="0"/>
        </w:rPr>
        <w:t>Phương thức _check_events()</w:t>
      </w:r>
    </w:p>
    <w:p>
      <w:pPr>
        <w:spacing w:after="80"/>
      </w:pPr>
      <w:r>
        <w:rPr>
          <w:b w:val="0"/>
          <w:i w:val="0"/>
        </w:rPr>
        <w:t>Phương thức _update_screen()</w:t>
      </w:r>
    </w:p>
    <w:p>
      <w:pPr>
        <w:spacing w:after="80"/>
      </w:pPr>
      <w:r>
        <w:rPr>
          <w:b w:val="0"/>
          <w:i w:val="0"/>
        </w:rPr>
        <w:t>Bài tập 12-1: Bầu trời xanh</w:t>
      </w:r>
    </w:p>
    <w:p>
      <w:pPr>
        <w:spacing w:after="80"/>
      </w:pPr>
      <w:r>
        <w:rPr>
          <w:b w:val="0"/>
          <w:i w:val="0"/>
        </w:rPr>
        <w:t>Bài tập 12-2: Nhân vật trò chơi</w:t>
      </w:r>
    </w:p>
    <w:p>
      <w:pPr>
        <w:spacing w:after="80"/>
      </w:pPr>
      <w:r>
        <w:rPr>
          <w:b w:val="0"/>
          <w:i w:val="0"/>
        </w:rPr>
        <w:t>Điều khiển con tàu</w:t>
      </w:r>
    </w:p>
    <w:p>
      <w:pPr>
        <w:spacing w:after="80"/>
      </w:pPr>
      <w:r>
        <w:rPr>
          <w:b w:val="0"/>
          <w:i w:val="0"/>
        </w:rPr>
        <w:t>Phản hồi khi nhấn phím</w:t>
      </w:r>
    </w:p>
    <w:p>
      <w:pPr>
        <w:spacing w:after="80"/>
      </w:pPr>
      <w:r>
        <w:rPr>
          <w:b w:val="0"/>
          <w:i w:val="0"/>
        </w:rPr>
        <w:t>Cho phép di chuyển liên tục</w:t>
      </w:r>
    </w:p>
    <w:p>
      <w:pPr>
        <w:spacing w:after="80"/>
      </w:pPr>
      <w:r>
        <w:rPr>
          <w:b w:val="0"/>
          <w:i w:val="0"/>
        </w:rPr>
        <w:t>Di chuyển sang cả trái lẫn phải</w:t>
      </w:r>
    </w:p>
    <w:p>
      <w:pPr>
        <w:spacing w:after="80"/>
      </w:pPr>
      <w:r>
        <w:rPr>
          <w:b w:val="0"/>
          <w:i w:val="0"/>
        </w:rPr>
        <w:t>Điều chỉnh tốc độ của con tàu</w:t>
      </w:r>
    </w:p>
    <w:p>
      <w:pPr>
        <w:spacing w:after="80"/>
      </w:pPr>
      <w:r>
        <w:rPr>
          <w:b w:val="0"/>
          <w:i w:val="0"/>
        </w:rPr>
        <w:t>Giới hạn phạm vi di chuyển của con tàu</w:t>
      </w:r>
    </w:p>
    <w:p>
      <w:pPr>
        <w:spacing w:after="80"/>
      </w:pPr>
      <w:r>
        <w:rPr>
          <w:b w:val="0"/>
          <w:i w:val="0"/>
        </w:rPr>
        <w:t>Tái cấu trúc _check_events()</w:t>
      </w:r>
    </w:p>
    <w:p>
      <w:pPr>
        <w:spacing w:after="80"/>
      </w:pPr>
      <w:r>
        <w:rPr>
          <w:b w:val="0"/>
          <w:i w:val="0"/>
        </w:rPr>
        <w:t>Nhấn Q để thoát</w:t>
      </w:r>
    </w:p>
    <w:p>
      <w:pPr>
        <w:spacing w:after="80"/>
      </w:pPr>
      <w:r>
        <w:rPr>
          <w:b w:val="0"/>
          <w:i w:val="0"/>
        </w:rPr>
        <w:t>Chạy game ở chế độ toàn màn hình</w:t>
      </w:r>
    </w:p>
    <w:p>
      <w:pPr>
        <w:spacing w:after="80"/>
      </w:pPr>
      <w:r>
        <w:rPr>
          <w:b w:val="0"/>
          <w:i w:val="0"/>
        </w:rPr>
        <w:t>Tóm tắt nhanh</w:t>
      </w:r>
    </w:p>
    <w:p>
      <w:pPr>
        <w:spacing w:after="80"/>
      </w:pPr>
      <w:r>
        <w:rPr>
          <w:b w:val="0"/>
          <w:i w:val="0"/>
        </w:rPr>
        <w:t>alien_invasion.py</w:t>
      </w:r>
    </w:p>
    <w:p>
      <w:pPr>
        <w:spacing w:after="80"/>
      </w:pPr>
      <w:r>
        <w:rPr>
          <w:b w:val="0"/>
          <w:i w:val="0"/>
        </w:rPr>
        <w:t>settings.py</w:t>
      </w:r>
    </w:p>
    <w:p>
      <w:pPr>
        <w:spacing w:after="80"/>
      </w:pPr>
      <w:r>
        <w:rPr>
          <w:b w:val="0"/>
          <w:i w:val="0"/>
        </w:rPr>
        <w:t>ship.py</w:t>
      </w:r>
    </w:p>
    <w:p>
      <w:pPr>
        <w:spacing w:after="80"/>
      </w:pPr>
      <w:r>
        <w:rPr>
          <w:b w:val="0"/>
          <w:i w:val="0"/>
        </w:rPr>
        <w:t>Bài tập 12-3: Tài liệu Pygame</w:t>
      </w:r>
    </w:p>
    <w:p>
      <w:pPr>
        <w:spacing w:after="80"/>
      </w:pPr>
      <w:r>
        <w:rPr>
          <w:b w:val="0"/>
          <w:i w:val="0"/>
        </w:rPr>
        <w:t>Bài tập 12-4: Tên lửa</w:t>
      </w:r>
    </w:p>
    <w:p>
      <w:pPr>
        <w:spacing w:after="80"/>
      </w:pPr>
      <w:r>
        <w:rPr>
          <w:b w:val="0"/>
          <w:i w:val="0"/>
        </w:rPr>
        <w:t>Bài tập 12-5: Các phím</w:t>
      </w:r>
    </w:p>
    <w:p>
      <w:pPr>
        <w:spacing w:after="80"/>
      </w:pPr>
      <w:r>
        <w:rPr>
          <w:b w:val="0"/>
          <w:i w:val="0"/>
        </w:rPr>
        <w:t>Bắn đạn</w:t>
      </w:r>
    </w:p>
    <w:p>
      <w:pPr>
        <w:spacing w:after="80"/>
      </w:pPr>
      <w:r>
        <w:rPr>
          <w:b w:val="0"/>
          <w:i w:val="0"/>
        </w:rPr>
        <w:t>Thêm các thiết lập cho đạn</w:t>
      </w:r>
    </w:p>
    <w:p>
      <w:pPr>
        <w:spacing w:after="80"/>
      </w:pPr>
      <w:r>
        <w:rPr>
          <w:b w:val="0"/>
          <w:i w:val="0"/>
        </w:rPr>
        <w:t>Tạo lớp Bullet</w:t>
      </w:r>
    </w:p>
    <w:p>
      <w:pPr>
        <w:spacing w:after="80"/>
      </w:pPr>
      <w:r>
        <w:rPr>
          <w:b w:val="0"/>
          <w:i w:val="0"/>
        </w:rPr>
        <w:t>Lưu trữ đạn trong một nhóm</w:t>
      </w:r>
    </w:p>
    <w:p>
      <w:pPr>
        <w:spacing w:after="80"/>
      </w:pPr>
      <w:r>
        <w:rPr>
          <w:b w:val="0"/>
          <w:i w:val="0"/>
        </w:rPr>
        <w:t>Bắn đạn</w:t>
      </w:r>
    </w:p>
    <w:p>
      <w:pPr>
        <w:spacing w:after="80"/>
      </w:pPr>
      <w:r>
        <w:rPr>
          <w:b w:val="0"/>
          <w:i w:val="0"/>
        </w:rPr>
        <w:t>Xóa những viên đạn cũ</w:t>
      </w:r>
    </w:p>
    <w:p>
      <w:pPr>
        <w:spacing w:after="80"/>
      </w:pPr>
      <w:r>
        <w:rPr>
          <w:b w:val="0"/>
          <w:i w:val="0"/>
        </w:rPr>
        <w:t>Giới hạn số lượng đạn</w:t>
      </w:r>
    </w:p>
    <w:p>
      <w:pPr>
        <w:spacing w:after="80"/>
      </w:pPr>
      <w:r>
        <w:rPr>
          <w:b w:val="0"/>
          <w:i w:val="0"/>
        </w:rPr>
        <w:t>Tạo phương thức _update_bullets()</w:t>
      </w:r>
    </w:p>
    <w:p>
      <w:pPr>
        <w:spacing w:after="80"/>
      </w:pPr>
      <w:r>
        <w:rPr>
          <w:b w:val="0"/>
          <w:i w:val="0"/>
        </w:rPr>
        <w:t>Bài tập 12-6: Bắn ngang</w:t>
      </w:r>
    </w:p>
    <w:p>
      <w:pPr>
        <w:spacing w:after="80"/>
      </w:pPr>
      <w:r>
        <w:rPr>
          <w:b w:val="0"/>
          <w:i w:val="0"/>
        </w:rPr>
        <w:t>Tóm tắt</w:t>
      </w:r>
    </w:p>
    <w:p>
      <w:pPr>
        <w:spacing w:after="80"/>
      </w:pPr>
      <w:r>
        <w:rPr>
          <w:b w:val="0"/>
          <w:i w:val="0"/>
        </w:rPr>
        <w:t>Chương 13: Người ngoài hành tinh!</w:t>
      </w:r>
    </w:p>
    <w:p>
      <w:pPr>
        <w:spacing w:after="80"/>
      </w:pPr>
      <w:r>
        <w:rPr>
          <w:b w:val="0"/>
          <w:i w:val="0"/>
        </w:rPr>
        <w:t>Xem lại dự án</w:t>
      </w:r>
    </w:p>
    <w:p>
      <w:pPr>
        <w:spacing w:after="80"/>
      </w:pPr>
      <w:r>
        <w:rPr>
          <w:b w:val="0"/>
          <w:i w:val="0"/>
        </w:rPr>
        <w:t>Tạo Người ngoài hành tinh đầu tiên</w:t>
      </w:r>
    </w:p>
    <w:p>
      <w:pPr>
        <w:spacing w:after="80"/>
      </w:pPr>
      <w:r>
        <w:rPr>
          <w:b w:val="0"/>
          <w:i w:val="0"/>
        </w:rPr>
        <w:t>Tạo lớp Alien</w:t>
      </w:r>
    </w:p>
    <w:p>
      <w:pPr>
        <w:spacing w:after="80"/>
      </w:pPr>
      <w:r>
        <w:rPr>
          <w:b w:val="0"/>
          <w:i w:val="0"/>
        </w:rPr>
        <w:t>Tạo một thực thể của Alien</w:t>
      </w:r>
    </w:p>
    <w:p>
      <w:pPr>
        <w:spacing w:after="80"/>
      </w:pPr>
      <w:r>
        <w:rPr>
          <w:b w:val="0"/>
          <w:i w:val="0"/>
        </w:rPr>
        <w:t>Xây dựng hạm đội người ngoài hành tinh</w:t>
      </w:r>
    </w:p>
    <w:p>
      <w:pPr>
        <w:spacing w:after="80"/>
      </w:pPr>
      <w:r>
        <w:rPr>
          <w:b w:val="0"/>
          <w:i w:val="0"/>
        </w:rPr>
        <w:t>Tạo một hàng người ngoài hành tinh</w:t>
      </w:r>
    </w:p>
    <w:p>
      <w:pPr>
        <w:spacing w:after="80"/>
      </w:pPr>
      <w:r>
        <w:rPr>
          <w:b w:val="0"/>
          <w:i w:val="0"/>
        </w:rPr>
        <w:t>Tái cấu trúc _create_fleet()</w:t>
      </w:r>
    </w:p>
    <w:p>
      <w:pPr>
        <w:spacing w:after="80"/>
      </w:pPr>
      <w:r>
        <w:rPr>
          <w:b w:val="0"/>
          <w:i w:val="0"/>
        </w:rPr>
        <w:t>Thêm các hàng</w:t>
      </w:r>
    </w:p>
    <w:p>
      <w:pPr>
        <w:spacing w:after="80"/>
      </w:pPr>
      <w:r>
        <w:rPr>
          <w:b w:val="0"/>
          <w:i w:val="0"/>
        </w:rPr>
        <w:t>Bài tập 13-1: Những ngôi sao</w:t>
      </w:r>
    </w:p>
    <w:p>
      <w:pPr>
        <w:spacing w:after="80"/>
      </w:pPr>
      <w:r>
        <w:rPr>
          <w:b w:val="0"/>
          <w:i w:val="0"/>
        </w:rPr>
        <w:t>Bài tập 13-2: Những ngôi sao đẹp hơn</w:t>
      </w:r>
    </w:p>
    <w:p>
      <w:pPr>
        <w:spacing w:after="80"/>
      </w:pPr>
      <w:r>
        <w:rPr>
          <w:b w:val="0"/>
          <w:i w:val="0"/>
        </w:rPr>
        <w:t>Làm cho hạm đội di chuyển</w:t>
      </w:r>
    </w:p>
    <w:p>
      <w:pPr>
        <w:spacing w:after="80"/>
      </w:pPr>
      <w:r>
        <w:rPr>
          <w:b w:val="0"/>
          <w:i w:val="0"/>
        </w:rPr>
        <w:t>Di chuyển người ngoài hành tinh sang phải</w:t>
      </w:r>
    </w:p>
    <w:p>
      <w:pPr>
        <w:spacing w:after="80"/>
      </w:pPr>
      <w:r>
        <w:rPr>
          <w:b w:val="0"/>
          <w:i w:val="0"/>
        </w:rPr>
        <w:t>Tạo các thiết lập cho hướng của hạm đội</w:t>
      </w:r>
    </w:p>
    <w:p>
      <w:pPr>
        <w:spacing w:after="80"/>
      </w:pPr>
      <w:r>
        <w:rPr>
          <w:b w:val="0"/>
          <w:i w:val="0"/>
        </w:rPr>
        <w:t>Kiểm tra xem một người ngoài hành tinh có chạm mép không</w:t>
      </w:r>
    </w:p>
    <w:p>
      <w:pPr>
        <w:spacing w:after="80"/>
      </w:pPr>
      <w:r>
        <w:rPr>
          <w:b w:val="0"/>
          <w:i w:val="0"/>
        </w:rPr>
        <w:t>Hạ hạm đội xuống và đổi hướng</w:t>
      </w:r>
    </w:p>
    <w:p>
      <w:pPr>
        <w:spacing w:after="80"/>
      </w:pPr>
      <w:r>
        <w:rPr>
          <w:b w:val="0"/>
          <w:i w:val="0"/>
        </w:rPr>
        <w:t>Bài tập 13-3: Mưa rơi</w:t>
      </w:r>
    </w:p>
    <w:p>
      <w:pPr>
        <w:spacing w:after="80"/>
      </w:pPr>
      <w:r>
        <w:rPr>
          <w:b w:val="0"/>
          <w:i w:val="0"/>
        </w:rPr>
        <w:t>Bài tập 13-4: Mưa đều đặn</w:t>
      </w:r>
    </w:p>
    <w:p>
      <w:pPr>
        <w:spacing w:after="80"/>
      </w:pPr>
      <w:r>
        <w:rPr>
          <w:b w:val="0"/>
          <w:i w:val="0"/>
        </w:rPr>
        <w:t>Bắn người ngoài hành tinh</w:t>
      </w:r>
    </w:p>
    <w:p>
      <w:pPr>
        <w:spacing w:after="80"/>
      </w:pPr>
      <w:r>
        <w:rPr>
          <w:b w:val="0"/>
          <w:i w:val="0"/>
        </w:rPr>
        <w:t>Phát hiện va chạm của đạn</w:t>
      </w:r>
    </w:p>
    <w:p>
      <w:pPr>
        <w:spacing w:after="80"/>
      </w:pPr>
      <w:r>
        <w:rPr>
          <w:b w:val="0"/>
          <w:i w:val="0"/>
        </w:rPr>
        <w:t>Tạo đạn lớn hơn để thử nghiệm</w:t>
      </w:r>
    </w:p>
    <w:p>
      <w:pPr>
        <w:spacing w:after="80"/>
      </w:pPr>
      <w:r>
        <w:rPr>
          <w:b w:val="0"/>
          <w:i w:val="0"/>
        </w:rPr>
        <w:t>Tái tạo đội hình</w:t>
      </w:r>
    </w:p>
    <w:p>
      <w:pPr>
        <w:spacing w:after="80"/>
      </w:pPr>
      <w:r>
        <w:rPr>
          <w:b w:val="0"/>
          <w:i w:val="0"/>
        </w:rPr>
        <w:t>Tăng tốc đạn</w:t>
      </w:r>
    </w:p>
    <w:p>
      <w:pPr>
        <w:spacing w:after="80"/>
      </w:pPr>
      <w:r>
        <w:rPr>
          <w:b w:val="0"/>
          <w:i w:val="0"/>
        </w:rPr>
        <w:t>Tái cấu trúc _update_bullets()</w:t>
      </w:r>
    </w:p>
    <w:p>
      <w:pPr>
        <w:spacing w:after="80"/>
      </w:pPr>
      <w:r>
        <w:rPr>
          <w:b w:val="0"/>
          <w:i w:val="0"/>
        </w:rPr>
        <w:t>Bài tập 13-5: Trình bắn ngang Phần 2</w:t>
      </w:r>
    </w:p>
    <w:p>
      <w:pPr>
        <w:spacing w:after="80"/>
      </w:pPr>
      <w:r>
        <w:rPr>
          <w:b w:val="0"/>
          <w:i w:val="0"/>
        </w:rPr>
        <w:t>Kết thúc trò chơi</w:t>
      </w:r>
    </w:p>
    <w:p>
      <w:pPr>
        <w:spacing w:after="80"/>
      </w:pPr>
      <w:r>
        <w:rPr>
          <w:b w:val="0"/>
          <w:i w:val="0"/>
        </w:rPr>
        <w:t>Phát hiện va chạm giữa người ngoài hành tinh và tàu</w:t>
      </w:r>
    </w:p>
    <w:p>
      <w:pPr>
        <w:spacing w:after="80"/>
      </w:pPr>
      <w:r>
        <w:rPr>
          <w:b w:val="0"/>
          <w:i w:val="0"/>
        </w:rPr>
        <w:t>Xử lý va chạm giữa người ngoài hành tinh và tàu</w:t>
      </w:r>
    </w:p>
    <w:p>
      <w:pPr>
        <w:spacing w:after="80"/>
      </w:pPr>
      <w:r>
        <w:rPr>
          <w:b w:val="0"/>
          <w:i w:val="0"/>
        </w:rPr>
        <w:t>Người ngoài hành tinh chạm đáy màn hình</w:t>
      </w:r>
    </w:p>
    <w:p>
      <w:pPr>
        <w:spacing w:after="80"/>
      </w:pPr>
      <w:r>
        <w:rPr>
          <w:b w:val="0"/>
          <w:i w:val="0"/>
        </w:rPr>
        <w:t>Trò chơi kết thúc!</w:t>
      </w:r>
    </w:p>
    <w:p>
      <w:pPr>
        <w:spacing w:after="80"/>
      </w:pPr>
      <w:r>
        <w:rPr>
          <w:b w:val="0"/>
          <w:i w:val="0"/>
        </w:rPr>
        <w:t>Xác định thời điểm các phần của trò chơi nên chạy</w:t>
      </w:r>
    </w:p>
    <w:p>
      <w:pPr>
        <w:spacing w:after="80"/>
      </w:pPr>
      <w:r>
        <w:rPr>
          <w:b w:val="0"/>
          <w:i w:val="0"/>
        </w:rPr>
        <w:t>Bài tập 13-6: Trò chơi kết thúc</w:t>
      </w:r>
    </w:p>
    <w:p>
      <w:pPr>
        <w:spacing w:after="80"/>
      </w:pPr>
      <w:r>
        <w:rPr>
          <w:b w:val="0"/>
          <w:i w:val="0"/>
        </w:rPr>
        <w:t>Tóm tắt</w:t>
      </w:r>
    </w:p>
    <w:p>
      <w:pPr>
        <w:spacing w:after="80"/>
      </w:pPr>
      <w:r>
        <w:rPr>
          <w:b w:val="0"/>
          <w:i w:val="0"/>
        </w:rPr>
        <w:t>Chương 14: Tính điểm</w:t>
      </w:r>
    </w:p>
    <w:p>
      <w:pPr>
        <w:spacing w:after="80"/>
      </w:pPr>
      <w:r>
        <w:rPr>
          <w:b w:val="0"/>
          <w:i w:val="0"/>
        </w:rPr>
        <w:t>Thêm nút Play</w:t>
      </w:r>
    </w:p>
    <w:p>
      <w:pPr>
        <w:spacing w:after="80"/>
      </w:pPr>
      <w:r>
        <w:rPr>
          <w:b w:val="0"/>
          <w:i w:val="0"/>
        </w:rPr>
        <w:t>Tạo lớp Button</w:t>
      </w:r>
    </w:p>
    <w:p>
      <w:pPr>
        <w:spacing w:after="80"/>
      </w:pPr>
      <w:r>
        <w:rPr>
          <w:b w:val="0"/>
          <w:i w:val="0"/>
        </w:rPr>
        <w:t>Vẽ nút lên màn hình</w:t>
      </w:r>
    </w:p>
    <w:p>
      <w:pPr>
        <w:spacing w:after="80"/>
      </w:pPr>
      <w:r>
        <w:rPr>
          <w:b w:val="0"/>
          <w:i w:val="0"/>
        </w:rPr>
        <w:t>Bắt đầu trò chơi</w:t>
      </w:r>
    </w:p>
    <w:p>
      <w:pPr>
        <w:spacing w:after="80"/>
      </w:pPr>
      <w:r>
        <w:rPr>
          <w:b w:val="0"/>
          <w:i w:val="0"/>
        </w:rPr>
        <w:t>Đặt lại trò chơi</w:t>
      </w:r>
    </w:p>
    <w:p>
      <w:pPr>
        <w:spacing w:after="80"/>
      </w:pPr>
      <w:r>
        <w:rPr>
          <w:b w:val="0"/>
          <w:i w:val="0"/>
        </w:rPr>
        <w:t>Vô hiệu hóa nút Play</w:t>
      </w:r>
    </w:p>
    <w:p>
      <w:pPr>
        <w:spacing w:after="80"/>
      </w:pPr>
      <w:r>
        <w:rPr>
          <w:b w:val="0"/>
          <w:i w:val="0"/>
        </w:rPr>
        <w:t>Ẩn con trỏ chuột</w:t>
      </w:r>
    </w:p>
    <w:p>
      <w:pPr>
        <w:spacing w:after="80"/>
      </w:pPr>
      <w:r>
        <w:rPr>
          <w:b w:val="0"/>
          <w:i w:val="0"/>
        </w:rPr>
        <w:t>Bài tập 14-1: Nhấn P để chơi</w:t>
      </w:r>
    </w:p>
    <w:p>
      <w:pPr>
        <w:spacing w:after="80"/>
      </w:pPr>
      <w:r>
        <w:rPr>
          <w:b w:val="0"/>
          <w:i w:val="0"/>
        </w:rPr>
        <w:t>Bài tập 14-2: Luyện tập bắn bia</w:t>
      </w:r>
    </w:p>
    <w:p>
      <w:pPr>
        <w:spacing w:after="80"/>
      </w:pPr>
      <w:r>
        <w:rPr>
          <w:b w:val="0"/>
          <w:i w:val="0"/>
        </w:rPr>
        <w:t>Lên cấp</w:t>
      </w:r>
    </w:p>
    <w:p>
      <w:pPr>
        <w:spacing w:after="80"/>
      </w:pPr>
      <w:r>
        <w:rPr>
          <w:b w:val="0"/>
          <w:i w:val="0"/>
        </w:rPr>
        <w:t>Điều chỉnh cài đặt tốc độ</w:t>
      </w:r>
    </w:p>
    <w:p>
      <w:pPr>
        <w:spacing w:after="80"/>
      </w:pPr>
      <w:r>
        <w:rPr>
          <w:b w:val="0"/>
          <w:i w:val="0"/>
        </w:rPr>
        <w:t>Đặt lại tốc độ</w:t>
      </w:r>
    </w:p>
    <w:p>
      <w:pPr>
        <w:spacing w:after="80"/>
      </w:pPr>
      <w:r>
        <w:rPr>
          <w:b w:val="0"/>
          <w:i w:val="0"/>
        </w:rPr>
        <w:t>Bài tập 14-3: Luyện bắn mục tiêu khó hơn</w:t>
      </w:r>
    </w:p>
    <w:p>
      <w:pPr>
        <w:spacing w:after="80"/>
      </w:pPr>
      <w:r>
        <w:rPr>
          <w:b w:val="0"/>
          <w:i w:val="0"/>
        </w:rPr>
        <w:t>Bài tập 14-4: Các mức độ khó</w:t>
      </w:r>
    </w:p>
    <w:p>
      <w:pPr>
        <w:spacing w:after="80"/>
      </w:pPr>
      <w:r>
        <w:rPr>
          <w:b w:val="0"/>
          <w:i w:val="0"/>
        </w:rPr>
        <w:t>Tính điểm</w:t>
      </w:r>
    </w:p>
    <w:p>
      <w:pPr>
        <w:spacing w:after="80"/>
      </w:pPr>
      <w:r>
        <w:rPr>
          <w:b w:val="0"/>
          <w:i w:val="0"/>
        </w:rPr>
        <w:t>Hiển thị điểm số</w:t>
      </w:r>
    </w:p>
    <w:p>
      <w:pPr>
        <w:spacing w:after="80"/>
      </w:pPr>
      <w:r>
        <w:rPr>
          <w:b w:val="0"/>
          <w:i w:val="0"/>
        </w:rPr>
        <w:t>Tạo bảng điểm</w:t>
      </w:r>
    </w:p>
    <w:p>
      <w:pPr>
        <w:spacing w:after="80"/>
      </w:pPr>
      <w:r>
        <w:rPr>
          <w:b w:val="0"/>
          <w:i w:val="0"/>
        </w:rPr>
        <w:t>Cập nhật điểm khi bắn hạ người ngoài hành tinh</w:t>
      </w:r>
    </w:p>
    <w:p>
      <w:pPr>
        <w:spacing w:after="80"/>
      </w:pPr>
      <w:r>
        <w:rPr>
          <w:b w:val="0"/>
          <w:i w:val="0"/>
        </w:rPr>
        <w:t>Đặt lại điểm số</w:t>
      </w:r>
    </w:p>
    <w:p>
      <w:pPr>
        <w:spacing w:after="80"/>
      </w:pPr>
      <w:r>
        <w:rPr>
          <w:b w:val="0"/>
          <w:i w:val="0"/>
        </w:rPr>
        <w:t>Đảm bảo tính điểm cho mọi phát bắn trúng</w:t>
      </w:r>
    </w:p>
    <w:p>
      <w:pPr>
        <w:spacing w:after="80"/>
      </w:pPr>
      <w:r>
        <w:rPr>
          <w:b w:val="0"/>
          <w:i w:val="0"/>
        </w:rPr>
        <w:t>Tăng giá trị điểm</w:t>
      </w:r>
    </w:p>
    <w:p>
      <w:pPr>
        <w:spacing w:after="80"/>
      </w:pPr>
      <w:r>
        <w:rPr>
          <w:b w:val="0"/>
          <w:i w:val="0"/>
        </w:rPr>
        <w:t>Làm tròn điểm số</w:t>
      </w:r>
    </w:p>
    <w:p>
      <w:pPr>
        <w:spacing w:after="80"/>
      </w:pPr>
      <w:r>
        <w:rPr>
          <w:b w:val="0"/>
          <w:i w:val="0"/>
        </w:rPr>
        <w:t>Điểm cao</w:t>
      </w:r>
    </w:p>
    <w:p>
      <w:pPr>
        <w:spacing w:after="80"/>
      </w:pPr>
      <w:r>
        <w:rPr>
          <w:b w:val="0"/>
          <w:i w:val="0"/>
        </w:rPr>
        <w:t>Hiển thị cấp độ</w:t>
      </w:r>
    </w:p>
    <w:p>
      <w:pPr>
        <w:spacing w:after="80"/>
      </w:pPr>
      <w:r>
        <w:rPr>
          <w:b w:val="0"/>
          <w:i w:val="0"/>
        </w:rPr>
        <w:t>Hiển thị số lượng tàu</w:t>
      </w:r>
    </w:p>
    <w:p>
      <w:pPr>
        <w:spacing w:after="80"/>
      </w:pPr>
      <w:r>
        <w:rPr>
          <w:b w:val="0"/>
          <w:i w:val="0"/>
        </w:rPr>
        <w:t>Bài tập 14-5: Điểm cao nhất mọi thời đại</w:t>
      </w:r>
    </w:p>
    <w:p>
      <w:pPr>
        <w:spacing w:after="80"/>
      </w:pPr>
      <w:r>
        <w:rPr>
          <w:b w:val="0"/>
          <w:i w:val="0"/>
        </w:rPr>
        <w:t>Bài tập 14-6: Tái cấu trúc mã nguồn</w:t>
      </w:r>
    </w:p>
    <w:p>
      <w:pPr>
        <w:spacing w:after="80"/>
      </w:pPr>
      <w:r>
        <w:rPr>
          <w:b w:val="0"/>
          <w:i w:val="0"/>
        </w:rPr>
        <w:t>Bài tập 14-7: Mở rộng trò chơi</w:t>
      </w:r>
    </w:p>
    <w:p>
      <w:pPr>
        <w:spacing w:after="80"/>
      </w:pPr>
      <w:r>
        <w:rPr>
          <w:b w:val="0"/>
          <w:i w:val="0"/>
        </w:rPr>
        <w:t>Bài tập 14-8: Trò chơi bắn ngang, phiên bản cuối cùng</w:t>
      </w:r>
    </w:p>
    <w:p>
      <w:pPr>
        <w:spacing w:after="80"/>
      </w:pPr>
      <w:r>
        <w:rPr>
          <w:b w:val="0"/>
          <w:i w:val="0"/>
        </w:rPr>
        <w:t>Tóm tắt</w:t>
      </w:r>
    </w:p>
    <w:p>
      <w:pPr>
        <w:spacing w:after="80"/>
      </w:pPr>
      <w:r>
        <w:rPr>
          <w:b w:val="0"/>
          <w:i w:val="0"/>
        </w:rPr>
        <w:t>Chương 15: Tạo dữ liệu</w:t>
      </w:r>
    </w:p>
    <w:p>
      <w:pPr>
        <w:spacing w:after="80"/>
      </w:pPr>
      <w:r>
        <w:rPr>
          <w:b w:val="0"/>
          <w:i w:val="0"/>
        </w:rPr>
        <w:t>Cài đặt Matplotlib</w:t>
      </w:r>
    </w:p>
    <w:p>
      <w:pPr>
        <w:spacing w:after="80"/>
      </w:pPr>
      <w:r>
        <w:rPr>
          <w:b w:val="0"/>
          <w:i w:val="0"/>
        </w:rPr>
        <w:t>Vẽ một biểu đồ đường đơn giản</w:t>
      </w:r>
    </w:p>
    <w:p>
      <w:pPr>
        <w:spacing w:after="80"/>
      </w:pPr>
      <w:r>
        <w:rPr>
          <w:b w:val="0"/>
          <w:i w:val="0"/>
        </w:rPr>
        <w:t>Thay đổi kiểu nhãn và độ dày đường</w:t>
      </w:r>
    </w:p>
    <w:p>
      <w:pPr>
        <w:spacing w:after="80"/>
      </w:pPr>
      <w:r>
        <w:rPr>
          <w:b w:val="0"/>
          <w:i w:val="0"/>
        </w:rPr>
        <w:t>Sửa lại biểu đồ</w:t>
      </w:r>
    </w:p>
    <w:p>
      <w:pPr>
        <w:spacing w:after="80"/>
      </w:pPr>
      <w:r>
        <w:rPr>
          <w:b w:val="0"/>
          <w:i w:val="0"/>
        </w:rPr>
        <w:t>Sử dụng các kiểu có sẵn</w:t>
      </w:r>
    </w:p>
    <w:p>
      <w:pPr>
        <w:spacing w:after="80"/>
      </w:pPr>
      <w:r>
        <w:rPr>
          <w:b w:val="0"/>
          <w:i w:val="0"/>
        </w:rPr>
        <w:t>Vẽ và tạo kiểu cho từng điểm riêng lẻ bằng scatter()</w:t>
      </w:r>
    </w:p>
    <w:p>
      <w:pPr>
        <w:spacing w:after="80"/>
      </w:pPr>
      <w:r>
        <w:rPr>
          <w:b w:val="0"/>
          <w:i w:val="0"/>
        </w:rPr>
        <w:t>Vẽ một chuỗi điểm bằng scatter()</w:t>
      </w:r>
    </w:p>
    <w:p>
      <w:pPr>
        <w:spacing w:after="80"/>
      </w:pPr>
      <w:r>
        <w:rPr>
          <w:b w:val="0"/>
          <w:i w:val="0"/>
        </w:rPr>
        <w:t>Tự động tính toán dữ liệu</w:t>
      </w:r>
    </w:p>
    <w:p>
      <w:pPr>
        <w:spacing w:after="80"/>
      </w:pPr>
      <w:r>
        <w:rPr>
          <w:b w:val="0"/>
          <w:i w:val="0"/>
        </w:rPr>
        <w:t>Tùy chỉnh nhãn trục</w:t>
      </w:r>
    </w:p>
    <w:p>
      <w:pPr>
        <w:spacing w:after="80"/>
      </w:pPr>
      <w:r>
        <w:rPr>
          <w:b w:val="0"/>
          <w:i w:val="0"/>
        </w:rPr>
        <w:t>Định nghĩa màu tùy chỉnh</w:t>
      </w:r>
    </w:p>
    <w:p>
      <w:pPr>
        <w:spacing w:after="80"/>
      </w:pPr>
      <w:r>
        <w:rPr>
          <w:b w:val="0"/>
          <w:i w:val="0"/>
        </w:rPr>
        <w:t>Sử dụng bảng màu</w:t>
      </w:r>
    </w:p>
    <w:p>
      <w:pPr>
        <w:spacing w:after="80"/>
      </w:pPr>
      <w:r>
        <w:rPr>
          <w:b w:val="0"/>
          <w:i w:val="0"/>
        </w:rPr>
        <w:t>Tự động lưu biểu đồ</w:t>
      </w:r>
    </w:p>
    <w:p>
      <w:pPr>
        <w:spacing w:after="80"/>
      </w:pPr>
      <w:r>
        <w:rPr>
          <w:b w:val="0"/>
          <w:i w:val="0"/>
        </w:rPr>
        <w:t>Bài tập 15-1: Khối lập phương</w:t>
      </w:r>
    </w:p>
    <w:p>
      <w:pPr>
        <w:spacing w:after="80"/>
      </w:pPr>
      <w:r>
        <w:rPr>
          <w:b w:val="0"/>
          <w:i w:val="0"/>
        </w:rPr>
        <w:t>Bài tập 15-2: Khối lập phương màu</w:t>
      </w:r>
    </w:p>
    <w:p>
      <w:pPr>
        <w:spacing w:after="80"/>
      </w:pPr>
      <w:r>
        <w:rPr>
          <w:b w:val="0"/>
          <w:i w:val="0"/>
        </w:rPr>
        <w:t>Bước đi ngẫu nhiên</w:t>
      </w:r>
    </w:p>
    <w:p>
      <w:pPr>
        <w:spacing w:after="80"/>
      </w:pPr>
      <w:r>
        <w:rPr>
          <w:b w:val="0"/>
          <w:i w:val="0"/>
        </w:rPr>
        <w:t>Tạo lớp RandomWalk</w:t>
      </w:r>
    </w:p>
    <w:p>
      <w:pPr>
        <w:spacing w:after="80"/>
      </w:pPr>
      <w:r>
        <w:rPr>
          <w:b w:val="0"/>
          <w:i w:val="0"/>
        </w:rPr>
        <w:t>Chọn hướng đi</w:t>
      </w:r>
    </w:p>
    <w:p>
      <w:pPr>
        <w:spacing w:after="80"/>
      </w:pPr>
      <w:r>
        <w:rPr>
          <w:b w:val="0"/>
          <w:i w:val="0"/>
        </w:rPr>
        <w:t>Vẽ bước đi ngẫu nhiên</w:t>
      </w:r>
    </w:p>
    <w:p>
      <w:pPr>
        <w:spacing w:after="80"/>
      </w:pPr>
      <w:r>
        <w:rPr>
          <w:b w:val="0"/>
          <w:i w:val="0"/>
        </w:rPr>
        <w:t>Tạo nhiều bước đi ngẫu nhiên</w:t>
      </w:r>
    </w:p>
    <w:p>
      <w:pPr>
        <w:spacing w:after="80"/>
      </w:pPr>
      <w:r>
        <w:rPr>
          <w:b w:val="0"/>
          <w:i w:val="0"/>
        </w:rPr>
        <w:t>Tạo kiểu cho bước đi</w:t>
      </w:r>
    </w:p>
    <w:p>
      <w:pPr>
        <w:spacing w:after="80"/>
      </w:pPr>
      <w:r>
        <w:rPr>
          <w:b w:val="0"/>
          <w:i w:val="0"/>
        </w:rPr>
        <w:t>Bài tập 15-3: Chuyển động phân tử</w:t>
      </w:r>
    </w:p>
    <w:p>
      <w:pPr>
        <w:spacing w:after="80"/>
      </w:pPr>
      <w:r>
        <w:rPr>
          <w:b w:val="0"/>
          <w:i w:val="0"/>
        </w:rPr>
        <w:t>Bài tập 15-4: Các bước đi ngẫu nhiên có chỉnh sửa</w:t>
      </w:r>
    </w:p>
    <w:p>
      <w:pPr>
        <w:spacing w:after="80"/>
      </w:pPr>
      <w:r>
        <w:rPr>
          <w:b w:val="0"/>
          <w:i w:val="0"/>
        </w:rPr>
        <w:t>Bài tập 15-5: Tái cấu trúc mã</w:t>
      </w:r>
    </w:p>
    <w:p>
      <w:pPr>
        <w:spacing w:after="80"/>
      </w:pPr>
      <w:r>
        <w:rPr>
          <w:b w:val="0"/>
          <w:i w:val="0"/>
        </w:rPr>
        <w:t>Tung xúc xắc với Plotly</w:t>
      </w:r>
    </w:p>
    <w:p>
      <w:pPr>
        <w:spacing w:after="80"/>
      </w:pPr>
      <w:r>
        <w:rPr>
          <w:b w:val="0"/>
          <w:i w:val="0"/>
        </w:rPr>
        <w:t>Cài đặt Plotly</w:t>
      </w:r>
    </w:p>
    <w:p>
      <w:pPr>
        <w:spacing w:after="80"/>
      </w:pPr>
      <w:r>
        <w:rPr>
          <w:b w:val="0"/>
          <w:i w:val="0"/>
        </w:rPr>
        <w:t>Tạo lớp Die</w:t>
      </w:r>
    </w:p>
    <w:p>
      <w:pPr>
        <w:spacing w:after="80"/>
      </w:pPr>
      <w:r>
        <w:rPr>
          <w:b w:val="0"/>
          <w:i w:val="0"/>
        </w:rPr>
        <w:t>Tung xúc xắc</w:t>
      </w:r>
    </w:p>
    <w:p>
      <w:pPr>
        <w:spacing w:after="80"/>
      </w:pPr>
      <w:r>
        <w:rPr>
          <w:b w:val="0"/>
          <w:i w:val="0"/>
        </w:rPr>
        <w:t>Phân tích kết quả</w:t>
      </w:r>
    </w:p>
    <w:p>
      <w:pPr>
        <w:spacing w:after="80"/>
      </w:pPr>
      <w:r>
        <w:rPr>
          <w:b w:val="0"/>
          <w:i w:val="0"/>
        </w:rPr>
        <w:t>Tạo biểu đồ tần suất</w:t>
      </w:r>
    </w:p>
    <w:p>
      <w:pPr>
        <w:spacing w:after="80"/>
      </w:pPr>
      <w:r>
        <w:rPr>
          <w:b w:val="0"/>
          <w:i w:val="0"/>
        </w:rPr>
        <w:t>Tùy chỉnh biểu đồ</w:t>
      </w:r>
    </w:p>
    <w:p>
      <w:pPr>
        <w:spacing w:after="80"/>
      </w:pPr>
      <w:r>
        <w:rPr>
          <w:b w:val="0"/>
          <w:i w:val="0"/>
        </w:rPr>
        <w:t>Tung hai xúc xắc</w:t>
      </w:r>
    </w:p>
    <w:p>
      <w:pPr>
        <w:spacing w:after="80"/>
      </w:pPr>
      <w:r>
        <w:rPr>
          <w:b w:val="0"/>
          <w:i w:val="0"/>
        </w:rPr>
        <w:t>Tùy chỉnh thêm</w:t>
      </w:r>
    </w:p>
    <w:p>
      <w:pPr>
        <w:spacing w:after="80"/>
      </w:pPr>
      <w:r>
        <w:rPr>
          <w:b w:val="0"/>
          <w:i w:val="0"/>
        </w:rPr>
        <w:t>Tung xúc xắc có số mặt khác nhau</w:t>
      </w:r>
    </w:p>
    <w:p>
      <w:pPr>
        <w:spacing w:after="80"/>
      </w:pPr>
      <w:r>
        <w:rPr>
          <w:b w:val="0"/>
          <w:i w:val="0"/>
        </w:rPr>
        <w:t>Lưu biểu đồ</w:t>
      </w:r>
    </w:p>
    <w:p>
      <w:pPr>
        <w:spacing w:after="80"/>
      </w:pPr>
      <w:r>
        <w:rPr>
          <w:b w:val="0"/>
          <w:i w:val="0"/>
        </w:rPr>
        <w:t>Bài tập 15-6: Hai xúc xắc D8</w:t>
      </w:r>
    </w:p>
    <w:p>
      <w:pPr>
        <w:spacing w:after="80"/>
      </w:pPr>
      <w:r>
        <w:rPr>
          <w:b w:val="0"/>
          <w:i w:val="0"/>
        </w:rPr>
        <w:t>Bài tập 15-7: Ba xúc xắc</w:t>
      </w:r>
    </w:p>
    <w:p>
      <w:pPr>
        <w:spacing w:after="80"/>
      </w:pPr>
      <w:r>
        <w:rPr>
          <w:b w:val="0"/>
          <w:i w:val="0"/>
        </w:rPr>
        <w:t>Bài tập 15-8: Phép nhân</w:t>
      </w:r>
    </w:p>
    <w:p>
      <w:pPr>
        <w:spacing w:after="80"/>
      </w:pPr>
      <w:r>
        <w:rPr>
          <w:b w:val="0"/>
          <w:i w:val="0"/>
        </w:rPr>
        <w:t>Bài tập 15-9: Biểu thức comprehension với xúc xắc</w:t>
      </w:r>
    </w:p>
    <w:p>
      <w:pPr>
        <w:spacing w:after="80"/>
      </w:pPr>
      <w:r>
        <w:rPr>
          <w:b w:val="0"/>
          <w:i w:val="0"/>
        </w:rPr>
        <w:t>Bài tập 15-10: Thực hành với cả hai thư viện</w:t>
      </w:r>
    </w:p>
    <w:p>
      <w:pPr>
        <w:spacing w:after="80"/>
      </w:pPr>
      <w:r>
        <w:rPr>
          <w:b w:val="0"/>
          <w:i w:val="0"/>
        </w:rPr>
        <w:t>Tóm tắt</w:t>
      </w:r>
    </w:p>
    <w:p>
      <w:pPr>
        <w:spacing w:after="80"/>
      </w:pPr>
      <w:r>
        <w:rPr>
          <w:b w:val="0"/>
          <w:i w:val="0"/>
        </w:rPr>
        <w:t>Chương 16: Tải dữ liệu</w:t>
      </w:r>
    </w:p>
    <w:p>
      <w:pPr>
        <w:spacing w:after="80"/>
      </w:pPr>
      <w:r>
        <w:rPr>
          <w:b w:val="0"/>
          <w:i w:val="0"/>
        </w:rPr>
        <w:t>Định dạng tệp CSV</w:t>
      </w:r>
    </w:p>
    <w:p>
      <w:pPr>
        <w:spacing w:after="80"/>
      </w:pPr>
      <w:r>
        <w:rPr>
          <w:b w:val="0"/>
          <w:i w:val="0"/>
        </w:rPr>
        <w:t>Phân tích tiêu đề tệp CSV</w:t>
      </w:r>
    </w:p>
    <w:p>
      <w:pPr>
        <w:spacing w:after="80"/>
      </w:pPr>
      <w:r>
        <w:rPr>
          <w:b w:val="0"/>
          <w:i w:val="0"/>
        </w:rPr>
        <w:t>In tiêu đề và vị trí của chúng</w:t>
      </w:r>
    </w:p>
    <w:p>
      <w:pPr>
        <w:spacing w:after="80"/>
      </w:pPr>
      <w:r>
        <w:rPr>
          <w:b w:val="0"/>
          <w:i w:val="0"/>
        </w:rPr>
        <w:t>Trích xuất và đọc dữ liệu</w:t>
      </w:r>
    </w:p>
    <w:p>
      <w:pPr>
        <w:spacing w:after="80"/>
      </w:pPr>
      <w:r>
        <w:rPr>
          <w:b w:val="0"/>
          <w:i w:val="0"/>
        </w:rPr>
        <w:t>Vẽ dữ liệu trên biểu đồ nhiệt độ</w:t>
      </w:r>
    </w:p>
    <w:p>
      <w:pPr>
        <w:spacing w:after="80"/>
      </w:pPr>
      <w:r>
        <w:rPr>
          <w:b w:val="0"/>
          <w:i w:val="0"/>
        </w:rPr>
        <w:t>Mô-đun datetime</w:t>
      </w:r>
    </w:p>
    <w:p>
      <w:pPr>
        <w:spacing w:after="80"/>
      </w:pPr>
      <w:r>
        <w:rPr>
          <w:b w:val="0"/>
          <w:i w:val="0"/>
        </w:rPr>
        <w:t>Vẽ biểu đồ theo ngày tháng</w:t>
      </w:r>
    </w:p>
    <w:p>
      <w:pPr>
        <w:spacing w:after="80"/>
      </w:pPr>
      <w:r>
        <w:rPr>
          <w:b w:val="0"/>
          <w:i w:val="0"/>
        </w:rPr>
        <w:t>Vẽ biểu đồ cho khoảng thời gian dài hơn</w:t>
      </w:r>
    </w:p>
    <w:p>
      <w:pPr>
        <w:spacing w:after="80"/>
      </w:pPr>
      <w:r>
        <w:rPr>
          <w:b w:val="0"/>
          <w:i w:val="0"/>
        </w:rPr>
        <w:t>Vẽ chuỗi dữ liệu thứ hai</w:t>
      </w:r>
    </w:p>
    <w:p>
      <w:pPr>
        <w:spacing w:after="80"/>
      </w:pPr>
      <w:r>
        <w:rPr>
          <w:b w:val="0"/>
          <w:i w:val="0"/>
        </w:rPr>
        <w:t>Tô màu vùng trong biểu đồ</w:t>
      </w:r>
    </w:p>
    <w:p>
      <w:pPr>
        <w:spacing w:after="80"/>
      </w:pPr>
      <w:r>
        <w:rPr>
          <w:b w:val="0"/>
          <w:i w:val="0"/>
        </w:rPr>
        <w:t>Kiểm tra lỗi</w:t>
      </w:r>
    </w:p>
    <w:p>
      <w:pPr>
        <w:spacing w:after="80"/>
      </w:pPr>
      <w:r>
        <w:rPr>
          <w:b w:val="0"/>
          <w:i w:val="0"/>
        </w:rPr>
        <w:t>Tải dữ liệu của riêng bạn</w:t>
      </w:r>
    </w:p>
    <w:p>
      <w:pPr>
        <w:spacing w:after="80"/>
      </w:pPr>
      <w:r>
        <w:rPr>
          <w:b w:val="0"/>
          <w:i w:val="0"/>
        </w:rPr>
        <w:t>Bài tập 16-1: Lượng mưa ở Sitka</w:t>
      </w:r>
    </w:p>
    <w:p>
      <w:pPr>
        <w:spacing w:after="80"/>
      </w:pPr>
      <w:r>
        <w:rPr>
          <w:b w:val="0"/>
          <w:i w:val="0"/>
        </w:rPr>
        <w:t>Bài tập 16-2: So sánh Sitka–Death Valley</w:t>
      </w:r>
    </w:p>
    <w:p>
      <w:pPr>
        <w:spacing w:after="80"/>
      </w:pPr>
      <w:r>
        <w:rPr>
          <w:b w:val="0"/>
          <w:i w:val="0"/>
        </w:rPr>
        <w:t>Bài tập 16-3: San Francisco</w:t>
      </w:r>
    </w:p>
    <w:p>
      <w:pPr>
        <w:spacing w:after="80"/>
      </w:pPr>
      <w:r>
        <w:rPr>
          <w:b w:val="0"/>
          <w:i w:val="0"/>
        </w:rPr>
        <w:t>Bài tập 16-4: Chỉ mục tự động</w:t>
      </w:r>
    </w:p>
    <w:p>
      <w:pPr>
        <w:spacing w:after="80"/>
      </w:pPr>
      <w:r>
        <w:rPr>
          <w:b w:val="0"/>
          <w:i w:val="0"/>
        </w:rPr>
        <w:t>Bài tập 16-5: Khám phá</w:t>
      </w:r>
    </w:p>
    <w:p>
      <w:pPr>
        <w:spacing w:after="80"/>
      </w:pPr>
      <w:r>
        <w:rPr>
          <w:b w:val="0"/>
          <w:i w:val="0"/>
        </w:rPr>
        <w:t>Ánh xạ các tập dữ liệu toàn cầu: Định dạng GeoJSON</w:t>
      </w:r>
    </w:p>
    <w:p>
      <w:pPr>
        <w:spacing w:after="80"/>
      </w:pPr>
      <w:r>
        <w:rPr>
          <w:b w:val="0"/>
          <w:i w:val="0"/>
        </w:rPr>
        <w:t>Tải dữ liệu động đất</w:t>
      </w:r>
    </w:p>
    <w:p>
      <w:pPr>
        <w:spacing w:after="80"/>
      </w:pPr>
      <w:r>
        <w:rPr>
          <w:b w:val="0"/>
          <w:i w:val="0"/>
        </w:rPr>
        <w:t>Xem xét dữ liệu GeoJSON</w:t>
      </w:r>
    </w:p>
    <w:p>
      <w:pPr>
        <w:spacing w:after="80"/>
      </w:pPr>
      <w:r>
        <w:rPr>
          <w:b w:val="0"/>
          <w:i w:val="0"/>
        </w:rPr>
        <w:t>Lập danh sách tất cả các trận động đất</w:t>
      </w:r>
    </w:p>
    <w:p>
      <w:pPr>
        <w:spacing w:after="80"/>
      </w:pPr>
      <w:r>
        <w:rPr>
          <w:b w:val="0"/>
          <w:i w:val="0"/>
        </w:rPr>
        <w:t>Trích xuất độ lớn</w:t>
      </w:r>
    </w:p>
    <w:p>
      <w:pPr>
        <w:spacing w:after="80"/>
      </w:pPr>
      <w:r>
        <w:rPr>
          <w:b w:val="0"/>
          <w:i w:val="0"/>
        </w:rPr>
        <w:t>Trích xuất dữ liệu vị trí</w:t>
      </w:r>
    </w:p>
    <w:p>
      <w:pPr>
        <w:spacing w:after="80"/>
      </w:pPr>
      <w:r>
        <w:rPr>
          <w:b w:val="0"/>
          <w:i w:val="0"/>
        </w:rPr>
        <w:t>Xây dựng bản đồ thế giới</w:t>
      </w:r>
    </w:p>
    <w:p>
      <w:pPr>
        <w:spacing w:after="80"/>
      </w:pPr>
      <w:r>
        <w:rPr>
          <w:b w:val="0"/>
          <w:i w:val="0"/>
        </w:rPr>
        <w:t>Biểu diễn độ lớn</w:t>
      </w:r>
    </w:p>
    <w:p>
      <w:pPr>
        <w:spacing w:after="80"/>
      </w:pPr>
      <w:r>
        <w:rPr>
          <w:b w:val="0"/>
          <w:i w:val="0"/>
        </w:rPr>
        <w:t>Tùy chỉnh màu sắc điểm đánh dấu</w:t>
      </w:r>
    </w:p>
    <w:p>
      <w:pPr>
        <w:spacing w:after="80"/>
      </w:pPr>
      <w:r>
        <w:rPr>
          <w:b w:val="0"/>
          <w:i w:val="0"/>
        </w:rPr>
        <w:t>Các thang màu khác</w:t>
      </w:r>
    </w:p>
    <w:p>
      <w:pPr>
        <w:spacing w:after="80"/>
      </w:pPr>
      <w:r>
        <w:rPr>
          <w:b w:val="0"/>
          <w:i w:val="0"/>
        </w:rPr>
        <w:t>Thêm văn bản hiện khi di chuột</w:t>
      </w:r>
    </w:p>
    <w:p>
      <w:pPr>
        <w:spacing w:after="80"/>
      </w:pPr>
      <w:r>
        <w:rPr>
          <w:b w:val="0"/>
          <w:i w:val="0"/>
        </w:rPr>
        <w:t>Bài tập 16-6: Tái cấu trúc mã</w:t>
      </w:r>
    </w:p>
    <w:p>
      <w:pPr>
        <w:spacing w:after="80"/>
      </w:pPr>
      <w:r>
        <w:rPr>
          <w:b w:val="0"/>
          <w:i w:val="0"/>
        </w:rPr>
        <w:t>Bài tập 16-7: Tiêu đề tự động</w:t>
      </w:r>
    </w:p>
    <w:p>
      <w:pPr>
        <w:spacing w:after="80"/>
      </w:pPr>
      <w:r>
        <w:rPr>
          <w:b w:val="0"/>
          <w:i w:val="0"/>
        </w:rPr>
        <w:t>Bài tập 16-8: Các trận động đất gần đây</w:t>
      </w:r>
    </w:p>
    <w:p>
      <w:pPr>
        <w:spacing w:after="80"/>
      </w:pPr>
      <w:r>
        <w:rPr>
          <w:b w:val="0"/>
          <w:i w:val="0"/>
        </w:rPr>
        <w:t>Bài tập 16-9: Các đám cháy trên thế giới</w:t>
      </w:r>
    </w:p>
    <w:p>
      <w:pPr>
        <w:spacing w:after="80"/>
      </w:pPr>
      <w:r>
        <w:rPr>
          <w:b w:val="0"/>
          <w:i w:val="0"/>
        </w:rPr>
        <w:t>Tóm tắt</w:t>
      </w:r>
    </w:p>
    <w:p>
      <w:pPr>
        <w:spacing w:after="80"/>
      </w:pPr>
      <w:r>
        <w:rPr>
          <w:b w:val="0"/>
          <w:i w:val="0"/>
        </w:rPr>
        <w:t>Chương 17: Làm việc với API</w:t>
      </w:r>
    </w:p>
    <w:p>
      <w:pPr>
        <w:spacing w:after="80"/>
      </w:pPr>
      <w:r>
        <w:rPr>
          <w:b w:val="0"/>
          <w:i w:val="0"/>
        </w:rPr>
        <w:t>Sử dụng API</w:t>
      </w:r>
    </w:p>
    <w:p>
      <w:pPr>
        <w:spacing w:after="80"/>
      </w:pPr>
      <w:r>
        <w:rPr>
          <w:b w:val="0"/>
          <w:i w:val="0"/>
        </w:rPr>
        <w:t>Git và GitHub</w:t>
      </w:r>
    </w:p>
    <w:p>
      <w:pPr>
        <w:spacing w:after="80"/>
      </w:pPr>
      <w:r>
        <w:rPr>
          <w:b w:val="0"/>
          <w:i w:val="0"/>
        </w:rPr>
        <w:t>Yêu cầu dữ liệu bằng lệnh gọi API</w:t>
      </w:r>
    </w:p>
    <w:p>
      <w:pPr>
        <w:spacing w:after="80"/>
      </w:pPr>
      <w:r>
        <w:rPr>
          <w:b w:val="0"/>
          <w:i w:val="0"/>
        </w:rPr>
        <w:t>Cài đặt Requests</w:t>
      </w:r>
    </w:p>
    <w:p>
      <w:pPr>
        <w:spacing w:after="80"/>
      </w:pPr>
      <w:r>
        <w:rPr>
          <w:b w:val="0"/>
          <w:i w:val="0"/>
        </w:rPr>
        <w:t>Xử lý phản hồi API</w:t>
      </w:r>
    </w:p>
    <w:p>
      <w:pPr>
        <w:spacing w:after="80"/>
      </w:pPr>
      <w:r>
        <w:rPr>
          <w:b w:val="0"/>
          <w:i w:val="0"/>
        </w:rPr>
        <w:t>Làm việc với từ điển phản hồi</w:t>
      </w:r>
    </w:p>
    <w:p>
      <w:pPr>
        <w:spacing w:after="80"/>
      </w:pPr>
      <w:r>
        <w:rPr>
          <w:b w:val="0"/>
          <w:i w:val="0"/>
        </w:rPr>
        <w:t>Tóm tắt các kho lưu trữ hàng đầu</w:t>
      </w:r>
    </w:p>
    <w:p>
      <w:pPr>
        <w:spacing w:after="80"/>
      </w:pPr>
      <w:r>
        <w:rPr>
          <w:b w:val="0"/>
          <w:i w:val="0"/>
        </w:rPr>
        <w:t>Theo dõi giới hạn tốc độ API</w:t>
      </w:r>
    </w:p>
    <w:p>
      <w:pPr>
        <w:spacing w:after="80"/>
      </w:pPr>
      <w:r>
        <w:rPr>
          <w:b w:val="0"/>
          <w:i w:val="0"/>
        </w:rPr>
        <w:t>Trực quan hóa các kho lưu trữ bằng Plotly</w:t>
      </w:r>
    </w:p>
    <w:p>
      <w:pPr>
        <w:spacing w:after="80"/>
      </w:pPr>
      <w:r>
        <w:rPr>
          <w:b w:val="0"/>
          <w:i w:val="0"/>
        </w:rPr>
        <w:t>Tạo kiểu cho biểu đồ</w:t>
      </w:r>
    </w:p>
    <w:p>
      <w:pPr>
        <w:spacing w:after="80"/>
      </w:pPr>
      <w:r>
        <w:rPr>
          <w:b w:val="0"/>
          <w:i w:val="0"/>
        </w:rPr>
        <w:t>Thêm chú thích tùy chỉnh</w:t>
      </w:r>
    </w:p>
    <w:p>
      <w:pPr>
        <w:spacing w:after="80"/>
      </w:pPr>
      <w:r>
        <w:rPr>
          <w:b w:val="0"/>
          <w:i w:val="0"/>
        </w:rPr>
        <w:t>Thêm liên kết có thể nhấp</w:t>
      </w:r>
    </w:p>
    <w:p>
      <w:pPr>
        <w:spacing w:after="80"/>
      </w:pPr>
      <w:r>
        <w:rPr>
          <w:b w:val="0"/>
          <w:i w:val="0"/>
        </w:rPr>
        <w:t>Tùy chỉnh màu điểm đánh dấu</w:t>
      </w:r>
    </w:p>
    <w:p>
      <w:pPr>
        <w:spacing w:after="80"/>
      </w:pPr>
      <w:r>
        <w:rPr>
          <w:b w:val="0"/>
          <w:i w:val="0"/>
        </w:rPr>
        <w:t>Tìm hiểu thêm về Plotly và GitHub API</w:t>
      </w:r>
    </w:p>
    <w:p>
      <w:pPr>
        <w:spacing w:after="80"/>
      </w:pPr>
      <w:r>
        <w:rPr>
          <w:b w:val="0"/>
          <w:i w:val="0"/>
        </w:rPr>
        <w:t>API của Hacker News</w:t>
      </w:r>
    </w:p>
    <w:p>
      <w:pPr>
        <w:spacing w:after="80"/>
      </w:pPr>
      <w:r>
        <w:rPr>
          <w:b w:val="0"/>
          <w:i w:val="0"/>
        </w:rPr>
        <w:t>Bài tập 17-1: Các ngôn ngữ khác</w:t>
      </w:r>
    </w:p>
    <w:p>
      <w:pPr>
        <w:spacing w:after="80"/>
      </w:pPr>
      <w:r>
        <w:rPr>
          <w:b w:val="0"/>
          <w:i w:val="0"/>
        </w:rPr>
        <w:t>Bài tập 17-2: Các cuộc thảo luận sôi nổi</w:t>
      </w:r>
    </w:p>
    <w:p>
      <w:pPr>
        <w:spacing w:after="80"/>
      </w:pPr>
      <w:r>
        <w:rPr>
          <w:b w:val="0"/>
          <w:i w:val="0"/>
        </w:rPr>
        <w:t>Bài tập 17-3: Kiểm thử python_repos.py</w:t>
      </w:r>
    </w:p>
    <w:p>
      <w:pPr>
        <w:spacing w:after="80"/>
      </w:pPr>
      <w:r>
        <w:rPr>
          <w:b w:val="0"/>
          <w:i w:val="0"/>
        </w:rPr>
        <w:t>Bài tập 17-4: Khám phá thêm</w:t>
      </w:r>
    </w:p>
    <w:p>
      <w:pPr>
        <w:spacing w:after="80"/>
      </w:pPr>
      <w:r>
        <w:rPr>
          <w:b w:val="0"/>
          <w:i w:val="0"/>
        </w:rPr>
        <w:t>Tóm tắt</w:t>
      </w:r>
    </w:p>
    <w:p>
      <w:pPr>
        <w:spacing w:after="80"/>
      </w:pPr>
      <w:r>
        <w:rPr>
          <w:b w:val="0"/>
          <w:i w:val="0"/>
        </w:rPr>
        <w:t>Chương 18: Bắt đầu với Django</w:t>
      </w:r>
    </w:p>
    <w:p>
      <w:pPr>
        <w:spacing w:after="80"/>
      </w:pPr>
      <w:r>
        <w:rPr>
          <w:b w:val="0"/>
          <w:i w:val="0"/>
        </w:rPr>
        <w:t>Thiết lập một dự án</w:t>
      </w:r>
    </w:p>
    <w:p>
      <w:pPr>
        <w:spacing w:after="80"/>
      </w:pPr>
      <w:r>
        <w:rPr>
          <w:b w:val="0"/>
          <w:i w:val="0"/>
        </w:rPr>
        <w:t>Viết bản đặc tả</w:t>
      </w:r>
    </w:p>
    <w:p>
      <w:pPr>
        <w:spacing w:after="80"/>
      </w:pPr>
      <w:r>
        <w:rPr>
          <w:b w:val="0"/>
          <w:i w:val="0"/>
        </w:rPr>
        <w:t>Tạo môi trường ảo</w:t>
      </w:r>
    </w:p>
    <w:p>
      <w:pPr>
        <w:spacing w:after="80"/>
      </w:pPr>
      <w:r>
        <w:rPr>
          <w:b w:val="0"/>
          <w:i w:val="0"/>
        </w:rPr>
        <w:t>Kích hoạt môi trường ảo</w:t>
      </w:r>
    </w:p>
    <w:p>
      <w:pPr>
        <w:spacing w:after="80"/>
      </w:pPr>
      <w:r>
        <w:rPr>
          <w:b w:val="0"/>
          <w:i w:val="0"/>
        </w:rPr>
        <w:t>Cài đặt Django</w:t>
      </w:r>
    </w:p>
    <w:p>
      <w:pPr>
        <w:spacing w:after="80"/>
      </w:pPr>
      <w:r>
        <w:rPr>
          <w:b w:val="0"/>
          <w:i w:val="0"/>
        </w:rPr>
        <w:t>Tạo một dự án trong Django</w:t>
      </w:r>
    </w:p>
    <w:p>
      <w:pPr>
        <w:spacing w:after="80"/>
      </w:pPr>
      <w:r>
        <w:rPr>
          <w:b w:val="0"/>
          <w:i w:val="0"/>
        </w:rPr>
        <w:t>Tạo cơ sở dữ liệu</w:t>
      </w:r>
    </w:p>
    <w:p>
      <w:pPr>
        <w:spacing w:after="80"/>
      </w:pPr>
      <w:r>
        <w:rPr>
          <w:b w:val="0"/>
          <w:i w:val="0"/>
        </w:rPr>
        <w:t>Xem dự án</w:t>
      </w:r>
    </w:p>
    <w:p>
      <w:pPr>
        <w:spacing w:after="80"/>
      </w:pPr>
      <w:r>
        <w:rPr>
          <w:b w:val="0"/>
          <w:i w:val="0"/>
        </w:rPr>
        <w:t>Bài tập 18-1: Các dự án mới</w:t>
      </w:r>
    </w:p>
    <w:p>
      <w:pPr>
        <w:spacing w:after="80"/>
      </w:pPr>
      <w:r>
        <w:rPr>
          <w:b w:val="0"/>
          <w:i w:val="0"/>
        </w:rPr>
        <w:t>Bắt đầu một ứng dụng</w:t>
      </w:r>
    </w:p>
    <w:p>
      <w:pPr>
        <w:spacing w:after="80"/>
      </w:pPr>
      <w:r>
        <w:rPr>
          <w:b w:val="0"/>
          <w:i w:val="0"/>
        </w:rPr>
        <w:t>Định nghĩa các mô hình</w:t>
      </w:r>
    </w:p>
    <w:p>
      <w:pPr>
        <w:spacing w:after="80"/>
      </w:pPr>
      <w:r>
        <w:rPr>
          <w:b w:val="0"/>
          <w:i w:val="0"/>
        </w:rPr>
        <w:t>Kích hoạt các mô hình</w:t>
      </w:r>
    </w:p>
    <w:p>
      <w:pPr>
        <w:spacing w:after="80"/>
      </w:pPr>
      <w:r>
        <w:rPr>
          <w:b w:val="0"/>
          <w:i w:val="0"/>
        </w:rPr>
        <w:t>Trang quản trị Django</w:t>
      </w:r>
    </w:p>
    <w:p>
      <w:pPr>
        <w:spacing w:after="80"/>
      </w:pPr>
      <w:r>
        <w:rPr>
          <w:b w:val="0"/>
          <w:i w:val="0"/>
        </w:rPr>
        <w:t>Định nghĩa mô hình Entry</w:t>
      </w:r>
    </w:p>
    <w:p>
      <w:pPr>
        <w:spacing w:after="80"/>
      </w:pPr>
      <w:r>
        <w:rPr>
          <w:b w:val="0"/>
          <w:i w:val="0"/>
        </w:rPr>
        <w:t>Di chuyển mô hình Entry</w:t>
      </w:r>
    </w:p>
    <w:p>
      <w:pPr>
        <w:spacing w:after="80"/>
      </w:pPr>
      <w:r>
        <w:rPr>
          <w:b w:val="0"/>
          <w:i w:val="0"/>
        </w:rPr>
        <w:t>Đăng ký Entry với trang quản trị</w:t>
      </w:r>
    </w:p>
    <w:p>
      <w:pPr>
        <w:spacing w:after="80"/>
      </w:pPr>
      <w:r>
        <w:rPr>
          <w:b w:val="0"/>
          <w:i w:val="0"/>
        </w:rPr>
        <w:t>Django Shell</w:t>
      </w:r>
    </w:p>
    <w:p>
      <w:pPr>
        <w:spacing w:after="80"/>
      </w:pPr>
      <w:r>
        <w:rPr>
          <w:b w:val="0"/>
          <w:i w:val="0"/>
        </w:rPr>
        <w:t>Bài tập 18-2: Các mục ngắn</w:t>
      </w:r>
    </w:p>
    <w:p>
      <w:pPr>
        <w:spacing w:after="80"/>
      </w:pPr>
      <w:r>
        <w:rPr>
          <w:b w:val="0"/>
          <w:i w:val="0"/>
        </w:rPr>
        <w:t>Bài tập 18-3: API của Django</w:t>
      </w:r>
    </w:p>
    <w:p>
      <w:pPr>
        <w:spacing w:after="80"/>
      </w:pPr>
      <w:r>
        <w:rPr>
          <w:b w:val="0"/>
          <w:i w:val="0"/>
        </w:rPr>
        <w:t>Bài tập 18-4: Tiệm bánh pizza</w:t>
      </w:r>
    </w:p>
    <w:p>
      <w:pPr>
        <w:spacing w:after="80"/>
      </w:pPr>
      <w:r>
        <w:rPr>
          <w:b w:val="0"/>
          <w:i w:val="0"/>
        </w:rPr>
        <w:t>Tạo các trang: Trang chủ của Learning Log</w:t>
      </w:r>
    </w:p>
    <w:p>
      <w:pPr>
        <w:spacing w:after="80"/>
      </w:pPr>
      <w:r>
        <w:rPr>
          <w:b w:val="0"/>
          <w:i w:val="0"/>
        </w:rPr>
        <w:t>Ánh xạ một URL</w:t>
      </w:r>
    </w:p>
    <w:p>
      <w:pPr>
        <w:spacing w:after="80"/>
      </w:pPr>
      <w:r>
        <w:rPr>
          <w:b w:val="0"/>
          <w:i w:val="0"/>
        </w:rPr>
        <w:t>Viết một view</w:t>
      </w:r>
    </w:p>
    <w:p>
      <w:pPr>
        <w:spacing w:after="80"/>
      </w:pPr>
      <w:r>
        <w:rPr>
          <w:b w:val="0"/>
          <w:i w:val="0"/>
        </w:rPr>
        <w:t>Viết một Template</w:t>
      </w:r>
    </w:p>
    <w:p>
      <w:pPr>
        <w:spacing w:after="80"/>
      </w:pPr>
      <w:r>
        <w:rPr>
          <w:b w:val="0"/>
          <w:i w:val="0"/>
        </w:rPr>
        <w:t>Bài tập 18-5: Trình lập kế hoạch bữa ăn</w:t>
      </w:r>
    </w:p>
    <w:p>
      <w:pPr>
        <w:spacing w:after="80"/>
      </w:pPr>
      <w:r>
        <w:rPr>
          <w:b w:val="0"/>
          <w:i w:val="0"/>
        </w:rPr>
        <w:t>Bài tập 18-6: Trang chủ của tiệm Pizza</w:t>
      </w:r>
    </w:p>
    <w:p>
      <w:pPr>
        <w:spacing w:after="80"/>
      </w:pPr>
      <w:r>
        <w:rPr>
          <w:b w:val="0"/>
          <w:i w:val="0"/>
        </w:rPr>
        <w:t>Xây dựng các trang bổ sung</w:t>
      </w:r>
    </w:p>
    <w:p>
      <w:pPr>
        <w:spacing w:after="80"/>
      </w:pPr>
      <w:r>
        <w:rPr>
          <w:b w:val="0"/>
          <w:i w:val="0"/>
        </w:rPr>
        <w:t>Kế thừa Template</w:t>
      </w:r>
    </w:p>
    <w:p>
      <w:pPr>
        <w:spacing w:after="80"/>
      </w:pPr>
      <w:r>
        <w:rPr>
          <w:b w:val="0"/>
          <w:i w:val="0"/>
        </w:rPr>
        <w:t>Trang Topics</w:t>
      </w:r>
    </w:p>
    <w:p>
      <w:pPr>
        <w:spacing w:after="80"/>
      </w:pPr>
      <w:r>
        <w:rPr>
          <w:b w:val="0"/>
          <w:i w:val="0"/>
        </w:rPr>
        <w:t>Các trang Topic riêng lẻ</w:t>
      </w:r>
    </w:p>
    <w:p>
      <w:pPr>
        <w:spacing w:after="80"/>
      </w:pPr>
      <w:r>
        <w:rPr>
          <w:b w:val="0"/>
          <w:i w:val="0"/>
        </w:rPr>
        <w:t>Bài tập 18-7: Tài liệu về Template</w:t>
      </w:r>
    </w:p>
    <w:p>
      <w:pPr>
        <w:spacing w:after="80"/>
      </w:pPr>
      <w:r>
        <w:rPr>
          <w:b w:val="0"/>
          <w:i w:val="0"/>
        </w:rPr>
        <w:t>Bài tập 18-8: Các trang của tiệm Pizza</w:t>
      </w:r>
    </w:p>
    <w:p>
      <w:pPr>
        <w:spacing w:after="80"/>
      </w:pPr>
      <w:r>
        <w:rPr>
          <w:b w:val="0"/>
          <w:i w:val="0"/>
        </w:rPr>
        <w:t>Tóm tắt</w:t>
      </w:r>
    </w:p>
    <w:p>
      <w:pPr>
        <w:spacing w:after="80"/>
      </w:pPr>
      <w:r>
        <w:rPr>
          <w:b w:val="0"/>
          <w:i w:val="0"/>
        </w:rPr>
        <w:t>Chương 19: Tài khoản người dùng</w:t>
      </w:r>
    </w:p>
    <w:p>
      <w:pPr>
        <w:spacing w:after="80"/>
      </w:pPr>
      <w:r>
        <w:rPr>
          <w:b w:val="0"/>
          <w:i w:val="0"/>
        </w:rPr>
        <w:t>Cho phép người dùng nhập dữ liệu</w:t>
      </w:r>
    </w:p>
    <w:p>
      <w:pPr>
        <w:spacing w:after="80"/>
      </w:pPr>
      <w:r>
        <w:rPr>
          <w:b w:val="0"/>
          <w:i w:val="0"/>
        </w:rPr>
        <w:t>Thêm các Topic mới</w:t>
      </w:r>
    </w:p>
    <w:p>
      <w:pPr>
        <w:spacing w:after="80"/>
      </w:pPr>
      <w:r>
        <w:rPr>
          <w:b w:val="0"/>
          <w:i w:val="0"/>
        </w:rPr>
        <w:t>Thêm các Entry mới</w:t>
      </w:r>
    </w:p>
    <w:p>
      <w:pPr>
        <w:spacing w:after="80"/>
      </w:pPr>
      <w:r>
        <w:rPr>
          <w:b w:val="0"/>
          <w:i w:val="0"/>
        </w:rPr>
        <w:t>Chỉnh sửa các mục nhập</w:t>
      </w:r>
    </w:p>
    <w:p>
      <w:pPr>
        <w:spacing w:after="80"/>
      </w:pPr>
      <w:r>
        <w:rPr>
          <w:b w:val="0"/>
          <w:i w:val="0"/>
        </w:rPr>
        <w:t>Bài tập 19-1: Blog</w:t>
      </w:r>
    </w:p>
    <w:p>
      <w:pPr>
        <w:spacing w:after="80"/>
      </w:pPr>
      <w:r>
        <w:rPr>
          <w:b w:val="0"/>
          <w:i w:val="0"/>
        </w:rPr>
        <w:t>Thiết lập tài khoản người dùng</w:t>
      </w:r>
    </w:p>
    <w:p>
      <w:pPr>
        <w:spacing w:after="80"/>
      </w:pPr>
      <w:r>
        <w:rPr>
          <w:b w:val="0"/>
          <w:i w:val="0"/>
        </w:rPr>
        <w:t>Ứng dụng accounts</w:t>
      </w:r>
    </w:p>
    <w:p>
      <w:pPr>
        <w:spacing w:after="80"/>
      </w:pPr>
      <w:r>
        <w:rPr>
          <w:b w:val="0"/>
          <w:i w:val="0"/>
        </w:rPr>
        <w:t>Trang đăng nhập</w:t>
      </w:r>
    </w:p>
    <w:p>
      <w:pPr>
        <w:spacing w:after="80"/>
      </w:pPr>
      <w:r>
        <w:rPr>
          <w:b w:val="0"/>
          <w:i w:val="0"/>
        </w:rPr>
        <w:t>Đăng xuất</w:t>
      </w:r>
    </w:p>
    <w:p>
      <w:pPr>
        <w:spacing w:after="80"/>
      </w:pPr>
      <w:r>
        <w:rPr>
          <w:b w:val="0"/>
          <w:i w:val="0"/>
        </w:rPr>
        <w:t>Trang đăng ký</w:t>
      </w:r>
    </w:p>
    <w:p>
      <w:pPr>
        <w:spacing w:after="80"/>
      </w:pPr>
      <w:r>
        <w:rPr>
          <w:b w:val="0"/>
          <w:i w:val="0"/>
        </w:rPr>
        <w:t>Bài tập 19-2: Tài khoản Blog</w:t>
      </w:r>
    </w:p>
    <w:p>
      <w:pPr>
        <w:spacing w:after="80"/>
      </w:pPr>
      <w:r>
        <w:rPr>
          <w:b w:val="0"/>
          <w:i w:val="0"/>
        </w:rPr>
        <w:t>Cho phép người dùng sở hữu dữ liệu của riêng họ</w:t>
      </w:r>
    </w:p>
    <w:p>
      <w:pPr>
        <w:spacing w:after="80"/>
      </w:pPr>
      <w:r>
        <w:rPr>
          <w:b w:val="0"/>
          <w:i w:val="0"/>
        </w:rPr>
        <w:t>Hạn chế quyền truy cập với @login_required</w:t>
      </w:r>
    </w:p>
    <w:p>
      <w:pPr>
        <w:spacing w:after="80"/>
      </w:pPr>
      <w:r>
        <w:rPr>
          <w:b w:val="0"/>
          <w:i w:val="0"/>
        </w:rPr>
        <w:t>Kết nối dữ liệu với từng người dùng cụ thể</w:t>
      </w:r>
    </w:p>
    <w:p>
      <w:pPr>
        <w:spacing w:after="80"/>
      </w:pPr>
      <w:r>
        <w:rPr>
          <w:b w:val="0"/>
          <w:i w:val="0"/>
        </w:rPr>
        <w:t>Hạn chế quyền truy cập Chủ đề cho những người dùng phù hợp</w:t>
      </w:r>
    </w:p>
    <w:p>
      <w:pPr>
        <w:spacing w:after="80"/>
      </w:pPr>
      <w:r>
        <w:rPr>
          <w:b w:val="0"/>
          <w:i w:val="0"/>
        </w:rPr>
        <w:t>Bảo vệ Chủ đề của người dùng</w:t>
      </w:r>
    </w:p>
    <w:p>
      <w:pPr>
        <w:spacing w:after="80"/>
      </w:pPr>
      <w:r>
        <w:rPr>
          <w:b w:val="0"/>
          <w:i w:val="0"/>
        </w:rPr>
        <w:t>Bảo vệ trang edit_entry</w:t>
      </w:r>
    </w:p>
    <w:p>
      <w:pPr>
        <w:spacing w:after="80"/>
      </w:pPr>
      <w:r>
        <w:rPr>
          <w:b w:val="0"/>
          <w:i w:val="0"/>
        </w:rPr>
        <w:t>Liên kết chủ đề mới với người dùng hiện tại</w:t>
      </w:r>
    </w:p>
    <w:p>
      <w:pPr>
        <w:spacing w:after="80"/>
      </w:pPr>
      <w:r>
        <w:rPr>
          <w:b w:val="0"/>
          <w:i w:val="0"/>
        </w:rPr>
        <w:t>Bài tập 19-3: Tái cấu trúc mã nguồn</w:t>
      </w:r>
    </w:p>
    <w:p>
      <w:pPr>
        <w:spacing w:after="80"/>
      </w:pPr>
      <w:r>
        <w:rPr>
          <w:b w:val="0"/>
          <w:i w:val="0"/>
        </w:rPr>
        <w:t>Bài tập 19-4: Bảo vệ new_entry</w:t>
      </w:r>
    </w:p>
    <w:p>
      <w:pPr>
        <w:spacing w:after="80"/>
      </w:pPr>
      <w:r>
        <w:rPr>
          <w:b w:val="0"/>
          <w:i w:val="0"/>
        </w:rPr>
        <w:t>Bài tập 19-5: Blog được bảo vệ</w:t>
      </w:r>
    </w:p>
    <w:p>
      <w:pPr>
        <w:spacing w:after="80"/>
      </w:pPr>
      <w:r>
        <w:rPr>
          <w:b w:val="0"/>
          <w:i w:val="0"/>
        </w:rPr>
        <w:t>Tóm tắt</w:t>
      </w:r>
    </w:p>
    <w:p>
      <w:pPr>
        <w:spacing w:after="80"/>
      </w:pPr>
      <w:r>
        <w:rPr>
          <w:b w:val="0"/>
          <w:i w:val="0"/>
        </w:rPr>
        <w:t>Chương 20: Trang trí và triển khai ứng dụng</w:t>
      </w:r>
    </w:p>
    <w:p>
      <w:pPr>
        <w:spacing w:after="80"/>
      </w:pPr>
      <w:r>
        <w:rPr>
          <w:b w:val="0"/>
          <w:i w:val="0"/>
        </w:rPr>
        <w:t>Trang trí Learning Log</w:t>
      </w:r>
    </w:p>
    <w:p>
      <w:pPr>
        <w:spacing w:after="80"/>
      </w:pPr>
      <w:r>
        <w:rPr>
          <w:b w:val="0"/>
          <w:i w:val="0"/>
        </w:rPr>
        <w:t>Ứng dụng django-bootstrap5</w:t>
      </w:r>
    </w:p>
    <w:p>
      <w:pPr>
        <w:spacing w:after="80"/>
      </w:pPr>
      <w:r>
        <w:rPr>
          <w:b w:val="0"/>
          <w:i w:val="0"/>
        </w:rPr>
        <w:t>Dùng Bootstrap để trang trí Learning Log</w:t>
      </w:r>
    </w:p>
    <w:p>
      <w:pPr>
        <w:spacing w:after="80"/>
      </w:pPr>
      <w:r>
        <w:rPr>
          <w:b w:val="0"/>
          <w:i w:val="0"/>
        </w:rPr>
        <w:t>Chỉnh sửa base.html</w:t>
      </w:r>
    </w:p>
    <w:p>
      <w:pPr>
        <w:spacing w:after="80"/>
      </w:pPr>
      <w:r>
        <w:rPr>
          <w:b w:val="0"/>
          <w:i w:val="0"/>
        </w:rPr>
        <w:t>Trang trí trang chủ bằng Jumbotron</w:t>
      </w:r>
    </w:p>
    <w:p>
      <w:pPr>
        <w:spacing w:after="80"/>
      </w:pPr>
      <w:r>
        <w:rPr>
          <w:b w:val="0"/>
          <w:i w:val="0"/>
        </w:rPr>
        <w:t>Trang trí trang đăng nhập</w:t>
      </w:r>
    </w:p>
    <w:p>
      <w:pPr>
        <w:spacing w:after="80"/>
      </w:pPr>
      <w:r>
        <w:rPr>
          <w:b w:val="0"/>
          <w:i w:val="0"/>
        </w:rPr>
        <w:t>Trang trí trang chủ đề</w:t>
      </w:r>
    </w:p>
    <w:p>
      <w:pPr>
        <w:spacing w:after="80"/>
      </w:pPr>
      <w:r>
        <w:rPr>
          <w:b w:val="0"/>
          <w:i w:val="0"/>
        </w:rPr>
        <w:t>Trang trí các mục trong trang chủ đề</w:t>
      </w:r>
    </w:p>
    <w:p>
      <w:pPr>
        <w:spacing w:after="80"/>
      </w:pPr>
      <w:r>
        <w:rPr>
          <w:b w:val="0"/>
          <w:i w:val="0"/>
        </w:rPr>
        <w:t>Bài tập 20-1: Các dạng biểu mẫu khác</w:t>
      </w:r>
    </w:p>
    <w:p>
      <w:pPr>
        <w:spacing w:after="80"/>
      </w:pPr>
      <w:r>
        <w:rPr>
          <w:b w:val="0"/>
          <w:i w:val="0"/>
        </w:rPr>
        <w:t>Bài tập 20-2: Blog phong cách</w:t>
      </w:r>
    </w:p>
    <w:p>
      <w:pPr>
        <w:spacing w:after="80"/>
      </w:pPr>
      <w:r>
        <w:rPr>
          <w:b w:val="0"/>
          <w:i w:val="0"/>
        </w:rPr>
        <w:t>Triển khai Learning Log</w:t>
      </w:r>
    </w:p>
    <w:p>
      <w:pPr>
        <w:spacing w:after="80"/>
      </w:pPr>
      <w:r>
        <w:rPr>
          <w:b w:val="0"/>
          <w:i w:val="0"/>
        </w:rPr>
        <w:t>Tạo tài khoản Platform.sh</w:t>
      </w:r>
    </w:p>
    <w:p>
      <w:pPr>
        <w:spacing w:after="80"/>
      </w:pPr>
      <w:r>
        <w:rPr>
          <w:b w:val="0"/>
          <w:i w:val="0"/>
        </w:rPr>
        <w:t>Cài đặt Platform.sh CLI</w:t>
      </w:r>
    </w:p>
    <w:p>
      <w:pPr>
        <w:spacing w:after="80"/>
      </w:pPr>
      <w:r>
        <w:rPr>
          <w:b w:val="0"/>
          <w:i w:val="0"/>
        </w:rPr>
        <w:t>Cài đặt platformshconfig</w:t>
      </w:r>
    </w:p>
    <w:p>
      <w:pPr>
        <w:spacing w:after="80"/>
      </w:pPr>
      <w:r>
        <w:rPr>
          <w:b w:val="0"/>
          <w:i w:val="0"/>
        </w:rPr>
        <w:t>Tạo tệp requirements.txt</w:t>
      </w:r>
    </w:p>
    <w:p>
      <w:pPr>
        <w:spacing w:after="80"/>
      </w:pPr>
      <w:r>
        <w:rPr>
          <w:b w:val="0"/>
          <w:i w:val="0"/>
        </w:rPr>
        <w:t>Các yêu cầu triển khai bổ sung</w:t>
      </w:r>
    </w:p>
    <w:p>
      <w:pPr>
        <w:spacing w:after="80"/>
      </w:pPr>
      <w:r>
        <w:rPr>
          <w:b w:val="0"/>
          <w:i w:val="0"/>
        </w:rPr>
        <w:t>Thêm các tệp cấu hình</w:t>
      </w:r>
    </w:p>
    <w:p>
      <w:pPr>
        <w:spacing w:after="80"/>
      </w:pPr>
      <w:r>
        <w:rPr>
          <w:b w:val="0"/>
          <w:i w:val="0"/>
        </w:rPr>
        <w:t>Chỉnh sửa settings.py cho Platform.sh</w:t>
      </w:r>
    </w:p>
    <w:p>
      <w:pPr>
        <w:spacing w:after="80"/>
      </w:pPr>
      <w:r>
        <w:rPr>
          <w:b w:val="0"/>
          <w:i w:val="0"/>
        </w:rPr>
        <w:t>Dùng Git để theo dõi các tệp của dự án</w:t>
      </w:r>
    </w:p>
    <w:p>
      <w:pPr>
        <w:spacing w:after="80"/>
      </w:pPr>
      <w:r>
        <w:rPr>
          <w:b w:val="0"/>
          <w:i w:val="0"/>
        </w:rPr>
        <w:t>Tạo một dự án trên Platform.sh</w:t>
      </w:r>
    </w:p>
    <w:p>
      <w:pPr>
        <w:spacing w:after="80"/>
      </w:pPr>
      <w:r>
        <w:rPr>
          <w:b w:val="0"/>
          <w:i w:val="0"/>
        </w:rPr>
        <w:t>Đẩy lên Platform.sh</w:t>
      </w:r>
    </w:p>
    <w:p>
      <w:pPr>
        <w:spacing w:after="80"/>
      </w:pPr>
      <w:r>
        <w:rPr>
          <w:b w:val="0"/>
          <w:i w:val="0"/>
        </w:rPr>
        <w:t>Xem dự án đang chạy trực tuyến</w:t>
      </w:r>
    </w:p>
    <w:p>
      <w:pPr>
        <w:spacing w:after="80"/>
      </w:pPr>
      <w:r>
        <w:rPr>
          <w:b w:val="0"/>
          <w:i w:val="0"/>
        </w:rPr>
        <w:t>Tinh chỉnh triển khai trên Platform.sh</w:t>
      </w:r>
    </w:p>
    <w:p>
      <w:pPr>
        <w:spacing w:after="80"/>
      </w:pPr>
      <w:r>
        <w:rPr>
          <w:b w:val="0"/>
          <w:i w:val="0"/>
        </w:rPr>
        <w:t>Tạo trang lỗi tùy chỉnh</w:t>
      </w:r>
    </w:p>
    <w:p>
      <w:pPr>
        <w:spacing w:after="80"/>
      </w:pPr>
      <w:r>
        <w:rPr>
          <w:b w:val="0"/>
          <w:i w:val="0"/>
        </w:rPr>
        <w:t>Phát triển liên tục</w:t>
      </w:r>
    </w:p>
    <w:p>
      <w:pPr>
        <w:spacing w:after="80"/>
      </w:pPr>
      <w:r>
        <w:rPr>
          <w:b w:val="0"/>
          <w:i w:val="0"/>
        </w:rPr>
        <w:t>Xóa một dự án trên Platform.sh</w:t>
      </w:r>
    </w:p>
    <w:p>
      <w:pPr>
        <w:spacing w:after="80"/>
      </w:pPr>
      <w:r>
        <w:rPr>
          <w:b w:val="0"/>
          <w:i w:val="0"/>
        </w:rPr>
        <w:t>Bài tập 20-3: Blog trực tiếp</w:t>
      </w:r>
    </w:p>
    <w:p>
      <w:pPr>
        <w:spacing w:after="80"/>
      </w:pPr>
      <w:r>
        <w:rPr>
          <w:b w:val="0"/>
          <w:i w:val="0"/>
        </w:rPr>
        <w:t>Bài tập 20-4: Nhật ký học tập mở rộng</w:t>
      </w:r>
    </w:p>
    <w:p>
      <w:pPr>
        <w:spacing w:after="80"/>
      </w:pPr>
      <w:r>
        <w:rPr>
          <w:b w:val="0"/>
          <w:i w:val="0"/>
        </w:rPr>
        <w:t>Tóm tắt</w:t>
      </w:r>
    </w:p>
    <w:p>
      <w:pPr>
        <w:spacing w:after="80"/>
      </w:pPr>
      <w:r>
        <w:rPr>
          <w:b w:val="0"/>
          <w:i w:val="0"/>
        </w:rPr>
        <w:t>Phụ lục A: Cài đặt và xử lý sự cố</w:t>
      </w:r>
    </w:p>
    <w:p>
      <w:pPr>
        <w:spacing w:after="80"/>
      </w:pPr>
      <w:r>
        <w:rPr>
          <w:b w:val="0"/>
          <w:i w:val="0"/>
        </w:rPr>
        <w:t>Python trên Windows</w:t>
      </w:r>
    </w:p>
    <w:p>
      <w:pPr>
        <w:spacing w:after="80"/>
      </w:pPr>
      <w:r>
        <w:rPr>
          <w:b w:val="0"/>
          <w:i w:val="0"/>
        </w:rPr>
        <w:t>Dùng py thay vì python</w:t>
      </w:r>
    </w:p>
    <w:p>
      <w:pPr>
        <w:spacing w:after="80"/>
      </w:pPr>
      <w:r>
        <w:rPr>
          <w:b w:val="0"/>
          <w:i w:val="0"/>
        </w:rPr>
        <w:t>Chạy lại trình cài đặt</w:t>
      </w:r>
    </w:p>
    <w:p>
      <w:pPr>
        <w:spacing w:after="80"/>
      </w:pPr>
      <w:r>
        <w:rPr>
          <w:b w:val="0"/>
          <w:i w:val="0"/>
        </w:rPr>
        <w:t>Python trên macOS</w:t>
      </w:r>
    </w:p>
    <w:p>
      <w:pPr>
        <w:spacing w:after="80"/>
      </w:pPr>
      <w:r>
        <w:rPr>
          <w:b w:val="0"/>
          <w:i w:val="0"/>
        </w:rPr>
        <w:t>Vô tình cài đặt phiên bản Python của Apple</w:t>
      </w:r>
    </w:p>
    <w:p>
      <w:pPr>
        <w:spacing w:after="80"/>
      </w:pPr>
      <w:r>
        <w:rPr>
          <w:b w:val="0"/>
          <w:i w:val="0"/>
        </w:rPr>
        <w:t>Python 2 trên các phiên bản macOS cũ hơn</w:t>
      </w:r>
    </w:p>
    <w:p>
      <w:pPr>
        <w:spacing w:after="80"/>
      </w:pPr>
      <w:r>
        <w:rPr>
          <w:b w:val="0"/>
          <w:i w:val="0"/>
        </w:rPr>
        <w:t>Python trên Linux</w:t>
      </w:r>
    </w:p>
    <w:p>
      <w:pPr>
        <w:spacing w:after="80"/>
      </w:pPr>
      <w:r>
        <w:rPr>
          <w:b w:val="0"/>
          <w:i w:val="0"/>
        </w:rPr>
        <w:t>Sử dụng bản cài đặt Python mặc định</w:t>
      </w:r>
    </w:p>
    <w:p>
      <w:pPr>
        <w:spacing w:after="80"/>
      </w:pPr>
      <w:r>
        <w:rPr>
          <w:b w:val="0"/>
          <w:i w:val="0"/>
        </w:rPr>
        <w:t>Cài đặt phiên bản Python mới nhất</w:t>
      </w:r>
    </w:p>
    <w:p>
      <w:pPr>
        <w:spacing w:after="80"/>
      </w:pPr>
      <w:r>
        <w:rPr>
          <w:b w:val="0"/>
          <w:i w:val="0"/>
        </w:rPr>
        <w:t>Kiểm tra xem bạn đang dùng phiên bản Python nào</w:t>
      </w:r>
    </w:p>
    <w:p>
      <w:pPr>
        <w:spacing w:after="80"/>
      </w:pPr>
      <w:r>
        <w:rPr>
          <w:b w:val="0"/>
          <w:i w:val="0"/>
        </w:rPr>
        <w:t>Từ khóa và hàm dựng sẵn của Python</w:t>
      </w:r>
    </w:p>
    <w:p>
      <w:pPr>
        <w:spacing w:after="80"/>
      </w:pPr>
      <w:r>
        <w:rPr>
          <w:b w:val="0"/>
          <w:i w:val="0"/>
        </w:rPr>
        <w:t>Từ khóa Python</w:t>
      </w:r>
    </w:p>
    <w:p>
      <w:pPr>
        <w:spacing w:after="80"/>
      </w:pPr>
      <w:r>
        <w:rPr>
          <w:b w:val="0"/>
          <w:i w:val="0"/>
        </w:rPr>
        <w:t>Hàm dựng sẵn của Python</w:t>
      </w:r>
    </w:p>
    <w:p>
      <w:pPr>
        <w:spacing w:after="80"/>
      </w:pPr>
      <w:r>
        <w:rPr>
          <w:b w:val="0"/>
          <w:i w:val="0"/>
        </w:rPr>
        <w:t>Phụ lục B: Trình soạn thảo văn bản và IDE</w:t>
      </w:r>
    </w:p>
    <w:p>
      <w:pPr>
        <w:spacing w:after="80"/>
      </w:pPr>
      <w:r>
        <w:rPr>
          <w:b w:val="0"/>
          <w:i w:val="0"/>
        </w:rPr>
        <w:t>Làm việc hiệu quả với VS Code</w:t>
      </w:r>
    </w:p>
    <w:p>
      <w:pPr>
        <w:spacing w:after="80"/>
      </w:pPr>
      <w:r>
        <w:rPr>
          <w:b w:val="0"/>
          <w:i w:val="0"/>
        </w:rPr>
        <w:t>Cấu hình VS Code</w:t>
      </w:r>
    </w:p>
    <w:p>
      <w:pPr>
        <w:spacing w:after="80"/>
      </w:pPr>
      <w:r>
        <w:rPr>
          <w:b w:val="0"/>
          <w:i w:val="0"/>
        </w:rPr>
        <w:t>Phím tắt trong VS Code</w:t>
      </w:r>
    </w:p>
    <w:p>
      <w:pPr>
        <w:spacing w:after="80"/>
      </w:pPr>
      <w:r>
        <w:rPr>
          <w:b w:val="0"/>
          <w:i w:val="0"/>
        </w:rPr>
        <w:t>Các trình soạn thảo văn bản và IDE khác</w:t>
      </w:r>
    </w:p>
    <w:p>
      <w:pPr>
        <w:spacing w:after="80"/>
      </w:pPr>
      <w:r>
        <w:rPr>
          <w:b w:val="0"/>
          <w:i w:val="0"/>
        </w:rPr>
        <w:t>IDLE</w:t>
      </w:r>
    </w:p>
    <w:p>
      <w:pPr>
        <w:spacing w:after="80"/>
      </w:pPr>
      <w:r>
        <w:rPr>
          <w:b w:val="0"/>
          <w:i w:val="0"/>
        </w:rPr>
        <w:t>Geany</w:t>
      </w:r>
    </w:p>
    <w:p>
      <w:pPr>
        <w:spacing w:after="80"/>
      </w:pPr>
      <w:r>
        <w:rPr>
          <w:b w:val="0"/>
          <w:i w:val="0"/>
        </w:rPr>
        <w:t>Sublime Text</w:t>
      </w:r>
    </w:p>
    <w:p>
      <w:pPr>
        <w:spacing w:after="80"/>
      </w:pPr>
      <w:r>
        <w:rPr>
          <w:b w:val="0"/>
          <w:i w:val="0"/>
        </w:rPr>
        <w:t>Emacs và Vim</w:t>
      </w:r>
    </w:p>
    <w:p>
      <w:pPr>
        <w:spacing w:after="80"/>
      </w:pPr>
      <w:r>
        <w:rPr>
          <w:b w:val="0"/>
          <w:i w:val="0"/>
        </w:rPr>
        <w:t>PyCharm</w:t>
      </w:r>
    </w:p>
    <w:p>
      <w:pPr>
        <w:spacing w:after="80"/>
      </w:pPr>
      <w:r>
        <w:rPr>
          <w:b w:val="0"/>
          <w:i w:val="0"/>
        </w:rPr>
        <w:t>Jupyter Notebook</w:t>
      </w:r>
    </w:p>
    <w:p>
      <w:pPr>
        <w:spacing w:after="80"/>
      </w:pPr>
      <w:r>
        <w:rPr>
          <w:b w:val="0"/>
          <w:i w:val="0"/>
        </w:rPr>
        <w:t>Phụ lục C: Tìm kiếm sự trợ giúp</w:t>
      </w:r>
    </w:p>
    <w:p>
      <w:pPr>
        <w:spacing w:after="80"/>
      </w:pPr>
      <w:r>
        <w:rPr>
          <w:b w:val="0"/>
          <w:i w:val="0"/>
        </w:rPr>
        <w:t>Những bước đầu tiên</w:t>
      </w:r>
    </w:p>
    <w:p>
      <w:pPr>
        <w:spacing w:after="80"/>
      </w:pPr>
      <w:r>
        <w:rPr>
          <w:b w:val="0"/>
          <w:i w:val="0"/>
        </w:rPr>
        <w:t>Thử lại lần nữa</w:t>
      </w:r>
    </w:p>
    <w:p>
      <w:pPr>
        <w:spacing w:after="80"/>
      </w:pPr>
      <w:r>
        <w:rPr>
          <w:b w:val="0"/>
          <w:i w:val="0"/>
        </w:rPr>
        <w:t>Nghỉ giải lao một chút</w:t>
      </w:r>
    </w:p>
    <w:p>
      <w:pPr>
        <w:spacing w:after="80"/>
      </w:pPr>
      <w:r>
        <w:rPr>
          <w:b w:val="0"/>
          <w:i w:val="0"/>
        </w:rPr>
        <w:t>Tham khảo tài nguyên của cuốn sách này</w:t>
      </w:r>
    </w:p>
    <w:p>
      <w:pPr>
        <w:spacing w:after="80"/>
      </w:pPr>
      <w:r>
        <w:rPr>
          <w:b w:val="0"/>
          <w:i w:val="0"/>
        </w:rPr>
        <w:t>Tìm kiếm trên mạng</w:t>
      </w:r>
    </w:p>
    <w:p>
      <w:pPr>
        <w:spacing w:after="80"/>
      </w:pPr>
      <w:r>
        <w:rPr>
          <w:b w:val="0"/>
          <w:i w:val="0"/>
        </w:rPr>
        <w:t>Stack Overflow</w:t>
      </w:r>
    </w:p>
    <w:p>
      <w:pPr>
        <w:spacing w:after="80"/>
      </w:pPr>
      <w:r>
        <w:rPr>
          <w:b w:val="0"/>
          <w:i w:val="0"/>
        </w:rPr>
        <w:t>Tài liệu chính thức của Python</w:t>
      </w:r>
    </w:p>
    <w:p>
      <w:pPr>
        <w:spacing w:after="80"/>
      </w:pPr>
      <w:r>
        <w:rPr>
          <w:b w:val="0"/>
          <w:i w:val="0"/>
        </w:rPr>
        <w:t>Tài liệu chính thức của thư viện</w:t>
      </w:r>
    </w:p>
    <w:p>
      <w:pPr>
        <w:spacing w:after="80"/>
      </w:pPr>
      <w:r>
        <w:rPr>
          <w:b w:val="0"/>
          <w:i w:val="0"/>
        </w:rPr>
        <w:t>r/learnpython</w:t>
      </w:r>
    </w:p>
    <w:p>
      <w:pPr>
        <w:spacing w:after="80"/>
      </w:pPr>
      <w:r>
        <w:rPr>
          <w:b w:val="0"/>
          <w:i w:val="0"/>
        </w:rPr>
        <w:t>Bài đăng trên blog</w:t>
      </w:r>
    </w:p>
    <w:p>
      <w:pPr>
        <w:spacing w:after="80"/>
      </w:pPr>
      <w:r>
        <w:rPr>
          <w:b w:val="0"/>
          <w:i w:val="0"/>
        </w:rPr>
        <w:t>Discord</w:t>
      </w:r>
    </w:p>
    <w:p>
      <w:pPr>
        <w:spacing w:after="80"/>
      </w:pPr>
      <w:r>
        <w:rPr>
          <w:b w:val="0"/>
          <w:i w:val="0"/>
        </w:rPr>
        <w:t>Slack</w:t>
      </w:r>
    </w:p>
    <w:p>
      <w:pPr>
        <w:spacing w:after="80"/>
      </w:pPr>
      <w:r>
        <w:rPr>
          <w:b w:val="0"/>
          <w:i w:val="0"/>
        </w:rPr>
        <w:t>Phụ lục D: Dùng Git để quản lý phiên bản</w:t>
      </w:r>
    </w:p>
    <w:p>
      <w:pPr>
        <w:spacing w:after="80"/>
      </w:pPr>
      <w:r>
        <w:rPr>
          <w:b w:val="0"/>
          <w:i w:val="0"/>
        </w:rPr>
        <w:t>Cài đặt Git</w:t>
      </w:r>
    </w:p>
    <w:p>
      <w:pPr>
        <w:spacing w:after="80"/>
      </w:pPr>
      <w:r>
        <w:rPr>
          <w:b w:val="0"/>
          <w:i w:val="0"/>
        </w:rPr>
        <w:t>Cấu hình Git</w:t>
      </w:r>
    </w:p>
    <w:p>
      <w:pPr>
        <w:spacing w:after="80"/>
      </w:pPr>
      <w:r>
        <w:rPr>
          <w:b w:val="0"/>
          <w:i w:val="0"/>
        </w:rPr>
        <w:t>Tạo một dự án</w:t>
      </w:r>
    </w:p>
    <w:p>
      <w:pPr>
        <w:spacing w:after="80"/>
      </w:pPr>
      <w:r>
        <w:rPr>
          <w:b w:val="0"/>
          <w:i w:val="0"/>
        </w:rPr>
        <w:t>Bỏ qua các tệp</w:t>
      </w:r>
    </w:p>
    <w:p>
      <w:pPr>
        <w:spacing w:after="80"/>
      </w:pPr>
      <w:r>
        <w:rPr>
          <w:b w:val="0"/>
          <w:i w:val="0"/>
        </w:rPr>
        <w:t>Khởi tạo kho lưu trữ</w:t>
      </w:r>
    </w:p>
    <w:p>
      <w:pPr>
        <w:spacing w:after="80"/>
      </w:pPr>
      <w:r>
        <w:rPr>
          <w:b w:val="0"/>
          <w:i w:val="0"/>
        </w:rPr>
        <w:t>Kiểm tra trạng thái</w:t>
      </w:r>
    </w:p>
    <w:p>
      <w:pPr>
        <w:spacing w:after="80"/>
      </w:pPr>
      <w:r>
        <w:rPr>
          <w:b w:val="0"/>
          <w:i w:val="0"/>
        </w:rPr>
        <w:t>Thêm tệp vào kho lưu trữ</w:t>
      </w:r>
    </w:p>
    <w:p>
      <w:pPr>
        <w:spacing w:after="80"/>
      </w:pPr>
      <w:r>
        <w:rPr>
          <w:b w:val="0"/>
          <w:i w:val="0"/>
        </w:rPr>
        <w:t>Tạo một commit</w:t>
      </w:r>
    </w:p>
    <w:p>
      <w:pPr>
        <w:spacing w:after="80"/>
      </w:pPr>
      <w:r>
        <w:rPr>
          <w:b w:val="0"/>
          <w:i w:val="0"/>
        </w:rPr>
        <w:t>Kiểm tra nhật ký</w:t>
      </w:r>
    </w:p>
    <w:p>
      <w:pPr>
        <w:spacing w:after="80"/>
      </w:pPr>
      <w:r>
        <w:rPr>
          <w:b w:val="0"/>
          <w:i w:val="0"/>
        </w:rPr>
        <w:t>Commit thứ hai</w:t>
      </w:r>
    </w:p>
    <w:p>
      <w:pPr>
        <w:spacing w:after="80"/>
      </w:pPr>
      <w:r>
        <w:rPr>
          <w:b w:val="0"/>
          <w:i w:val="0"/>
        </w:rPr>
        <w:t>Bỏ các thay đổi</w:t>
      </w:r>
    </w:p>
    <w:p>
      <w:pPr>
        <w:spacing w:after="80"/>
      </w:pPr>
      <w:r>
        <w:rPr>
          <w:b w:val="0"/>
          <w:i w:val="0"/>
        </w:rPr>
        <w:t>Xem lại các commit trước đó</w:t>
      </w:r>
    </w:p>
    <w:p>
      <w:pPr>
        <w:spacing w:after="80"/>
      </w:pPr>
      <w:r>
        <w:rPr>
          <w:b w:val="0"/>
          <w:i w:val="0"/>
        </w:rPr>
        <w:t>Xóa kho lưu trữ</w:t>
      </w:r>
    </w:p>
    <w:p>
      <w:pPr>
        <w:spacing w:after="80"/>
      </w:pPr>
      <w:r>
        <w:rPr>
          <w:b w:val="0"/>
          <w:i w:val="0"/>
        </w:rPr>
        <w:t>Phụ lục E: Khắc phục sự cố khi triển khai</w:t>
      </w:r>
    </w:p>
    <w:p>
      <w:pPr>
        <w:spacing w:after="80"/>
      </w:pPr>
      <w:r>
        <w:rPr>
          <w:b w:val="0"/>
          <w:i w:val="0"/>
        </w:rPr>
        <w:t>Hiểu về việc triển khai</w:t>
      </w:r>
    </w:p>
    <w:p>
      <w:pPr>
        <w:spacing w:after="80"/>
      </w:pPr>
      <w:r>
        <w:rPr>
          <w:b w:val="0"/>
          <w:i w:val="0"/>
        </w:rPr>
        <w:t>Khắc phục sự cố cơ bản</w:t>
      </w:r>
    </w:p>
    <w:p>
      <w:pPr>
        <w:spacing w:after="80"/>
      </w:pPr>
      <w:r>
        <w:rPr>
          <w:b w:val="0"/>
          <w:i w:val="0"/>
        </w:rPr>
        <w:t>Làm theo gợi ý trên màn hình</w:t>
      </w:r>
    </w:p>
    <w:p>
      <w:pPr>
        <w:spacing w:after="80"/>
      </w:pPr>
      <w:r>
        <w:rPr>
          <w:b w:val="0"/>
          <w:i w:val="0"/>
        </w:rPr>
        <w:t>Đọc kết quả nhật ký</w:t>
      </w:r>
    </w:p>
    <w:p>
      <w:pPr>
        <w:spacing w:after="80"/>
      </w:pPr>
      <w:r>
        <w:rPr>
          <w:b w:val="0"/>
          <w:i w:val="0"/>
        </w:rPr>
        <w:t>Khắc phục sự cố theo từng hệ điều hành</w:t>
      </w:r>
    </w:p>
    <w:p>
      <w:pPr>
        <w:spacing w:after="80"/>
      </w:pPr>
      <w:r>
        <w:rPr>
          <w:b w:val="0"/>
          <w:i w:val="0"/>
        </w:rPr>
        <w:t>Triển khai từ Windows</w:t>
      </w:r>
    </w:p>
    <w:p>
      <w:pPr>
        <w:spacing w:after="80"/>
      </w:pPr>
      <w:r>
        <w:rPr>
          <w:b w:val="0"/>
          <w:i w:val="0"/>
        </w:rPr>
        <w:t>Triển khai từ macOS</w:t>
      </w:r>
    </w:p>
    <w:p>
      <w:pPr>
        <w:spacing w:after="80"/>
      </w:pPr>
      <w:r>
        <w:rPr>
          <w:b w:val="0"/>
          <w:i w:val="0"/>
        </w:rPr>
        <w:t>Triển khai từ Linux</w:t>
      </w:r>
    </w:p>
    <w:p>
      <w:pPr>
        <w:spacing w:after="80"/>
      </w:pPr>
      <w:r>
        <w:rPr>
          <w:b w:val="0"/>
          <w:i w:val="0"/>
        </w:rPr>
        <w:t>Các cách triển khai khác</w:t>
      </w:r>
    </w:p>
    <w:p>
      <w:pPr>
        <w:spacing w:after="80"/>
      </w:pPr>
      <w:r>
        <w:rPr>
          <w:b w:val="0"/>
          <w:i w:val="0"/>
        </w:rPr>
        <w:t>Mục lục</w:t>
      </w:r>
    </w:p>
    <w:p>
      <w:pPr>
        <w:pStyle w:val="Heading1"/>
      </w:pPr>
      <w:r>
        <w:rPr>
          <w:rFonts w:ascii="Calibri" w:hAnsi="Calibri"/>
          <w:b/>
          <w:i w:val="0"/>
          <w:sz w:val="38"/>
        </w:rPr>
        <w:t xml:space="preserve">Lời khen cho </w:t>
      </w:r>
      <w:r>
        <w:rPr>
          <w:rFonts w:ascii="Calibri" w:hAnsi="Calibri"/>
          <w:b/>
          <w:i/>
          <w:sz w:val="38"/>
        </w:rPr>
        <w:t>Python Crash Course</w:t>
      </w:r>
    </w:p>
    <w:p>
      <w:pPr>
        <w:spacing w:after="80"/>
      </w:pPr>
      <w:r>
        <w:rPr>
          <w:b w:val="0"/>
          <w:i w:val="0"/>
        </w:rPr>
        <w:t xml:space="preserve">“Thật thú vị khi thấy No Starch Press cho ra đời những cuốn sách kinh điển tương lai, xứng đáng được xếp cùng những cuốn sách lập trình truyền thống hơn. </w:t>
      </w:r>
      <w:r>
        <w:rPr>
          <w:b w:val="0"/>
          <w:i/>
        </w:rPr>
        <w:t>Python Crash Course</w:t>
      </w:r>
      <w:r>
        <w:rPr>
          <w:b w:val="0"/>
          <w:i w:val="0"/>
        </w:rPr>
        <w:t xml:space="preserve"> là một trong số đó.”</w:t>
      </w:r>
    </w:p>
    <w:p>
      <w:pPr>
        <w:spacing w:after="80"/>
      </w:pPr>
      <w:r>
        <w:rPr>
          <w:b w:val="0"/>
          <w:i w:val="0"/>
        </w:rPr>
        <w:t>—Greg Laden, ScienceBlogs</w:t>
      </w:r>
    </w:p>
    <w:p>
      <w:pPr>
        <w:spacing w:after="80"/>
      </w:pPr>
      <w:r>
        <w:rPr>
          <w:b w:val="0"/>
          <w:i w:val="0"/>
        </w:rPr>
        <w:t>“Cuốn sách xử lý một số dự án khá phức tạp và trình bày chúng một cách nhất quán, logic và dễ chịu, cuốn người đọc vào chủ đề.”</w:t>
      </w:r>
    </w:p>
    <w:p>
      <w:pPr>
        <w:spacing w:after="80"/>
      </w:pPr>
      <w:r>
        <w:rPr>
          <w:b w:val="0"/>
          <w:i w:val="0"/>
        </w:rPr>
        <w:t>—</w:t>
      </w:r>
      <w:r>
        <w:rPr>
          <w:b w:val="0"/>
          <w:i/>
        </w:rPr>
        <w:t>Full Circle Magazine</w:t>
      </w:r>
    </w:p>
    <w:p>
      <w:pPr>
        <w:spacing w:after="80"/>
      </w:pPr>
      <w:r>
        <w:rPr>
          <w:b w:val="0"/>
          <w:i w:val="0"/>
        </w:rPr>
        <w:t>“Trình bày tốt với những giải thích rõ ràng cho các đoạn mã. Cuốn sách đồng hành cùng bạn, từng bước nhỏ một, xây dựng những đoạn mã phức tạp hơn, và giải thích mọi thứ đang diễn ra trong suốt quá trình.”</w:t>
      </w:r>
    </w:p>
    <w:p>
      <w:pPr>
        <w:spacing w:after="80"/>
      </w:pPr>
      <w:r>
        <w:rPr>
          <w:b w:val="0"/>
          <w:i w:val="0"/>
        </w:rPr>
        <w:t>—FlickThrough Reviews</w:t>
      </w:r>
    </w:p>
    <w:p>
      <w:pPr>
        <w:spacing w:after="80"/>
      </w:pPr>
      <w:r>
        <w:rPr>
          <w:b w:val="0"/>
          <w:i w:val="0"/>
        </w:rPr>
        <w:t xml:space="preserve">“Học Python với </w:t>
      </w:r>
      <w:r>
        <w:rPr>
          <w:b w:val="0"/>
          <w:i/>
        </w:rPr>
        <w:t>Python Crash Course</w:t>
      </w:r>
      <w:r>
        <w:rPr>
          <w:b w:val="0"/>
          <w:i w:val="0"/>
        </w:rPr>
        <w:t xml:space="preserve"> là một trải nghiệm cực kỳ tích cực! Một lựa chọn tuyệt vời nếu bạn mới bắt đầu với Python.”</w:t>
      </w:r>
    </w:p>
    <w:p>
      <w:pPr>
        <w:spacing w:after="80"/>
      </w:pPr>
      <w:r>
        <w:rPr>
          <w:b w:val="0"/>
          <w:i w:val="0"/>
        </w:rPr>
        <w:t>—Mikke Goes Coding</w:t>
      </w:r>
    </w:p>
    <w:p>
      <w:pPr>
        <w:spacing w:after="80"/>
      </w:pPr>
      <w:r>
        <w:rPr>
          <w:b w:val="0"/>
          <w:i w:val="0"/>
        </w:rPr>
        <w:t>“Làm đúng như những gì nó hứa, và làm rất tốt. . . . Trình bày một lượng lớn các bài tập hữu ích cùng với ba dự án vừa thử thách vừa thú vị.”</w:t>
      </w:r>
    </w:p>
    <w:p>
      <w:pPr>
        <w:spacing w:after="80"/>
      </w:pPr>
      <w:r>
        <w:rPr>
          <w:b w:val="0"/>
          <w:i w:val="0"/>
        </w:rPr>
        <w:t>—RealPython.com</w:t>
      </w:r>
    </w:p>
    <w:p>
      <w:pPr>
        <w:spacing w:after="80"/>
      </w:pPr>
      <w:r>
        <w:rPr>
          <w:b w:val="0"/>
          <w:i w:val="0"/>
        </w:rPr>
        <w:t xml:space="preserve">“Một phần giới thiệu nhanh nhưng toàn diện về lập trình với Python, </w:t>
      </w:r>
      <w:r>
        <w:rPr>
          <w:b w:val="0"/>
          <w:i/>
        </w:rPr>
        <w:t>Python Crash Course</w:t>
      </w:r>
      <w:r>
        <w:rPr>
          <w:b w:val="0"/>
          <w:i w:val="0"/>
        </w:rPr>
        <w:t xml:space="preserve"> là một cuốn sách tuyệt vời khác để thêm vào tủ sách của bạn và giúp bạn cuối cùng cũng làm chủ được Python.”</w:t>
      </w:r>
    </w:p>
    <w:p>
      <w:pPr>
        <w:spacing w:after="80"/>
      </w:pPr>
      <w:r>
        <w:rPr>
          <w:b w:val="0"/>
          <w:i w:val="0"/>
        </w:rPr>
        <w:t>—TutorialEdge.net</w:t>
      </w:r>
    </w:p>
    <w:p>
      <w:pPr>
        <w:spacing w:after="80"/>
      </w:pPr>
      <w:r>
        <w:rPr>
          <w:b w:val="0"/>
          <w:i w:val="0"/>
        </w:rPr>
        <w:t>“Một lựa chọn xuất sắc cho những người mới hoàn toàn chưa có kinh nghiệm lập trình. Nếu bạn đang tìm kiếm một phần giới thiệu vững chắc, không phức tạp về ngôn ngữ cực kỳ sâu rộng này, tôi phải giới thiệu cuốn sách này.”</w:t>
      </w:r>
    </w:p>
    <w:p>
      <w:pPr>
        <w:spacing w:after="80"/>
      </w:pPr>
      <w:r>
        <w:rPr>
          <w:b w:val="0"/>
          <w:i w:val="0"/>
        </w:rPr>
        <w:t>—WhatPixel.com</w:t>
      </w:r>
    </w:p>
    <w:p>
      <w:pPr>
        <w:spacing w:after="80"/>
      </w:pPr>
      <w:r>
        <w:rPr>
          <w:b w:val="0"/>
          <w:i w:val="0"/>
        </w:rPr>
        <w:t>“Chứa đựng theo đúng nghĩa đen mọi thứ bạn cần biết về Python và thậm chí còn nhiều hơn thế.”</w:t>
      </w:r>
    </w:p>
    <w:p>
      <w:pPr>
        <w:spacing w:after="80"/>
      </w:pPr>
      <w:r>
        <w:rPr>
          <w:b w:val="0"/>
          <w:i w:val="0"/>
        </w:rPr>
        <w:t>—FireBearStudio.com</w:t>
      </w:r>
    </w:p>
    <w:p>
      <w:pPr>
        <w:spacing w:after="80"/>
      </w:pPr>
      <w:r>
        <w:rPr>
          <w:b w:val="0"/>
          <w:i w:val="0"/>
        </w:rPr>
        <w:t xml:space="preserve">“Trong khi </w:t>
      </w:r>
      <w:r>
        <w:rPr>
          <w:b w:val="0"/>
          <w:i/>
        </w:rPr>
        <w:t>Python Crash Course</w:t>
      </w:r>
      <w:r>
        <w:rPr>
          <w:b w:val="0"/>
          <w:i w:val="0"/>
        </w:rPr>
        <w:t xml:space="preserve"> dùng Python để dạy bạn lập trình, cuốn sách còn dạy những kỹ năng lập trình sạch sẽ áp dụng được cho hầu hết các ngôn ngữ khác.”</w:t>
      </w:r>
    </w:p>
    <w:p>
      <w:pPr>
        <w:spacing w:after="80"/>
      </w:pPr>
      <w:r>
        <w:rPr>
          <w:b w:val="0"/>
          <w:i w:val="0"/>
        </w:rPr>
        <w:t>—Great Lakes Geek</w:t>
      </w:r>
    </w:p>
    <w:p>
      <w:pPr>
        <w:pStyle w:val="Heading1"/>
      </w:pPr>
      <w:r>
        <w:rPr>
          <w:rFonts w:ascii="Calibri" w:hAnsi="Calibri"/>
          <w:b/>
          <w:i w:val="0"/>
          <w:sz w:val="38"/>
        </w:rPr>
        <w:t>Python Crash Course</w:t>
      </w:r>
    </w:p>
    <w:p>
      <w:pPr>
        <w:spacing w:after="80"/>
      </w:pPr>
      <w:r>
        <w:rPr>
          <w:b w:val="0"/>
          <w:i w:val="0"/>
        </w:rPr>
        <w:t>ẤN BẢN THỨ 3</w:t>
      </w:r>
    </w:p>
    <w:p>
      <w:pPr>
        <w:pStyle w:val="Heading2"/>
      </w:pPr>
      <w:r>
        <w:rPr>
          <w:rFonts w:ascii="Calibri" w:hAnsi="Calibri"/>
          <w:b/>
          <w:i w:val="0"/>
          <w:sz w:val="32"/>
        </w:rPr>
        <w:t>Giới thiệu lập trình qua thực hành và dự án</w:t>
      </w:r>
    </w:p>
    <w:p>
      <w:pPr>
        <w:spacing w:after="80"/>
      </w:pPr>
      <w:r>
        <w:rPr>
          <w:b w:val="0"/>
          <w:i w:val="0"/>
        </w:rPr>
        <w:t>bởi Eric Matthes</w:t>
      </w:r>
    </w:p>
    <w:p>
      <w:pPr>
        <w:jc w:val="center"/>
      </w:pPr>
      <w:r>
        <w:drawing>
          <wp:inline xmlns:a="http://schemas.openxmlformats.org/drawingml/2006/main" xmlns:pic="http://schemas.openxmlformats.org/drawingml/2006/picture">
            <wp:extent cx="1200150" cy="1381125"/>
            <wp:docPr id="2" name="Picture 2"/>
            <wp:cNvGraphicFramePr>
              <a:graphicFrameLocks noChangeAspect="1"/>
            </wp:cNvGraphicFramePr>
            <a:graphic>
              <a:graphicData uri="http://schemas.openxmlformats.org/drawingml/2006/picture">
                <pic:pic>
                  <pic:nvPicPr>
                    <pic:cNvPr id="0" name="image_rsrcBHD.jpg"/>
                    <pic:cNvPicPr/>
                  </pic:nvPicPr>
                  <pic:blipFill>
                    <a:blip r:embed="rId10"/>
                    <a:stretch>
                      <a:fillRect/>
                    </a:stretch>
                  </pic:blipFill>
                  <pic:spPr>
                    <a:xfrm>
                      <a:off x="0" y="0"/>
                      <a:ext cx="1200150" cy="1381125"/>
                    </a:xfrm>
                    <a:prstGeom prst="rect"/>
                  </pic:spPr>
                </pic:pic>
              </a:graphicData>
            </a:graphic>
          </wp:inline>
        </w:drawing>
      </w:r>
    </w:p>
    <w:p>
      <w:pPr>
        <w:spacing w:after="80"/>
      </w:pPr>
      <w:r>
        <w:rPr>
          <w:b w:val="0"/>
          <w:i w:val="0"/>
        </w:rPr>
        <w:t>San Francisco</w:t>
      </w:r>
    </w:p>
    <w:p>
      <w:pPr>
        <w:spacing w:after="80"/>
      </w:pPr>
      <w:r>
        <w:rPr>
          <w:b/>
          <w:i w:val="0"/>
        </w:rPr>
        <w:t>PYTHON CRASH COURSE, ẤN BẢN THỨ 3.</w:t>
      </w:r>
      <w:r>
        <w:rPr>
          <w:b w:val="0"/>
          <w:i w:val="0"/>
        </w:rPr>
        <w:t xml:space="preserve"> Bản quyền © 2023 thuộc Eric Matthes.</w:t>
      </w:r>
    </w:p>
    <w:p>
      <w:pPr>
        <w:spacing w:after="80"/>
      </w:pPr>
      <w:r>
        <w:rPr>
          <w:b w:val="0"/>
          <w:i w:val="0"/>
        </w:rPr>
        <w:t>Mọi quyền được bảo lưu. Không phần nào của tác phẩm này được phép sao chép hoặc truyền tải dưới bất kỳ hình thức nào hay bằng bất kỳ phương tiện nào, điện tử hay cơ học, bao gồm photocopy, ghi âm, hoặc bằng bất kỳ hệ thống lưu trữ và truy xuất thông tin nào, nếu không có sự cho phép trước bằng văn bản của chủ sở hữu bản quyền và nhà xuất bản.</w:t>
      </w:r>
    </w:p>
    <w:p>
      <w:pPr>
        <w:spacing w:after="80"/>
      </w:pPr>
      <w:r>
        <w:rPr>
          <w:b w:val="0"/>
          <w:i w:val="0"/>
        </w:rPr>
        <w:t>Lần in thứ tư</w:t>
      </w:r>
    </w:p>
    <w:p>
      <w:pPr>
        <w:spacing w:after="80"/>
      </w:pPr>
      <w:r>
        <w:rPr>
          <w:b w:val="0"/>
          <w:i w:val="0"/>
        </w:rPr>
        <w:t>27 26 25 24 23     4 5 6 7 8</w:t>
      </w:r>
    </w:p>
    <w:p>
      <w:pPr>
        <w:spacing w:after="80"/>
      </w:pPr>
      <w:r>
        <w:rPr>
          <w:b w:val="0"/>
          <w:i w:val="0"/>
        </w:rPr>
        <w:t>ISBN-13: 978-1-7185-0270-3 (bản in)</w:t>
      </w:r>
      <w:r>
        <w:br/>
      </w:r>
      <w:r>
        <w:rPr>
          <w:b w:val="0"/>
          <w:i w:val="0"/>
        </w:rPr>
        <w:t>ISBN-13: 978-1-7185-0271-0 (sách điện tử)</w:t>
      </w:r>
    </w:p>
    <w:p>
      <w:pPr>
        <w:jc w:val="center"/>
      </w:pPr>
      <w:r>
        <w:drawing>
          <wp:inline xmlns:a="http://schemas.openxmlformats.org/drawingml/2006/main" xmlns:pic="http://schemas.openxmlformats.org/drawingml/2006/picture">
            <wp:extent cx="5486400" cy="1231641"/>
            <wp:docPr id="3" name="Picture 3"/>
            <wp:cNvGraphicFramePr>
              <a:graphicFrameLocks noChangeAspect="1"/>
            </wp:cNvGraphicFramePr>
            <a:graphic>
              <a:graphicData uri="http://schemas.openxmlformats.org/drawingml/2006/picture">
                <pic:pic>
                  <pic:nvPicPr>
                    <pic:cNvPr id="0" name="image_rsrcBHE.jpg"/>
                    <pic:cNvPicPr/>
                  </pic:nvPicPr>
                  <pic:blipFill>
                    <a:blip r:embed="rId11"/>
                    <a:stretch>
                      <a:fillRect/>
                    </a:stretch>
                  </pic:blipFill>
                  <pic:spPr>
                    <a:xfrm>
                      <a:off x="0" y="0"/>
                      <a:ext cx="5486400" cy="1231641"/>
                    </a:xfrm>
                    <a:prstGeom prst="rect"/>
                  </pic:spPr>
                </pic:pic>
              </a:graphicData>
            </a:graphic>
          </wp:inline>
        </w:drawing>
      </w:r>
    </w:p>
    <w:p>
      <w:pPr>
        <w:spacing w:after="80"/>
      </w:pPr>
      <w:r>
        <w:rPr>
          <w:b w:val="0"/>
          <w:i w:val="0"/>
        </w:rPr>
        <w:t>Nhà xuất bản: William Pollock</w:t>
      </w:r>
      <w:r>
        <w:br/>
      </w:r>
      <w:r>
        <w:rPr>
          <w:b w:val="0"/>
          <w:i w:val="0"/>
        </w:rPr>
        <w:t>Biên tập viên quản lý: Jill Franklin</w:t>
      </w:r>
      <w:r>
        <w:br/>
      </w:r>
      <w:r>
        <w:rPr>
          <w:b w:val="0"/>
          <w:i w:val="0"/>
        </w:rPr>
        <w:t>Biên tập viên sản xuất: Jennifer Kepler</w:t>
      </w:r>
      <w:r>
        <w:br/>
      </w:r>
      <w:r>
        <w:rPr>
          <w:b w:val="0"/>
          <w:i w:val="0"/>
        </w:rPr>
        <w:t>Biên tập viên phát triển: Eva Morrow</w:t>
      </w:r>
      <w:r>
        <w:br/>
      </w:r>
      <w:r>
        <w:rPr>
          <w:b w:val="0"/>
          <w:i w:val="0"/>
        </w:rPr>
        <w:t>Họa sĩ minh họa bìa: Josh Ellingson</w:t>
      </w:r>
      <w:r>
        <w:br/>
      </w:r>
      <w:r>
        <w:rPr>
          <w:b w:val="0"/>
          <w:i w:val="0"/>
        </w:rPr>
        <w:t>Thiết kế nội thất: Octopod Studios</w:t>
      </w:r>
      <w:r>
        <w:br/>
      </w:r>
      <w:r>
        <w:rPr>
          <w:b w:val="0"/>
          <w:i w:val="0"/>
        </w:rPr>
        <w:t>Người phản biện kỹ thuật: Kenneth Love</w:t>
      </w:r>
      <w:r>
        <w:br/>
      </w:r>
      <w:r>
        <w:rPr>
          <w:b w:val="0"/>
          <w:i w:val="0"/>
        </w:rPr>
        <w:t>Biên tập viên sao chép: Doug McNair</w:t>
      </w:r>
      <w:r>
        <w:br/>
      </w:r>
      <w:r>
        <w:rPr>
          <w:b w:val="0"/>
          <w:i w:val="0"/>
        </w:rPr>
        <w:t>Người dàn trang: Jeff Lytle, Happenstance Type-O-Rama</w:t>
      </w:r>
      <w:r>
        <w:br/>
      </w:r>
      <w:r>
        <w:rPr>
          <w:b w:val="0"/>
          <w:i w:val="0"/>
        </w:rPr>
        <w:t>Người hiệu đính: Scout Festa</w:t>
      </w:r>
    </w:p>
    <w:p>
      <w:pPr>
        <w:spacing w:after="0"/>
        <w:ind w:left="360"/>
        <w:shd w:val="clear" w:color="auto" w:fill="F2F2F2"/>
      </w:pPr>
      <w:r>
        <w:rPr>
          <w:rFonts w:ascii="Consolas" w:hAnsi="Consolas"/>
          <w:b w:val="0"/>
          <w:i w:val="0"/>
          <w:sz w:val="18"/>
        </w:rPr>
        <w:t>The Library of Congress has catalogued the first edition as follows:</w:t>
      </w:r>
    </w:p>
    <w:p>
      <w:pPr>
        <w:spacing w:after="40"/>
      </w:pPr>
    </w:p>
    <w:p>
      <w:pPr>
        <w:spacing w:after="0"/>
        <w:ind w:left="360"/>
        <w:shd w:val="clear" w:color="auto" w:fill="F2F2F2"/>
      </w:pPr>
      <w:r>
        <w:rPr>
          <w:rFonts w:ascii="Consolas" w:hAnsi="Consolas"/>
          <w:b w:val="0"/>
          <w:i w:val="0"/>
          <w:sz w:val="18"/>
        </w:rPr>
        <w:t>Matthes, Eric, 1972-</w:t>
      </w:r>
    </w:p>
    <w:p>
      <w:pPr>
        <w:spacing w:after="0"/>
        <w:ind w:left="360"/>
        <w:shd w:val="clear" w:color="auto" w:fill="F2F2F2"/>
      </w:pPr>
      <w:r>
        <w:rPr>
          <w:rFonts w:ascii="Consolas" w:hAnsi="Consolas"/>
          <w:b w:val="0"/>
          <w:i w:val="0"/>
          <w:sz w:val="18"/>
        </w:rPr>
        <w:t xml:space="preserve">  Python crash course : a hands-on, project-based introduction to programming / by Eric Matthes.</w:t>
      </w:r>
    </w:p>
    <w:p>
      <w:pPr>
        <w:spacing w:after="0"/>
        <w:ind w:left="360"/>
        <w:shd w:val="clear" w:color="auto" w:fill="F2F2F2"/>
      </w:pPr>
      <w:r>
        <w:rPr>
          <w:rFonts w:ascii="Consolas" w:hAnsi="Consolas"/>
          <w:b w:val="0"/>
          <w:i w:val="0"/>
          <w:sz w:val="18"/>
        </w:rPr>
        <w:t xml:space="preserve">       pages cm</w:t>
      </w:r>
    </w:p>
    <w:p>
      <w:pPr>
        <w:spacing w:after="0"/>
        <w:ind w:left="360"/>
        <w:shd w:val="clear" w:color="auto" w:fill="F2F2F2"/>
      </w:pPr>
      <w:r>
        <w:rPr>
          <w:rFonts w:ascii="Consolas" w:hAnsi="Consolas"/>
          <w:b w:val="0"/>
          <w:i w:val="0"/>
          <w:sz w:val="18"/>
        </w:rPr>
        <w:t xml:space="preserve">  Includes index.</w:t>
      </w:r>
    </w:p>
    <w:p>
      <w:pPr>
        <w:spacing w:after="0"/>
        <w:ind w:left="360"/>
        <w:shd w:val="clear" w:color="auto" w:fill="F2F2F2"/>
      </w:pPr>
      <w:r>
        <w:rPr>
          <w:rFonts w:ascii="Consolas" w:hAnsi="Consolas"/>
          <w:b w:val="0"/>
          <w:i w:val="0"/>
          <w:sz w:val="18"/>
        </w:rPr>
        <w:t xml:space="preserve">  Summary: "A project-based introduction to programming in Python, with exercises. Covers general programming concepts, Python fundamentals, and problem solving. Includes three projects - how to create a simple video game, use data visualization techniques to make graphs and charts, and build an interactive web application"-- Provided by publisher.</w:t>
      </w:r>
    </w:p>
    <w:p>
      <w:pPr>
        <w:spacing w:after="0"/>
        <w:ind w:left="360"/>
        <w:shd w:val="clear" w:color="auto" w:fill="F2F2F2"/>
      </w:pPr>
      <w:r>
        <w:rPr>
          <w:rFonts w:ascii="Consolas" w:hAnsi="Consolas"/>
          <w:b w:val="0"/>
          <w:i w:val="0"/>
          <w:sz w:val="18"/>
        </w:rPr>
        <w:t xml:space="preserve">  ISBN 978-1-59327-603-4 -- ISBN 1-59327-603-6</w:t>
      </w:r>
    </w:p>
    <w:p>
      <w:pPr>
        <w:spacing w:after="0"/>
        <w:ind w:left="360"/>
        <w:shd w:val="clear" w:color="auto" w:fill="F2F2F2"/>
      </w:pPr>
      <w:r>
        <w:rPr>
          <w:rFonts w:ascii="Consolas" w:hAnsi="Consolas"/>
          <w:b w:val="0"/>
          <w:i w:val="0"/>
          <w:sz w:val="18"/>
        </w:rPr>
        <w:t xml:space="preserve">  1. Python (Computer program language) I. Title.</w:t>
      </w:r>
    </w:p>
    <w:p>
      <w:pPr>
        <w:spacing w:after="0"/>
        <w:ind w:left="360"/>
        <w:shd w:val="clear" w:color="auto" w:fill="F2F2F2"/>
      </w:pPr>
      <w:r>
        <w:rPr>
          <w:rFonts w:ascii="Consolas" w:hAnsi="Consolas"/>
          <w:b w:val="0"/>
          <w:i w:val="0"/>
          <w:sz w:val="18"/>
        </w:rPr>
        <w:t xml:space="preserve">  QA76.73.P98M38 2015</w:t>
      </w:r>
    </w:p>
    <w:p>
      <w:pPr>
        <w:spacing w:after="0"/>
        <w:ind w:left="360"/>
        <w:shd w:val="clear" w:color="auto" w:fill="F2F2F2"/>
      </w:pPr>
      <w:r>
        <w:rPr>
          <w:rFonts w:ascii="Consolas" w:hAnsi="Consolas"/>
          <w:b w:val="0"/>
          <w:i w:val="0"/>
          <w:sz w:val="18"/>
        </w:rPr>
        <w:t xml:space="preserve">  005.13'3--dc23</w:t>
      </w:r>
    </w:p>
    <w:p>
      <w:pPr>
        <w:spacing w:after="0"/>
        <w:ind w:left="360"/>
        <w:shd w:val="clear" w:color="auto" w:fill="F2F2F2"/>
      </w:pPr>
      <w:r>
        <w:rPr>
          <w:rFonts w:ascii="Consolas" w:hAnsi="Consolas"/>
          <w:b w:val="0"/>
          <w:i w:val="0"/>
          <w:sz w:val="18"/>
        </w:rPr>
        <w:t xml:space="preserve">                     2015018135</w:t>
      </w:r>
    </w:p>
    <w:p>
      <w:pPr>
        <w:spacing w:after="40"/>
      </w:pPr>
    </w:p>
    <w:p>
      <w:pPr>
        <w:spacing w:after="80"/>
      </w:pPr>
      <w:r>
        <w:rPr>
          <w:b w:val="0"/>
          <w:i w:val="0"/>
        </w:rPr>
        <w:t>Nếu bạn có thắc mắc về dịch vụ khách hàng, vui lòng liên hệ info@nostarch.com. Để biết thông tin về phân phối, bán buôn, bán cho doanh nghiệp hoặc dịch thuật: sales@nostarch.com. Để xin phép dịch tác phẩm này: info@nostarch.com. Để báo cáo bản sao giả hoặc vi phạm bản quyền: counterfeit@nostarch.com.</w:t>
      </w:r>
    </w:p>
    <w:p>
      <w:pPr>
        <w:spacing w:after="80"/>
      </w:pPr>
      <w:r>
        <w:rPr>
          <w:b w:val="0"/>
          <w:i w:val="0"/>
        </w:rPr>
        <w:t>No Starch Press và logo No Starch Press là thương hiệu đã đăng ký của No Starch Press, Inc. Các tên sản phẩm và công ty khác được đề cập trong đây có thể là thương hiệu của các chủ sở hữu tương ứng. Thay vì sử dụng ký hiệu thương hiệu mỗi khi tên thương hiệu xuất hiện, chúng tôi chỉ sử dụng các tên đó theo cách biên tập và vì lợi ích của chủ sở hữu thương hiệu, không có ý định xâm phạm thương hiệu.</w:t>
      </w:r>
    </w:p>
    <w:p>
      <w:pPr>
        <w:spacing w:after="80"/>
      </w:pPr>
      <w:r>
        <w:rPr>
          <w:b w:val="0"/>
          <w:i w:val="0"/>
        </w:rPr>
        <w:t>Thông tin trong cuốn sách này được phân phối theo nguyên tắc “Nguyên trạng” (As Is), không kèm bảo đảm. Mặc dù mọi biện pháp phòng ngừa đã được thực hiện trong quá trình biên soạn tác phẩm này, tác giả và No Starch Press, Inc. đều không chịu bất kỳ trách nhiệm nào đối với bất kỳ cá nhân hay tổ chức nào liên quan đến bất kỳ tổn thất hay thiệt hại nào do thông tin chứa trong đó gây ra hoặc được cho là gây ra trực tiếp hoặc gián tiếp.</w:t>
      </w:r>
    </w:p>
    <w:p>
      <w:pPr>
        <w:spacing w:after="80"/>
      </w:pPr>
      <w:r>
        <w:rPr>
          <w:b w:val="0"/>
          <w:i w:val="0"/>
        </w:rPr>
        <w:t>Dành tặng cha tôi, người luôn dành thời gian để trả lời những câu hỏi của tôi về lập trình, và dành tặng Ever, người đang bắt đầu đặt những câu hỏi cho tôi</w:t>
      </w:r>
    </w:p>
    <w:p>
      <w:pPr>
        <w:pStyle w:val="Heading2"/>
      </w:pPr>
      <w:r>
        <w:rPr>
          <w:rFonts w:ascii="Calibri" w:hAnsi="Calibri"/>
          <w:b/>
          <w:i w:val="0"/>
          <w:sz w:val="32"/>
        </w:rPr>
        <w:t>Về tác giả</w:t>
      </w:r>
    </w:p>
    <w:p>
      <w:pPr>
        <w:spacing w:after="80"/>
      </w:pPr>
      <w:r>
        <w:rPr>
          <w:b w:val="0"/>
          <w:i w:val="0"/>
        </w:rPr>
        <w:t>Eric Matthes từng là giáo viên toán và khoa học cấp trung học trong 25 năm, và ông dạy các lớp Python nhập môn mỗi khi có thể sắp xếp để đưa vào chương trình giảng dạy. Hiện Eric là nhà văn và lập trình viên toàn thời gian, đồng thời tham gia vào một số dự án mã nguồn mở. Các dự án của ông có nhiều mục tiêu đa dạng, từ giúp dự đoán hoạt động sạt lở ở vùng núi đến đơn giản hóa quá trình triển khai các dự án Django. Khi không viết sách hay lập trình, ông thích leo núi và dành thời gian bên gia đình.</w:t>
      </w:r>
    </w:p>
    <w:p>
      <w:pPr>
        <w:pStyle w:val="Heading2"/>
      </w:pPr>
      <w:r>
        <w:rPr>
          <w:rFonts w:ascii="Calibri" w:hAnsi="Calibri"/>
          <w:b/>
          <w:i w:val="0"/>
          <w:sz w:val="32"/>
        </w:rPr>
        <w:t>Về người phản biện kỹ thuật</w:t>
      </w:r>
    </w:p>
    <w:p>
      <w:pPr>
        <w:spacing w:after="80"/>
      </w:pPr>
      <w:r>
        <w:rPr>
          <w:b w:val="0"/>
          <w:i w:val="0"/>
        </w:rPr>
        <w:t>Kenneth Love sống ở vùng Tây Bắc Thái Bình Dương cùng gia đình và những chú mèo. Kenneth là lập trình viên Python lâu năm, người đóng góp mã nguồn mở, giáo viên và diễn giả hội nghị.</w:t>
      </w:r>
    </w:p>
    <w:p>
      <w:pPr>
        <w:pStyle w:val="Heading1"/>
      </w:pPr>
      <w:r>
        <w:rPr>
          <w:rFonts w:ascii="Calibri" w:hAnsi="Calibri"/>
          <w:b/>
          <w:i w:val="0"/>
          <w:sz w:val="38"/>
        </w:rPr>
        <w:t>Lời nói đầu cho ấn bản thứ ba</w:t>
      </w:r>
    </w:p>
    <w:p>
      <w:pPr>
        <w:spacing w:after="80"/>
      </w:pPr>
      <w:r>
        <w:rPr>
          <w:b w:val="0"/>
          <w:i w:val="0"/>
        </w:rPr>
        <w:t xml:space="preserve">Phản hồi cho ấn bản thứ nhất và thứ hai của </w:t>
      </w:r>
      <w:r>
        <w:rPr>
          <w:b w:val="0"/>
          <w:i/>
        </w:rPr>
        <w:t>Python Crash Course</w:t>
      </w:r>
      <w:r>
        <w:rPr>
          <w:b w:val="0"/>
          <w:i w:val="0"/>
        </w:rPr>
        <w:t xml:space="preserve"> vô cùng tích cực. Hơn một triệu bản đã được in, bao gồm cả các bản dịch sang hơn 10 ngôn ngữ. Tôi đã nhận được thư và email từ những độc giả nhỏ tuổi chỉ mới 10 tuổi, cho đến những người đã nghỉ hưu muốn học lập trình trong thời gian rảnh. </w:t>
      </w:r>
      <w:r>
        <w:rPr>
          <w:b w:val="0"/>
          <w:i/>
        </w:rPr>
        <w:t>Python Crash Course</w:t>
      </w:r>
      <w:r>
        <w:rPr>
          <w:b w:val="0"/>
          <w:i w:val="0"/>
        </w:rPr>
        <w:t xml:space="preserve"> đang được sử dụng ở các trường trung học cơ sở và trung học phổ thông, cũng như trong các lớp đại học. Những sinh viên được giao các giáo trình nâng cao hơn đang dùng </w:t>
      </w:r>
      <w:r>
        <w:rPr>
          <w:b w:val="0"/>
          <w:i/>
        </w:rPr>
        <w:t>Python Crash Course</w:t>
      </w:r>
      <w:r>
        <w:rPr>
          <w:b w:val="0"/>
          <w:i w:val="0"/>
        </w:rPr>
        <w:t xml:space="preserve"> như một tài liệu đồng hành cho lớp học của mình và thấy đây là nguồn bổ trợ đáng giá. Mọi người đang dùng nó để nâng cao kỹ năng trong công việc, chuyển đổi nghề nghiệp và bắt đầu thực hiện các dự án cá nhân của riêng mình. Nói ngắn gọn, mọi người đang sử dụng cuốn sách cho đủ mọi mục đích mà tôi hằng mong đợi, và còn nhiều hơn thế nữa.</w:t>
      </w:r>
    </w:p>
    <w:p>
      <w:pPr>
        <w:spacing w:after="80"/>
      </w:pPr>
      <w:r>
        <w:rPr>
          <w:b w:val="0"/>
          <w:i w:val="0"/>
        </w:rPr>
        <w:t xml:space="preserve">Cơ hội viết ấn bản thứ ba của </w:t>
      </w:r>
      <w:r>
        <w:rPr>
          <w:b w:val="0"/>
          <w:i/>
        </w:rPr>
        <w:t>Python Crash Course</w:t>
      </w:r>
      <w:r>
        <w:rPr>
          <w:b w:val="0"/>
          <w:i w:val="0"/>
        </w:rPr>
        <w:t xml:space="preserve"> thực sự rất thú vị. Dù Python là một ngôn ngữ đã trưởng thành, nó vẫn tiếp tục phát triển như mọi ngôn ngữ khác. Mục tiêu chính của tôi khi sửa lại cuốn sách là giữ nó thành một khóa học Python nhập môn được chọn lọc kỹ càng. Khi đọc cuốn sách này, bạn sẽ học được mọi thứ cần thiết để bắt đầu thực hiện các dự án của riêng mình, và bạn cũng sẽ xây dựng một nền tảng vững chắc cho toàn bộ quá trình học tập sau này. Tôi đã cập nhật một số phần để phản ánh những cách làm mới hơn, đơn giản hơn trong Python. Tôi cũng đã làm rõ một số phần mà ở đó một vài chi tiết của ngôn ngữ chưa được trình bày chính xác nhất có thể. Tất cả các dự án đã được cập nhật hoàn toàn bằng những thư viện phổ biến, được bảo trì tốt mà bạn có thể tự tin sử dụng để xây dựng dự án của riêng mình.</w:t>
      </w:r>
    </w:p>
    <w:p>
      <w:pPr>
        <w:spacing w:after="80"/>
      </w:pPr>
      <w:r>
        <w:rPr>
          <w:b w:val="0"/>
          <w:i w:val="0"/>
        </w:rPr>
        <w:t>Dưới đây là tóm tắt những thay đổi cụ thể đã được thực hiện trong ấn bản thứ ba:</w:t>
      </w:r>
    </w:p>
    <w:p>
      <w:pPr>
        <w:spacing w:after="80"/>
        <w:ind w:left="360"/>
      </w:pPr>
      <w:r>
        <w:t xml:space="preserve">• </w:t>
      </w:r>
      <w:r>
        <w:rPr>
          <w:b w:val="0"/>
          <w:i w:val="0"/>
        </w:rPr>
        <w:t>Chương 1 giờ đây sử dụng trình soạn thảo văn bản VS Code, vốn được cả người mới học lẫn lập trình viên chuyên nghiệp ưa chuộng và hoạt động tốt trên mọi hệ điều hành.</w:t>
      </w:r>
    </w:p>
    <w:p>
      <w:pPr>
        <w:spacing w:after="80"/>
        <w:ind w:left="360"/>
      </w:pPr>
      <w:r>
        <w:t xml:space="preserve">• </w:t>
      </w:r>
      <w:r>
        <w:rPr>
          <w:b w:val="0"/>
          <w:i w:val="0"/>
        </w:rPr>
        <w:t xml:space="preserve">Chương 2 bao gồm hai phương thức mới là </w:t>
      </w:r>
      <w:r>
        <w:rPr>
          <w:rFonts w:ascii="Consolas" w:hAnsi="Consolas"/>
          <w:b w:val="0"/>
          <w:i w:val="0"/>
          <w:sz w:val="20"/>
        </w:rPr>
        <w:t>removeprefix()</w:t>
      </w:r>
      <w:r>
        <w:rPr>
          <w:b w:val="0"/>
          <w:i w:val="0"/>
        </w:rPr>
        <w:t xml:space="preserve"> và </w:t>
      </w:r>
      <w:r>
        <w:rPr>
          <w:rFonts w:ascii="Consolas" w:hAnsi="Consolas"/>
          <w:b w:val="0"/>
          <w:i w:val="0"/>
          <w:sz w:val="20"/>
        </w:rPr>
        <w:t>removesuffix()</w:t>
      </w:r>
      <w:r>
        <w:rPr>
          <w:b w:val="0"/>
          <w:i w:val="0"/>
        </w:rPr>
        <w:t>, rất hữu ích khi làm việc với tệp và URL. Chương này cũng giới thiệu các thông báo lỗi mới được cải thiện của Python, cung cấp thông tin cụ thể hơn nhiều để giúp bạn gỡ lỗi (troubleshoot) khi có sự cố xảy ra.</w:t>
      </w:r>
    </w:p>
    <w:p>
      <w:pPr>
        <w:spacing w:after="80"/>
        <w:ind w:left="360"/>
      </w:pPr>
      <w:r>
        <w:t xml:space="preserve">• </w:t>
      </w:r>
      <w:r>
        <w:rPr>
          <w:b w:val="0"/>
          <w:i w:val="0"/>
        </w:rPr>
        <w:t xml:space="preserve">Chương 10 sử dụng mô-đun </w:t>
      </w:r>
      <w:r>
        <w:rPr>
          <w:rFonts w:ascii="Consolas" w:hAnsi="Consolas"/>
          <w:b w:val="0"/>
          <w:i w:val="0"/>
          <w:sz w:val="20"/>
        </w:rPr>
        <w:t>pathlib</w:t>
      </w:r>
      <w:r>
        <w:rPr>
          <w:b w:val="0"/>
          <w:i w:val="0"/>
        </w:rPr>
        <w:t xml:space="preserve"> để làm việc với tệp. Đây là cách tiếp cận đơn giản hơn nhiều để đọc và ghi tệp.</w:t>
      </w:r>
    </w:p>
    <w:p>
      <w:pPr>
        <w:spacing w:after="80"/>
        <w:ind w:left="360"/>
      </w:pPr>
      <w:r>
        <w:t xml:space="preserve">• </w:t>
      </w:r>
      <w:r>
        <w:rPr>
          <w:b w:val="0"/>
          <w:i w:val="0"/>
        </w:rPr>
        <w:t xml:space="preserve">Chương 11 sử dụng </w:t>
      </w:r>
      <w:r>
        <w:rPr>
          <w:rFonts w:ascii="Consolas" w:hAnsi="Consolas"/>
          <w:b w:val="0"/>
          <w:i w:val="0"/>
          <w:sz w:val="20"/>
        </w:rPr>
        <w:t>pytest</w:t>
      </w:r>
      <w:r>
        <w:rPr>
          <w:b w:val="0"/>
          <w:i w:val="0"/>
        </w:rPr>
        <w:t xml:space="preserve"> để viết các bài kiểm tra tự động (automated test) cho mã bạn viết. Thư viện </w:t>
      </w:r>
      <w:r>
        <w:rPr>
          <w:rFonts w:ascii="Consolas" w:hAnsi="Consolas"/>
          <w:b w:val="0"/>
          <w:i w:val="0"/>
          <w:sz w:val="20"/>
        </w:rPr>
        <w:t>pytest</w:t>
      </w:r>
      <w:r>
        <w:rPr>
          <w:b w:val="0"/>
          <w:i w:val="0"/>
        </w:rPr>
        <w:t xml:space="preserve"> đã trở thành công cụ tiêu chuẩn trong ngành để viết kiểm tra bằng Python. Nó đủ thân thiện để dùng cho những bài kiểm tra đầu tiên của bạn, và nếu bạn theo đuổi sự nghiệp lập trình viên Python, bạn cũng sẽ dùng nó trong môi trường chuyên nghiệp.</w:t>
      </w:r>
    </w:p>
    <w:p>
      <w:pPr>
        <w:spacing w:after="80"/>
        <w:ind w:left="360"/>
      </w:pPr>
      <w:r>
        <w:t xml:space="preserve">• </w:t>
      </w:r>
      <w:r>
        <w:rPr>
          <w:b w:val="0"/>
          <w:i w:val="0"/>
        </w:rPr>
        <w:t xml:space="preserve">Dự án </w:t>
      </w:r>
      <w:r>
        <w:rPr>
          <w:b w:val="0"/>
          <w:i/>
        </w:rPr>
        <w:t>Alien Invasion</w:t>
      </w:r>
      <w:r>
        <w:rPr>
          <w:b w:val="0"/>
          <w:i w:val="0"/>
        </w:rPr>
        <w:t xml:space="preserve"> trong các Chương 12−14 bao gồm một cài đặt để điều khiển tốc độ khung hình (frame rate), giúp trò chơi chạy ổn định hơn trên các hệ điều hành khác nhau. Một cách tiếp cận đơn giản hơn được dùng để xây dựng đội quân người ngoài hành tinh, và cách tổ chức tổng thể của dự án cũng đã được dọn dẹp gọn gàng hơn.</w:t>
      </w:r>
    </w:p>
    <w:p>
      <w:pPr>
        <w:spacing w:after="80"/>
        <w:ind w:left="360"/>
      </w:pPr>
      <w:r>
        <w:t xml:space="preserve">• </w:t>
      </w:r>
      <w:r>
        <w:rPr>
          <w:b w:val="0"/>
          <w:i w:val="0"/>
        </w:rPr>
        <w:t>Các dự án trực quan hóa dữ liệu (data visualization) trong các Chương 15–17 sử dụng những tính năng mới nhất của Matplotlib và Plotly. Các hình trực quan hóa bằng Matplotlib có cài đặt kiểu dáng (style) được cập nhật. Dự án bước đi ngẫu nhiên (random walk) có một cải tiến nhỏ giúp tăng độ chính xác của các đồ thị, nghĩa là bạn sẽ thấy nhiều kiểu mẫu đa dạng hơn xuất hiện mỗi khi tạo một bước đi mới. Tất cả các dự án dùng Plotly giờ đây đều sử dụng mô-đun Plotly Express, cho phép bạn tạo các hình trực quan hóa ban đầu chỉ với vài dòng mã. Bạn có thể dễ dàng khám phá nhiều kiểu trực quan hóa khác nhau trước khi chọn một loại đồ thị, rồi sau đó tập trung tinh chỉnh từng thành phần riêng lẻ của đồ thị đó.</w:t>
      </w:r>
    </w:p>
    <w:p>
      <w:pPr>
        <w:spacing w:after="80"/>
        <w:ind w:left="360"/>
      </w:pPr>
      <w:r>
        <w:t xml:space="preserve">• </w:t>
      </w:r>
      <w:r>
        <w:rPr>
          <w:b w:val="0"/>
          <w:i w:val="0"/>
        </w:rPr>
        <w:t>Dự án Learning Log trong các Chương 18−20 được xây dựng bằng phiên bản mới nhất của Django và được tạo kiểu bằng phiên bản mới nhất của Bootstrap. Một số phần của dự án đã được đổi tên để dễ theo dõi cách tổ chức tổng thể của dự án hơn. Dự án giờ đây được triển khai (deploy) lên Platform.sh, một dịch vụ lưu trữ (hosting) hiện đại cho các dự án Django. Quá trình triển khai được điều khiển bằng các tệp cấu hình YAML, mang lại cho bạn rất nhiều quyền kiểm soát cách dự án của mình được triển khai. Cách tiếp cận này nhất quán với cách các lập trình viên chuyên nghiệp triển khai các dự án Django hiện đại.</w:t>
      </w:r>
    </w:p>
    <w:p>
      <w:pPr>
        <w:spacing w:after="80"/>
        <w:ind w:left="360"/>
      </w:pPr>
      <w:r>
        <w:t xml:space="preserve">• </w:t>
      </w:r>
      <w:r>
        <w:rPr>
          <w:b w:val="0"/>
          <w:i w:val="0"/>
        </w:rPr>
        <w:t>Phụ lục A đã được cập nhật đầy đủ để đề xuất các thực hành tốt nhất hiện hành cho việc cài đặt Python trên mọi hệ điều hành chính. Phụ lục B bao gồm hướng dẫn chi tiết để thiết lập VS Code, cùng mô tả ngắn gọn về hầu hết các trình soạn thảo văn bản và IDE chính đang được sử dụng hiện nay. Phụ lục C hướng dẫn người đọc đến một số nguồn tài nguyên trực tuyến phổ biến nhất để tìm trợ giúp. Phụ lục D tiếp tục cung cấp một khóa học cấp tốc (mini crash course) về sử dụng Git để quản lý phiên bản (version control). Phụ lục E hoàn toàn mới trong ấn bản thứ ba. Ngay cả khi có một bộ hướng dẫn tốt để triển khai các ứng dụng bạn tạo, vẫn có nhiều thứ có thể sai sót. Phụ lục này cung cấp một hướng dẫn gỡ lỗi chi tiết mà bạn có thể dùng khi quá trình triển khai không thành công ngay lần đầu.</w:t>
      </w:r>
    </w:p>
    <w:p>
      <w:pPr>
        <w:spacing w:after="80"/>
        <w:ind w:left="360"/>
      </w:pPr>
      <w:r>
        <w:t xml:space="preserve">• </w:t>
      </w:r>
      <w:r>
        <w:rPr>
          <w:b w:val="0"/>
          <w:i w:val="0"/>
        </w:rPr>
        <w:t xml:space="preserve">Phần mục lục (index) đã được cập nhật kỹ lưỡng để cho phép bạn dùng </w:t>
      </w:r>
      <w:r>
        <w:rPr>
          <w:b w:val="0"/>
          <w:i/>
        </w:rPr>
        <w:t>Python Crash Course</w:t>
      </w:r>
      <w:r>
        <w:rPr>
          <w:b w:val="0"/>
          <w:i w:val="0"/>
        </w:rPr>
        <w:t xml:space="preserve"> như một tài liệu tham khảo cho mọi dự án Python trong tương lai của mình.</w:t>
      </w:r>
    </w:p>
    <w:p>
      <w:pPr>
        <w:spacing w:after="80"/>
      </w:pPr>
      <w:r>
        <w:rPr>
          <w:b w:val="0"/>
          <w:i w:val="0"/>
        </w:rPr>
        <w:t xml:space="preserve">Cảm ơn bạn đã đọc </w:t>
      </w:r>
      <w:r>
        <w:rPr>
          <w:b w:val="0"/>
          <w:i/>
        </w:rPr>
        <w:t>Python Crash Course</w:t>
      </w:r>
      <w:r>
        <w:rPr>
          <w:b w:val="0"/>
          <w:i w:val="0"/>
        </w:rPr>
        <w:t>! Nếu bạn có bất kỳ phản hồi hay câu hỏi nào, hãy thoải mái liên hệ với tôi; tôi là @ehmatthes trên Twitter.</w:t>
      </w:r>
    </w:p>
    <w:p>
      <w:pPr>
        <w:pStyle w:val="Heading1"/>
      </w:pPr>
      <w:r>
        <w:rPr>
          <w:rFonts w:ascii="Calibri" w:hAnsi="Calibri"/>
          <w:b/>
          <w:i w:val="0"/>
          <w:sz w:val="38"/>
        </w:rPr>
        <w:t>Lời cảm ơn</w:t>
      </w:r>
    </w:p>
    <w:p>
      <w:pPr>
        <w:spacing w:after="80"/>
      </w:pPr>
      <w:r>
        <w:rPr>
          <w:b w:val="0"/>
          <w:i w:val="0"/>
        </w:rPr>
        <w:t>Cuốn sách này sẽ không thể ra đời nếu không có đội ngũ nhân viên tuyệt vời và cực kỳ chuyên nghiệp tại No Starch Press. Bill Pollock đã mời tôi viết một cuốn sách nhập môn, và tôi vô cùng trân trọng lời đề nghị ban đầu đó. Liz Chadwick đã làm việc cho cả ba ấn bản, và cuốn sách trở nên tốt hơn nhờ sự tham gia liên tục của cô ấy. Eva Morrow đã mang đến cái nhìn mới mẻ cho ấn bản này, và những hiểu biết sâu sắc của cô ấy cũng đã cải thiện cuốn sách. Tôi trân trọng sự hướng dẫn của Doug McNair trong việc sử dụng ngữ pháp chuẩn mực mà không trở nên quá trang trọng. Jennifer Kepler đã giám sát công việc sản xuất, biến vô số tệp của tôi thành một sản phẩm hoàn chỉnh cuối cùng.</w:t>
      </w:r>
    </w:p>
    <w:p>
      <w:pPr>
        <w:spacing w:after="80"/>
      </w:pPr>
      <w:r>
        <w:rPr>
          <w:b w:val="0"/>
          <w:i w:val="0"/>
        </w:rPr>
        <w:t xml:space="preserve">Có rất nhiều người tại No Starch Press đã giúp cuốn sách này thành công nhưng tôi chưa có dịp làm việc trực tiếp cùng. No Starch có một đội ngũ tiếp thị tuyệt vời, những người không chỉ bán sách; họ còn đảm bảo rằng độc giả tìm thấy những cuốn sách có khả năng phù hợp với mình và giúp họ đạt được mục tiêu. No Starch cũng có một bộ phận bản quyền nước ngoài mạnh mẽ. </w:t>
      </w:r>
      <w:r>
        <w:rPr>
          <w:b w:val="0"/>
          <w:i/>
        </w:rPr>
        <w:t>Python Crash Course</w:t>
      </w:r>
      <w:r>
        <w:rPr>
          <w:b w:val="0"/>
          <w:i w:val="0"/>
        </w:rPr>
        <w:t xml:space="preserve"> đã đến được với độc giả khắp thế giới, bằng nhiều ngôn ngữ, nhờ sự tận tâm của đội ngũ này. Gửi đến tất cả những người mà tôi chưa từng làm việc riêng, cảm ơn các bạn đã giúp </w:t>
      </w:r>
      <w:r>
        <w:rPr>
          <w:b w:val="0"/>
          <w:i/>
        </w:rPr>
        <w:t>Python Crash Course</w:t>
      </w:r>
      <w:r>
        <w:rPr>
          <w:b w:val="0"/>
          <w:i w:val="0"/>
        </w:rPr>
        <w:t xml:space="preserve"> tìm được độc giả của mình.</w:t>
      </w:r>
    </w:p>
    <w:p>
      <w:pPr>
        <w:spacing w:after="80"/>
      </w:pPr>
      <w:r>
        <w:rPr>
          <w:b w:val="0"/>
          <w:i w:val="0"/>
        </w:rPr>
        <w:t xml:space="preserve">Tôi xin cảm ơn Kenneth Love, người phản biện kỹ thuật cho cả ba ấn bản của </w:t>
      </w:r>
      <w:r>
        <w:rPr>
          <w:b w:val="0"/>
          <w:i/>
        </w:rPr>
        <w:t>Python Crash Course</w:t>
      </w:r>
      <w:r>
        <w:rPr>
          <w:b w:val="0"/>
          <w:i w:val="0"/>
        </w:rPr>
        <w:t>. Tôi gặp Kenneth tại PyCon một năm nọ, và từ đó đến nay, sự nhiệt huyết của họ dành cho ngôn ngữ này và cộng đồng Python luôn là nguồn cảm hứng nghề nghiệp bền bỉ đối với tôi. Kenneth, như mọi khi, đã vượt xa việc kiểm tra sự thật đơn thuần và phản biện cuốn sách với mục tiêu giúp những lập trình viên mới hơn phát triển hiểu biết vững chắc về ngôn ngữ Python và lập trình nói chung. Họ cũng để mắt đến những chỗ dù đã hoạt động đủ tốt trong các ấn bản trước nhưng có thể cải thiện được, khi có cơ hội viết lại toàn bộ. Dù vậy, mọi sai sót còn lại hoàn toàn là của riêng tôi.</w:t>
      </w:r>
    </w:p>
    <w:p>
      <w:pPr>
        <w:spacing w:after="80"/>
      </w:pPr>
      <w:r>
        <w:rPr>
          <w:b w:val="0"/>
          <w:i w:val="0"/>
        </w:rPr>
        <w:t xml:space="preserve">Tôi cũng muốn bày tỏ lòng biết ơn đến tất cả độc giả đã chia sẻ trải nghiệm của mình khi đọc qua </w:t>
      </w:r>
      <w:r>
        <w:rPr>
          <w:b w:val="0"/>
          <w:i/>
        </w:rPr>
        <w:t>Python Crash Course</w:t>
      </w:r>
      <w:r>
        <w:rPr>
          <w:b w:val="0"/>
          <w:i w:val="0"/>
        </w:rPr>
        <w:t>. Học những kiến thức cơ bản về lập trình có thể thay đổi cách bạn nhìn thế giới, và đôi khi điều này có tác động sâu sắc đến con người. Thật vô cùng khiêm nhường khi được nghe những câu chuyện này, và tôi trân trọng tất cả những ai đã chia sẻ trải nghiệm của mình một cách cởi mở như vậy.</w:t>
      </w:r>
    </w:p>
    <w:p>
      <w:pPr>
        <w:spacing w:after="80"/>
      </w:pPr>
      <w:r>
        <w:rPr>
          <w:b w:val="0"/>
          <w:i w:val="0"/>
        </w:rPr>
        <w:t>Tôi muốn cảm ơn bố tôi vì đã giới thiệu cho tôi về lập trình từ khi còn nhỏ và vì đã không sợ rằng tôi sẽ làm hỏng thiết bị của ông. Tôi muốn cảm ơn vợ tôi, Erin, vì đã ủng hộ và động viên tôi trong suốt quá trình viết cuốn sách này, và trong tất cả công việc duy trì nó qua nhiều phiên bản. Tôi cũng muốn cảm ơn con trai tôi, Ever, người mà sự tò mò vẫn luôn truyền cảm hứng cho tôi.</w:t>
      </w:r>
    </w:p>
    <w:p>
      <w:pPr>
        <w:pStyle w:val="Heading1"/>
      </w:pPr>
      <w:r>
        <w:rPr>
          <w:rFonts w:ascii="Calibri" w:hAnsi="Calibri"/>
          <w:b/>
          <w:i w:val="0"/>
          <w:sz w:val="38"/>
        </w:rPr>
        <w:t>Giới thiệu</w:t>
      </w:r>
    </w:p>
    <w:p>
      <w:pPr>
        <w:jc w:val="center"/>
      </w:pPr>
      <w:r>
        <w:drawing>
          <wp:inline xmlns:a="http://schemas.openxmlformats.org/drawingml/2006/main" xmlns:pic="http://schemas.openxmlformats.org/drawingml/2006/picture">
            <wp:extent cx="3867150" cy="3867150"/>
            <wp:docPr id="4" name="Picture 4"/>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Mỗi lập trình viên đều có một câu chuyện về cách họ học viết chương trình đầu tiên của mình. Tôi bắt đầu lập trình khi còn nhỏ, khi bố tôi đang làm việc cho Digital Equipment Corporation, một trong những công ty tiên phong của kỷ nguyên máy tính hiện đại. Tôi viết chương trình đầu tiên của mình trên một chiếc máy tính kit mà bố tôi đã lắp ráp ở tầng hầm nhà chúng tôi. Chiếc máy tính đó chỉ gồm một bo mạch chủ trần kết nối với bàn phím không có vỏ, và màn hình của nó là một ống tia âm cực trần. Chương trình đầu tiên của tôi là một trò chơi đoán số đơn giản, trông đại loại như thế này:</w:t>
      </w:r>
    </w:p>
    <w:p>
      <w:pPr>
        <w:spacing w:after="0"/>
        <w:ind w:left="360"/>
        <w:shd w:val="clear" w:color="auto" w:fill="F2F2F2"/>
      </w:pPr>
      <w:r>
        <w:rPr>
          <w:rFonts w:ascii="Consolas" w:hAnsi="Consolas"/>
          <w:b w:val="0"/>
          <w:i w:val="0"/>
          <w:sz w:val="18"/>
        </w:rPr>
        <w:t xml:space="preserve">I'm thinking of a number! Try to guess the number I'm thinking of: </w:t>
      </w:r>
      <w:r>
        <w:rPr>
          <w:rFonts w:ascii="Consolas" w:hAnsi="Consolas"/>
          <w:b/>
          <w:i w:val="0"/>
          <w:sz w:val="18"/>
        </w:rPr>
        <w:t>25</w:t>
      </w:r>
    </w:p>
    <w:p>
      <w:pPr>
        <w:spacing w:after="0"/>
        <w:ind w:left="360"/>
        <w:shd w:val="clear" w:color="auto" w:fill="F2F2F2"/>
      </w:pPr>
      <w:r>
        <w:rPr>
          <w:rFonts w:ascii="Consolas" w:hAnsi="Consolas"/>
          <w:b w:val="0"/>
          <w:i w:val="0"/>
          <w:sz w:val="18"/>
        </w:rPr>
        <w:t xml:space="preserve">Too low! Guess again: </w:t>
      </w:r>
      <w:r>
        <w:rPr>
          <w:rFonts w:ascii="Consolas" w:hAnsi="Consolas"/>
          <w:b/>
          <w:i w:val="0"/>
          <w:sz w:val="18"/>
        </w:rPr>
        <w:t>50</w:t>
      </w:r>
    </w:p>
    <w:p>
      <w:pPr>
        <w:spacing w:after="0"/>
        <w:ind w:left="360"/>
        <w:shd w:val="clear" w:color="auto" w:fill="F2F2F2"/>
      </w:pPr>
      <w:r>
        <w:rPr>
          <w:rFonts w:ascii="Consolas" w:hAnsi="Consolas"/>
          <w:b w:val="0"/>
          <w:i w:val="0"/>
          <w:sz w:val="18"/>
        </w:rPr>
        <w:t xml:space="preserve">Too high! Guess again: </w:t>
      </w:r>
      <w:r>
        <w:rPr>
          <w:rFonts w:ascii="Consolas" w:hAnsi="Consolas"/>
          <w:b/>
          <w:i w:val="0"/>
          <w:sz w:val="18"/>
        </w:rPr>
        <w:t>42</w:t>
      </w:r>
    </w:p>
    <w:p>
      <w:pPr>
        <w:spacing w:after="0"/>
        <w:ind w:left="360"/>
        <w:shd w:val="clear" w:color="auto" w:fill="F2F2F2"/>
      </w:pPr>
      <w:r>
        <w:rPr>
          <w:rFonts w:ascii="Consolas" w:hAnsi="Consolas"/>
          <w:b w:val="0"/>
          <w:i w:val="0"/>
          <w:sz w:val="18"/>
        </w:rPr>
        <w:t xml:space="preserve">That's it! Would you like to play again? (yes/no) </w:t>
      </w:r>
      <w:r>
        <w:rPr>
          <w:rFonts w:ascii="Consolas" w:hAnsi="Consolas"/>
          <w:b/>
          <w:i w:val="0"/>
          <w:sz w:val="18"/>
        </w:rPr>
        <w:t>no</w:t>
      </w:r>
    </w:p>
    <w:p>
      <w:pPr>
        <w:spacing w:after="0"/>
        <w:ind w:left="360"/>
        <w:shd w:val="clear" w:color="auto" w:fill="F2F2F2"/>
      </w:pPr>
      <w:r>
        <w:rPr>
          <w:rFonts w:ascii="Consolas" w:hAnsi="Consolas"/>
          <w:b w:val="0"/>
          <w:i w:val="0"/>
          <w:sz w:val="18"/>
        </w:rPr>
        <w:t>Thanks for playing!</w:t>
      </w:r>
    </w:p>
    <w:p>
      <w:pPr>
        <w:spacing w:after="40"/>
      </w:pPr>
    </w:p>
    <w:p>
      <w:pPr>
        <w:spacing w:after="80"/>
      </w:pPr>
      <w:r>
        <w:rPr>
          <w:b w:val="0"/>
          <w:i w:val="0"/>
        </w:rPr>
        <w:t>Tôi sẽ mãi nhớ cảm giác hài lòng khi nhìn gia đình mình chơi một trò chơi do tôi tạo ra và nó hoạt động đúng như tôi mong muốn.</w:t>
      </w:r>
    </w:p>
    <w:p>
      <w:pPr>
        <w:spacing w:after="80"/>
      </w:pPr>
      <w:r>
        <w:rPr>
          <w:b w:val="0"/>
          <w:i w:val="0"/>
        </w:rPr>
        <w:t>Trải nghiệm ban đầu đó đã có tác động lâu dài. Có một sự hài lòng thực sự khi xây dựng một thứ gì đó có mục đích, giải quyết được một vấn đề. Phần mềm tôi viết bây giờ đáp ứng những nhu cầu quan trọng hơn so với những nỗ lực thời thơ ấu của tôi, nhưng cảm giác hài lòng khi tạo ra một chương trình hoạt động được vẫn gần như y nguyên.</w:t>
      </w:r>
    </w:p>
    <w:p>
      <w:pPr>
        <w:pStyle w:val="Heading2"/>
      </w:pPr>
      <w:r>
        <w:rPr>
          <w:rFonts w:ascii="Calibri" w:hAnsi="Calibri"/>
          <w:b/>
          <w:i w:val="0"/>
          <w:sz w:val="32"/>
        </w:rPr>
        <w:t>Cuốn sách này dành cho ai?</w:t>
      </w:r>
    </w:p>
    <w:p>
      <w:pPr>
        <w:spacing w:after="80"/>
      </w:pPr>
      <w:r>
        <w:rPr>
          <w:b w:val="0"/>
          <w:i w:val="0"/>
        </w:rPr>
        <w:t xml:space="preserve">Mục tiêu của cuốn sách này là giúp bạn nắm bắt Python nhanh nhất có thể để bạn có thể xây dựng những chương trình hoạt động được—trò chơi, trực quan hóa dữ liệu, và ứng dụng web—đồng thời xây dựng nền tảng lập trình sẽ phục vụ bạn tốt trong suốt phần đời còn lại. </w:t>
      </w:r>
      <w:r>
        <w:rPr>
          <w:b w:val="0"/>
          <w:i/>
        </w:rPr>
        <w:t>Python Crash Course</w:t>
      </w:r>
      <w:r>
        <w:rPr>
          <w:b w:val="0"/>
          <w:i w:val="0"/>
        </w:rPr>
        <w:t xml:space="preserve"> được viết cho những người ở mọi lứa tuổi chưa từng lập trình bằng Python hoặc chưa từng lập trình bao giờ. Cuốn sách này dành cho những ai muốn học những kiến thức cơ bản về lập trình một cách nhanh chóng để có thể tập trung vào những dự án thú vị, và những ai thích kiểm tra hiểu biết của mình về các khái niệm mới bằng cách giải quyết những vấn đề có ý nghĩa. </w:t>
      </w:r>
      <w:r>
        <w:rPr>
          <w:b w:val="0"/>
          <w:i/>
        </w:rPr>
        <w:t>Python Crash Course</w:t>
      </w:r>
      <w:r>
        <w:rPr>
          <w:b w:val="0"/>
          <w:i w:val="0"/>
        </w:rPr>
        <w:t xml:space="preserve"> cũng hoàn hảo cho giáo viên ở mọi cấp độ, những người muốn mang đến cho học sinh của mình một phần giới thiệu về lập trình dựa trên dự án. Nếu bạn đang học một lớp đại học và muốn một phần giới thiệu về Python thân thiện hơn so với giáo trình được giao, cuốn sách này cũng có thể giúp lớp học của bạn dễ dàng hơn. Nếu bạn đang muốn chuyển đổi nghề nghiệp, </w:t>
      </w:r>
      <w:r>
        <w:rPr>
          <w:b w:val="0"/>
          <w:i/>
        </w:rPr>
        <w:t>Python Crash Course</w:t>
      </w:r>
      <w:r>
        <w:rPr>
          <w:b w:val="0"/>
          <w:i w:val="0"/>
        </w:rPr>
        <w:t xml:space="preserve"> có thể giúp bạn chuyển sang một hướng sự nghiệp thỏa mãn hơn. Nó đã phát huy hiệu quả tốt với rất nhiều độc giả, với đủ loại mục tiêu khác nhau.</w:t>
      </w:r>
    </w:p>
    <w:p>
      <w:pPr>
        <w:pStyle w:val="Heading2"/>
      </w:pPr>
      <w:r>
        <w:rPr>
          <w:rFonts w:ascii="Calibri" w:hAnsi="Calibri"/>
          <w:b/>
          <w:i w:val="0"/>
          <w:sz w:val="32"/>
        </w:rPr>
        <w:t>Bạn có thể mong đợi học được gì?</w:t>
      </w:r>
    </w:p>
    <w:p>
      <w:pPr>
        <w:spacing w:after="80"/>
      </w:pPr>
      <w:r>
        <w:rPr>
          <w:b w:val="0"/>
          <w:i w:val="0"/>
        </w:rPr>
        <w:t xml:space="preserve">Mục đích của cuốn sách này là biến bạn thành một lập trình viên giỏi nói chung và một lập trình viên Python giỏi nói riêng. Bạn sẽ học một cách hiệu quả và hình thành những thói quen tốt khi bạn có được nền tảng vững chắc về các khái niệm lập trình nói chung. Sau khi hoàn thành </w:t>
      </w:r>
      <w:r>
        <w:rPr>
          <w:b w:val="0"/>
          <w:i/>
        </w:rPr>
        <w:t>Python Crash Course</w:t>
      </w:r>
      <w:r>
        <w:rPr>
          <w:b w:val="0"/>
          <w:i w:val="0"/>
        </w:rPr>
        <w:t>, bạn sẽ sẵn sàng tiến tới những kỹ thuật Python nâng cao hơn, và ngôn ngữ lập trình tiếp theo của bạn sẽ còn dễ nắm bắt hơn nữa.</w:t>
      </w:r>
    </w:p>
    <w:p>
      <w:pPr>
        <w:spacing w:after="80"/>
      </w:pPr>
      <w:r>
        <w:rPr>
          <w:b w:val="0"/>
          <w:i w:val="0"/>
        </w:rPr>
        <w:t xml:space="preserve">Trong Phần I của cuốn sách này, bạn sẽ học những khái niệm lập trình cơ bản mà bạn cần biết để viết các chương trình Python. Những khái niệm này cũng giống như những gì bạn sẽ học khi bắt đầu với hầu hết mọi ngôn ngữ lập trình. Bạn sẽ tìm hiểu về các loại dữ liệu khác nhau và những cách bạn có thể lưu trữ dữ liệu trong chương trình của mình. Bạn sẽ xây dựng các tập hợp dữ liệu, chẳng hạn như danh sách (list) và từ điển (dictionary), và bạn sẽ xử lý những tập hợp đó theo những cách hiệu quả. Bạn sẽ học cách sử dụng vòng lặp </w:t>
      </w:r>
      <w:r>
        <w:rPr>
          <w:rFonts w:ascii="Consolas" w:hAnsi="Consolas"/>
          <w:b w:val="0"/>
          <w:i w:val="0"/>
          <w:sz w:val="20"/>
        </w:rPr>
        <w:t>while</w:t>
      </w:r>
      <w:r>
        <w:rPr>
          <w:b w:val="0"/>
          <w:i w:val="0"/>
        </w:rPr>
        <w:t xml:space="preserve"> và câu lệnh </w:t>
      </w:r>
      <w:r>
        <w:rPr>
          <w:rFonts w:ascii="Consolas" w:hAnsi="Consolas"/>
          <w:b w:val="0"/>
          <w:i w:val="0"/>
          <w:sz w:val="20"/>
        </w:rPr>
        <w:t>if</w:t>
      </w:r>
      <w:r>
        <w:rPr>
          <w:b w:val="0"/>
          <w:i w:val="0"/>
        </w:rPr>
        <w:t xml:space="preserve"> để kiểm tra những điều kiện nhất định, để bạn có thể chạy những đoạn mã cụ thể khi những điều kiện đó đúng và chạy những đoạn khác khi chúng không đúng—một kỹ thuật giúp bạn tự động hóa nhiều quy trình.</w:t>
      </w:r>
    </w:p>
    <w:p>
      <w:pPr>
        <w:spacing w:after="80"/>
      </w:pPr>
      <w:r>
        <w:rPr>
          <w:b w:val="0"/>
          <w:i w:val="0"/>
        </w:rPr>
        <w:t>Bạn sẽ học cách nhận dữ liệu nhập từ người dùng để làm cho chương trình của mình có tính tương tác, và giữ cho chương trình của bạn chạy chừng nào người dùng còn muốn. Bạn sẽ khám phá cách viết các hàm (function) để làm cho các phần trong chương trình của bạn có thể tái sử dụng, để bạn chỉ phải viết những khối mã thực hiện những hành động nhất định một lần, trong khi sử dụng đoạn mã đó bao nhiêu lần tùy thích. Sau đó bạn sẽ mở rộng khái niệm này đến những hành vi phức tạp hơn với lớp (class), làm cho những chương trình khá đơn giản có thể phản hồi với nhiều tình huống khác nhau. Bạn sẽ học cách viết những chương trình xử lý các lỗi thường gặp một cách khéo léo. Sau khi hoàn thành từng khái niệm cơ bản này, bạn sẽ viết một số chương trình ngày càng phức tạp bằng những gì đã học. Cuối cùng, bạn sẽ thực hiện bước đầu tiên hướng tới lập trình trung cấp bằng cách học cách viết các bài kiểm tra (test) cho mã của mình, để bạn có thể phát triển chương trình của mình xa hơn mà không lo lắng về việc tạo ra lỗi. Tất cả thông tin trong Phần I sẽ chuẩn bị cho bạn để đảm nhận những dự án lớn hơn, phức tạp hơn.</w:t>
      </w:r>
    </w:p>
    <w:p>
      <w:pPr>
        <w:spacing w:after="80"/>
      </w:pPr>
      <w:r>
        <w:rPr>
          <w:b w:val="0"/>
          <w:i w:val="0"/>
        </w:rPr>
        <w:t xml:space="preserve">Trong Phần II, bạn sẽ áp dụng những gì đã học ở Phần I vào ba dự án. Bạn có thể làm bất kỳ hoặc tất cả các dự án này, theo thứ tự nào phù hợp nhất với bạn. Trong dự án đầu tiên, ở các Chương 12–14, bạn sẽ tạo một trò chơi bắn súng kiểu </w:t>
      </w:r>
      <w:r>
        <w:rPr>
          <w:b w:val="0"/>
          <w:i/>
        </w:rPr>
        <w:t>Space Invaders</w:t>
      </w:r>
      <w:r>
        <w:rPr>
          <w:b w:val="0"/>
          <w:i w:val="0"/>
        </w:rPr>
        <w:t xml:space="preserve"> có tên là </w:t>
      </w:r>
      <w:r>
        <w:rPr>
          <w:b w:val="0"/>
          <w:i/>
        </w:rPr>
        <w:t>Alien Invasion</w:t>
      </w:r>
      <w:r>
        <w:rPr>
          <w:b w:val="0"/>
          <w:i w:val="0"/>
        </w:rPr>
        <w:t>, bao gồm nhiều màn chơi với độ khó tăng dần. Sau khi hoàn thành dự án này, bạn sẽ tiến gần đến việc có thể phát triển các trò chơi 2D của riêng mình. Ngay cả khi bạn không mong muốn trở thành một lập trình viên game, việc thực hiện dự án này là một cách thú vị để gắn kết phần lớn những gì bạn sẽ học ở Phần I.</w:t>
      </w:r>
    </w:p>
    <w:p>
      <w:pPr>
        <w:spacing w:after="80"/>
      </w:pPr>
      <w:r>
        <w:rPr>
          <w:b w:val="0"/>
          <w:i w:val="0"/>
        </w:rPr>
        <w:t>Dự án thứ hai, ở các Chương 15–17, giới thiệu cho bạn về trực quan hóa dữ liệu. Các nhà khoa học dữ liệu sử dụng nhiều kỹ thuật trực quan hóa khác nhau để giúp hiểu được lượng thông tin khổng lồ sẵn có cho họ. Bạn sẽ làm việc với các tập dữ liệu mà bạn tạo ra thông qua mã, các tập dữ liệu mà bạn tải xuống từ các nguồn trực tuyến, và các tập dữ liệu mà chương trình của bạn tự động tải xuống. Sau khi hoàn thành dự án này, bạn sẽ có thể viết những chương trình sàng lọc qua các tập dữ liệu lớn và tạo ra các biểu diễn trực quan cho nhiều loại thông tin khác nhau.</w:t>
      </w:r>
    </w:p>
    <w:p>
      <w:pPr>
        <w:spacing w:after="80"/>
      </w:pPr>
      <w:r>
        <w:rPr>
          <w:b w:val="0"/>
          <w:i w:val="0"/>
        </w:rPr>
        <w:t>Trong dự án thứ ba, ở Chương 18–20, bạn sẽ xây dựng một ứng dụng web nhỏ có tên là Learning Log. Dự án này cho phép bạn ghi chép có tổ chức những thông tin bạn đã học về một chủ đề cụ thể. Bạn sẽ có thể giữ các nhật ký riêng biệt cho những chủ đề khác nhau và cho phép người khác tạo tài khoản và bắt đầu nhật ký của riêng họ. Bạn cũng sẽ học cách triển khai dự án để bất kỳ ai cũng có thể truy cập trực tuyến, từ bất cứ đâu trên thế giới.</w:t>
      </w:r>
    </w:p>
    <w:p>
      <w:pPr>
        <w:pStyle w:val="Heading2"/>
      </w:pPr>
      <w:r>
        <w:rPr>
          <w:rFonts w:ascii="Calibri" w:hAnsi="Calibri"/>
          <w:b/>
          <w:i w:val="0"/>
          <w:sz w:val="32"/>
        </w:rPr>
        <w:t>Tài nguyên trực tuyến</w:t>
      </w:r>
    </w:p>
    <w:p>
      <w:pPr>
        <w:spacing w:after="80"/>
      </w:pPr>
      <w:r>
        <w:rPr>
          <w:b w:val="0"/>
          <w:i w:val="0"/>
        </w:rPr>
        <w:t>No Starch Press có thêm thông tin về cuốn sách này trực tuyến tại https://nostarch.com/python-crash-course-3rd-edition.</w:t>
      </w:r>
    </w:p>
    <w:p>
      <w:pPr>
        <w:spacing w:after="80"/>
      </w:pPr>
      <w:r>
        <w:rPr>
          <w:b w:val="0"/>
          <w:i w:val="0"/>
        </w:rPr>
        <w:t>Tôi cũng duy trì một bộ tài nguyên bổ trợ phong phú tại https://ehmatthes.github.io/pcc_3e. Những tài nguyên này bao gồm:</w:t>
      </w:r>
    </w:p>
    <w:p>
      <w:pPr>
        <w:spacing w:after="80"/>
      </w:pPr>
      <w:r>
        <w:rPr>
          <w:b/>
          <w:i w:val="0"/>
        </w:rPr>
        <w:t>Hướng dẫn cài đặt</w:t>
      </w:r>
      <w:r>
        <w:rPr>
          <w:b w:val="0"/>
          <w:i w:val="0"/>
        </w:rPr>
        <w:t xml:space="preserve"> Hướng dẫn cài đặt trực tuyến giống hệt với nội dung trong sách, nhưng có kèm các liên kết hoạt động mà bạn có thể nhấp vào cho tất cả các bước khác nhau. Nếu bạn gặp bất kỳ vấn đề nào khi cài đặt, hãy tham khảo tài nguyên này.</w:t>
      </w:r>
    </w:p>
    <w:p>
      <w:pPr>
        <w:spacing w:after="80"/>
      </w:pPr>
      <w:r>
        <w:rPr>
          <w:b/>
          <w:i w:val="0"/>
        </w:rPr>
        <w:t>Cập nhật</w:t>
      </w:r>
      <w:r>
        <w:rPr>
          <w:b w:val="0"/>
          <w:i w:val="0"/>
        </w:rPr>
        <w:t xml:space="preserve"> Python, giống như mọi ngôn ngữ, không ngừng phát triển. Tôi duy trì một bộ cập nhật đầy đủ, vì vậy nếu có gì đó không hoạt động, hãy kiểm tra ở đây để xem liệu hướng dẫn đã thay đổi chưa.</w:t>
      </w:r>
    </w:p>
    <w:p>
      <w:pPr>
        <w:spacing w:after="80"/>
      </w:pPr>
      <w:r>
        <w:rPr>
          <w:b/>
          <w:i w:val="0"/>
        </w:rPr>
        <w:t>Lời giải cho các bài tập</w:t>
      </w:r>
      <w:r>
        <w:rPr>
          <w:b w:val="0"/>
          <w:i w:val="0"/>
        </w:rPr>
        <w:t xml:space="preserve"> Bạn nên dành thời gian đáng kể để tự mình thử sức với các bài tập trong phần “Tự thực hành”. Tuy nhiên, nếu bạn bị mắc kẹt và không thể tiến triển gì, lời giải cho hầu hết các bài tập đều có trực tuyến.</w:t>
      </w:r>
    </w:p>
    <w:p>
      <w:pPr>
        <w:spacing w:after="80"/>
      </w:pPr>
      <w:r>
        <w:rPr>
          <w:b/>
          <w:i w:val="0"/>
        </w:rPr>
        <w:t>Bảng tóm tắt nhanh</w:t>
      </w:r>
      <w:r>
        <w:rPr>
          <w:b w:val="0"/>
          <w:i w:val="0"/>
        </w:rPr>
        <w:t xml:space="preserve"> Một bộ đầy đủ các bảng tóm tắt nhanh có thể tải xuống để tra cứu nhanh các khái niệm chính cũng có trực tuyến.</w:t>
      </w:r>
    </w:p>
    <w:p>
      <w:pPr>
        <w:pStyle w:val="Heading2"/>
      </w:pPr>
      <w:r>
        <w:rPr>
          <w:rFonts w:ascii="Calibri" w:hAnsi="Calibri"/>
          <w:b/>
          <w:i w:val="0"/>
          <w:sz w:val="32"/>
        </w:rPr>
        <w:t>Tại sao lại là Python?</w:t>
      </w:r>
    </w:p>
    <w:p>
      <w:pPr>
        <w:spacing w:after="80"/>
      </w:pPr>
      <w:r>
        <w:rPr>
          <w:b w:val="0"/>
          <w:i w:val="0"/>
        </w:rPr>
        <w:t>Mỗi năm, tôi đều cân nhắc xem có nên tiếp tục dùng Python hay chuyển sang một ngôn ngữ khác, có thể là một ngôn ngữ mới hơn trong thế giới lập trình. Nhưng tôi vẫn tiếp tục tập trung vào Python vì nhiều lý do. Python là một ngôn ngữ cực kỳ hiệu quả: các chương trình của bạn sẽ làm được nhiều việc hơn với ít dòng mã hơn so với nhiều ngôn ngữ khác yêu cầu. Cú pháp của Python cũng sẽ giúp bạn viết mã “sạch”. Mã của bạn sẽ dễ đọc hơn, dễ gỡ lỗi hơn, và dễ mở rộng cũng như phát triển thêm hơn so với các ngôn ngữ khác.</w:t>
      </w:r>
    </w:p>
    <w:p>
      <w:pPr>
        <w:spacing w:after="80"/>
      </w:pPr>
      <w:r>
        <w:rPr>
          <w:b w:val="0"/>
          <w:i w:val="0"/>
        </w:rPr>
        <w:t>Mọi người dùng Python cho nhiều mục đích: làm game, xây dựng ứng dụng web, giải quyết các vấn đề kinh doanh, và phát triển các công cụ nội bộ tại đủ loại công ty thú vị. Python cũng được sử dụng rất nhiều trong các lĩnh vực khoa học, cho nghiên cứu học thuật và công việc ứng dụng.</w:t>
      </w:r>
    </w:p>
    <w:p>
      <w:pPr>
        <w:spacing w:after="80"/>
      </w:pPr>
      <w:r>
        <w:rPr>
          <w:b w:val="0"/>
          <w:i w:val="0"/>
        </w:rPr>
        <w:t>Một trong những lý do quan trọng nhất khiến tôi tiếp tục dùng Python là cộng đồng Python, bao gồm một nhóm người vô cùng đa dạng và thân thiện. Cộng đồng là điều thiết yếu đối với lập trình viên vì lập trình không phải là một công việc đơn độc. Hầu hết chúng ta, ngay cả những lập trình viên giàu kinh nghiệm nhất, đều cần hỏi ý kiến từ những người đã giải quyết những vấn đề tương tự. Có một cộng đồng gắn kết và hỗ trợ là điều tối quan trọng để giúp bạn giải quyết vấn đề, và cộng đồng Python hoàn toàn ủng hộ những người đang học Python như ngôn ngữ lập trình đầu tiên hoặc đến với Python với nền tảng từ các ngôn ngữ khác.</w:t>
      </w:r>
    </w:p>
    <w:p>
      <w:pPr>
        <w:spacing w:after="80"/>
      </w:pPr>
      <w:r>
        <w:rPr>
          <w:b w:val="0"/>
          <w:i w:val="0"/>
        </w:rPr>
        <w:t>Python là một ngôn ngữ tuyệt vời để học, vậy hãy bắt đầu thôi!</w:t>
      </w:r>
    </w:p>
    <w:p>
      <w:pPr>
        <w:pStyle w:val="Heading1"/>
      </w:pPr>
      <w:r>
        <w:rPr>
          <w:rFonts w:ascii="Calibri" w:hAnsi="Calibri"/>
          <w:b/>
          <w:i w:val="0"/>
          <w:sz w:val="38"/>
        </w:rPr>
        <w:t>Phần I</w:t>
      </w:r>
      <w:r>
        <w:rPr>
          <w:rFonts w:ascii="Calibri" w:hAnsi="Calibri"/>
          <w:b/>
          <w:i w:val="0"/>
          <w:sz w:val="38"/>
        </w:rPr>
      </w:r>
      <w:r>
        <w:rPr>
          <w:rFonts w:ascii="Calibri" w:hAnsi="Calibri"/>
          <w:b/>
          <w:i w:val="0"/>
          <w:sz w:val="38"/>
        </w:rPr>
        <w:t>Những kiến thức cơ bản</w:t>
      </w:r>
    </w:p>
    <w:p>
      <w:pPr>
        <w:spacing w:after="80"/>
      </w:pPr>
      <w:r>
        <w:rPr>
          <w:b w:val="0"/>
          <w:i w:val="0"/>
        </w:rPr>
        <w:t>Phần I của cuốn sách này sẽ dạy bạn những khái niệm cơ bản cần thiết để viết chương trình Python. Nhiều khái niệm trong số này là điểm chung của mọi ngôn ngữ lập trình, nên chúng sẽ hữu ích cho bạn suốt cuộc đời làm lập trình viên.</w:t>
      </w:r>
    </w:p>
    <w:p>
      <w:pPr>
        <w:spacing w:after="80"/>
      </w:pPr>
      <w:r>
        <w:rPr>
          <w:b w:val="0"/>
          <w:i w:val="0"/>
        </w:rPr>
        <w:t xml:space="preserve">Trong </w:t>
      </w:r>
      <w:r>
        <w:rPr>
          <w:b/>
          <w:i w:val="0"/>
        </w:rPr>
        <w:t>Chương 1</w:t>
      </w:r>
      <w:r>
        <w:rPr>
          <w:b w:val="0"/>
          <w:i w:val="0"/>
        </w:rPr>
        <w:t xml:space="preserve">, bạn sẽ cài đặt Python trên máy tính và chạy chương trình đầu tiên, in ra thông báo </w:t>
      </w:r>
      <w:r>
        <w:rPr>
          <w:b w:val="0"/>
          <w:i/>
        </w:rPr>
        <w:t>Hello world!</w:t>
      </w:r>
      <w:r>
        <w:rPr>
          <w:b w:val="0"/>
          <w:i w:val="0"/>
        </w:rPr>
        <w:t xml:space="preserve"> trên màn hình.</w:t>
      </w:r>
    </w:p>
    <w:p>
      <w:pPr>
        <w:spacing w:after="80"/>
      </w:pPr>
      <w:r>
        <w:rPr>
          <w:b w:val="0"/>
          <w:i w:val="0"/>
        </w:rPr>
        <w:t xml:space="preserve">Trong </w:t>
      </w:r>
      <w:r>
        <w:rPr>
          <w:b/>
          <w:i w:val="0"/>
        </w:rPr>
        <w:t>Chương 2</w:t>
      </w:r>
      <w:r>
        <w:rPr>
          <w:b w:val="0"/>
          <w:i w:val="0"/>
        </w:rPr>
        <w:t>, bạn sẽ học cách gán thông tin vào biến và làm việc với văn bản cùng các giá trị số.</w:t>
      </w:r>
    </w:p>
    <w:p>
      <w:pPr>
        <w:spacing w:after="80"/>
      </w:pPr>
      <w:r>
        <w:rPr>
          <w:b/>
          <w:i w:val="0"/>
        </w:rPr>
        <w:t>Chương 3</w:t>
      </w:r>
      <w:r>
        <w:rPr>
          <w:b w:val="0"/>
          <w:i w:val="0"/>
        </w:rPr>
        <w:t xml:space="preserve"> và </w:t>
      </w:r>
      <w:r>
        <w:rPr>
          <w:b/>
          <w:i w:val="0"/>
        </w:rPr>
        <w:t>4</w:t>
      </w:r>
      <w:r>
        <w:rPr>
          <w:b w:val="0"/>
          <w:i w:val="0"/>
        </w:rPr>
        <w:t xml:space="preserve"> giới thiệu về danh sách (list). Danh sách có thể lưu trữ bao nhiêu thông tin tùy thích ở một chỗ, giúp bạn xử lý dữ liệu đó một cách hiệu quả. Bạn sẽ có thể làm việc với hàng trăm, hàng nghìn, thậm chí hàng triệu giá trị chỉ trong vài dòng code.</w:t>
      </w:r>
    </w:p>
    <w:p>
      <w:pPr>
        <w:spacing w:after="80"/>
      </w:pPr>
      <w:r>
        <w:rPr>
          <w:b w:val="0"/>
          <w:i w:val="0"/>
        </w:rPr>
        <w:t xml:space="preserve">Trong </w:t>
      </w:r>
      <w:r>
        <w:rPr>
          <w:b/>
          <w:i w:val="0"/>
        </w:rPr>
        <w:t>Chương 5</w:t>
      </w:r>
      <w:r>
        <w:rPr>
          <w:b w:val="0"/>
          <w:i w:val="0"/>
        </w:rPr>
        <w:t xml:space="preserve">, bạn sẽ dùng câu lệnh </w:t>
      </w:r>
      <w:r>
        <w:rPr>
          <w:rFonts w:ascii="Consolas" w:hAnsi="Consolas"/>
          <w:b w:val="0"/>
          <w:i w:val="0"/>
          <w:sz w:val="20"/>
        </w:rPr>
        <w:t>if</w:t>
      </w:r>
      <w:r>
        <w:rPr>
          <w:b w:val="0"/>
          <w:i w:val="0"/>
        </w:rPr>
        <w:t xml:space="preserve"> để viết code phản hồi theo một cách nếu điều kiện nào đó đúng, và phản hồi theo cách khác nếu điều kiện đó không đúng.</w:t>
      </w:r>
    </w:p>
    <w:p>
      <w:pPr>
        <w:spacing w:after="80"/>
      </w:pPr>
      <w:r>
        <w:rPr>
          <w:b/>
          <w:i w:val="0"/>
        </w:rPr>
        <w:t>Chương 6</w:t>
      </w:r>
      <w:r>
        <w:rPr>
          <w:b w:val="0"/>
          <w:i w:val="0"/>
        </w:rPr>
        <w:t xml:space="preserve"> sẽ chỉ cho bạn cách dùng từ điển (dictionary) của Python, cho phép bạn tạo mối liên kết giữa các mẩu thông tin khác nhau. Giống như danh sách, từ điển có thể chứa bao nhiêu thông tin tùy theo nhu cầu lưu trữ của bạn.</w:t>
      </w:r>
    </w:p>
    <w:p>
      <w:pPr>
        <w:spacing w:after="80"/>
      </w:pPr>
      <w:r>
        <w:rPr>
          <w:b w:val="0"/>
          <w:i w:val="0"/>
        </w:rPr>
        <w:t xml:space="preserve">Trong </w:t>
      </w:r>
      <w:r>
        <w:rPr>
          <w:b/>
          <w:i w:val="0"/>
        </w:rPr>
        <w:t>Chương 7</w:t>
      </w:r>
      <w:r>
        <w:rPr>
          <w:b w:val="0"/>
          <w:i w:val="0"/>
        </w:rPr>
        <w:t xml:space="preserve">, bạn sẽ học cách nhận dữ liệu nhập từ người dùng để làm cho chương trình của mình có tính tương tác. Bạn cũng sẽ học về vòng lặp </w:t>
      </w:r>
      <w:r>
        <w:rPr>
          <w:rFonts w:ascii="Consolas" w:hAnsi="Consolas"/>
          <w:b w:val="0"/>
          <w:i w:val="0"/>
          <w:sz w:val="20"/>
        </w:rPr>
        <w:t>while</w:t>
      </w:r>
      <w:r>
        <w:rPr>
          <w:b w:val="0"/>
          <w:i w:val="0"/>
        </w:rPr>
        <w:t>, vòng lặp chạy đi chạy lại một khối code miễn là điều kiện nào đó vẫn còn đúng.</w:t>
      </w:r>
    </w:p>
    <w:p>
      <w:pPr>
        <w:spacing w:after="80"/>
      </w:pPr>
      <w:r>
        <w:rPr>
          <w:b w:val="0"/>
          <w:i w:val="0"/>
        </w:rPr>
        <w:t xml:space="preserve">Trong </w:t>
      </w:r>
      <w:r>
        <w:rPr>
          <w:b/>
          <w:i w:val="0"/>
        </w:rPr>
        <w:t>Chương 8</w:t>
      </w:r>
      <w:r>
        <w:rPr>
          <w:b w:val="0"/>
          <w:i w:val="0"/>
        </w:rPr>
        <w:t>, bạn sẽ viết hàm (function), tức là những khối code được đặt tên, thực hiện một nhiệm vụ cụ thể và có thể chạy bất cứ khi nào bạn cần.</w:t>
      </w:r>
    </w:p>
    <w:p>
      <w:pPr>
        <w:spacing w:after="80"/>
      </w:pPr>
      <w:r>
        <w:rPr>
          <w:b/>
          <w:i w:val="0"/>
        </w:rPr>
        <w:t>Chương 9</w:t>
      </w:r>
      <w:r>
        <w:rPr>
          <w:b w:val="0"/>
          <w:i w:val="0"/>
        </w:rPr>
        <w:t xml:space="preserve"> giới thiệu về lớp (class), cho phép bạn mô hình hóa các đối tượng trong thế giới thực. Bạn sẽ viết code mô tả chó, mèo, người, xe hơi, tên lửa, v.v.</w:t>
      </w:r>
    </w:p>
    <w:p>
      <w:pPr>
        <w:spacing w:after="80"/>
      </w:pPr>
      <w:r>
        <w:rPr>
          <w:b/>
          <w:i w:val="0"/>
        </w:rPr>
        <w:t>Chương 10</w:t>
      </w:r>
      <w:r>
        <w:rPr>
          <w:b w:val="0"/>
          <w:i w:val="0"/>
        </w:rPr>
        <w:t xml:space="preserve"> chỉ cho bạn cách làm việc với tệp và xử lý lỗi để chương trình không bị sập bất ngờ. Bạn sẽ lưu dữ liệu trước khi chương trình đóng lại và đọc lại dữ liệu đó khi chương trình chạy lần nữa. Bạn sẽ học về ngoại lệ (exception) của Python, cho phép bạn lường trước lỗi và giúp chương trình xử lý những lỗi đó một cách nhẹ nhàng.</w:t>
      </w:r>
    </w:p>
    <w:p>
      <w:pPr>
        <w:spacing w:after="80"/>
      </w:pPr>
      <w:r>
        <w:rPr>
          <w:b w:val="0"/>
          <w:i w:val="0"/>
        </w:rPr>
        <w:t xml:space="preserve">Trong </w:t>
      </w:r>
      <w:r>
        <w:rPr>
          <w:b/>
          <w:i w:val="0"/>
        </w:rPr>
        <w:t>Chương 11</w:t>
      </w:r>
      <w:r>
        <w:rPr>
          <w:b w:val="0"/>
          <w:i w:val="0"/>
        </w:rPr>
        <w:t>, bạn sẽ học cách viết kiểm thử (test) cho code của mình, để kiểm tra xem chương trình có chạy đúng như bạn mong muốn không. Nhờ đó, bạn có thể mở rộng chương trình mà không phải lo lắng về việc tạo ra lỗi mới. Kiểm thử code là một trong những kỹ năng đầu tiên giúp bạn chuyển từ người mới bắt đầu sang lập trình viên trình độ trung cấp.</w:t>
      </w:r>
    </w:p>
    <w:p>
      <w:pPr>
        <w:pStyle w:val="Heading1"/>
      </w:pPr>
      <w:r>
        <w:rPr>
          <w:rFonts w:ascii="Calibri" w:hAnsi="Calibri"/>
          <w:b/>
          <w:i w:val="0"/>
          <w:sz w:val="38"/>
        </w:rPr>
        <w:t>1</w:t>
      </w:r>
      <w:r>
        <w:rPr>
          <w:rFonts w:ascii="Calibri" w:hAnsi="Calibri"/>
          <w:b/>
          <w:i w:val="0"/>
          <w:sz w:val="38"/>
        </w:rPr>
      </w:r>
      <w:r>
        <w:rPr>
          <w:rFonts w:ascii="Calibri" w:hAnsi="Calibri"/>
          <w:b/>
          <w:i w:val="0"/>
          <w:sz w:val="38"/>
        </w:rPr>
        <w:t>Bắt đầu</w:t>
      </w:r>
    </w:p>
    <w:p>
      <w:pPr>
        <w:jc w:val="center"/>
      </w:pPr>
      <w:r>
        <w:drawing>
          <wp:inline xmlns:a="http://schemas.openxmlformats.org/drawingml/2006/main" xmlns:pic="http://schemas.openxmlformats.org/drawingml/2006/picture">
            <wp:extent cx="3867150" cy="3867150"/>
            <wp:docPr id="5" name="Picture 5"/>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này, bạn sẽ chạy chương trình Python đầu tiên của mình, </w:t>
      </w:r>
      <w:r>
        <w:rPr>
          <w:b w:val="0"/>
          <w:i/>
        </w:rPr>
        <w:t>hello_world.py</w:t>
      </w:r>
      <w:r>
        <w:rPr>
          <w:b w:val="0"/>
          <w:i w:val="0"/>
        </w:rPr>
        <w:t>. Đầu tiên, bạn cần kiểm tra xem máy tính đã cài đặt phiên bản Python gần đây chưa; nếu chưa thì bạn sẽ cài đặt nó. Bạn cũng sẽ cài đặt một trình soạn thảo văn bản (text editor) để làm việc với các chương trình Python. Trình soạn thảo văn bản nhận biết code Python và tô sáng các phần khi bạn viết, giúp bạn dễ hiểu cấu trúc code của mình.</w:t>
      </w:r>
    </w:p>
    <w:p>
      <w:pPr>
        <w:pStyle w:val="Heading2"/>
      </w:pPr>
      <w:r>
        <w:rPr>
          <w:rFonts w:ascii="Calibri" w:hAnsi="Calibri"/>
          <w:b/>
          <w:i w:val="0"/>
          <w:sz w:val="32"/>
        </w:rPr>
        <w:t>Thiết lập môi trường lập trình của bạn</w:t>
      </w:r>
    </w:p>
    <w:p>
      <w:pPr>
        <w:spacing w:after="80"/>
      </w:pPr>
      <w:r>
        <w:rPr>
          <w:b w:val="0"/>
          <w:i w:val="0"/>
        </w:rPr>
        <w:t>Python có đôi chút khác biệt trên các hệ điều hành khác nhau, nên bạn cần ghi nhớ một vài lưu ý. Trong các phần tiếp theo, chúng ta sẽ đảm bảo Python được thiết lập đúng cách trên hệ thống của bạn.</w:t>
      </w:r>
    </w:p>
    <w:p>
      <w:pPr>
        <w:pStyle w:val="Heading3"/>
      </w:pPr>
      <w:r>
        <w:rPr>
          <w:rFonts w:ascii="Calibri" w:hAnsi="Calibri"/>
          <w:b/>
          <w:i w:val="0"/>
          <w:sz w:val="27"/>
        </w:rPr>
        <w:t>Các phiên bản Python</w:t>
      </w:r>
    </w:p>
    <w:p>
      <w:pPr>
        <w:spacing w:after="80"/>
      </w:pPr>
      <w:r>
        <w:rPr>
          <w:b w:val="0"/>
          <w:i w:val="0"/>
        </w:rPr>
        <w:t>Mỗi ngôn ngữ lập trình đều phát triển khi những ý tưởng và công nghệ mới xuất hiện, và các nhà phát triển Python đã không ngừng làm cho ngôn ngữ này trở nên linh hoạt và mạnh mẽ hơn. Tính đến thời điểm viết cuốn sách này, phiên bản mới nhất là Python 3.11, nhưng mọi thứ trong cuốn sách này đều chạy được trên Python 3.9 trở lên. Trong phần này, chúng ta sẽ tìm hiểu xem Python đã được cài đặt trên hệ thống của bạn chưa và liệu bạn có cần cài đặt phiên bản mới hơn hay không. Phụ lục A cũng chứa thông tin chi tiết bổ sung về cách cài đặt phiên bản Python mới nhất trên từng hệ điều hành phổ biến.</w:t>
      </w:r>
    </w:p>
    <w:p>
      <w:pPr>
        <w:pStyle w:val="Heading3"/>
      </w:pPr>
      <w:r>
        <w:rPr>
          <w:rFonts w:ascii="Calibri" w:hAnsi="Calibri"/>
          <w:b/>
          <w:i w:val="0"/>
          <w:sz w:val="27"/>
        </w:rPr>
        <w:t>Chạy các đoạn mã Python</w:t>
      </w:r>
    </w:p>
    <w:p>
      <w:pPr>
        <w:spacing w:after="80"/>
      </w:pPr>
      <w:r>
        <w:rPr>
          <w:b w:val="0"/>
          <w:i w:val="0"/>
        </w:rPr>
        <w:t>Bạn có thể chạy trình thông dịch (interpreter) của Python trong cửa sổ terminal, cho phép bạn thử những đoạn mã Python nhỏ mà không cần phải lưu và chạy cả một chương trình hoàn chỉnh.</w:t>
      </w:r>
    </w:p>
    <w:p>
      <w:pPr>
        <w:spacing w:after="80"/>
      </w:pPr>
      <w:r>
        <w:rPr>
          <w:b w:val="0"/>
          <w:i w:val="0"/>
        </w:rPr>
        <w:t>Xuyên suốt cuốn sách này, bạn sẽ thấy những đoạn mã trông như thế này:</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print("Hello Python interpreter!")</w:t>
      </w:r>
    </w:p>
    <w:p>
      <w:pPr>
        <w:spacing w:after="0"/>
        <w:ind w:left="360"/>
        <w:shd w:val="clear" w:color="auto" w:fill="F2F2F2"/>
      </w:pPr>
      <w:r>
        <w:rPr>
          <w:rFonts w:ascii="Consolas" w:hAnsi="Consolas"/>
          <w:b w:val="0"/>
          <w:i w:val="0"/>
          <w:sz w:val="18"/>
        </w:rPr>
        <w:t>Hello Python interpreter!</w:t>
      </w:r>
    </w:p>
    <w:p>
      <w:pPr>
        <w:spacing w:after="40"/>
      </w:pPr>
    </w:p>
    <w:p>
      <w:pPr>
        <w:spacing w:after="80"/>
      </w:pPr>
      <w:r>
        <w:rPr>
          <w:b w:val="0"/>
          <w:i w:val="0"/>
        </w:rPr>
        <w:t>Dấu nhắc ba dấu ngoặc nhọn (</w:t>
      </w:r>
      <w:r>
        <w:rPr>
          <w:rFonts w:ascii="Consolas" w:hAnsi="Consolas"/>
          <w:b w:val="0"/>
          <w:i w:val="0"/>
          <w:sz w:val="20"/>
        </w:rPr>
        <w:t>&gt;&gt;&gt;</w:t>
      </w:r>
      <w:r>
        <w:rPr>
          <w:b w:val="0"/>
          <w:i w:val="0"/>
        </w:rPr>
        <w:t xml:space="preserve">), mà chúng ta sẽ gọi là </w:t>
      </w:r>
      <w:r>
        <w:rPr>
          <w:b w:val="0"/>
          <w:i/>
        </w:rPr>
        <w:t>dấu nhắc Python</w:t>
      </w:r>
      <w:r>
        <w:rPr>
          <w:b w:val="0"/>
          <w:i w:val="0"/>
        </w:rPr>
        <w:t>, cho biết rằng bạn nên dùng cửa sổ terminal. Phần chữ in đậm là đoạn mã bạn cần gõ vào rồi thực thi bằng cách nhấn ENTER. Hầu hết các ví dụ trong cuốn sách này là những chương trình nhỏ, khép kín mà bạn sẽ chạy từ trình soạn thảo văn bản (text editor) thay vì từ terminal, bởi vì bạn sẽ viết phần lớn mã của mình trong trình soạn thảo văn bản. Nhưng đôi khi, những khái niệm cơ bản sẽ được trình bày qua một loạt đoạn mã chạy trong phiên terminal Python để minh họa các khái niệm cụ thể một cách hiệu quả hơn. Khi bạn thấy ba dấu ngoặc nhọn trong một đoạn mã, nghĩa là bạn đang xem mã và kết quả từ một phiên terminal. Chúng ta sẽ thử viết mã trong trình thông dịch trên hệ thống của bạn ngay sau đây.</w:t>
      </w:r>
    </w:p>
    <w:p>
      <w:pPr>
        <w:spacing w:after="80"/>
      </w:pPr>
      <w:r>
        <w:rPr>
          <w:b w:val="0"/>
          <w:i w:val="0"/>
        </w:rPr>
        <w:t xml:space="preserve">Chúng ta cũng sẽ dùng trình soạn thảo văn bản để tạo một chương trình đơn giản tên là </w:t>
      </w:r>
      <w:r>
        <w:rPr>
          <w:b w:val="0"/>
          <w:i/>
        </w:rPr>
        <w:t>Hello World!</w:t>
      </w:r>
      <w:r>
        <w:rPr>
          <w:b w:val="0"/>
          <w:i w:val="0"/>
        </w:rPr>
        <w:t xml:space="preserve">, thứ đã trở thành bài học kinh điển khi bắt đầu học lập trình. Có một truyền thống lâu đời trong giới lập trình rằng in thông báo </w:t>
      </w:r>
      <w:r>
        <w:rPr>
          <w:rFonts w:ascii="Consolas" w:hAnsi="Consolas"/>
          <w:b w:val="0"/>
          <w:i w:val="0"/>
          <w:sz w:val="20"/>
        </w:rPr>
        <w:t>Hello world!</w:t>
      </w:r>
      <w:r>
        <w:rPr>
          <w:b w:val="0"/>
          <w:i w:val="0"/>
        </w:rPr>
        <w:t xml:space="preserve"> ra màn hình như chương trình đầu tiên của bạn bằng một ngôn ngữ mới sẽ mang lại may mắn. Một chương trình đơn giản như vậy thực sự có mục đích rất thiết thực. Nếu nó chạy đúng trên hệ thống của bạn, thì bất kỳ chương trình Python nào bạn viết cũng sẽ chạy được.</w:t>
      </w:r>
    </w:p>
    <w:p>
      <w:pPr>
        <w:pStyle w:val="Heading3"/>
      </w:pPr>
      <w:r>
        <w:rPr>
          <w:rFonts w:ascii="Calibri" w:hAnsi="Calibri"/>
          <w:b/>
          <w:i w:val="0"/>
          <w:sz w:val="27"/>
        </w:rPr>
        <w:t>Về trình soạn thảo VS Code</w:t>
      </w:r>
    </w:p>
    <w:p>
      <w:pPr>
        <w:spacing w:after="80"/>
      </w:pPr>
      <w:r>
        <w:rPr>
          <w:b w:val="0"/>
          <w:i/>
        </w:rPr>
        <w:t>VS Code</w:t>
      </w:r>
      <w:r>
        <w:rPr>
          <w:b w:val="0"/>
          <w:i w:val="0"/>
        </w:rPr>
        <w:t xml:space="preserve"> là một trình soạn thảo văn bản mạnh mẽ, chất lượng chuyên nghiệp, miễn phí và thân thiện với người mới bắt đầu. VS Code rất phù hợp cho cả những dự án đơn giản lẫn phức tạp, nên nếu bạn thấy thoải mái khi dùng nó trong lúc học Python, bạn có thể tiếp tục sử dụng khi tiến tới những dự án lớn hơn và phức tạp hơn. VS Code có thể cài đặt trên mọi hệ điều hành hiện đại, và nó hỗ trợ hầu hết các ngôn ngữ lập trình, bao gồm cả Python.</w:t>
      </w:r>
    </w:p>
    <w:p>
      <w:pPr>
        <w:spacing w:after="80"/>
      </w:pPr>
      <w:r>
        <w:rPr>
          <w:b w:val="0"/>
          <w:i w:val="0"/>
        </w:rPr>
        <w:t>Phụ lục B cung cấp thông tin về các trình soạn thảo văn bản khác. Nếu bạn tò mò về những lựa chọn khác, có thể bạn muốn lướt qua phụ lục đó vào lúc này. Nếu bạn muốn bắt đầu lập trình nhanh chóng, bạn có thể dùng VS Code để khởi đầu. Sau đó bạn có thể cân nhắc các trình soạn thảo khác, khi đã có chút kinh nghiệm làm lập trình viên. Trong chương này, tôi sẽ hướng dẫn bạn cài đặt VS Code trên hệ điều hành của bạn.</w:t>
      </w:r>
    </w:p>
    <w:p>
      <w:pPr>
        <w:spacing w:before="120" w:after="40"/>
      </w:pPr>
      <w:r>
        <w:rPr>
          <w:b/>
          <w:sz w:val="21"/>
        </w:rPr>
        <w:t>Ghi chú</w:t>
      </w:r>
    </w:p>
    <w:p>
      <w:pPr>
        <w:spacing w:after="80"/>
      </w:pPr>
      <w:r>
        <w:rPr>
          <w:b w:val="0"/>
          <w:i w:val="0"/>
        </w:rPr>
        <w:t>Nếu bạn đã cài sẵn một trình soạn thảo văn bản và biết cách cấu hình nó để chạy các chương trình Python, bạn hoàn toàn có thể dùng trình soạn thảo đó thay thế.</w:t>
      </w:r>
    </w:p>
    <w:p>
      <w:pPr>
        <w:pStyle w:val="Heading2"/>
      </w:pPr>
      <w:r>
        <w:rPr>
          <w:rFonts w:ascii="Calibri" w:hAnsi="Calibri"/>
          <w:b/>
          <w:i w:val="0"/>
          <w:sz w:val="32"/>
        </w:rPr>
        <w:t>Python trên các hệ điều hành khác nhau</w:t>
      </w:r>
    </w:p>
    <w:p>
      <w:pPr>
        <w:spacing w:after="80"/>
      </w:pPr>
      <w:r>
        <w:rPr>
          <w:b w:val="0"/>
          <w:i w:val="0"/>
        </w:rPr>
        <w:t>Python là một ngôn ngữ lập trình đa nền tảng (cross-platform), nghĩa là nó chạy được trên tất cả các hệ điều hành chính. Bất kỳ chương trình Python nào bạn viết cũng nên chạy được trên mọi máy tính hiện đại đã cài Python. Tuy nhiên, cách thiết lập Python trên các hệ điều hành khác nhau có đôi chút khác biệt.</w:t>
      </w:r>
    </w:p>
    <w:p>
      <w:pPr>
        <w:spacing w:after="80"/>
      </w:pPr>
      <w:r>
        <w:rPr>
          <w:b w:val="0"/>
          <w:i w:val="0"/>
        </w:rPr>
        <w:t>Trong phần này, bạn sẽ học cách thiết lập Python trên hệ thống của mình. Đầu tiên bạn sẽ kiểm tra xem hệ thống đã cài phiên bản Python gần đây chưa, và cài đặt nếu chưa có. Sau đó bạn sẽ cài VS Code. Đây là hai bước duy nhất khác nhau tùy theo từng hệ điều hành.</w:t>
      </w:r>
    </w:p>
    <w:p>
      <w:pPr>
        <w:spacing w:after="80"/>
      </w:pPr>
      <w:r>
        <w:rPr>
          <w:b w:val="0"/>
          <w:i w:val="0"/>
        </w:rPr>
        <w:t xml:space="preserve">Trong các phần tiếp theo, bạn sẽ chạy </w:t>
      </w:r>
      <w:r>
        <w:rPr>
          <w:b w:val="0"/>
          <w:i/>
        </w:rPr>
        <w:t>hello_world.py</w:t>
      </w:r>
      <w:r>
        <w:rPr>
          <w:b w:val="0"/>
          <w:i w:val="0"/>
        </w:rPr>
        <w:t xml:space="preserve"> và xử lý sự cố nếu có gì đó không hoạt động. Tôi sẽ hướng dẫn bạn từng bước cho mỗi hệ điều hành, để bạn có một môi trường lập trình Python đáng tin cậy.</w:t>
      </w:r>
    </w:p>
    <w:p>
      <w:pPr>
        <w:pStyle w:val="Heading3"/>
      </w:pPr>
      <w:r>
        <w:rPr>
          <w:rFonts w:ascii="Calibri" w:hAnsi="Calibri"/>
          <w:b/>
          <w:i w:val="0"/>
          <w:sz w:val="27"/>
        </w:rPr>
        <w:t>Python trên Windows</w:t>
      </w:r>
    </w:p>
    <w:p>
      <w:pPr>
        <w:spacing w:after="80"/>
      </w:pPr>
      <w:r>
        <w:rPr>
          <w:b w:val="0"/>
          <w:i w:val="0"/>
        </w:rPr>
        <w:t>Windows thường không có sẵn Python, nên bạn có thể sẽ cần cài nó rồi sau đó cài VS Code.</w:t>
      </w:r>
    </w:p>
    <w:p>
      <w:pPr>
        <w:pStyle w:val="Heading4"/>
      </w:pPr>
      <w:r>
        <w:rPr>
          <w:rFonts w:ascii="Calibri" w:hAnsi="Calibri"/>
          <w:b/>
          <w:i w:val="0"/>
          <w:sz w:val="24"/>
        </w:rPr>
        <w:t>Cài đặt Python</w:t>
      </w:r>
    </w:p>
    <w:p>
      <w:pPr>
        <w:spacing w:after="80"/>
      </w:pPr>
      <w:r>
        <w:rPr>
          <w:b w:val="0"/>
          <w:i w:val="0"/>
        </w:rPr>
        <w:t xml:space="preserve">Đầu tiên, hãy kiểm tra xem Python đã được cài trên hệ thống chưa. Mở cửa sổ lệnh bằng cách nhập </w:t>
      </w:r>
      <w:r>
        <w:rPr>
          <w:rFonts w:ascii="Consolas" w:hAnsi="Consolas"/>
          <w:b/>
          <w:i w:val="0"/>
          <w:sz w:val="20"/>
        </w:rPr>
        <w:t>command</w:t>
      </w:r>
      <w:r>
        <w:rPr>
          <w:b w:val="0"/>
          <w:i w:val="0"/>
        </w:rPr>
        <w:t xml:space="preserve"> vào menu Start và nhấp vào ứng dụng </w:t>
      </w:r>
      <w:r>
        <w:rPr>
          <w:b/>
          <w:i w:val="0"/>
        </w:rPr>
        <w:t>Command Prompt</w:t>
      </w:r>
      <w:r>
        <w:rPr>
          <w:b w:val="0"/>
          <w:i w:val="0"/>
        </w:rPr>
        <w:t xml:space="preserve">. Trong cửa sổ terminal, nhập </w:t>
      </w:r>
      <w:r>
        <w:rPr>
          <w:rFonts w:ascii="Consolas" w:hAnsi="Consolas"/>
          <w:b/>
          <w:i w:val="0"/>
          <w:sz w:val="20"/>
        </w:rPr>
        <w:t>python</w:t>
      </w:r>
      <w:r>
        <w:rPr>
          <w:b w:val="0"/>
          <w:i w:val="0"/>
        </w:rPr>
        <w:t xml:space="preserve"> bằng chữ thường. Nếu bạn nhận được dấu nhắc Python (</w:t>
      </w:r>
      <w:r>
        <w:rPr>
          <w:rFonts w:ascii="Consolas" w:hAnsi="Consolas"/>
          <w:b w:val="0"/>
          <w:i w:val="0"/>
          <w:sz w:val="20"/>
        </w:rPr>
        <w:t>&gt;&gt;&gt;</w:t>
      </w:r>
      <w:r>
        <w:rPr>
          <w:b w:val="0"/>
          <w:i w:val="0"/>
        </w:rPr>
        <w:t xml:space="preserve">), nghĩa là Python đã được cài trên hệ thống. Nếu bạn thấy thông báo lỗi báo rằng </w:t>
      </w:r>
      <w:r>
        <w:rPr>
          <w:rFonts w:ascii="Consolas" w:hAnsi="Consolas"/>
          <w:b w:val="0"/>
          <w:i w:val="0"/>
          <w:sz w:val="20"/>
        </w:rPr>
        <w:t>python</w:t>
      </w:r>
      <w:r>
        <w:rPr>
          <w:b w:val="0"/>
          <w:i w:val="0"/>
        </w:rPr>
        <w:t xml:space="preserve"> không phải là lệnh được nhận diện, hoặc nếu Microsoft Store tự mở ra, thì Python chưa được cài. Hãy đóng Microsoft Store nếu nó mở ra; tốt hơn là tải trình cài đặt chính thức thay vì dùng phiên bản của Microsoft.</w:t>
      </w:r>
    </w:p>
    <w:p>
      <w:pPr>
        <w:spacing w:after="80"/>
      </w:pPr>
      <w:r>
        <w:rPr>
          <w:b w:val="0"/>
          <w:i w:val="0"/>
        </w:rPr>
        <w:t>Nếu Python chưa được cài trên hệ thống, hoặc nếu bạn thấy phiên bản cũ hơn Python 3.9, bạn cần tải trình cài đặt Python cho Windows. Truy cập https://python.org và di chuột qua liên kết</w:t>
      </w:r>
      <w:r>
        <w:rPr>
          <w:b/>
          <w:i w:val="0"/>
        </w:rPr>
        <w:t xml:space="preserve"> Downloads</w:t>
      </w:r>
      <w:r>
        <w:rPr>
          <w:b w:val="0"/>
          <w:i w:val="0"/>
        </w:rPr>
        <w:t xml:space="preserve">. Bạn sẽ thấy một nút để tải phiên bản Python mới nhất. Nhấp vào nút đó, nó sẽ tự động bắt đầu tải trình cài đặt phù hợp cho hệ thống của bạn. Sau khi tải xong tệp, hãy chạy trình cài đặt. Nhớ chọn tùy chọn </w:t>
      </w:r>
      <w:r>
        <w:rPr>
          <w:b/>
          <w:i w:val="0"/>
        </w:rPr>
        <w:t>Add Python to PATH</w:t>
      </w:r>
      <w:r>
        <w:rPr>
          <w:b w:val="0"/>
          <w:i w:val="0"/>
        </w:rPr>
        <w:t>, điều này sẽ giúp cấu hình hệ thống của bạn đúng cách dễ dàng hơn. Hình 1-1 cho thấy tùy chọn này đã được chọn.</w:t>
      </w:r>
    </w:p>
    <w:p>
      <w:pPr>
        <w:jc w:val="center"/>
      </w:pPr>
      <w:r>
        <w:drawing>
          <wp:inline xmlns:a="http://schemas.openxmlformats.org/drawingml/2006/main" xmlns:pic="http://schemas.openxmlformats.org/drawingml/2006/picture">
            <wp:extent cx="4676775" cy="2876548"/>
            <wp:docPr id="6" name="Picture 6"/>
            <wp:cNvGraphicFramePr>
              <a:graphicFrameLocks noChangeAspect="1"/>
            </wp:cNvGraphicFramePr>
            <a:graphic>
              <a:graphicData uri="http://schemas.openxmlformats.org/drawingml/2006/picture">
                <pic:pic>
                  <pic:nvPicPr>
                    <pic:cNvPr id="0" name="image_rsrcBHG.jpg"/>
                    <pic:cNvPicPr/>
                  </pic:nvPicPr>
                  <pic:blipFill>
                    <a:blip r:embed="rId13"/>
                    <a:stretch>
                      <a:fillRect/>
                    </a:stretch>
                  </pic:blipFill>
                  <pic:spPr>
                    <a:xfrm>
                      <a:off x="0" y="0"/>
                      <a:ext cx="4676775" cy="2876548"/>
                    </a:xfrm>
                    <a:prstGeom prst="rect"/>
                  </pic:spPr>
                </pic:pic>
              </a:graphicData>
            </a:graphic>
          </wp:inline>
        </w:drawing>
      </w:r>
    </w:p>
    <w:p>
      <w:pPr>
        <w:spacing w:after="80"/>
      </w:pPr>
      <w:r>
        <w:rPr>
          <w:b w:val="0"/>
          <w:i w:val="0"/>
        </w:rPr>
        <w:t>Hình 1-1: Nhớ chọn hộp kiểm có nhãn Add Python to PATH.</w:t>
      </w:r>
    </w:p>
    <w:p>
      <w:pPr>
        <w:pStyle w:val="Heading4"/>
      </w:pPr>
      <w:r>
        <w:rPr>
          <w:rFonts w:ascii="Calibri" w:hAnsi="Calibri"/>
          <w:b/>
          <w:i w:val="0"/>
          <w:sz w:val="24"/>
        </w:rPr>
        <w:t>Chạy Python trong một phiên Terminal</w:t>
      </w:r>
    </w:p>
    <w:p>
      <w:pPr>
        <w:spacing w:after="80"/>
      </w:pPr>
      <w:r>
        <w:rPr>
          <w:b w:val="0"/>
          <w:i w:val="0"/>
        </w:rPr>
        <w:t xml:space="preserve">Mở một cửa sổ lệnh mới và nhập </w:t>
      </w:r>
      <w:r>
        <w:rPr>
          <w:rFonts w:ascii="Consolas" w:hAnsi="Consolas"/>
          <w:b/>
          <w:i w:val="0"/>
          <w:sz w:val="20"/>
        </w:rPr>
        <w:t>python</w:t>
      </w:r>
      <w:r>
        <w:rPr>
          <w:b w:val="0"/>
          <w:i w:val="0"/>
        </w:rPr>
        <w:t xml:space="preserve"> bằng chữ thường. Bạn sẽ thấy dấu nhắc Python (</w:t>
      </w:r>
      <w:r>
        <w:rPr>
          <w:rFonts w:ascii="Consolas" w:hAnsi="Consolas"/>
          <w:b w:val="0"/>
          <w:i w:val="0"/>
          <w:sz w:val="20"/>
        </w:rPr>
        <w:t>&gt;&gt;&gt;</w:t>
      </w:r>
      <w:r>
        <w:rPr>
          <w:b w:val="0"/>
          <w:i w:val="0"/>
        </w:rPr>
        <w:t>), nghĩa là Windows đã tìm thấy phiên bản Python bạn vừa cài.</w:t>
      </w:r>
    </w:p>
    <w:p>
      <w:pPr>
        <w:spacing w:after="0"/>
        <w:ind w:left="360"/>
        <w:shd w:val="clear" w:color="auto" w:fill="F2F2F2"/>
      </w:pPr>
      <w:r>
        <w:rPr>
          <w:rFonts w:ascii="Consolas" w:hAnsi="Consolas"/>
          <w:b w:val="0"/>
          <w:i w:val="0"/>
          <w:sz w:val="18"/>
        </w:rPr>
        <w:t xml:space="preserve">C:\&gt; </w:t>
      </w:r>
      <w:r>
        <w:rPr>
          <w:rFonts w:ascii="Consolas" w:hAnsi="Consolas"/>
          <w:b/>
          <w:i w:val="0"/>
          <w:sz w:val="18"/>
        </w:rPr>
        <w:t>python</w:t>
      </w:r>
    </w:p>
    <w:p>
      <w:pPr>
        <w:spacing w:after="0"/>
        <w:ind w:left="360"/>
        <w:shd w:val="clear" w:color="auto" w:fill="F2F2F2"/>
      </w:pPr>
      <w:r>
        <w:rPr>
          <w:rFonts w:ascii="Consolas" w:hAnsi="Consolas"/>
          <w:b w:val="0"/>
          <w:i w:val="0"/>
          <w:sz w:val="18"/>
        </w:rPr>
        <w:t>Python 3.</w:t>
      </w:r>
      <w:r>
        <w:rPr>
          <w:rFonts w:ascii="Consolas" w:hAnsi="Consolas"/>
          <w:b w:val="0"/>
          <w:i/>
          <w:sz w:val="18"/>
        </w:rPr>
        <w:t>x</w:t>
      </w:r>
      <w:r>
        <w:rPr>
          <w:rFonts w:ascii="Consolas" w:hAnsi="Consolas"/>
          <w:b w:val="0"/>
          <w:i w:val="0"/>
          <w:sz w:val="18"/>
        </w:rPr>
        <w:t>.</w:t>
      </w:r>
      <w:r>
        <w:rPr>
          <w:rFonts w:ascii="Consolas" w:hAnsi="Consolas"/>
          <w:b w:val="0"/>
          <w:i/>
          <w:sz w:val="18"/>
        </w:rPr>
        <w:t>x</w:t>
      </w:r>
      <w:r>
        <w:rPr>
          <w:rFonts w:ascii="Consolas" w:hAnsi="Consolas"/>
          <w:b w:val="0"/>
          <w:i w:val="0"/>
          <w:sz w:val="18"/>
        </w:rPr>
        <w:t xml:space="preserve"> (main, Jun . . . , 13:29:14) [MSC v.1932 64 bit (AMD64)] on win32</w:t>
      </w:r>
    </w:p>
    <w:p>
      <w:pPr>
        <w:spacing w:after="0"/>
        <w:ind w:left="360"/>
        <w:shd w:val="clear" w:color="auto" w:fill="F2F2F2"/>
      </w:pPr>
      <w:r>
        <w:rPr>
          <w:rFonts w:ascii="Consolas" w:hAnsi="Consolas"/>
          <w:b w:val="0"/>
          <w:i w:val="0"/>
          <w:sz w:val="18"/>
        </w:rPr>
        <w:t>Type "help", "copyright", "credits" or "license" for more information.</w:t>
      </w:r>
    </w:p>
    <w:p>
      <w:pPr>
        <w:spacing w:after="0"/>
        <w:ind w:left="360"/>
        <w:shd w:val="clear" w:color="auto" w:fill="F2F2F2"/>
      </w:pPr>
      <w:r>
        <w:rPr>
          <w:rFonts w:ascii="Consolas" w:hAnsi="Consolas"/>
          <w:b w:val="0"/>
          <w:i w:val="0"/>
          <w:sz w:val="18"/>
        </w:rPr>
        <w:t>&gt;&gt;&gt;</w:t>
      </w:r>
    </w:p>
    <w:p>
      <w:pPr>
        <w:spacing w:after="40"/>
      </w:pPr>
    </w:p>
    <w:p>
      <w:pPr>
        <w:spacing w:before="120" w:after="40"/>
      </w:pPr>
      <w:r>
        <w:rPr>
          <w:b/>
          <w:sz w:val="21"/>
        </w:rPr>
        <w:t>Ghi chú</w:t>
      </w:r>
    </w:p>
    <w:p>
      <w:pPr>
        <w:spacing w:after="80"/>
      </w:pPr>
      <w:r>
        <w:rPr>
          <w:b w:val="0"/>
          <w:i w:val="0"/>
        </w:rPr>
        <w:t>Nếu bạn không thấy kết quả này hoặc kết quả tương tự, hãy xem hướng dẫn thiết lập chi tiết hơn trong Phụ lục A.</w:t>
      </w:r>
    </w:p>
    <w:p>
      <w:pPr>
        <w:spacing w:after="80"/>
      </w:pPr>
      <w:r>
        <w:rPr>
          <w:b w:val="0"/>
          <w:i w:val="0"/>
        </w:rPr>
        <w:t>Nhập dòng sau vào phiên Python của bạn: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print("Hello Python interpreter!")</w:t>
      </w:r>
    </w:p>
    <w:p>
      <w:pPr>
        <w:spacing w:after="0"/>
        <w:ind w:left="360"/>
        <w:shd w:val="clear" w:color="auto" w:fill="F2F2F2"/>
      </w:pPr>
      <w:r>
        <w:rPr>
          <w:rFonts w:ascii="Consolas" w:hAnsi="Consolas"/>
          <w:b w:val="0"/>
          <w:i w:val="0"/>
          <w:sz w:val="18"/>
        </w:rPr>
        <w:t>Hello Python interpreter!</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Bạn sẽ thấy kết quả </w:t>
      </w:r>
      <w:r>
        <w:rPr>
          <w:rFonts w:ascii="Consolas" w:hAnsi="Consolas"/>
          <w:b w:val="0"/>
          <w:i w:val="0"/>
          <w:sz w:val="20"/>
        </w:rPr>
        <w:t>Hello Python interpreter!</w:t>
      </w:r>
      <w:r>
        <w:rPr>
          <w:b w:val="0"/>
          <w:i w:val="0"/>
        </w:rPr>
        <w:t xml:space="preserve"> Bất cứ khi nào bạn muốn chạy một đoạn mã Python, hãy mở cửa sổ dòng lệnh và khởi động một phiên terminal Python. Để đóng phiên terminal, nhấn CTRL-Z rồi nhấn ENTER, hoặc nhập lệnh </w:t>
      </w:r>
      <w:r>
        <w:rPr>
          <w:rFonts w:ascii="Consolas" w:hAnsi="Consolas"/>
          <w:b/>
          <w:i w:val="0"/>
          <w:sz w:val="20"/>
        </w:rPr>
        <w:t>exit()</w:t>
      </w:r>
      <w:r>
        <w:rPr>
          <w:b w:val="0"/>
          <w:i w:val="0"/>
        </w:rPr>
        <w:t>.</w:t>
      </w:r>
    </w:p>
    <w:p>
      <w:pPr>
        <w:pStyle w:val="Heading4"/>
      </w:pPr>
      <w:r>
        <w:rPr>
          <w:rFonts w:ascii="Calibri" w:hAnsi="Calibri"/>
          <w:b/>
          <w:i w:val="0"/>
          <w:sz w:val="24"/>
        </w:rPr>
        <w:t>Cài đặt VS Code</w:t>
      </w:r>
    </w:p>
    <w:p>
      <w:pPr>
        <w:spacing w:after="80"/>
      </w:pPr>
      <w:r>
        <w:rPr>
          <w:b w:val="0"/>
          <w:i w:val="0"/>
        </w:rPr>
        <w:t xml:space="preserve">Bạn có thể tải trình cài đặt cho VS Code tại https://code.visualstudio.com. Nhấp vào nút </w:t>
      </w:r>
      <w:r>
        <w:rPr>
          <w:b/>
          <w:i w:val="0"/>
        </w:rPr>
        <w:t>Download for Windows</w:t>
      </w:r>
      <w:r>
        <w:rPr>
          <w:b w:val="0"/>
          <w:i w:val="0"/>
        </w:rPr>
        <w:t xml:space="preserve"> và chạy trình cài đặt. Bỏ qua các phần tiếp theo về macOS và Linux, và làm theo các bước trong "Chạy chương trình Hello World" ở trang 9.</w:t>
      </w:r>
    </w:p>
    <w:p>
      <w:pPr>
        <w:pStyle w:val="Heading3"/>
      </w:pPr>
      <w:r>
        <w:rPr>
          <w:rFonts w:ascii="Calibri" w:hAnsi="Calibri"/>
          <w:b/>
          <w:i w:val="0"/>
          <w:sz w:val="27"/>
        </w:rPr>
        <w:t>Python trên macOS</w:t>
      </w:r>
    </w:p>
    <w:p>
      <w:pPr>
        <w:spacing w:after="80"/>
      </w:pPr>
      <w:r>
        <w:rPr>
          <w:b w:val="0"/>
          <w:i w:val="0"/>
        </w:rPr>
        <w:t>Python không được cài đặt sẵn trên các phiên bản macOS mới nhất, nên bạn cần cài đặt nó nếu chưa làm. Trong phần này, bạn sẽ cài đặt phiên bản Python mới nhất, sau đó cài VS Code và đảm bảo nó được cấu hình đúng.</w:t>
      </w:r>
    </w:p>
    <w:p>
      <w:pPr>
        <w:spacing w:before="120" w:after="40"/>
      </w:pPr>
      <w:r>
        <w:rPr>
          <w:b/>
          <w:sz w:val="21"/>
        </w:rPr>
        <w:t>Ghi chú</w:t>
      </w:r>
    </w:p>
    <w:p>
      <w:pPr>
        <w:spacing w:after="80"/>
      </w:pPr>
      <w:r>
        <w:rPr>
          <w:b w:val="0"/>
          <w:i w:val="0"/>
        </w:rPr>
        <w:t>Python 2 từng được bao gồm trên các phiên bản macOS cũ hơn, nhưng đó là phiên bản lỗi thời mà bạn không nên dùng.</w:t>
      </w:r>
    </w:p>
    <w:p>
      <w:pPr>
        <w:pStyle w:val="Heading4"/>
      </w:pPr>
      <w:r>
        <w:rPr>
          <w:rFonts w:ascii="Calibri" w:hAnsi="Calibri"/>
          <w:b/>
          <w:i w:val="0"/>
          <w:sz w:val="24"/>
        </w:rPr>
        <w:t>Kiểm tra xem Python 3 đã được cài đặt chưa</w:t>
      </w:r>
    </w:p>
    <w:p>
      <w:pPr>
        <w:spacing w:after="80"/>
      </w:pPr>
      <w:r>
        <w:rPr>
          <w:b w:val="0"/>
          <w:i w:val="0"/>
        </w:rPr>
        <w:t xml:space="preserve">Mở cửa sổ terminal bằng cách vào </w:t>
      </w:r>
      <w:r>
        <w:rPr>
          <w:b/>
          <w:i w:val="0"/>
        </w:rPr>
        <w:t>Applications</w:t>
      </w:r>
      <w:r>
        <w:rPr>
          <w:b w:val="0"/>
          <w:i w:val="0"/>
        </w:rPr>
        <w:t>▶</w:t>
      </w:r>
      <w:r>
        <w:rPr>
          <w:b/>
          <w:i w:val="0"/>
        </w:rPr>
        <w:t>Utilities</w:t>
      </w:r>
      <w:r>
        <w:rPr>
          <w:b w:val="0"/>
          <w:i w:val="0"/>
        </w:rPr>
        <w:t>▶</w:t>
      </w:r>
      <w:r>
        <w:rPr>
          <w:b/>
          <w:i w:val="0"/>
        </w:rPr>
        <w:t>Terminal</w:t>
      </w:r>
      <w:r>
        <w:rPr>
          <w:b w:val="0"/>
          <w:i w:val="0"/>
        </w:rPr>
        <w:t xml:space="preserve">. Bạn cũng có thể nhấn ⌘-spacebar, gõ </w:t>
      </w:r>
      <w:r>
        <w:rPr>
          <w:rFonts w:ascii="Consolas" w:hAnsi="Consolas"/>
          <w:b/>
          <w:i w:val="0"/>
          <w:sz w:val="20"/>
        </w:rPr>
        <w:t>terminal</w:t>
      </w:r>
      <w:r>
        <w:rPr>
          <w:b w:val="0"/>
          <w:i w:val="0"/>
        </w:rPr>
        <w:t xml:space="preserve">, rồi nhấn ENTER. Để xem bạn đã cài đặt phiên bản Python đủ mới chưa, nhập </w:t>
      </w:r>
      <w:r>
        <w:rPr>
          <w:rFonts w:ascii="Consolas" w:hAnsi="Consolas"/>
          <w:b/>
          <w:i w:val="0"/>
          <w:sz w:val="20"/>
        </w:rPr>
        <w:t>python3</w:t>
      </w:r>
      <w:r>
        <w:rPr>
          <w:b w:val="0"/>
          <w:i w:val="0"/>
        </w:rPr>
        <w:t xml:space="preserve">. Bạn rất có thể sẽ thấy thông báo về việc cài đặt </w:t>
      </w:r>
      <w:r>
        <w:rPr>
          <w:b w:val="0"/>
          <w:i/>
        </w:rPr>
        <w:t>command line developer tools</w:t>
      </w:r>
      <w:r>
        <w:rPr>
          <w:b w:val="0"/>
          <w:i w:val="0"/>
        </w:rPr>
        <w:t>. Tốt hơn là nên cài đặt các công cụ này sau khi cài Python, nên nếu thông báo này xuất hiện, hãy hủy cửa sổ bật lên.</w:t>
      </w:r>
    </w:p>
    <w:p>
      <w:pPr>
        <w:spacing w:after="80"/>
      </w:pPr>
      <w:r>
        <w:rPr>
          <w:b w:val="0"/>
          <w:i w:val="0"/>
        </w:rPr>
        <w:t>Nếu kết quả hiển thị cho thấy bạn đã cài đặt Python 3.9 hoặc phiên bản mới hơn, bạn có thể bỏ qua phần tiếp theo và chuyển đến "Chạy Python trong phiên terminal." Nếu bạn thấy bất kỳ phiên bản nào cũ hơn Python 3.9, hãy làm theo hướng dẫn trong phần tiếp theo để cài đặt phiên bản mới nhất.</w:t>
      </w:r>
    </w:p>
    <w:p>
      <w:pPr>
        <w:spacing w:after="80"/>
      </w:pPr>
      <w:r>
        <w:rPr>
          <w:b w:val="0"/>
          <w:i w:val="0"/>
        </w:rPr>
        <w:t xml:space="preserve">Lưu ý rằng trên macOS, mỗi khi bạn thấy lệnh </w:t>
      </w:r>
      <w:r>
        <w:rPr>
          <w:rFonts w:ascii="Consolas" w:hAnsi="Consolas"/>
          <w:b w:val="0"/>
          <w:i w:val="0"/>
          <w:sz w:val="20"/>
        </w:rPr>
        <w:t>python</w:t>
      </w:r>
      <w:r>
        <w:rPr>
          <w:b w:val="0"/>
          <w:i w:val="0"/>
        </w:rPr>
        <w:t xml:space="preserve"> trong cuốn sách này, bạn cần dùng lệnh </w:t>
      </w:r>
      <w:r>
        <w:rPr>
          <w:rFonts w:ascii="Consolas" w:hAnsi="Consolas"/>
          <w:b w:val="0"/>
          <w:i w:val="0"/>
          <w:sz w:val="20"/>
        </w:rPr>
        <w:t>python3</w:t>
      </w:r>
      <w:r>
        <w:rPr>
          <w:b w:val="0"/>
          <w:i w:val="0"/>
        </w:rPr>
        <w:t xml:space="preserve"> thay thế để đảm bảo bạn đang dùng Python 3. Trên hầu hết các hệ thống macOS, lệnh </w:t>
      </w:r>
      <w:r>
        <w:rPr>
          <w:rFonts w:ascii="Consolas" w:hAnsi="Consolas"/>
          <w:b w:val="0"/>
          <w:i w:val="0"/>
          <w:sz w:val="20"/>
        </w:rPr>
        <w:t>python</w:t>
      </w:r>
      <w:r>
        <w:rPr>
          <w:b w:val="0"/>
          <w:i w:val="0"/>
        </w:rPr>
        <w:t xml:space="preserve"> hoặc trỏ đến một phiên bản Python lỗi thời chỉ nên được dùng bởi các công cụ hệ thống nội bộ, hoặc không trỏ đến gì cả và tạo ra thông báo lỗi.</w:t>
      </w:r>
    </w:p>
    <w:p>
      <w:pPr>
        <w:pStyle w:val="Heading4"/>
      </w:pPr>
      <w:r>
        <w:rPr>
          <w:rFonts w:ascii="Calibri" w:hAnsi="Calibri"/>
          <w:b/>
          <w:i w:val="0"/>
          <w:sz w:val="24"/>
        </w:rPr>
        <w:t>Cài đặt phiên bản Python mới nhất</w:t>
      </w:r>
    </w:p>
    <w:p>
      <w:pPr>
        <w:spacing w:after="80"/>
      </w:pPr>
      <w:r>
        <w:rPr>
          <w:b w:val="0"/>
          <w:i w:val="0"/>
        </w:rPr>
        <w:t xml:space="preserve">Bạn có thể tìm trình cài đặt Python cho hệ thống của mình tại https://python.org. Di chuột qua liên kết </w:t>
      </w:r>
      <w:r>
        <w:rPr>
          <w:b/>
          <w:i w:val="0"/>
        </w:rPr>
        <w:t>Download</w:t>
      </w:r>
      <w:r>
        <w:rPr>
          <w:b w:val="0"/>
          <w:i w:val="0"/>
        </w:rPr>
        <w:t>, và bạn sẽ thấy một nút để tải phiên bản Python mới nhất. Nhấp vào nút đó, nó sẽ tự động bắt đầu tải trình cài đặt phù hợp cho hệ thống của bạn. Sau khi tệp tải xong, hãy chạy trình cài đặt.</w:t>
      </w:r>
    </w:p>
    <w:p>
      <w:pPr>
        <w:spacing w:after="80"/>
      </w:pPr>
      <w:r>
        <w:rPr>
          <w:b w:val="0"/>
          <w:i w:val="0"/>
        </w:rPr>
        <w:t xml:space="preserve">Sau khi trình cài đặt chạy, một cửa sổ Finder sẽ xuất hiện. Nhấp đúp vào tệp </w:t>
      </w:r>
      <w:r>
        <w:rPr>
          <w:b w:val="0"/>
          <w:i/>
        </w:rPr>
        <w:t>Install Certificates.command</w:t>
      </w:r>
      <w:r>
        <w:rPr>
          <w:b w:val="0"/>
          <w:i w:val="0"/>
        </w:rPr>
        <w:t>. Chạy tệp này sẽ cho phép bạn cài đặt các thư viện bổ sung mà bạn cần cho các dự án thực tế dễ dàng hơn, bao gồm cả các dự án trong nửa sau của cuốn sách này.</w:t>
      </w:r>
    </w:p>
    <w:p>
      <w:pPr>
        <w:pStyle w:val="Heading4"/>
      </w:pPr>
      <w:r>
        <w:rPr>
          <w:rFonts w:ascii="Calibri" w:hAnsi="Calibri"/>
          <w:b/>
          <w:i w:val="0"/>
          <w:sz w:val="24"/>
        </w:rPr>
        <w:t>Chạy Python trong phiên Terminal</w:t>
      </w:r>
    </w:p>
    <w:p>
      <w:pPr>
        <w:spacing w:after="80"/>
      </w:pPr>
      <w:r>
        <w:rPr>
          <w:b w:val="0"/>
          <w:i w:val="0"/>
        </w:rPr>
        <w:t xml:space="preserve">Bây giờ bạn có thể thử chạy các đoạn mã Python bằng cách mở một cửa sổ terminal mới và gõ </w:t>
      </w:r>
      <w:r>
        <w:rPr>
          <w:rFonts w:ascii="Consolas" w:hAnsi="Consolas"/>
          <w:b/>
          <w:i w:val="0"/>
          <w:sz w:val="20"/>
        </w:rPr>
        <w:t>python3</w:t>
      </w:r>
      <w:r>
        <w:rPr>
          <w:b w:val="0"/>
          <w:i w:val="0"/>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python3</w:t>
      </w:r>
    </w:p>
    <w:p>
      <w:pPr>
        <w:spacing w:after="0"/>
        <w:ind w:left="360"/>
        <w:shd w:val="clear" w:color="auto" w:fill="F2F2F2"/>
      </w:pPr>
      <w:r>
        <w:rPr>
          <w:rFonts w:ascii="Consolas" w:hAnsi="Consolas"/>
          <w:b w:val="0"/>
          <w:i w:val="0"/>
          <w:sz w:val="18"/>
        </w:rPr>
        <w:t>Python 3.</w:t>
      </w:r>
      <w:r>
        <w:rPr>
          <w:rFonts w:ascii="Consolas" w:hAnsi="Consolas"/>
          <w:b w:val="0"/>
          <w:i/>
          <w:sz w:val="18"/>
        </w:rPr>
        <w:t>x</w:t>
      </w:r>
      <w:r>
        <w:rPr>
          <w:rFonts w:ascii="Consolas" w:hAnsi="Consolas"/>
          <w:b w:val="0"/>
          <w:i w:val="0"/>
          <w:sz w:val="18"/>
        </w:rPr>
        <w:t>.</w:t>
      </w:r>
      <w:r>
        <w:rPr>
          <w:rFonts w:ascii="Consolas" w:hAnsi="Consolas"/>
          <w:b w:val="0"/>
          <w:i/>
          <w:sz w:val="18"/>
        </w:rPr>
        <w:t>x</w:t>
      </w:r>
      <w:r>
        <w:rPr>
          <w:rFonts w:ascii="Consolas" w:hAnsi="Consolas"/>
          <w:b w:val="0"/>
          <w:i w:val="0"/>
          <w:sz w:val="18"/>
        </w:rPr>
        <w:t xml:space="preserve"> (v3.11.0:eb0004c271, Jun . . . , 10:03:01)</w:t>
      </w:r>
    </w:p>
    <w:p>
      <w:pPr>
        <w:spacing w:after="0"/>
        <w:ind w:left="360"/>
        <w:shd w:val="clear" w:color="auto" w:fill="F2F2F2"/>
      </w:pPr>
      <w:r>
        <w:rPr>
          <w:rFonts w:ascii="Consolas" w:hAnsi="Consolas"/>
          <w:b w:val="0"/>
          <w:i w:val="0"/>
          <w:sz w:val="18"/>
        </w:rPr>
        <w:t>[Clang 13.0.0 (clang-1300.0.29.30)] on darwin</w:t>
      </w:r>
    </w:p>
    <w:p>
      <w:pPr>
        <w:spacing w:after="0"/>
        <w:ind w:left="360"/>
        <w:shd w:val="clear" w:color="auto" w:fill="F2F2F2"/>
      </w:pPr>
      <w:r>
        <w:rPr>
          <w:rFonts w:ascii="Consolas" w:hAnsi="Consolas"/>
          <w:b w:val="0"/>
          <w:i w:val="0"/>
          <w:sz w:val="18"/>
        </w:rPr>
        <w:t>Type "help", "copyright", "credits" or "license" for more information.</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Lệnh này sẽ khởi động một phiên terminal Python. Bạn sẽ thấy dấu nhắc Python (</w:t>
      </w:r>
      <w:r>
        <w:rPr>
          <w:rFonts w:ascii="Consolas" w:hAnsi="Consolas"/>
          <w:b w:val="0"/>
          <w:i w:val="0"/>
          <w:sz w:val="20"/>
        </w:rPr>
        <w:t>&gt;&gt;&gt;</w:t>
      </w:r>
      <w:r>
        <w:rPr>
          <w:b w:val="0"/>
          <w:i w:val="0"/>
        </w:rPr>
        <w:t>), nghĩa là macOS đã tìm thấy phiên bản Python mà bạn vừa cài đặt.</w:t>
      </w:r>
    </w:p>
    <w:p>
      <w:pPr>
        <w:spacing w:after="80"/>
      </w:pPr>
      <w:r>
        <w:rPr>
          <w:b w:val="0"/>
          <w:i w:val="0"/>
        </w:rPr>
        <w:t>Nhập dòng sau vào phiên terminal: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print("Hello Python interpreter!")</w:t>
      </w:r>
    </w:p>
    <w:p>
      <w:pPr>
        <w:spacing w:after="0"/>
        <w:ind w:left="360"/>
        <w:shd w:val="clear" w:color="auto" w:fill="F2F2F2"/>
      </w:pPr>
      <w:r>
        <w:rPr>
          <w:rFonts w:ascii="Consolas" w:hAnsi="Consolas"/>
          <w:b w:val="0"/>
          <w:i w:val="0"/>
          <w:sz w:val="18"/>
        </w:rPr>
        <w:t>Hello Python interpreter!</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Bạn sẽ thấy thông báo </w:t>
      </w:r>
      <w:r>
        <w:rPr>
          <w:rFonts w:ascii="Consolas" w:hAnsi="Consolas"/>
          <w:b w:val="0"/>
          <w:i w:val="0"/>
          <w:sz w:val="20"/>
        </w:rPr>
        <w:t>Hello Python interpreter!</w:t>
      </w:r>
      <w:r>
        <w:rPr>
          <w:b w:val="0"/>
          <w:i w:val="0"/>
        </w:rPr>
        <w:t xml:space="preserve">, được in trực tiếp ngay trong cửa sổ terminal hiện tại. Bạn có thể đóng trình thông dịch Python bằng cách nhấn CTRL-D hoặc nhập lệnh </w:t>
      </w:r>
      <w:r>
        <w:rPr>
          <w:rFonts w:ascii="Consolas" w:hAnsi="Consolas"/>
          <w:b/>
          <w:i w:val="0"/>
          <w:sz w:val="20"/>
        </w:rPr>
        <w:t>exit()</w:t>
      </w:r>
      <w:r>
        <w:rPr>
          <w:b w:val="0"/>
          <w:i w:val="0"/>
        </w:rPr>
        <w:t>.</w:t>
      </w:r>
    </w:p>
    <w:p>
      <w:pPr>
        <w:spacing w:before="120" w:after="40"/>
      </w:pPr>
      <w:r>
        <w:rPr>
          <w:b/>
          <w:sz w:val="21"/>
        </w:rPr>
        <w:t>Ghi chú</w:t>
      </w:r>
    </w:p>
    <w:p>
      <w:pPr>
        <w:spacing w:after="80"/>
      </w:pPr>
      <w:r>
        <w:rPr>
          <w:b w:val="0"/>
          <w:i w:val="0"/>
        </w:rPr>
        <w:t>Trên các hệ thống macOS mới hơn, bạn sẽ thấy dấu phần trăm (</w:t>
      </w:r>
      <w:r>
        <w:rPr>
          <w:rFonts w:ascii="Consolas" w:hAnsi="Consolas"/>
          <w:b w:val="0"/>
          <w:i w:val="0"/>
          <w:sz w:val="20"/>
        </w:rPr>
        <w:t>%</w:t>
      </w:r>
      <w:r>
        <w:rPr>
          <w:b w:val="0"/>
          <w:i w:val="0"/>
        </w:rPr>
        <w:t>) làm dấu nhắc terminal thay vì dấu đô la (</w:t>
      </w:r>
      <w:r>
        <w:rPr>
          <w:rFonts w:ascii="Consolas" w:hAnsi="Consolas"/>
          <w:b w:val="0"/>
          <w:i w:val="0"/>
          <w:sz w:val="20"/>
        </w:rPr>
        <w:t>$</w:t>
      </w:r>
      <w:r>
        <w:rPr>
          <w:b w:val="0"/>
          <w:i w:val="0"/>
        </w:rPr>
        <w:t>).</w:t>
      </w:r>
    </w:p>
    <w:p>
      <w:pPr>
        <w:pStyle w:val="Heading4"/>
      </w:pPr>
      <w:r>
        <w:rPr>
          <w:rFonts w:ascii="Calibri" w:hAnsi="Calibri"/>
          <w:b/>
          <w:i w:val="0"/>
          <w:sz w:val="24"/>
        </w:rPr>
        <w:t>Cài đặt VS Code</w:t>
      </w:r>
    </w:p>
    <w:p>
      <w:pPr>
        <w:spacing w:after="80"/>
      </w:pPr>
      <w:r>
        <w:rPr>
          <w:b w:val="0"/>
          <w:i w:val="0"/>
        </w:rPr>
        <w:t xml:space="preserve">Để cài đặt trình soạn thảo VS Code, bạn cần tải trình cài đặt tại https://code.visualstudio.com. Nhấp vào nút </w:t>
      </w:r>
      <w:r>
        <w:rPr>
          <w:b/>
          <w:i w:val="0"/>
        </w:rPr>
        <w:t>Download</w:t>
      </w:r>
      <w:r>
        <w:rPr>
          <w:b w:val="0"/>
          <w:i w:val="0"/>
        </w:rPr>
        <w:t xml:space="preserve">, sau đó mở cửa sổ </w:t>
      </w:r>
      <w:r>
        <w:rPr>
          <w:b/>
          <w:i w:val="0"/>
        </w:rPr>
        <w:t>Finder</w:t>
      </w:r>
      <w:r>
        <w:rPr>
          <w:b w:val="0"/>
          <w:i w:val="0"/>
        </w:rPr>
        <w:t xml:space="preserve"> và vào thư mục </w:t>
      </w:r>
      <w:r>
        <w:rPr>
          <w:b/>
          <w:i w:val="0"/>
        </w:rPr>
        <w:t>Downloads</w:t>
      </w:r>
      <w:r>
        <w:rPr>
          <w:b w:val="0"/>
          <w:i w:val="0"/>
        </w:rPr>
        <w:t xml:space="preserve">. Kéo trình cài đặt </w:t>
      </w:r>
      <w:r>
        <w:rPr>
          <w:b/>
          <w:i w:val="0"/>
        </w:rPr>
        <w:t>Visual Studio Code</w:t>
      </w:r>
      <w:r>
        <w:rPr>
          <w:b w:val="0"/>
          <w:i w:val="0"/>
        </w:rPr>
        <w:t xml:space="preserve"> vào thư mục Applications của bạn, rồi nhấp đúp vào trình cài đặt để chạy nó.</w:t>
      </w:r>
    </w:p>
    <w:p>
      <w:pPr>
        <w:spacing w:after="80"/>
      </w:pPr>
      <w:r>
        <w:rPr>
          <w:b w:val="0"/>
          <w:i w:val="0"/>
        </w:rPr>
        <w:t>Bỏ qua phần tiếp theo về Python trên Linux, và làm theo các bước trong "Chạy chương trình Hello World" ở trang 9.</w:t>
      </w:r>
    </w:p>
    <w:p>
      <w:pPr>
        <w:pStyle w:val="Heading3"/>
      </w:pPr>
      <w:r>
        <w:rPr>
          <w:rFonts w:ascii="Calibri" w:hAnsi="Calibri"/>
          <w:b/>
          <w:i w:val="0"/>
          <w:sz w:val="27"/>
        </w:rPr>
        <w:t>Python trên Linux</w:t>
      </w:r>
    </w:p>
    <w:p>
      <w:pPr>
        <w:spacing w:after="80"/>
      </w:pPr>
      <w:r>
        <w:rPr>
          <w:b w:val="0"/>
          <w:i w:val="0"/>
        </w:rPr>
        <w:t>Các hệ thống Linux được thiết kế để lập trình, nên Python đã được cài đặt sẵn trên hầu hết máy tính Linux. Những người viết và duy trì Linux mong đợi bạn sẽ tự lập trình vào một lúc nào đó, và khuyến khích bạn làm điều đó. Vì lý do này, có rất ít thứ cần cài đặt và chỉ cần thay đổi vài cài đặt để bắt đầu lập trình.</w:t>
      </w:r>
    </w:p>
    <w:p>
      <w:pPr>
        <w:pStyle w:val="Heading4"/>
      </w:pPr>
      <w:r>
        <w:rPr>
          <w:rFonts w:ascii="Calibri" w:hAnsi="Calibri"/>
          <w:b/>
          <w:i w:val="0"/>
          <w:sz w:val="24"/>
        </w:rPr>
        <w:t>Kiểm tra phiên bản Python của bạn</w:t>
      </w:r>
    </w:p>
    <w:p>
      <w:pPr>
        <w:spacing w:after="80"/>
      </w:pPr>
      <w:r>
        <w:rPr>
          <w:b w:val="0"/>
          <w:i w:val="0"/>
        </w:rPr>
        <w:t xml:space="preserve">Mở một cửa sổ terminal bằng cách chạy ứng dụng Terminal trên hệ thống của bạn (trong Ubuntu, bạn có thể nhấn CTRL-ALT-T). Để biết phiên bản Python nào đã được cài đặt, hãy nhập </w:t>
      </w:r>
      <w:r>
        <w:rPr>
          <w:rFonts w:ascii="Consolas" w:hAnsi="Consolas"/>
          <w:b/>
          <w:i w:val="0"/>
          <w:sz w:val="20"/>
        </w:rPr>
        <w:t>python3</w:t>
      </w:r>
      <w:r>
        <w:rPr>
          <w:b w:val="0"/>
          <w:i w:val="0"/>
        </w:rPr>
        <w:t xml:space="preserve"> với chữ </w:t>
      </w:r>
      <w:r>
        <w:rPr>
          <w:b w:val="0"/>
          <w:i/>
        </w:rPr>
        <w:t>p</w:t>
      </w:r>
      <w:r>
        <w:rPr>
          <w:b w:val="0"/>
          <w:i w:val="0"/>
        </w:rPr>
        <w:t xml:space="preserve"> viết thường. Khi Python đã được cài đặt, lệnh này sẽ khởi động trình thông dịch Python. Bạn sẽ thấy kết quả cho biết phiên bản Python nào đã được cài đặt. Bạn cũng sẽ thấy dấu nhắc Python (</w:t>
      </w:r>
      <w:r>
        <w:rPr>
          <w:rFonts w:ascii="Consolas" w:hAnsi="Consolas"/>
          <w:b w:val="0"/>
          <w:i w:val="0"/>
          <w:sz w:val="20"/>
        </w:rPr>
        <w:t>&gt;&gt;&gt;</w:t>
      </w:r>
      <w:r>
        <w:rPr>
          <w:b w:val="0"/>
          <w:i w:val="0"/>
        </w:rPr>
        <w:t>) nơi bạn có thể bắt đầu nhập các lệnh Python:</w:t>
      </w:r>
    </w:p>
    <w:p>
      <w:pPr>
        <w:spacing w:after="0"/>
        <w:ind w:left="360"/>
        <w:shd w:val="clear" w:color="auto" w:fill="F2F2F2"/>
      </w:pPr>
      <w:r>
        <w:rPr>
          <w:rFonts w:ascii="Consolas" w:hAnsi="Consolas"/>
          <w:b w:val="0"/>
          <w:i w:val="0"/>
          <w:sz w:val="18"/>
        </w:rPr>
        <w:t xml:space="preserve">$ </w:t>
      </w:r>
      <w:r>
        <w:rPr>
          <w:rFonts w:ascii="Consolas" w:hAnsi="Consolas"/>
          <w:b/>
          <w:i w:val="0"/>
          <w:sz w:val="18"/>
        </w:rPr>
        <w:t>python3</w:t>
      </w:r>
    </w:p>
    <w:p>
      <w:pPr>
        <w:spacing w:after="0"/>
        <w:ind w:left="360"/>
        <w:shd w:val="clear" w:color="auto" w:fill="F2F2F2"/>
      </w:pPr>
      <w:r>
        <w:rPr>
          <w:rFonts w:ascii="Consolas" w:hAnsi="Consolas"/>
          <w:b w:val="0"/>
          <w:i w:val="0"/>
          <w:sz w:val="18"/>
        </w:rPr>
        <w:t>Python 3.10.4 (main, Apr  . . . , 09:04:19) [GCC 11.2.0] on linux</w:t>
      </w:r>
    </w:p>
    <w:p>
      <w:pPr>
        <w:spacing w:after="0"/>
        <w:ind w:left="360"/>
        <w:shd w:val="clear" w:color="auto" w:fill="F2F2F2"/>
      </w:pPr>
      <w:r>
        <w:rPr>
          <w:rFonts w:ascii="Consolas" w:hAnsi="Consolas"/>
          <w:b w:val="0"/>
          <w:i w:val="0"/>
          <w:sz w:val="18"/>
        </w:rPr>
        <w:t>Type "help", "copyright", "credits" or "license" for more information.</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Kết quả này cho thấy Python 3.10.4 hiện đang là phiên bản Python mặc định được cài đặt trên máy tính này. Khi bạn đã thấy kết quả này, hãy nhấn CTRL-D hoặc nhập </w:t>
      </w:r>
      <w:r>
        <w:rPr>
          <w:rFonts w:ascii="Consolas" w:hAnsi="Consolas"/>
          <w:b/>
          <w:i w:val="0"/>
          <w:sz w:val="20"/>
        </w:rPr>
        <w:t>exit()</w:t>
      </w:r>
      <w:r>
        <w:rPr>
          <w:b w:val="0"/>
          <w:i w:val="0"/>
        </w:rPr>
        <w:t xml:space="preserve"> để thoát khỏi dấu nhắc Python và quay lại dấu nhắc terminal. Mỗi khi bạn thấy lệnh </w:t>
      </w:r>
      <w:r>
        <w:rPr>
          <w:rFonts w:ascii="Consolas" w:hAnsi="Consolas"/>
          <w:b w:val="0"/>
          <w:i w:val="0"/>
          <w:sz w:val="20"/>
        </w:rPr>
        <w:t>python</w:t>
      </w:r>
      <w:r>
        <w:rPr>
          <w:b w:val="0"/>
          <w:i w:val="0"/>
        </w:rPr>
        <w:t xml:space="preserve"> trong cuốn sách này, hãy nhập </w:t>
      </w:r>
      <w:r>
        <w:rPr>
          <w:rFonts w:ascii="Consolas" w:hAnsi="Consolas"/>
          <w:b/>
          <w:i w:val="0"/>
          <w:sz w:val="20"/>
        </w:rPr>
        <w:t>python3</w:t>
      </w:r>
      <w:r>
        <w:rPr>
          <w:b w:val="0"/>
          <w:i w:val="0"/>
        </w:rPr>
        <w:t xml:space="preserve"> thay vào đó.</w:t>
      </w:r>
    </w:p>
    <w:p>
      <w:pPr>
        <w:spacing w:after="80"/>
      </w:pPr>
      <w:r>
        <w:rPr>
          <w:b w:val="0"/>
          <w:i w:val="0"/>
        </w:rPr>
        <w:t>Bạn sẽ cần Python 3.9 trở lên để chạy mã trong cuốn sách này. Nếu phiên bản Python được cài trên hệ thống của bạn cũ hơn Python 3.9, hoặc nếu bạn muốn cập nhật lên phiên bản mới nhất hiện có, hãy tham khảo hướng dẫn trong Phụ lục A.</w:t>
      </w:r>
    </w:p>
    <w:p>
      <w:pPr>
        <w:pStyle w:val="Heading4"/>
      </w:pPr>
      <w:r>
        <w:rPr>
          <w:rFonts w:ascii="Calibri" w:hAnsi="Calibri"/>
          <w:b/>
          <w:i w:val="0"/>
          <w:sz w:val="24"/>
        </w:rPr>
        <w:t>Chạy Python trong phiên Terminal</w:t>
      </w:r>
    </w:p>
    <w:p>
      <w:pPr>
        <w:spacing w:after="80"/>
      </w:pPr>
      <w:r>
        <w:rPr>
          <w:b w:val="0"/>
          <w:i w:val="0"/>
        </w:rPr>
        <w:t xml:space="preserve">Bạn có thể thử chạy các đoạn mã Python bằng cách mở terminal và nhập </w:t>
      </w:r>
      <w:r>
        <w:rPr>
          <w:rFonts w:ascii="Consolas" w:hAnsi="Consolas"/>
          <w:b/>
          <w:i w:val="0"/>
          <w:sz w:val="20"/>
        </w:rPr>
        <w:t>python3</w:t>
      </w:r>
      <w:r>
        <w:rPr>
          <w:b w:val="0"/>
          <w:i w:val="0"/>
        </w:rPr>
        <w:t>, giống như bạn đã làm khi kiểm tra phiên bản. Hãy làm lại lần nữa, và khi Python đang chạy, nhập dòng sau vào phiên terminal: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print("Hello Python interpreter!")</w:t>
      </w:r>
    </w:p>
    <w:p>
      <w:pPr>
        <w:spacing w:after="0"/>
        <w:ind w:left="360"/>
        <w:shd w:val="clear" w:color="auto" w:fill="F2F2F2"/>
      </w:pPr>
      <w:r>
        <w:rPr>
          <w:rFonts w:ascii="Consolas" w:hAnsi="Consolas"/>
          <w:b w:val="0"/>
          <w:i w:val="0"/>
          <w:sz w:val="18"/>
        </w:rPr>
        <w:t>Hello Python interpreter!</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Thông báo sẽ được in trực tiếp trong cửa sổ terminal hiện tại. Hãy nhớ rằng bạn có thể đóng trình thông dịch Python bằng cách nhấn CTRL-D hoặc nhập lệnh </w:t>
      </w:r>
      <w:r>
        <w:rPr>
          <w:rFonts w:ascii="Consolas" w:hAnsi="Consolas"/>
          <w:b/>
          <w:i w:val="0"/>
          <w:sz w:val="20"/>
        </w:rPr>
        <w:t>exit()</w:t>
      </w:r>
      <w:r>
        <w:rPr>
          <w:b w:val="0"/>
          <w:i w:val="0"/>
        </w:rPr>
        <w:t>.</w:t>
      </w:r>
    </w:p>
    <w:p>
      <w:pPr>
        <w:pStyle w:val="Heading4"/>
      </w:pPr>
      <w:r>
        <w:rPr>
          <w:rFonts w:ascii="Calibri" w:hAnsi="Calibri"/>
          <w:b/>
          <w:i w:val="0"/>
          <w:sz w:val="24"/>
        </w:rPr>
        <w:t>Cài đặt VS Code</w:t>
      </w:r>
    </w:p>
    <w:p>
      <w:pPr>
        <w:spacing w:after="80"/>
      </w:pPr>
      <w:r>
        <w:rPr>
          <w:b w:val="0"/>
          <w:i w:val="0"/>
        </w:rPr>
        <w:t xml:space="preserve">Trên Ubuntu Linux, bạn có thể cài đặt VS Code từ Ubuntu Software Center. Nhấp vào biểu tượng Ubuntu Software trong menu của bạn và tìm kiếm </w:t>
      </w:r>
      <w:r>
        <w:rPr>
          <w:b w:val="0"/>
          <w:i/>
        </w:rPr>
        <w:t>vscode</w:t>
      </w:r>
      <w:r>
        <w:rPr>
          <w:b w:val="0"/>
          <w:i w:val="0"/>
        </w:rPr>
        <w:t xml:space="preserve">. Nhấp vào ứng dụng có tên </w:t>
      </w:r>
      <w:r>
        <w:rPr>
          <w:b/>
          <w:i w:val="0"/>
        </w:rPr>
        <w:t>Visual Studio Code</w:t>
      </w:r>
      <w:r>
        <w:rPr>
          <w:b w:val="0"/>
          <w:i w:val="0"/>
        </w:rPr>
        <w:t xml:space="preserve"> (đôi khi được gọi là </w:t>
      </w:r>
      <w:r>
        <w:rPr>
          <w:b w:val="0"/>
          <w:i/>
        </w:rPr>
        <w:t>code</w:t>
      </w:r>
      <w:r>
        <w:rPr>
          <w:b w:val="0"/>
          <w:i w:val="0"/>
        </w:rPr>
        <w:t xml:space="preserve">), rồi nhấp vào </w:t>
      </w:r>
      <w:r>
        <w:rPr>
          <w:b/>
          <w:i w:val="0"/>
        </w:rPr>
        <w:t>Install</w:t>
      </w:r>
      <w:r>
        <w:rPr>
          <w:b w:val="0"/>
          <w:i w:val="0"/>
        </w:rPr>
        <w:t xml:space="preserve">. Sau khi cài xong, hãy tìm </w:t>
      </w:r>
      <w:r>
        <w:rPr>
          <w:b w:val="0"/>
          <w:i/>
        </w:rPr>
        <w:t>VS Code</w:t>
      </w:r>
      <w:r>
        <w:rPr>
          <w:b w:val="0"/>
          <w:i w:val="0"/>
        </w:rPr>
        <w:t xml:space="preserve"> trên hệ thống của bạn và khởi chạy ứng dụng.</w:t>
      </w:r>
    </w:p>
    <w:p>
      <w:pPr>
        <w:pStyle w:val="Heading2"/>
      </w:pPr>
      <w:r>
        <w:rPr>
          <w:rFonts w:ascii="Calibri" w:hAnsi="Calibri"/>
          <w:b/>
          <w:i w:val="0"/>
          <w:sz w:val="32"/>
        </w:rPr>
        <w:t>Chạy chương trình Hello World</w:t>
      </w:r>
    </w:p>
    <w:p>
      <w:pPr>
        <w:spacing w:after="80"/>
      </w:pPr>
      <w:r>
        <w:rPr>
          <w:b w:val="0"/>
          <w:i w:val="0"/>
        </w:rPr>
        <w:t>Với một phiên bản Python gần đây và VS Code đã được cài đặt, bạn gần như đã sẵn sàng chạy chương trình Python đầu tiên được viết trong trình soạn thảo văn bản. Nhưng trước khi làm điều đó, bạn cần cài đặt tiện ích mở rộng Python cho VS Code.</w:t>
      </w:r>
    </w:p>
    <w:p>
      <w:pPr>
        <w:pStyle w:val="Heading3"/>
      </w:pPr>
      <w:r>
        <w:rPr>
          <w:rFonts w:ascii="Calibri" w:hAnsi="Calibri"/>
          <w:b/>
          <w:i w:val="0"/>
          <w:sz w:val="27"/>
        </w:rPr>
        <w:t>Cài đặt tiện ích mở rộng Python cho VS Code</w:t>
      </w:r>
    </w:p>
    <w:p>
      <w:pPr>
        <w:spacing w:after="80"/>
      </w:pPr>
      <w:r>
        <w:rPr>
          <w:b w:val="0"/>
          <w:i w:val="0"/>
        </w:rPr>
        <w:t>VS Code hoạt động với nhiều ngôn ngữ lập trình khác nhau; để tận dụng tối đa nó với tư cách là một lập trình viên Python, bạn sẽ cần cài đặt tiện ích mở rộng Python. Tiện ích mở rộng này bổ sung hỗ trợ cho việc viết, chỉnh sửa và chạy các chương trình Python.</w:t>
      </w:r>
    </w:p>
    <w:p>
      <w:pPr>
        <w:spacing w:after="80"/>
      </w:pPr>
      <w:r>
        <w:rPr>
          <w:b w:val="0"/>
          <w:i w:val="0"/>
        </w:rPr>
        <w:t xml:space="preserve">Để cài đặt tiện ích mở rộng Python, hãy nhấp vào biểu tượng Manage, trông giống như một bánh răng ở góc dưới bên trái của ứng dụng VS Code. Trong menu hiện ra, nhấp vào </w:t>
      </w:r>
      <w:r>
        <w:rPr>
          <w:b/>
          <w:i w:val="0"/>
        </w:rPr>
        <w:t>Extensions</w:t>
      </w:r>
      <w:r>
        <w:rPr>
          <w:b w:val="0"/>
          <w:i w:val="0"/>
        </w:rPr>
        <w:t xml:space="preserve">. Nhập </w:t>
      </w:r>
      <w:r>
        <w:rPr>
          <w:rFonts w:ascii="Consolas" w:hAnsi="Consolas"/>
          <w:b/>
          <w:i w:val="0"/>
          <w:sz w:val="20"/>
        </w:rPr>
        <w:t>python</w:t>
      </w:r>
      <w:r>
        <w:rPr>
          <w:b w:val="0"/>
          <w:i w:val="0"/>
        </w:rPr>
        <w:t xml:space="preserve"> vào ô tìm kiếm và nhấp vào tiện ích mở rộng </w:t>
      </w:r>
      <w:r>
        <w:rPr>
          <w:b/>
          <w:i w:val="0"/>
        </w:rPr>
        <w:t>Python</w:t>
      </w:r>
      <w:r>
        <w:rPr>
          <w:b w:val="0"/>
          <w:i w:val="0"/>
        </w:rPr>
        <w:t xml:space="preserve">. (Nếu bạn thấy nhiều hơn một tiện ích mở rộng có tên </w:t>
      </w:r>
      <w:r>
        <w:rPr>
          <w:b w:val="0"/>
          <w:i/>
        </w:rPr>
        <w:t>Python</w:t>
      </w:r>
      <w:r>
        <w:rPr>
          <w:b w:val="0"/>
          <w:i w:val="0"/>
        </w:rPr>
        <w:t xml:space="preserve">, hãy chọn cái do Microsoft cung cấp.) Nhấp vào </w:t>
      </w:r>
      <w:r>
        <w:rPr>
          <w:b/>
          <w:i w:val="0"/>
        </w:rPr>
        <w:t>Install</w:t>
      </w:r>
      <w:r>
        <w:rPr>
          <w:b w:val="0"/>
          <w:i w:val="0"/>
        </w:rPr>
        <w:t xml:space="preserve"> và cài đặt bất kỳ công cụ bổ sung nào mà hệ thống của bạn cần để hoàn tất quá trình cài đặt. Nếu bạn thấy thông báo rằng bạn cần cài đặt Python, và bạn đã làm điều đó rồi, bạn có thể bỏ qua thông báo này.</w:t>
      </w:r>
    </w:p>
    <w:p>
      <w:pPr>
        <w:spacing w:before="120" w:after="40"/>
      </w:pPr>
      <w:r>
        <w:rPr>
          <w:b/>
          <w:sz w:val="21"/>
        </w:rPr>
        <w:t>Ghi chú</w:t>
      </w:r>
    </w:p>
    <w:p>
      <w:pPr>
        <w:spacing w:after="80"/>
      </w:pPr>
      <w:r>
        <w:rPr>
          <w:b w:val="0"/>
          <w:i w:val="0"/>
        </w:rPr>
        <w:t xml:space="preserve">Nếu bạn đang dùng macOS và một cửa sổ bật lên yêu cầu bạn cài đặt command line developer tools, hãy nhấp vào </w:t>
      </w:r>
      <w:r>
        <w:rPr>
          <w:b/>
          <w:i w:val="0"/>
        </w:rPr>
        <w:t>Install</w:t>
      </w:r>
      <w:r>
        <w:rPr>
          <w:b w:val="0"/>
          <w:i w:val="0"/>
        </w:rPr>
        <w:t>. Bạn có thể thấy thông báo rằng việc cài đặt sẽ mất một khoảng thời gian rất dài, nhưng thực ra chỉ mất khoảng 10 hoặc 20 phút với kết nối internet ổn định.</w:t>
      </w:r>
    </w:p>
    <w:p>
      <w:pPr>
        <w:pStyle w:val="Heading3"/>
      </w:pPr>
      <w:r>
        <w:rPr>
          <w:rFonts w:ascii="Calibri" w:hAnsi="Calibri"/>
          <w:b/>
          <w:i w:val="0"/>
          <w:sz w:val="27"/>
        </w:rPr>
        <w:t>Chạy hello_world.py</w:t>
      </w:r>
    </w:p>
    <w:p>
      <w:pPr>
        <w:spacing w:after="80"/>
      </w:pPr>
      <w:r>
        <w:rPr>
          <w:b w:val="0"/>
          <w:i w:val="0"/>
        </w:rPr>
        <w:t xml:space="preserve">Trước khi viết chương trình đầu tiên, bạn hãy tạo một thư mục tên là </w:t>
      </w:r>
      <w:r>
        <w:rPr>
          <w:b w:val="0"/>
          <w:i/>
        </w:rPr>
        <w:t>python_work</w:t>
      </w:r>
      <w:r>
        <w:rPr>
          <w:b w:val="0"/>
          <w:i w:val="0"/>
        </w:rPr>
        <w:t xml:space="preserve"> trên màn hình nền (desktop) để chứa các dự án của mình. Tốt nhất là dùng chữ thường và dấu gạch dưới thay cho khoảng trắng trong tên tệp và thư mục, vì Python dùng những quy ước đặt tên này. Bạn có thể tạo thư mục này ở chỗ khác ngoài màn hình nền, nhưng sẽ dễ theo dõi một số bước sau hơn nếu bạn lưu thư mục </w:t>
      </w:r>
      <w:r>
        <w:rPr>
          <w:b w:val="0"/>
          <w:i/>
        </w:rPr>
        <w:t>python_work</w:t>
      </w:r>
      <w:r>
        <w:rPr>
          <w:b w:val="0"/>
          <w:i w:val="0"/>
        </w:rPr>
        <w:t xml:space="preserve"> ngay trên màn hình nền.</w:t>
      </w:r>
    </w:p>
    <w:p>
      <w:pPr>
        <w:spacing w:after="80"/>
      </w:pPr>
      <w:r>
        <w:rPr>
          <w:b w:val="0"/>
          <w:i w:val="0"/>
        </w:rPr>
        <w:t xml:space="preserve">Mở VS Code, và đóng tab </w:t>
      </w:r>
      <w:r>
        <w:rPr>
          <w:b/>
          <w:i w:val="0"/>
        </w:rPr>
        <w:t>Get Started</w:t>
      </w:r>
      <w:r>
        <w:rPr>
          <w:b w:val="0"/>
          <w:i w:val="0"/>
        </w:rPr>
        <w:t xml:space="preserve"> nếu nó vẫn còn mở. Tạo một tệp mới bằng cách nhấp vào </w:t>
      </w:r>
      <w:r>
        <w:rPr>
          <w:b/>
          <w:i w:val="0"/>
        </w:rPr>
        <w:t>File</w:t>
      </w:r>
      <w:r>
        <w:rPr>
          <w:b w:val="0"/>
          <w:i w:val="0"/>
        </w:rPr>
        <w:t>▶</w:t>
      </w:r>
      <w:r>
        <w:rPr>
          <w:b/>
          <w:i w:val="0"/>
        </w:rPr>
        <w:t>New File</w:t>
      </w:r>
      <w:r>
        <w:rPr>
          <w:b w:val="0"/>
          <w:i w:val="0"/>
        </w:rPr>
        <w:t xml:space="preserve"> hoặc nhấn CTRL-N (⌘-N trên macOS). Lưu tệp với tên </w:t>
      </w:r>
      <w:r>
        <w:rPr>
          <w:b w:val="0"/>
          <w:i/>
        </w:rPr>
        <w:t>hello_world.py</w:t>
      </w:r>
      <w:r>
        <w:rPr>
          <w:b w:val="0"/>
          <w:i w:val="0"/>
        </w:rPr>
        <w:t xml:space="preserve"> trong thư mục </w:t>
      </w:r>
      <w:r>
        <w:rPr>
          <w:b w:val="0"/>
          <w:i/>
        </w:rPr>
        <w:t>python_work</w:t>
      </w:r>
      <w:r>
        <w:rPr>
          <w:b w:val="0"/>
          <w:i w:val="0"/>
        </w:rPr>
        <w:t xml:space="preserve"> của bạn. Phần mở rộng </w:t>
      </w:r>
      <w:r>
        <w:rPr>
          <w:b w:val="0"/>
          <w:i/>
        </w:rPr>
        <w:t>.py</w:t>
      </w:r>
      <w:r>
        <w:rPr>
          <w:b w:val="0"/>
          <w:i w:val="0"/>
        </w:rPr>
        <w:t xml:space="preserve"> cho VS Code biết rằng tệp của bạn được viết bằng Python, đồng thời cho nó biết cách chạy chương trình và tô sáng văn bản một cách hữu ích.</w:t>
      </w:r>
    </w:p>
    <w:p>
      <w:pPr>
        <w:spacing w:after="80"/>
      </w:pPr>
      <w:r>
        <w:rPr>
          <w:b w:val="0"/>
          <w:i w:val="0"/>
        </w:rPr>
        <w:t>Sau khi đã lưu tệp, hãy nhập dòng sau vào trình soạn thảo:</w:t>
      </w:r>
    </w:p>
    <w:p>
      <w:pPr>
        <w:spacing w:after="80"/>
      </w:pPr>
      <w:r>
        <w:rPr>
          <w:b w:val="0"/>
          <w:i w:val="0"/>
        </w:rPr>
        <w:t>hello_world.py</w:t>
      </w:r>
    </w:p>
    <w:p>
      <w:pPr>
        <w:spacing w:after="80"/>
      </w:pPr>
      <w:r>
        <w:rPr>
          <w:b w:val="0"/>
          <w:i w:val="0"/>
        </w:rPr>
        <w:t>print("Hello Python world!")</w:t>
      </w:r>
    </w:p>
    <w:p>
      <w:pPr>
        <w:spacing w:after="80"/>
      </w:pPr>
      <w:r>
        <w:rPr>
          <w:b w:val="0"/>
          <w:i w:val="0"/>
        </w:rPr>
        <w:t xml:space="preserve">Để chạy chương trình, chọn </w:t>
      </w:r>
      <w:r>
        <w:rPr>
          <w:b/>
          <w:i w:val="0"/>
        </w:rPr>
        <w:t>Run</w:t>
      </w:r>
      <w:r>
        <w:rPr>
          <w:b w:val="0"/>
          <w:i w:val="0"/>
        </w:rPr>
        <w:t>▶</w:t>
      </w:r>
      <w:r>
        <w:rPr>
          <w:b/>
          <w:i w:val="0"/>
        </w:rPr>
        <w:t>Run Without Debugging</w:t>
      </w:r>
      <w:r>
        <w:rPr>
          <w:b w:val="0"/>
          <w:i w:val="0"/>
        </w:rPr>
        <w:t xml:space="preserve"> hoặc nhấn CTRL-F5. Một màn hình terminal sẽ hiện ra ở dưới cùng cửa sổ VS Code, hiển thị kết quả của chương trình:</w:t>
      </w:r>
    </w:p>
    <w:p>
      <w:pPr>
        <w:spacing w:after="80"/>
      </w:pPr>
      <w:r>
        <w:rPr>
          <w:b w:val="0"/>
          <w:i w:val="0"/>
        </w:rPr>
        <w:t>Hello Python world!</w:t>
      </w:r>
    </w:p>
    <w:p>
      <w:pPr>
        <w:spacing w:after="80"/>
      </w:pPr>
      <w:r>
        <w:rPr>
          <w:b w:val="0"/>
          <w:i w:val="0"/>
        </w:rPr>
        <w:t>Bạn có thể sẽ thấy thêm một số thông tin hiển thị về trình thông dịch Python (Python interpreter) đã được dùng để chạy chương trình. Nếu bạn muốn đơn giản hóa thông tin được hiển thị để chỉ thấy kết quả của chương trình, hãy xem Phụ lục B. Bạn cũng có thể tìm thấy những gợi ý hữu ích về cách dùng VS Code hiệu quả hơn trong Phụ lục B.</w:t>
      </w:r>
    </w:p>
    <w:p>
      <w:pPr>
        <w:spacing w:after="80"/>
      </w:pPr>
      <w:r>
        <w:rPr>
          <w:b w:val="0"/>
          <w:i w:val="0"/>
        </w:rPr>
        <w:t xml:space="preserve">Nếu bạn không thấy kết quả này, có thể đã có gì đó sai trong chương trình. Hãy kiểm tra từng ký tự trên dòng bạn đã nhập. Có phải bạn vô tình viết hoa </w:t>
      </w:r>
      <w:r>
        <w:rPr>
          <w:rFonts w:ascii="Consolas" w:hAnsi="Consolas"/>
          <w:b w:val="0"/>
          <w:i w:val="0"/>
          <w:sz w:val="20"/>
        </w:rPr>
        <w:t>print</w:t>
      </w:r>
      <w:r>
        <w:rPr>
          <w:b w:val="0"/>
          <w:i w:val="0"/>
        </w:rPr>
        <w:t xml:space="preserve"> không? Có phải bạn quên một hoặc cả hai dấu ngoặc kép hay dấu ngoặc đơn không? Các ngôn ngữ lập trình đòi hỏi cú pháp rất chính xác, và nếu bạn không cung cấp đúng, bạn sẽ gặp lỗi. Nếu bạn không thể chạy được chương trình, hãy xem các gợi ý trong phần tiếp theo.</w:t>
      </w:r>
    </w:p>
    <w:p>
      <w:pPr>
        <w:pStyle w:val="Heading2"/>
      </w:pPr>
      <w:r>
        <w:rPr>
          <w:rFonts w:ascii="Calibri" w:hAnsi="Calibri"/>
          <w:b/>
          <w:i w:val="0"/>
          <w:sz w:val="32"/>
        </w:rPr>
        <w:t>Khắc phục sự cố</w:t>
      </w:r>
    </w:p>
    <w:p>
      <w:pPr>
        <w:spacing w:after="80"/>
      </w:pPr>
      <w:r>
        <w:rPr>
          <w:b w:val="0"/>
          <w:i w:val="0"/>
        </w:rPr>
        <w:t xml:space="preserve">Nếu bạn không thể chạy được </w:t>
      </w:r>
      <w:r>
        <w:rPr>
          <w:b w:val="0"/>
          <w:i/>
        </w:rPr>
        <w:t>hello_world.py</w:t>
      </w:r>
      <w:r>
        <w:rPr>
          <w:b w:val="0"/>
          <w:i w:val="0"/>
        </w:rPr>
        <w:t>, đây là một vài cách khắc phục bạn có thể thử, cũng là những giải pháp chung hữu ích cho bất kỳ vấn đề lập trình nào:</w:t>
      </w:r>
    </w:p>
    <w:p>
      <w:pPr>
        <w:spacing w:after="80"/>
        <w:ind w:left="360"/>
      </w:pPr>
      <w:r>
        <w:t xml:space="preserve">• </w:t>
      </w:r>
      <w:r>
        <w:rPr>
          <w:b w:val="0"/>
          <w:i w:val="0"/>
        </w:rPr>
        <w:t xml:space="preserve">Khi một chương trình chứa lỗi nghiêm trọng, Python sẽ hiển thị một </w:t>
      </w:r>
      <w:r>
        <w:rPr>
          <w:b w:val="0"/>
          <w:i/>
        </w:rPr>
        <w:t>traceback</w:t>
      </w:r>
      <w:r>
        <w:rPr>
          <w:b w:val="0"/>
          <w:i w:val="0"/>
        </w:rPr>
        <w:t>, tức là một báo cáo lỗi. Python sẽ xem xét tệp và cố gắng xác định vấn đề. Hãy kiểm tra traceback; nó có thể cho bạn manh mối về vấn đề đang khiến chương trình không chạy được.</w:t>
      </w:r>
    </w:p>
    <w:p>
      <w:pPr>
        <w:spacing w:after="80"/>
        <w:ind w:left="360"/>
      </w:pPr>
      <w:r>
        <w:t xml:space="preserve">• </w:t>
      </w:r>
      <w:r>
        <w:rPr>
          <w:b w:val="0"/>
          <w:i w:val="0"/>
        </w:rPr>
        <w:t>Hãy rời khỏi máy tính, nghỉ ngơi một chút, rồi thử lại. Hãy nhớ rằng cú pháp rất quan trọng trong lập trình, nên chỉ một điều đơn giản như dấu ngoặc kép không khớp hoặc dấu ngoặc đơn không khớp cũng có thể khiến chương trình không chạy đúng. Hãy đọc lại những phần liên quan trong chương này, xem lại mã của bạn, và cố gắng tìm ra lỗi.</w:t>
      </w:r>
    </w:p>
    <w:p>
      <w:pPr>
        <w:spacing w:after="80"/>
        <w:ind w:left="360"/>
      </w:pPr>
      <w:r>
        <w:t xml:space="preserve">• </w:t>
      </w:r>
      <w:r>
        <w:rPr>
          <w:b w:val="0"/>
          <w:i w:val="0"/>
        </w:rPr>
        <w:t xml:space="preserve">Bắt đầu lại từ đầu. Có thể bạn không cần gỡ cài đặt phần mềm nào cả, nhưng việc xóa tệp </w:t>
      </w:r>
      <w:r>
        <w:rPr>
          <w:b w:val="0"/>
          <w:i/>
        </w:rPr>
        <w:t>hello_world.py</w:t>
      </w:r>
      <w:r>
        <w:rPr>
          <w:b w:val="0"/>
          <w:i w:val="0"/>
        </w:rPr>
        <w:t xml:space="preserve"> và tạo lại từ đầu cũng là một ý hay.</w:t>
      </w:r>
    </w:p>
    <w:p>
      <w:pPr>
        <w:spacing w:after="80"/>
        <w:ind w:left="360"/>
      </w:pPr>
      <w:r>
        <w:t xml:space="preserve">• </w:t>
      </w:r>
      <w:r>
        <w:rPr>
          <w:b w:val="0"/>
          <w:i w:val="0"/>
        </w:rPr>
        <w:t>Nhờ người khác làm theo các bước trong chương này, trên máy tính của bạn hoặc một máy khác, và quan sát kỹ họ làm gì. Có thể bạn đã bỏ sót một bước nhỏ nào đó mà người khác lại vô tình phát hiện ra.</w:t>
      </w:r>
    </w:p>
    <w:p>
      <w:pPr>
        <w:spacing w:after="80"/>
        <w:ind w:left="360"/>
      </w:pPr>
      <w:r>
        <w:t xml:space="preserve">• </w:t>
      </w:r>
      <w:r>
        <w:rPr>
          <w:b w:val="0"/>
          <w:i w:val="0"/>
        </w:rPr>
        <w:t>Xem thêm hướng dẫn cài đặt bổ sung trong Phụ lục A; một số chi tiết trong Phụ lục có thể giúp bạn giải quyết vấn đề của mình.</w:t>
      </w:r>
    </w:p>
    <w:p>
      <w:pPr>
        <w:spacing w:after="80"/>
        <w:ind w:left="360"/>
      </w:pPr>
      <w:r>
        <w:t xml:space="preserve">• </w:t>
      </w:r>
      <w:r>
        <w:rPr>
          <w:b w:val="0"/>
          <w:i w:val="0"/>
        </w:rPr>
        <w:t>Tìm một người biết Python và nhờ họ giúp bạn thiết lập. Nếu bạn hỏi han xung quanh, biết đâu bạn sẽ phát hiện ra mình quen một người dùng Python đấy.</w:t>
      </w:r>
    </w:p>
    <w:p>
      <w:pPr>
        <w:spacing w:after="80"/>
        <w:ind w:left="360"/>
      </w:pPr>
      <w:r>
        <w:t xml:space="preserve">• </w:t>
      </w:r>
      <w:r>
        <w:rPr>
          <w:b w:val="0"/>
          <w:i w:val="0"/>
        </w:rPr>
        <w:t>Hướng dẫn thiết lập trong chương này cũng có sẵn trên trang web đồng hành của cuốn sách tại https://ehmatthes.github.io/pcc_3e. Phiên bản trực tuyến của hướng dẫn này có thể hoạt động tốt hơn vì bạn chỉ cần sao chép và dán mã, rồi nhấp vào các liên kết đến tài nguyên bạn cần.</w:t>
      </w:r>
    </w:p>
    <w:p>
      <w:pPr>
        <w:spacing w:after="80"/>
        <w:ind w:left="360"/>
      </w:pPr>
      <w:r>
        <w:t xml:space="preserve">• </w:t>
      </w:r>
      <w:r>
        <w:rPr>
          <w:b w:val="0"/>
          <w:i w:val="0"/>
        </w:rPr>
        <w:t>Nhờ trợ giúp trực tuyến. Phụ lục C cung cấp một số tài nguyên, như diễn đàn và các trang trò chuyện trực tiếp, nơi bạn có thể hỏi giải pháp từ những người đã từng gặp và xử lý vấn đề bạn đang gặp phải.</w:t>
      </w:r>
    </w:p>
    <w:p>
      <w:pPr>
        <w:spacing w:after="80"/>
      </w:pPr>
      <w:r>
        <w:rPr>
          <w:b w:val="0"/>
          <w:i w:val="0"/>
        </w:rPr>
        <w:t>Đừng bao giờ lo rằng bạn đang làm phiền các lập trình viên có kinh nghiệm. Mọi lập trình viên đều từng bị mắc kẹt ở một thời điểm nào đó, và hầu hết họ đều sẵn lòng giúp bạn thiết lập hệ thống cho đúng. Miễn là bạn trình bày rõ ràng mình đang cố làm gì, đã thử những gì, và kết quả nhận được ra sao, thì khả năng cao sẽ có người giúp được bạn. Như đã đề cập trong phần giới thiệu, cộng đồng Python rất thân thiện và chào đón người mới.</w:t>
      </w:r>
    </w:p>
    <w:p>
      <w:pPr>
        <w:spacing w:after="80"/>
      </w:pPr>
      <w:r>
        <w:rPr>
          <w:b w:val="0"/>
          <w:i w:val="0"/>
        </w:rPr>
        <w:t xml:space="preserve">Python chạy tốt trên mọi máy tính hiện đại. Những rắc rối ban đầu khi thiết lập có thể gây bực bội, nhưng rất đáng để giải quyết cho xong. Khi bạn đã chạy được </w:t>
      </w:r>
      <w:r>
        <w:rPr>
          <w:b w:val="0"/>
          <w:i/>
        </w:rPr>
        <w:t xml:space="preserve">hello_world.py </w:t>
      </w:r>
      <w:r>
        <w:rPr>
          <w:b w:val="0"/>
          <w:i w:val="0"/>
        </w:rPr>
        <w:t>, bạn có thể bắt đầu học Python, và công việc lập trình của bạn sẽ trở nên thú vị và thỏa mãn hơn.</w:t>
      </w:r>
    </w:p>
    <w:p>
      <w:pPr>
        <w:pStyle w:val="Heading2"/>
      </w:pPr>
      <w:r>
        <w:rPr>
          <w:rFonts w:ascii="Calibri" w:hAnsi="Calibri"/>
          <w:b/>
          <w:i w:val="0"/>
          <w:sz w:val="32"/>
        </w:rPr>
        <w:t>Chạy chương trình Python từ Terminal</w:t>
      </w:r>
    </w:p>
    <w:p>
      <w:pPr>
        <w:spacing w:after="80"/>
      </w:pPr>
      <w:r>
        <w:rPr>
          <w:b w:val="0"/>
          <w:i w:val="0"/>
        </w:rPr>
        <w:t>Bạn sẽ chạy hầu hết chương trình của mình trực tiếp trong trình soạn thảo văn bản. Tuy nhiên, đôi khi chạy chương trình từ terminal lại hữu ích hơn. Ví dụ, bạn có thể muốn chạy một chương trình có sẵn mà không cần mở nó ra để chỉnh sửa.</w:t>
      </w:r>
    </w:p>
    <w:p>
      <w:pPr>
        <w:spacing w:after="80"/>
      </w:pPr>
      <w:r>
        <w:rPr>
          <w:b w:val="0"/>
          <w:i w:val="0"/>
        </w:rPr>
        <w:t xml:space="preserve">Bạn có thể làm điều này trên bất kỳ hệ thống nào đã cài Python, miễn là bạn biết cách truy cập vào thư mục chứa tệp chương trình. Để thử, hãy đảm bảo bạn đã lưu tệp </w:t>
      </w:r>
      <w:r>
        <w:rPr>
          <w:b w:val="0"/>
          <w:i/>
        </w:rPr>
        <w:t>hello_world.py</w:t>
      </w:r>
      <w:r>
        <w:rPr>
          <w:b w:val="0"/>
          <w:i w:val="0"/>
        </w:rPr>
        <w:t xml:space="preserve"> trong thư mục </w:t>
      </w:r>
      <w:r>
        <w:rPr>
          <w:b w:val="0"/>
          <w:i/>
        </w:rPr>
        <w:t>python_work</w:t>
      </w:r>
      <w:r>
        <w:rPr>
          <w:b w:val="0"/>
          <w:i w:val="0"/>
        </w:rPr>
        <w:t xml:space="preserve"> trên màn hình nền (desktop).</w:t>
      </w:r>
    </w:p>
    <w:p>
      <w:pPr>
        <w:pStyle w:val="Heading3"/>
      </w:pPr>
      <w:r>
        <w:rPr>
          <w:rFonts w:ascii="Calibri" w:hAnsi="Calibri"/>
          <w:b/>
          <w:i w:val="0"/>
          <w:sz w:val="27"/>
        </w:rPr>
        <w:t>Trên Windows</w:t>
      </w:r>
    </w:p>
    <w:p>
      <w:pPr>
        <w:spacing w:after="80"/>
      </w:pPr>
      <w:r>
        <w:rPr>
          <w:b w:val="0"/>
          <w:i w:val="0"/>
        </w:rPr>
        <w:t xml:space="preserve">Bạn có thể dùng lệnh terminal </w:t>
      </w:r>
      <w:r>
        <w:rPr>
          <w:rFonts w:ascii="Consolas" w:hAnsi="Consolas"/>
          <w:b w:val="0"/>
          <w:i w:val="0"/>
          <w:sz w:val="20"/>
        </w:rPr>
        <w:t>cd</w:t>
      </w:r>
      <w:r>
        <w:rPr>
          <w:b w:val="0"/>
          <w:i w:val="0"/>
        </w:rPr>
        <w:t xml:space="preserve">, viết tắt của </w:t>
      </w:r>
      <w:r>
        <w:rPr>
          <w:b w:val="0"/>
          <w:i/>
        </w:rPr>
        <w:t>change directory</w:t>
      </w:r>
      <w:r>
        <w:rPr>
          <w:b w:val="0"/>
          <w:i w:val="0"/>
        </w:rPr>
        <w:t xml:space="preserve"> (đổi thư mục), để di chuyển qua hệ thống tệp trong cửa sổ lệnh. Lệnh </w:t>
      </w:r>
      <w:r>
        <w:rPr>
          <w:rFonts w:ascii="Consolas" w:hAnsi="Consolas"/>
          <w:b w:val="0"/>
          <w:i w:val="0"/>
          <w:sz w:val="20"/>
        </w:rPr>
        <w:t>dir</w:t>
      </w:r>
      <w:r>
        <w:rPr>
          <w:b w:val="0"/>
          <w:i w:val="0"/>
        </w:rPr>
        <w:t xml:space="preserve">, viết tắt của </w:t>
      </w:r>
      <w:r>
        <w:rPr>
          <w:b w:val="0"/>
          <w:i/>
        </w:rPr>
        <w:t>directory</w:t>
      </w:r>
      <w:r>
        <w:rPr>
          <w:b w:val="0"/>
          <w:i w:val="0"/>
        </w:rPr>
        <w:t xml:space="preserve"> (thư mục), hiển thị tất cả các tệp đang có trong thư mục hiện tại.</w:t>
      </w:r>
    </w:p>
    <w:p>
      <w:pPr>
        <w:spacing w:after="80"/>
      </w:pPr>
      <w:r>
        <w:rPr>
          <w:b w:val="0"/>
          <w:i w:val="0"/>
        </w:rPr>
        <w:t xml:space="preserve">Mở một cửa sổ terminal mới và nhập các lệnh sau để chạy </w:t>
      </w:r>
      <w:r>
        <w:rPr>
          <w:b w:val="0"/>
          <w:i/>
        </w:rPr>
        <w:t>hello_world.py</w:t>
      </w:r>
      <w:r>
        <w:rPr>
          <w:b w:val="0"/>
          <w:i w:val="0"/>
        </w:rPr>
        <w:t>:</w:t>
      </w:r>
    </w:p>
    <w:p>
      <w:pPr>
        <w:spacing w:after="0"/>
        <w:ind w:left="360"/>
        <w:shd w:val="clear" w:color="auto" w:fill="F2F2F2"/>
      </w:pPr>
      <w:r>
        <w:rPr>
          <w:rFonts w:ascii="Consolas" w:hAnsi="Consolas"/>
          <w:b w:val="0"/>
          <w:i w:val="0"/>
          <w:sz w:val="18"/>
        </w:rPr>
        <w:t xml:space="preserve">C:\&gt; </w:t>
      </w:r>
      <w:r>
        <w:rPr>
          <w:rFonts w:ascii="Consolas" w:hAnsi="Consolas"/>
          <w:b/>
          <w:i w:val="0"/>
          <w:sz w:val="18"/>
        </w:rPr>
        <w:t>cd Desktop\python_work</w:t>
      </w:r>
    </w:p>
    <w:p>
      <w:pPr>
        <w:spacing w:after="0"/>
        <w:ind w:left="360"/>
        <w:shd w:val="clear" w:color="auto" w:fill="F2F2F2"/>
      </w:pPr>
      <w:r>
        <w:rPr>
          <w:rFonts w:ascii="Consolas" w:hAnsi="Consolas"/>
          <w:b w:val="0"/>
          <w:i w:val="0"/>
          <w:sz w:val="18"/>
        </w:rPr>
        <w:t xml:space="preserve">C:\Desktop\python_work&gt; </w:t>
      </w:r>
      <w:r>
        <w:rPr>
          <w:rFonts w:ascii="Consolas" w:hAnsi="Consolas"/>
          <w:b/>
          <w:i w:val="0"/>
          <w:sz w:val="18"/>
        </w:rPr>
        <w:t>dir</w:t>
      </w:r>
    </w:p>
    <w:p>
      <w:pPr>
        <w:spacing w:after="0"/>
        <w:ind w:left="360"/>
        <w:shd w:val="clear" w:color="auto" w:fill="F2F2F2"/>
      </w:pPr>
      <w:r>
        <w:rPr>
          <w:rFonts w:ascii="Consolas" w:hAnsi="Consolas"/>
          <w:b w:val="0"/>
          <w:i w:val="0"/>
          <w:sz w:val="18"/>
        </w:rPr>
        <w:t>hello_world.py</w:t>
      </w:r>
    </w:p>
    <w:p>
      <w:pPr>
        <w:spacing w:after="0"/>
        <w:ind w:left="360"/>
        <w:shd w:val="clear" w:color="auto" w:fill="F2F2F2"/>
      </w:pPr>
      <w:r>
        <w:rPr>
          <w:rFonts w:ascii="Consolas" w:hAnsi="Consolas"/>
          <w:b w:val="0"/>
          <w:i w:val="0"/>
          <w:sz w:val="18"/>
        </w:rPr>
        <w:t xml:space="preserve">C:\Desktop\python_work&gt; </w:t>
      </w:r>
      <w:r>
        <w:rPr>
          <w:rFonts w:ascii="Consolas" w:hAnsi="Consolas"/>
          <w:b/>
          <w:i w:val="0"/>
          <w:sz w:val="18"/>
        </w:rPr>
        <w:t>python hello_world.py</w:t>
      </w:r>
    </w:p>
    <w:p>
      <w:pPr>
        <w:spacing w:after="0"/>
        <w:ind w:left="360"/>
        <w:shd w:val="clear" w:color="auto" w:fill="F2F2F2"/>
      </w:pPr>
      <w:r>
        <w:rPr>
          <w:rFonts w:ascii="Consolas" w:hAnsi="Consolas"/>
          <w:b w:val="0"/>
          <w:i w:val="0"/>
          <w:sz w:val="18"/>
        </w:rPr>
        <w:t>Hello Python world!</w:t>
      </w:r>
    </w:p>
    <w:p>
      <w:pPr>
        <w:spacing w:after="40"/>
      </w:pPr>
    </w:p>
    <w:p>
      <w:pPr>
        <w:spacing w:after="80"/>
      </w:pPr>
      <w:r>
        <w:rPr>
          <w:b w:val="0"/>
          <w:i w:val="0"/>
        </w:rPr>
        <w:t xml:space="preserve">Đầu tiên, dùng lệnh </w:t>
      </w:r>
      <w:r>
        <w:rPr>
          <w:rFonts w:ascii="Consolas" w:hAnsi="Consolas"/>
          <w:b/>
          <w:i w:val="0"/>
          <w:sz w:val="20"/>
        </w:rPr>
        <w:t>cd</w:t>
      </w:r>
      <w:r>
        <w:rPr>
          <w:b w:val="0"/>
          <w:i w:val="0"/>
        </w:rPr>
        <w:t xml:space="preserve"> để di chuyển đến thư mục </w:t>
      </w:r>
      <w:r>
        <w:rPr>
          <w:b w:val="0"/>
          <w:i/>
        </w:rPr>
        <w:t>python_work</w:t>
      </w:r>
      <w:r>
        <w:rPr>
          <w:b w:val="0"/>
          <w:i w:val="0"/>
        </w:rPr>
        <w:t xml:space="preserve">, nằm trong thư mục </w:t>
      </w:r>
      <w:r>
        <w:rPr>
          <w:b w:val="0"/>
          <w:i/>
        </w:rPr>
        <w:t>Desktop</w:t>
      </w:r>
      <w:r>
        <w:rPr>
          <w:b w:val="0"/>
          <w:i w:val="0"/>
        </w:rPr>
        <w:t xml:space="preserve">. Tiếp theo, dùng lệnh </w:t>
      </w:r>
      <w:r>
        <w:rPr>
          <w:rFonts w:ascii="Consolas" w:hAnsi="Consolas"/>
          <w:b/>
          <w:i w:val="0"/>
          <w:sz w:val="20"/>
        </w:rPr>
        <w:t>dir</w:t>
      </w:r>
      <w:r>
        <w:rPr>
          <w:b w:val="0"/>
          <w:i w:val="0"/>
        </w:rPr>
        <w:t xml:space="preserve"> để chắc chắn rằng </w:t>
      </w:r>
      <w:r>
        <w:rPr>
          <w:b w:val="0"/>
          <w:i/>
        </w:rPr>
        <w:t>hello_world.py</w:t>
      </w:r>
      <w:r>
        <w:rPr>
          <w:b w:val="0"/>
          <w:i w:val="0"/>
        </w:rPr>
        <w:t xml:space="preserve"> đang ở trong thư mục này. Sau đó chạy file bằng lệnh </w:t>
      </w:r>
      <w:r>
        <w:rPr>
          <w:rFonts w:ascii="Consolas" w:hAnsi="Consolas"/>
          <w:b/>
          <w:i w:val="0"/>
          <w:sz w:val="20"/>
        </w:rPr>
        <w:t>python hello_world.py</w:t>
      </w:r>
      <w:r>
        <w:rPr>
          <w:b w:val="0"/>
          <w:i w:val="0"/>
        </w:rPr>
        <w:t>.</w:t>
      </w:r>
    </w:p>
    <w:p>
      <w:pPr>
        <w:spacing w:after="80"/>
      </w:pPr>
      <w:r>
        <w:rPr>
          <w:b w:val="0"/>
          <w:i w:val="0"/>
        </w:rPr>
        <w:t>Hầu hết các chương trình của bạn sẽ chạy tốt trực tiếp từ trình soạn thảo. Tuy nhiên, khi công việc của bạn trở nên phức tạp hơn, bạn sẽ muốn chạy một số chương trình từ terminal.</w:t>
      </w:r>
    </w:p>
    <w:p>
      <w:pPr>
        <w:pStyle w:val="Heading3"/>
      </w:pPr>
      <w:r>
        <w:rPr>
          <w:rFonts w:ascii="Calibri" w:hAnsi="Calibri"/>
          <w:b/>
          <w:i w:val="0"/>
          <w:sz w:val="27"/>
        </w:rPr>
        <w:t>Trên macOS và Linux</w:t>
      </w:r>
    </w:p>
    <w:p>
      <w:pPr>
        <w:spacing w:after="80"/>
      </w:pPr>
      <w:r>
        <w:rPr>
          <w:b w:val="0"/>
          <w:i w:val="0"/>
        </w:rPr>
        <w:t xml:space="preserve">Chạy một chương trình Python từ phiên terminal thì giống nhau trên Linux và macOS. Bạn có thể dùng lệnh terminal </w:t>
      </w:r>
      <w:r>
        <w:rPr>
          <w:rFonts w:ascii="Consolas" w:hAnsi="Consolas"/>
          <w:b w:val="0"/>
          <w:i w:val="0"/>
          <w:sz w:val="20"/>
        </w:rPr>
        <w:t>cd</w:t>
      </w:r>
      <w:r>
        <w:rPr>
          <w:b w:val="0"/>
          <w:i w:val="0"/>
        </w:rPr>
        <w:t xml:space="preserve">, viết tắt của </w:t>
      </w:r>
      <w:r>
        <w:rPr>
          <w:b w:val="0"/>
          <w:i/>
        </w:rPr>
        <w:t>change directory</w:t>
      </w:r>
      <w:r>
        <w:rPr>
          <w:b w:val="0"/>
          <w:i w:val="0"/>
        </w:rPr>
        <w:t xml:space="preserve"> (đổi thư mục), để di chuyển qua lại trong hệ thống file của bạn trong một phiên terminal. Lệnh </w:t>
      </w:r>
      <w:r>
        <w:rPr>
          <w:rFonts w:ascii="Consolas" w:hAnsi="Consolas"/>
          <w:b w:val="0"/>
          <w:i w:val="0"/>
          <w:sz w:val="20"/>
        </w:rPr>
        <w:t>ls</w:t>
      </w:r>
      <w:r>
        <w:rPr>
          <w:b w:val="0"/>
          <w:i w:val="0"/>
        </w:rPr>
        <w:t xml:space="preserve">, viết tắt của </w:t>
      </w:r>
      <w:r>
        <w:rPr>
          <w:b w:val="0"/>
          <w:i/>
        </w:rPr>
        <w:t>list</w:t>
      </w:r>
      <w:r>
        <w:rPr>
          <w:b w:val="0"/>
          <w:i w:val="0"/>
        </w:rPr>
        <w:t xml:space="preserve"> (liệt kê), hiển thị tất cả các file không ẩn đang có trong thư mục hiện tại.</w:t>
      </w:r>
    </w:p>
    <w:p>
      <w:pPr>
        <w:spacing w:after="80"/>
      </w:pPr>
      <w:r>
        <w:rPr>
          <w:b w:val="0"/>
          <w:i w:val="0"/>
        </w:rPr>
        <w:t xml:space="preserve">Mở một cửa sổ terminal mới và nhập các lệnh sau để chạy </w:t>
      </w:r>
      <w:r>
        <w:rPr>
          <w:b w:val="0"/>
          <w:i/>
        </w:rPr>
        <w:t>hello_world.py</w:t>
      </w:r>
      <w:r>
        <w:rPr>
          <w:b w:val="0"/>
          <w:i w:val="0"/>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cd Desktop/python_work/</w:t>
      </w:r>
    </w:p>
    <w:p>
      <w:pPr>
        <w:spacing w:after="0"/>
        <w:ind w:left="360"/>
        <w:shd w:val="clear" w:color="auto" w:fill="F2F2F2"/>
      </w:pPr>
      <w:r>
        <w:rPr>
          <w:rFonts w:ascii="Consolas" w:hAnsi="Consolas"/>
          <w:b w:val="0"/>
          <w:i w:val="0"/>
          <w:sz w:val="18"/>
        </w:rPr>
        <w:t xml:space="preserve">~/Desktop/python_work$ </w:t>
      </w:r>
      <w:r>
        <w:rPr>
          <w:rFonts w:ascii="Consolas" w:hAnsi="Consolas"/>
          <w:b/>
          <w:i w:val="0"/>
          <w:sz w:val="18"/>
        </w:rPr>
        <w:t>ls</w:t>
      </w:r>
    </w:p>
    <w:p>
      <w:pPr>
        <w:spacing w:after="0"/>
        <w:ind w:left="360"/>
        <w:shd w:val="clear" w:color="auto" w:fill="F2F2F2"/>
      </w:pPr>
      <w:r>
        <w:rPr>
          <w:rFonts w:ascii="Consolas" w:hAnsi="Consolas"/>
          <w:b w:val="0"/>
          <w:i w:val="0"/>
          <w:sz w:val="18"/>
        </w:rPr>
        <w:t>hello_world.py</w:t>
      </w:r>
    </w:p>
    <w:p>
      <w:pPr>
        <w:spacing w:after="0"/>
        <w:ind w:left="360"/>
        <w:shd w:val="clear" w:color="auto" w:fill="F2F2F2"/>
      </w:pPr>
      <w:r>
        <w:rPr>
          <w:rFonts w:ascii="Consolas" w:hAnsi="Consolas"/>
          <w:b w:val="0"/>
          <w:i w:val="0"/>
          <w:sz w:val="18"/>
        </w:rPr>
        <w:t xml:space="preserve">~/Desktop/python_work$ </w:t>
      </w:r>
      <w:r>
        <w:rPr>
          <w:rFonts w:ascii="Consolas" w:hAnsi="Consolas"/>
          <w:b/>
          <w:i w:val="0"/>
          <w:sz w:val="18"/>
        </w:rPr>
        <w:t>python3 hello_world.py</w:t>
      </w:r>
    </w:p>
    <w:p>
      <w:pPr>
        <w:spacing w:after="0"/>
        <w:ind w:left="360"/>
        <w:shd w:val="clear" w:color="auto" w:fill="F2F2F2"/>
      </w:pPr>
      <w:r>
        <w:rPr>
          <w:rFonts w:ascii="Consolas" w:hAnsi="Consolas"/>
          <w:b w:val="0"/>
          <w:i w:val="0"/>
          <w:sz w:val="18"/>
        </w:rPr>
        <w:t>Hello Python world!</w:t>
      </w:r>
    </w:p>
    <w:p>
      <w:pPr>
        <w:spacing w:after="40"/>
      </w:pPr>
    </w:p>
    <w:p>
      <w:pPr>
        <w:spacing w:after="80"/>
      </w:pPr>
      <w:r>
        <w:rPr>
          <w:b w:val="0"/>
          <w:i w:val="0"/>
        </w:rPr>
        <w:t xml:space="preserve">Đầu tiên, dùng lệnh </w:t>
      </w:r>
      <w:r>
        <w:rPr>
          <w:rFonts w:ascii="Consolas" w:hAnsi="Consolas"/>
          <w:b/>
          <w:i w:val="0"/>
          <w:sz w:val="20"/>
        </w:rPr>
        <w:t>cd</w:t>
      </w:r>
      <w:r>
        <w:rPr>
          <w:b w:val="0"/>
          <w:i w:val="0"/>
        </w:rPr>
        <w:t xml:space="preserve"> để di chuyển đến thư mục </w:t>
      </w:r>
      <w:r>
        <w:rPr>
          <w:b w:val="0"/>
          <w:i/>
        </w:rPr>
        <w:t>python_work</w:t>
      </w:r>
      <w:r>
        <w:rPr>
          <w:b w:val="0"/>
          <w:i w:val="0"/>
        </w:rPr>
        <w:t xml:space="preserve">, nằm trong thư mục </w:t>
      </w:r>
      <w:r>
        <w:rPr>
          <w:b w:val="0"/>
          <w:i/>
        </w:rPr>
        <w:t>Desktop</w:t>
      </w:r>
      <w:r>
        <w:rPr>
          <w:b w:val="0"/>
          <w:i w:val="0"/>
        </w:rPr>
        <w:t xml:space="preserve">. Tiếp theo, dùng lệnh </w:t>
      </w:r>
      <w:r>
        <w:rPr>
          <w:rFonts w:ascii="Consolas" w:hAnsi="Consolas"/>
          <w:b/>
          <w:i w:val="0"/>
          <w:sz w:val="20"/>
        </w:rPr>
        <w:t>ls</w:t>
      </w:r>
      <w:r>
        <w:rPr>
          <w:b w:val="0"/>
          <w:i w:val="0"/>
        </w:rPr>
        <w:t xml:space="preserve"> để chắc chắn rằng </w:t>
      </w:r>
      <w:r>
        <w:rPr>
          <w:b w:val="0"/>
          <w:i/>
        </w:rPr>
        <w:t>hello_world.py</w:t>
      </w:r>
      <w:r>
        <w:rPr>
          <w:b w:val="0"/>
          <w:i w:val="0"/>
        </w:rPr>
        <w:t xml:space="preserve"> đang ở trong thư mục này. Sau đó chạy file bằng lệnh </w:t>
      </w:r>
      <w:r>
        <w:rPr>
          <w:rFonts w:ascii="Consolas" w:hAnsi="Consolas"/>
          <w:b/>
          <w:i w:val="0"/>
          <w:sz w:val="20"/>
        </w:rPr>
        <w:t>python3 hello_world.py</w:t>
      </w:r>
      <w:r>
        <w:rPr>
          <w:b w:val="0"/>
          <w:i w:val="0"/>
        </w:rPr>
        <w:t>.</w:t>
      </w:r>
    </w:p>
    <w:p>
      <w:pPr>
        <w:spacing w:after="80"/>
      </w:pPr>
      <w:r>
        <w:rPr>
          <w:b w:val="0"/>
          <w:i w:val="0"/>
        </w:rPr>
        <w:t>Hầu hết các chương trình của bạn sẽ chạy tốt trực tiếp từ trình soạn thảo. Nhưng khi công việc của bạn trở nên phức tạp hơn, bạn sẽ muốn chạy một số chương trình từ terminal.</w:t>
      </w:r>
    </w:p>
    <w:p>
      <w:pPr>
        <w:spacing w:before="120" w:after="40"/>
      </w:pPr>
      <w:r>
        <w:rPr>
          <w:b/>
          <w:sz w:val="21"/>
        </w:rPr>
        <w:t>Tự thực hành</w:t>
      </w:r>
    </w:p>
    <w:p>
      <w:pPr>
        <w:spacing w:after="80"/>
      </w:pPr>
      <w:r>
        <w:rPr>
          <w:b w:val="0"/>
          <w:i w:val="0"/>
        </w:rPr>
        <w:t>Các bài tập trong chương này mang tính khám phá. Bắt đầu từ Chương 2, những thử thách bạn sẽ giải sẽ dựa trên những gì bạn đã học.</w:t>
      </w:r>
    </w:p>
    <w:p>
      <w:pPr>
        <w:spacing w:after="80"/>
      </w:pPr>
      <w:r>
        <w:rPr>
          <w:b/>
          <w:i w:val="0"/>
        </w:rPr>
        <w:t>1-1. python.org:</w:t>
      </w:r>
      <w:r>
        <w:rPr>
          <w:b w:val="0"/>
          <w:i w:val="0"/>
        </w:rPr>
        <w:t xml:space="preserve"> Khám phá trang chủ Python (https://python.org) để tìm những chủ đề mà bạn thấy hứng thú. Khi bạn đã quen với Python, những phần khác nhau của trang web sẽ trở nên hữu ích hơn với bạn.</w:t>
      </w:r>
    </w:p>
    <w:p>
      <w:pPr>
        <w:spacing w:after="80"/>
      </w:pPr>
      <w:r>
        <w:rPr>
          <w:b/>
          <w:i w:val="0"/>
        </w:rPr>
        <w:t>1-2. Lỗi chính tả Hello World:</w:t>
      </w:r>
      <w:r>
        <w:rPr>
          <w:b w:val="0"/>
          <w:i w:val="0"/>
        </w:rPr>
        <w:t xml:space="preserve"> Mở file </w:t>
      </w:r>
      <w:r>
        <w:rPr>
          <w:b w:val="0"/>
          <w:i/>
        </w:rPr>
        <w:t>hello_world.py</w:t>
      </w:r>
      <w:r>
        <w:rPr>
          <w:b w:val="0"/>
          <w:i w:val="0"/>
        </w:rPr>
        <w:t xml:space="preserve"> mà bạn vừa tạo. Gõ sai chính tả ở đâu đó trong dòng lệnh rồi chạy lại chương trình. Bạn có thể tạo ra một lỗi chính tả gây ra thông báo lỗi không? Bạn có hiểu được thông báo lỗi đó không? Bạn có thể tạo ra một lỗi chính tả mà không gây ra thông báo lỗi không? Tại sao bạn nghĩ nó không gây ra lỗi?</w:t>
      </w:r>
    </w:p>
    <w:p>
      <w:pPr>
        <w:spacing w:after="80"/>
      </w:pPr>
      <w:r>
        <w:rPr>
          <w:b/>
          <w:i w:val="0"/>
        </w:rPr>
        <w:t>1-3. Kỹ năng vô hạn:</w:t>
      </w:r>
      <w:r>
        <w:rPr>
          <w:b w:val="0"/>
          <w:i w:val="0"/>
        </w:rPr>
        <w:t xml:space="preserve"> Nếu bạn có kỹ năng lập trình vô hạn, bạn sẽ xây dựng gì? Bạn sắp học cách lập trình. Nếu bạn có một mục tiêu cuối cùng trong đầu, bạn sẽ có ngay chỗ để dùng những kỹ năng mới của mình; bây giờ là thời điểm tuyệt vời để viết những mô tả ngắn gọn về những gì bạn muốn tạo ra. Giữ một cuốn sổ "ý tưởng" để tham khảo mỗi khi bạn muốn bắt đầu một dự án mới là một thói quen tốt. Hãy dành vài phút ngay bây giờ để mô tả ba chương trình mà bạn muốn tạo ra.</w:t>
      </w:r>
    </w:p>
    <w:p>
      <w:pPr>
        <w:pStyle w:val="Heading2"/>
      </w:pPr>
      <w:r>
        <w:rPr>
          <w:rFonts w:ascii="Calibri" w:hAnsi="Calibri"/>
          <w:b/>
          <w:i w:val="0"/>
          <w:sz w:val="32"/>
        </w:rPr>
        <w:t>Tóm tắt</w:t>
      </w:r>
    </w:p>
    <w:p>
      <w:pPr>
        <w:spacing w:after="80"/>
      </w:pPr>
      <w:r>
        <w:rPr>
          <w:b w:val="0"/>
          <w:i w:val="0"/>
        </w:rPr>
        <w:t xml:space="preserve">Trong chương này, bạn đã học một chút về Python nói chung, và bạn đã cài đặt Python trên hệ thống của mình nếu nó chưa có sẵn. Bạn cũng đã cài đặt một trình soạn thảo văn bản để viết code Python dễ dàng hơn. Bạn đã chạy những đoạn code Python nhỏ trong một phiên terminal, và bạn đã chạy chương trình đầu tiên của mình, </w:t>
      </w:r>
      <w:r>
        <w:rPr>
          <w:b w:val="0"/>
          <w:i/>
        </w:rPr>
        <w:t>hello_world.py</w:t>
      </w:r>
      <w:r>
        <w:rPr>
          <w:b w:val="0"/>
          <w:i w:val="0"/>
        </w:rPr>
        <w:t>. Chắc hẳn bạn cũng đã học được chút gì đó về cách xử lý sự cố.</w:t>
      </w:r>
    </w:p>
    <w:p>
      <w:pPr>
        <w:spacing w:after="80"/>
      </w:pPr>
      <w:r>
        <w:rPr>
          <w:b w:val="0"/>
          <w:i w:val="0"/>
        </w:rPr>
        <w:t>Trong chương tiếp theo, bạn sẽ tìm hiểu về các loại dữ liệu khác nhau mà bạn có thể làm việc trong chương trình Python của mình, và bạn cũng sẽ bắt đầu sử dụng biến (variable).</w:t>
      </w:r>
    </w:p>
    <w:p>
      <w:pPr>
        <w:pStyle w:val="Heading1"/>
      </w:pPr>
      <w:r>
        <w:rPr>
          <w:rFonts w:ascii="Calibri" w:hAnsi="Calibri"/>
          <w:b/>
          <w:i w:val="0"/>
          <w:sz w:val="38"/>
        </w:rPr>
        <w:t>2</w:t>
      </w:r>
      <w:r>
        <w:rPr>
          <w:rFonts w:ascii="Calibri" w:hAnsi="Calibri"/>
          <w:b/>
          <w:i w:val="0"/>
          <w:sz w:val="38"/>
        </w:rPr>
      </w:r>
      <w:r>
        <w:rPr>
          <w:rFonts w:ascii="Calibri" w:hAnsi="Calibri"/>
          <w:b/>
          <w:i w:val="0"/>
          <w:sz w:val="38"/>
        </w:rPr>
        <w:t>Biến và các kiểu dữ liệu đơn giản</w:t>
      </w:r>
    </w:p>
    <w:p>
      <w:pPr>
        <w:jc w:val="center"/>
      </w:pPr>
      <w:r>
        <w:drawing>
          <wp:inline xmlns:a="http://schemas.openxmlformats.org/drawingml/2006/main" xmlns:pic="http://schemas.openxmlformats.org/drawingml/2006/picture">
            <wp:extent cx="3867150" cy="3867150"/>
            <wp:docPr id="7" name="Picture 7"/>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Trong chương này bạn sẽ tìm hiểu về các loại dữ liệu khác nhau mà bạn có thể làm việc trong chương trình Python của mình. Bạn cũng sẽ học cách sử dụng biến (variable) để biểu diễn dữ liệu trong chương trình.</w:t>
      </w:r>
    </w:p>
    <w:p>
      <w:pPr>
        <w:pStyle w:val="Heading2"/>
      </w:pPr>
      <w:r>
        <w:rPr>
          <w:rFonts w:ascii="Calibri" w:hAnsi="Calibri"/>
          <w:b/>
          <w:i w:val="0"/>
          <w:sz w:val="32"/>
        </w:rPr>
        <w:t>Điều gì thực sự xảy ra khi bạn chạy hello_world.py</w:t>
      </w:r>
    </w:p>
    <w:p>
      <w:pPr>
        <w:spacing w:after="80"/>
      </w:pPr>
      <w:r>
        <w:rPr>
          <w:b w:val="0"/>
          <w:i w:val="0"/>
        </w:rPr>
        <w:t xml:space="preserve">Hãy cùng xem xét kỹ hơn những gì Python làm khi bạn chạy </w:t>
      </w:r>
      <w:r>
        <w:rPr>
          <w:b w:val="0"/>
          <w:i/>
        </w:rPr>
        <w:t>hello_world.py</w:t>
      </w:r>
      <w:r>
        <w:rPr>
          <w:b w:val="0"/>
          <w:i w:val="0"/>
        </w:rPr>
        <w:t>. Hóa ra, Python thực hiện khá nhiều công việc, ngay cả khi nó chạy một chương trình đơn giản:</w:t>
      </w:r>
    </w:p>
    <w:p>
      <w:pPr>
        <w:spacing w:after="80"/>
      </w:pPr>
      <w:r>
        <w:rPr>
          <w:b w:val="0"/>
          <w:i w:val="0"/>
        </w:rPr>
        <w:t>hello_world.py</w:t>
      </w:r>
    </w:p>
    <w:p>
      <w:pPr>
        <w:spacing w:after="80"/>
      </w:pPr>
      <w:r>
        <w:rPr>
          <w:b w:val="0"/>
          <w:i w:val="0"/>
        </w:rPr>
        <w:t>print("Hello Python world!")</w:t>
      </w:r>
    </w:p>
    <w:p>
      <w:pPr>
        <w:spacing w:after="80"/>
      </w:pPr>
      <w:r>
        <w:rPr>
          <w:b w:val="0"/>
          <w:i w:val="0"/>
        </w:rPr>
        <w:t>Khi bạn chạy đoạn mã này, bạn sẽ thấy kết quả như sau:</w:t>
      </w:r>
    </w:p>
    <w:p>
      <w:pPr>
        <w:spacing w:after="80"/>
      </w:pPr>
      <w:r>
        <w:rPr>
          <w:b w:val="0"/>
          <w:i w:val="0"/>
        </w:rPr>
        <w:t>Hello Python world!</w:t>
      </w:r>
    </w:p>
    <w:p>
      <w:pPr>
        <w:spacing w:after="80"/>
      </w:pPr>
      <w:r>
        <w:rPr>
          <w:b w:val="0"/>
          <w:i w:val="0"/>
        </w:rPr>
        <w:t xml:space="preserve">Khi bạn chạy tệp </w:t>
      </w:r>
      <w:r>
        <w:rPr>
          <w:b w:val="0"/>
          <w:i/>
        </w:rPr>
        <w:t>hello_world.py</w:t>
      </w:r>
      <w:r>
        <w:rPr>
          <w:b w:val="0"/>
          <w:i w:val="0"/>
        </w:rPr>
        <w:t xml:space="preserve">, phần đuôi </w:t>
      </w:r>
      <w:r>
        <w:rPr>
          <w:b w:val="0"/>
          <w:i/>
        </w:rPr>
        <w:t>.py</w:t>
      </w:r>
      <w:r>
        <w:rPr>
          <w:b w:val="0"/>
          <w:i w:val="0"/>
        </w:rPr>
        <w:t xml:space="preserve"> cho biết rằng tệp này là một chương trình Python. Trình soạn thảo (editor) của bạn sau đó chạy tệp này thông qua </w:t>
      </w:r>
      <w:r>
        <w:rPr>
          <w:b w:val="0"/>
          <w:i/>
        </w:rPr>
        <w:t>trình thông dịch Python</w:t>
      </w:r>
      <w:r>
        <w:rPr>
          <w:b w:val="0"/>
          <w:i w:val="0"/>
        </w:rPr>
        <w:t xml:space="preserve"> (Python interpreter), trình này đọc qua chương trình và xác định ý nghĩa của từng từ trong chương trình. Ví dụ, khi trình thông dịch thấy từ </w:t>
      </w:r>
      <w:r>
        <w:rPr>
          <w:rFonts w:ascii="Consolas" w:hAnsi="Consolas"/>
          <w:b w:val="0"/>
          <w:i w:val="0"/>
          <w:sz w:val="20"/>
        </w:rPr>
        <w:t>print</w:t>
      </w:r>
      <w:r>
        <w:rPr>
          <w:b w:val="0"/>
          <w:i w:val="0"/>
        </w:rPr>
        <w:t xml:space="preserve"> theo sau là dấu ngoặc đơn, nó sẽ in ra màn hình bất cứ thứ gì nằm bên trong dấu ngoặc đơn.</w:t>
      </w:r>
    </w:p>
    <w:p>
      <w:pPr>
        <w:spacing w:after="80"/>
      </w:pPr>
      <w:r>
        <w:rPr>
          <w:b w:val="0"/>
          <w:i w:val="0"/>
        </w:rPr>
        <w:t xml:space="preserve">Khi bạn viết chương trình, trình soạn thảo của bạn sẽ tô sáng các phần khác nhau của chương trình theo những cách khác nhau. Ví dụ, nó nhận ra rằng </w:t>
      </w:r>
      <w:r>
        <w:rPr>
          <w:rFonts w:ascii="Consolas" w:hAnsi="Consolas"/>
          <w:b w:val="0"/>
          <w:i w:val="0"/>
          <w:sz w:val="20"/>
        </w:rPr>
        <w:t>print()</w:t>
      </w:r>
      <w:r>
        <w:rPr>
          <w:b w:val="0"/>
          <w:i w:val="0"/>
        </w:rPr>
        <w:t xml:space="preserve"> là tên của một hàm (function) và hiển thị từ đó bằng một màu. Nó nhận ra rằng </w:t>
      </w:r>
      <w:r>
        <w:rPr>
          <w:rFonts w:ascii="Consolas" w:hAnsi="Consolas"/>
          <w:b w:val="0"/>
          <w:i w:val="0"/>
          <w:sz w:val="20"/>
        </w:rPr>
        <w:t>"Hello Python world!"</w:t>
      </w:r>
      <w:r>
        <w:rPr>
          <w:b w:val="0"/>
          <w:i w:val="0"/>
        </w:rPr>
        <w:t xml:space="preserve"> không phải là mã Python, và hiển thị cụm từ đó bằng một màu khác. Tính năng này được gọi là </w:t>
      </w:r>
      <w:r>
        <w:rPr>
          <w:b w:val="0"/>
          <w:i/>
        </w:rPr>
        <w:t>tô sáng cú pháp</w:t>
      </w:r>
      <w:r>
        <w:rPr>
          <w:b w:val="0"/>
          <w:i w:val="0"/>
        </w:rPr>
        <w:t xml:space="preserve"> (syntax highlighting) và khá hữu ích khi bạn bắt đầu viết chương trình của riêng mình.</w:t>
      </w:r>
    </w:p>
    <w:p>
      <w:pPr>
        <w:pStyle w:val="Heading2"/>
      </w:pPr>
      <w:r>
        <w:rPr>
          <w:rFonts w:ascii="Calibri" w:hAnsi="Calibri"/>
          <w:b/>
          <w:i w:val="0"/>
          <w:sz w:val="32"/>
        </w:rPr>
        <w:t>Biến</w:t>
      </w:r>
    </w:p>
    <w:p>
      <w:pPr>
        <w:spacing w:after="80"/>
      </w:pPr>
      <w:r>
        <w:rPr>
          <w:b w:val="0"/>
          <w:i w:val="0"/>
        </w:rPr>
        <w:t xml:space="preserve">Hãy thử sử dụng một biến trong </w:t>
      </w:r>
      <w:r>
        <w:rPr>
          <w:b w:val="0"/>
          <w:i/>
        </w:rPr>
        <w:t>hello_world.py</w:t>
      </w:r>
      <w:r>
        <w:rPr>
          <w:b w:val="0"/>
          <w:i w:val="0"/>
        </w:rPr>
        <w:t>. Thêm một dòng mới vào đầu tệp, và sửa đổi dòng thứ hai:</w:t>
      </w:r>
    </w:p>
    <w:p>
      <w:pPr>
        <w:spacing w:after="80"/>
      </w:pPr>
      <w:r>
        <w:rPr>
          <w:b w:val="0"/>
          <w:i w:val="0"/>
        </w:rPr>
        <w:t>hello_world.py</w:t>
      </w:r>
    </w:p>
    <w:p>
      <w:pPr>
        <w:spacing w:after="80"/>
      </w:pPr>
      <w:r>
        <w:rPr>
          <w:b w:val="0"/>
          <w:i w:val="0"/>
        </w:rPr>
        <w:t>message = "Hello Python world!"</w:t>
      </w:r>
      <w:r>
        <w:br/>
      </w:r>
      <w:r>
        <w:rPr>
          <w:b w:val="0"/>
          <w:i w:val="0"/>
        </w:rPr>
        <w:t>print(message)</w:t>
      </w:r>
    </w:p>
    <w:p>
      <w:pPr>
        <w:spacing w:after="80"/>
      </w:pPr>
      <w:r>
        <w:rPr>
          <w:b w:val="0"/>
          <w:i w:val="0"/>
        </w:rPr>
        <w:t>Chạy chương trình này để xem điều gì xảy ra. Bạn sẽ thấy kết quả giống như lần trước:</w:t>
      </w:r>
    </w:p>
    <w:p>
      <w:pPr>
        <w:spacing w:after="80"/>
      </w:pPr>
      <w:r>
        <w:rPr>
          <w:b w:val="0"/>
          <w:i w:val="0"/>
        </w:rPr>
        <w:t>Hello Python world!</w:t>
      </w:r>
    </w:p>
    <w:p>
      <w:pPr>
        <w:spacing w:after="80"/>
      </w:pPr>
      <w:r>
        <w:rPr>
          <w:b w:val="0"/>
          <w:i w:val="0"/>
        </w:rPr>
        <w:t xml:space="preserve">Chúng ta đã thêm một </w:t>
      </w:r>
      <w:r>
        <w:rPr>
          <w:b w:val="0"/>
          <w:i/>
        </w:rPr>
        <w:t>biến</w:t>
      </w:r>
      <w:r>
        <w:rPr>
          <w:b w:val="0"/>
          <w:i w:val="0"/>
        </w:rPr>
        <w:t xml:space="preserve"> (variable) tên là </w:t>
      </w:r>
      <w:r>
        <w:rPr>
          <w:rFonts w:ascii="Consolas" w:hAnsi="Consolas"/>
          <w:b w:val="0"/>
          <w:i w:val="0"/>
          <w:sz w:val="20"/>
        </w:rPr>
        <w:t>message</w:t>
      </w:r>
      <w:r>
        <w:rPr>
          <w:b w:val="0"/>
          <w:i w:val="0"/>
        </w:rPr>
        <w:t xml:space="preserve">. Mỗi biến đều gắn liền với một </w:t>
      </w:r>
      <w:r>
        <w:rPr>
          <w:b w:val="0"/>
          <w:i/>
        </w:rPr>
        <w:t>giá trị</w:t>
      </w:r>
      <w:r>
        <w:rPr>
          <w:b w:val="0"/>
          <w:i w:val="0"/>
        </w:rPr>
        <w:t xml:space="preserve"> (value), tức là thông tin được gán cho biến đó. Trong trường hợp này, giá trị là đoạn văn bản </w:t>
      </w:r>
      <w:r>
        <w:rPr>
          <w:rFonts w:ascii="Consolas" w:hAnsi="Consolas"/>
          <w:b w:val="0"/>
          <w:i w:val="0"/>
          <w:sz w:val="20"/>
        </w:rPr>
        <w:t>"Hello Python world!"</w:t>
      </w:r>
      <w:r>
        <w:rPr>
          <w:b w:val="0"/>
          <w:i w:val="0"/>
        </w:rPr>
        <w:t>.</w:t>
      </w:r>
    </w:p>
    <w:p>
      <w:pPr>
        <w:spacing w:after="80"/>
      </w:pPr>
      <w:r>
        <w:rPr>
          <w:b w:val="0"/>
          <w:i w:val="0"/>
        </w:rPr>
        <w:t xml:space="preserve">Việc thêm biến khiến trình thông dịch Python phải làm việc nhiều hơn một chút. Khi xử lý dòng đầu tiên, nó gán biến </w:t>
      </w:r>
      <w:r>
        <w:rPr>
          <w:rFonts w:ascii="Consolas" w:hAnsi="Consolas"/>
          <w:b w:val="0"/>
          <w:i w:val="0"/>
          <w:sz w:val="20"/>
        </w:rPr>
        <w:t>message</w:t>
      </w:r>
      <w:r>
        <w:rPr>
          <w:b w:val="0"/>
          <w:i w:val="0"/>
        </w:rPr>
        <w:t xml:space="preserve"> với đoạn văn bản </w:t>
      </w:r>
      <w:r>
        <w:rPr>
          <w:rFonts w:ascii="Consolas" w:hAnsi="Consolas"/>
          <w:b w:val="0"/>
          <w:i w:val="0"/>
          <w:sz w:val="20"/>
        </w:rPr>
        <w:t>"Hello Python world!"</w:t>
      </w:r>
      <w:r>
        <w:rPr>
          <w:b w:val="0"/>
          <w:i w:val="0"/>
        </w:rPr>
        <w:t xml:space="preserve">. Khi đến dòng thứ hai, nó in giá trị gắn với </w:t>
      </w:r>
      <w:r>
        <w:rPr>
          <w:rFonts w:ascii="Consolas" w:hAnsi="Consolas"/>
          <w:b w:val="0"/>
          <w:i w:val="0"/>
          <w:sz w:val="20"/>
        </w:rPr>
        <w:t>message</w:t>
      </w:r>
      <w:r>
        <w:rPr>
          <w:b w:val="0"/>
          <w:i w:val="0"/>
        </w:rPr>
        <w:t xml:space="preserve"> ra màn hình.</w:t>
      </w:r>
    </w:p>
    <w:p>
      <w:pPr>
        <w:spacing w:after="80"/>
      </w:pPr>
      <w:r>
        <w:rPr>
          <w:b w:val="0"/>
          <w:i w:val="0"/>
        </w:rPr>
        <w:t xml:space="preserve">Hãy mở rộng chương trình này bằng cách sửa </w:t>
      </w:r>
      <w:r>
        <w:rPr>
          <w:b w:val="0"/>
          <w:i/>
        </w:rPr>
        <w:t>hello_world.py</w:t>
      </w:r>
      <w:r>
        <w:rPr>
          <w:b w:val="0"/>
          <w:i w:val="0"/>
        </w:rPr>
        <w:t xml:space="preserve"> để in thêm một thông báo thứ hai. Thêm một dòng trống vào </w:t>
      </w:r>
      <w:r>
        <w:rPr>
          <w:b w:val="0"/>
          <w:i/>
        </w:rPr>
        <w:t>hello_world.py</w:t>
      </w:r>
      <w:r>
        <w:rPr>
          <w:b w:val="0"/>
          <w:i w:val="0"/>
        </w:rPr>
        <w:t>, rồi thêm hai dòng mã mới:</w:t>
      </w:r>
    </w:p>
    <w:p>
      <w:pPr>
        <w:spacing w:after="0"/>
        <w:ind w:left="360"/>
        <w:shd w:val="clear" w:color="auto" w:fill="F2F2F2"/>
      </w:pPr>
      <w:r>
        <w:rPr>
          <w:rFonts w:ascii="Consolas" w:hAnsi="Consolas"/>
          <w:b w:val="0"/>
          <w:i w:val="0"/>
          <w:sz w:val="18"/>
        </w:rPr>
        <w:t>message = "Hello Python world!"</w:t>
      </w:r>
    </w:p>
    <w:p>
      <w:pPr>
        <w:spacing w:after="0"/>
        <w:ind w:left="360"/>
        <w:shd w:val="clear" w:color="auto" w:fill="F2F2F2"/>
      </w:pPr>
      <w:r>
        <w:rPr>
          <w:rFonts w:ascii="Consolas" w:hAnsi="Consolas"/>
          <w:b w:val="0"/>
          <w:i w:val="0"/>
          <w:sz w:val="18"/>
        </w:rPr>
        <w:t>print(message)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message = "Hello Python Crash Course world!"</w:t>
      </w:r>
    </w:p>
    <w:p>
      <w:pPr>
        <w:spacing w:after="0"/>
        <w:ind w:left="360"/>
        <w:shd w:val="clear" w:color="auto" w:fill="F2F2F2"/>
      </w:pPr>
      <w:r>
        <w:rPr>
          <w:rFonts w:ascii="Consolas" w:hAnsi="Consolas"/>
          <w:b w:val="0"/>
          <w:i w:val="0"/>
          <w:sz w:val="18"/>
        </w:rPr>
        <w:t>print(message)</w:t>
      </w:r>
    </w:p>
    <w:p>
      <w:pPr>
        <w:spacing w:after="40"/>
      </w:pPr>
    </w:p>
    <w:p>
      <w:pPr>
        <w:spacing w:after="80"/>
      </w:pPr>
      <w:r>
        <w:rPr>
          <w:b w:val="0"/>
          <w:i w:val="0"/>
        </w:rPr>
        <w:t xml:space="preserve">Bây giờ khi chạy </w:t>
      </w:r>
      <w:r>
        <w:rPr>
          <w:b w:val="0"/>
          <w:i/>
        </w:rPr>
        <w:t>hello_world.py</w:t>
      </w:r>
      <w:r>
        <w:rPr>
          <w:b w:val="0"/>
          <w:i w:val="0"/>
        </w:rPr>
        <w:t>, bạn sẽ thấy hai dòng kết quả:</w:t>
      </w:r>
    </w:p>
    <w:p>
      <w:pPr>
        <w:spacing w:after="80"/>
      </w:pPr>
      <w:r>
        <w:rPr>
          <w:b w:val="0"/>
          <w:i w:val="0"/>
        </w:rPr>
        <w:t>Hello Python world!</w:t>
      </w:r>
      <w:r>
        <w:br/>
      </w:r>
      <w:r>
        <w:rPr>
          <w:b w:val="0"/>
          <w:i w:val="0"/>
        </w:rPr>
        <w:t>Hello Python Crash Course world!</w:t>
      </w:r>
    </w:p>
    <w:p>
      <w:pPr>
        <w:spacing w:after="80"/>
      </w:pPr>
      <w:r>
        <w:rPr>
          <w:b w:val="0"/>
          <w:i w:val="0"/>
        </w:rPr>
        <w:t>Bạn có thể thay đổi giá trị của một biến trong chương trình bất cứ lúc nào, và Python sẽ luôn theo dõi giá trị hiện tại của nó.</w:t>
      </w:r>
    </w:p>
    <w:p>
      <w:pPr>
        <w:pStyle w:val="Heading3"/>
      </w:pPr>
      <w:r>
        <w:rPr>
          <w:rFonts w:ascii="Calibri" w:hAnsi="Calibri"/>
          <w:b/>
          <w:i w:val="0"/>
          <w:sz w:val="27"/>
        </w:rPr>
        <w:t>Đặt tên và sử dụng biến</w:t>
      </w:r>
    </w:p>
    <w:p>
      <w:pPr>
        <w:spacing w:after="80"/>
      </w:pPr>
      <w:r>
        <w:rPr>
          <w:b w:val="0"/>
          <w:i w:val="0"/>
        </w:rPr>
        <w:t>Khi dùng biến trong Python, bạn cần tuân theo một số quy tắc và hướng dẫn. Vi phạm một số quy tắc sẽ gây ra lỗi; những hướng dẫn khác chỉ giúp bạn viết mã dễ đọc và dễ hiểu hơn. Hãy ghi nhớ những quy tắc sau khi làm việc với biến:</w:t>
      </w:r>
    </w:p>
    <w:p>
      <w:pPr>
        <w:spacing w:after="80"/>
        <w:ind w:left="360"/>
      </w:pPr>
      <w:r>
        <w:t xml:space="preserve">• </w:t>
      </w:r>
      <w:r>
        <w:rPr>
          <w:b w:val="0"/>
          <w:i w:val="0"/>
        </w:rPr>
        <w:t xml:space="preserve">Tên biến chỉ được chứa chữ cái, chữ số và dấu gạch dưới. Chúng có thể bắt đầu bằng chữ cái hoặc dấu gạch dưới, nhưng không được bắt đầu bằng chữ số. Ví dụ, bạn có thể đặt tên biến là </w:t>
      </w:r>
      <w:r>
        <w:rPr>
          <w:rFonts w:ascii="Consolas" w:hAnsi="Consolas"/>
          <w:b w:val="0"/>
          <w:i w:val="0"/>
          <w:sz w:val="20"/>
        </w:rPr>
        <w:t>message_1</w:t>
      </w:r>
      <w:r>
        <w:rPr>
          <w:b w:val="0"/>
          <w:i w:val="0"/>
        </w:rPr>
        <w:t xml:space="preserve"> nhưng không thể là </w:t>
      </w:r>
      <w:r>
        <w:rPr>
          <w:rFonts w:ascii="Consolas" w:hAnsi="Consolas"/>
          <w:b w:val="0"/>
          <w:i w:val="0"/>
          <w:sz w:val="20"/>
        </w:rPr>
        <w:t>1_message</w:t>
      </w:r>
      <w:r>
        <w:rPr>
          <w:b w:val="0"/>
          <w:i w:val="0"/>
        </w:rPr>
        <w:t>.</w:t>
      </w:r>
    </w:p>
    <w:p>
      <w:pPr>
        <w:spacing w:after="80"/>
        <w:ind w:left="360"/>
      </w:pPr>
      <w:r>
        <w:t xml:space="preserve">• </w:t>
      </w:r>
      <w:r>
        <w:rPr>
          <w:b w:val="0"/>
          <w:i w:val="0"/>
        </w:rPr>
        <w:t xml:space="preserve">Không được dùng dấu cách trong tên biến, nhưng có thể dùng dấu gạch dưới để phân tách các từ trong tên biến. Ví dụ, </w:t>
      </w:r>
      <w:r>
        <w:rPr>
          <w:rFonts w:ascii="Consolas" w:hAnsi="Consolas"/>
          <w:b w:val="0"/>
          <w:i w:val="0"/>
          <w:sz w:val="20"/>
        </w:rPr>
        <w:t>greeting_message</w:t>
      </w:r>
      <w:r>
        <w:rPr>
          <w:b w:val="0"/>
          <w:i w:val="0"/>
        </w:rPr>
        <w:t xml:space="preserve"> thì được nhưng </w:t>
      </w:r>
      <w:r>
        <w:rPr>
          <w:rFonts w:ascii="Consolas" w:hAnsi="Consolas"/>
          <w:b w:val="0"/>
          <w:i w:val="0"/>
          <w:sz w:val="20"/>
        </w:rPr>
        <w:t>greeting message</w:t>
      </w:r>
      <w:r>
        <w:rPr>
          <w:b w:val="0"/>
          <w:i w:val="0"/>
        </w:rPr>
        <w:t xml:space="preserve"> sẽ gây ra lỗi.</w:t>
      </w:r>
    </w:p>
    <w:p>
      <w:pPr>
        <w:spacing w:after="80"/>
        <w:ind w:left="360"/>
      </w:pPr>
      <w:r>
        <w:t xml:space="preserve">• </w:t>
      </w:r>
      <w:r>
        <w:rPr>
          <w:b w:val="0"/>
          <w:i w:val="0"/>
        </w:rPr>
        <w:t xml:space="preserve">Tránh dùng các từ khóa (keyword) và tên hàm của Python làm tên biến. Ví dụ, đừng dùng từ </w:t>
      </w:r>
      <w:r>
        <w:rPr>
          <w:rFonts w:ascii="Consolas" w:hAnsi="Consolas"/>
          <w:b w:val="0"/>
          <w:i w:val="0"/>
          <w:sz w:val="20"/>
        </w:rPr>
        <w:t>print</w:t>
      </w:r>
      <w:r>
        <w:rPr>
          <w:b w:val="0"/>
          <w:i w:val="0"/>
        </w:rPr>
        <w:t xml:space="preserve"> làm tên biến; Python đã dành riêng nó cho một mục đích lập trình cụ thể. (Xem "Từ khóa Python và các hàm tích hợp" ở trang 466.)</w:t>
      </w:r>
    </w:p>
    <w:p>
      <w:pPr>
        <w:spacing w:after="80"/>
        <w:ind w:left="360"/>
      </w:pPr>
      <w:r>
        <w:t xml:space="preserve">• </w:t>
      </w:r>
      <w:r>
        <w:rPr>
          <w:b w:val="0"/>
          <w:i w:val="0"/>
        </w:rPr>
        <w:t xml:space="preserve">Tên biến nên ngắn gọn nhưng mô tả rõ ràng. Ví dụ, </w:t>
      </w:r>
      <w:r>
        <w:rPr>
          <w:rFonts w:ascii="Consolas" w:hAnsi="Consolas"/>
          <w:b w:val="0"/>
          <w:i w:val="0"/>
          <w:sz w:val="20"/>
        </w:rPr>
        <w:t>name</w:t>
      </w:r>
      <w:r>
        <w:rPr>
          <w:b w:val="0"/>
          <w:i w:val="0"/>
        </w:rPr>
        <w:t xml:space="preserve"> tốt hơn </w:t>
      </w:r>
      <w:r>
        <w:rPr>
          <w:rFonts w:ascii="Consolas" w:hAnsi="Consolas"/>
          <w:b w:val="0"/>
          <w:i w:val="0"/>
          <w:sz w:val="20"/>
        </w:rPr>
        <w:t>n</w:t>
      </w:r>
      <w:r>
        <w:rPr>
          <w:b w:val="0"/>
          <w:i w:val="0"/>
        </w:rPr>
        <w:t xml:space="preserve">, </w:t>
      </w:r>
      <w:r>
        <w:rPr>
          <w:rFonts w:ascii="Consolas" w:hAnsi="Consolas"/>
          <w:b w:val="0"/>
          <w:i w:val="0"/>
          <w:sz w:val="20"/>
        </w:rPr>
        <w:t>student_name</w:t>
      </w:r>
      <w:r>
        <w:rPr>
          <w:b w:val="0"/>
          <w:i w:val="0"/>
        </w:rPr>
        <w:t xml:space="preserve"> tốt hơn </w:t>
      </w:r>
      <w:r>
        <w:rPr>
          <w:rFonts w:ascii="Consolas" w:hAnsi="Consolas"/>
          <w:b w:val="0"/>
          <w:i w:val="0"/>
          <w:sz w:val="20"/>
        </w:rPr>
        <w:t>s_n</w:t>
      </w:r>
      <w:r>
        <w:rPr>
          <w:b w:val="0"/>
          <w:i w:val="0"/>
        </w:rPr>
        <w:t xml:space="preserve">, và </w:t>
      </w:r>
      <w:r>
        <w:rPr>
          <w:rFonts w:ascii="Consolas" w:hAnsi="Consolas"/>
          <w:b w:val="0"/>
          <w:i w:val="0"/>
          <w:sz w:val="20"/>
        </w:rPr>
        <w:t>name_length</w:t>
      </w:r>
      <w:r>
        <w:rPr>
          <w:b w:val="0"/>
          <w:i w:val="0"/>
        </w:rPr>
        <w:t xml:space="preserve"> tốt hơn </w:t>
      </w:r>
      <w:r>
        <w:rPr>
          <w:rFonts w:ascii="Consolas" w:hAnsi="Consolas"/>
          <w:b w:val="0"/>
          <w:i w:val="0"/>
          <w:sz w:val="20"/>
        </w:rPr>
        <w:t>length_of_persons_name</w:t>
      </w:r>
      <w:r>
        <w:rPr>
          <w:b w:val="0"/>
          <w:i w:val="0"/>
        </w:rPr>
        <w:t>.</w:t>
      </w:r>
    </w:p>
    <w:p>
      <w:pPr>
        <w:spacing w:after="80"/>
        <w:ind w:left="360"/>
      </w:pPr>
      <w:r>
        <w:t xml:space="preserve">• </w:t>
      </w:r>
      <w:r>
        <w:rPr>
          <w:b w:val="0"/>
          <w:i w:val="0"/>
        </w:rPr>
        <w:t xml:space="preserve">Hãy cẩn thận khi dùng chữ thường </w:t>
      </w:r>
      <w:r>
        <w:rPr>
          <w:b w:val="0"/>
          <w:i/>
        </w:rPr>
        <w:t>l</w:t>
      </w:r>
      <w:r>
        <w:rPr>
          <w:b w:val="0"/>
          <w:i w:val="0"/>
        </w:rPr>
        <w:t xml:space="preserve"> và chữ hoa </w:t>
      </w:r>
      <w:r>
        <w:rPr>
          <w:b w:val="0"/>
          <w:i/>
        </w:rPr>
        <w:t>O</w:t>
      </w:r>
      <w:r>
        <w:rPr>
          <w:b w:val="0"/>
          <w:i w:val="0"/>
        </w:rPr>
        <w:t xml:space="preserve"> vì chúng có thể bị nhầm lẫn với các số </w:t>
      </w:r>
      <w:r>
        <w:rPr>
          <w:b w:val="0"/>
          <w:i/>
        </w:rPr>
        <w:t>1</w:t>
      </w:r>
      <w:r>
        <w:rPr>
          <w:b w:val="0"/>
          <w:i w:val="0"/>
        </w:rPr>
        <w:t xml:space="preserve"> và </w:t>
      </w:r>
      <w:r>
        <w:rPr>
          <w:b w:val="0"/>
          <w:i/>
        </w:rPr>
        <w:t>0</w:t>
      </w:r>
      <w:r>
        <w:rPr>
          <w:b w:val="0"/>
          <w:i w:val="0"/>
        </w:rPr>
        <w:t>.</w:t>
      </w:r>
    </w:p>
    <w:p>
      <w:pPr>
        <w:spacing w:after="80"/>
      </w:pPr>
      <w:r>
        <w:rPr>
          <w:b w:val="0"/>
          <w:i w:val="0"/>
        </w:rPr>
        <w:t>Bạn sẽ cần luyện tập một chút để học cách tạo tên biến hay, đặc biệt là khi chương trình của bạn trở nên thú vị và phức tạp hơn. Khi bạn viết nhiều chương trình hơn và bắt đầu đọc code của người khác, bạn sẽ giỏi hơn trong việc nghĩ ra những cái tên có ý nghĩa.</w:t>
      </w:r>
    </w:p>
    <w:p>
      <w:pPr>
        <w:spacing w:before="120" w:after="40"/>
      </w:pPr>
      <w:r>
        <w:rPr>
          <w:b/>
          <w:sz w:val="21"/>
        </w:rPr>
        <w:t>Ghi chú</w:t>
      </w:r>
    </w:p>
    <w:p>
      <w:pPr>
        <w:spacing w:after="80"/>
      </w:pPr>
      <w:r>
        <w:rPr>
          <w:b w:val="0"/>
          <w:i w:val="0"/>
        </w:rPr>
        <w:t>Các biến Python mà bạn đang dùng ở thời điểm này nên viết thường. Bạn sẽ không gặp lỗi nếu dùng chữ hoa, nhưng chữ hoa trong tên biến có ý nghĩa đặc biệt mà chúng ta sẽ bàn ở các chương sau.</w:t>
      </w:r>
    </w:p>
    <w:p>
      <w:pPr>
        <w:pStyle w:val="Heading3"/>
      </w:pPr>
      <w:r>
        <w:rPr>
          <w:rFonts w:ascii="Calibri" w:hAnsi="Calibri"/>
          <w:b/>
          <w:i w:val="0"/>
          <w:sz w:val="27"/>
        </w:rPr>
        <w:t>Tránh lỗi tên khi dùng biến</w:t>
      </w:r>
    </w:p>
    <w:p>
      <w:pPr>
        <w:spacing w:after="80"/>
      </w:pPr>
      <w:r>
        <w:rPr>
          <w:b w:val="0"/>
          <w:i w:val="0"/>
        </w:rPr>
        <w:t>Mọi lập trình viên đều mắc lỗi, và hầu hết đều mắc lỗi mỗi ngày. Dù những lập trình viên giỏi có thể tạo ra lỗi, họ cũng biết cách xử lý những lỗi đó một cách hiệu quả. Hãy cùng xem một lỗi mà bạn dễ mắc phải ngay từ đầu và học cách sửa nó.</w:t>
      </w:r>
    </w:p>
    <w:p>
      <w:pPr>
        <w:spacing w:after="80"/>
      </w:pPr>
      <w:r>
        <w:rPr>
          <w:b w:val="0"/>
          <w:i w:val="0"/>
        </w:rPr>
        <w:t xml:space="preserve">Chúng ta sẽ viết một đoạn code cố tình tạo ra lỗi. Hãy nhập đoạn code sau, bao gồm cả từ viết sai chính tả </w:t>
      </w:r>
      <w:r>
        <w:rPr>
          <w:rFonts w:ascii="Consolas" w:hAnsi="Consolas"/>
          <w:b w:val="0"/>
          <w:i w:val="0"/>
          <w:sz w:val="20"/>
        </w:rPr>
        <w:t>mesage</w:t>
      </w:r>
      <w:r>
        <w:rPr>
          <w:b w:val="0"/>
          <w:i/>
        </w:rPr>
        <w:t>,</w:t>
      </w:r>
      <w:r>
        <w:rPr>
          <w:b w:val="0"/>
          <w:i w:val="0"/>
        </w:rPr>
        <w:t xml:space="preserve"> được in đậm:</w:t>
      </w:r>
    </w:p>
    <w:p>
      <w:pPr>
        <w:spacing w:after="0"/>
        <w:ind w:left="360"/>
        <w:shd w:val="clear" w:color="auto" w:fill="F2F2F2"/>
      </w:pPr>
      <w:r>
        <w:rPr>
          <w:rFonts w:ascii="Consolas" w:hAnsi="Consolas"/>
          <w:b w:val="0"/>
          <w:i w:val="0"/>
          <w:sz w:val="18"/>
        </w:rPr>
        <w:t>message = "Hello Python Crash Course reader!"</w:t>
      </w:r>
    </w:p>
    <w:p>
      <w:pPr>
        <w:spacing w:after="0"/>
        <w:ind w:left="360"/>
        <w:shd w:val="clear" w:color="auto" w:fill="F2F2F2"/>
      </w:pPr>
      <w:r>
        <w:rPr>
          <w:rFonts w:ascii="Consolas" w:hAnsi="Consolas"/>
          <w:b w:val="0"/>
          <w:i w:val="0"/>
          <w:sz w:val="18"/>
        </w:rPr>
        <w:t>print(</w:t>
      </w:r>
      <w:r>
        <w:rPr>
          <w:rFonts w:ascii="Consolas" w:hAnsi="Consolas"/>
          <w:b/>
          <w:i w:val="0"/>
          <w:sz w:val="18"/>
        </w:rPr>
        <w:t>mesage</w:t>
      </w:r>
      <w:r>
        <w:rPr>
          <w:rFonts w:ascii="Consolas" w:hAnsi="Consolas"/>
          <w:b w:val="0"/>
          <w:i w:val="0"/>
          <w:sz w:val="18"/>
        </w:rPr>
        <w:t>)</w:t>
      </w:r>
    </w:p>
    <w:p>
      <w:pPr>
        <w:spacing w:after="40"/>
      </w:pPr>
    </w:p>
    <w:p>
      <w:pPr>
        <w:spacing w:after="80"/>
      </w:pPr>
      <w:r>
        <w:rPr>
          <w:b w:val="0"/>
          <w:i w:val="0"/>
        </w:rPr>
        <w:t xml:space="preserve">Khi có lỗi xảy ra trong chương trình của bạn, trình thông dịch Python sẽ cố gắng hết sức để giúp bạn tìm ra vấn đề nằm ở đâu. Trình thông dịch cung cấp một traceback khi chương trình không thể chạy thành công. </w:t>
      </w:r>
      <w:r>
        <w:rPr>
          <w:b w:val="0"/>
          <w:i/>
        </w:rPr>
        <w:t>Traceback</w:t>
      </w:r>
      <w:r>
        <w:rPr>
          <w:b w:val="0"/>
          <w:i w:val="0"/>
        </w:rPr>
        <w:t xml:space="preserve"> là bản ghi lại nơi trình thông dịch gặp trục trặc khi cố gắng thực thi code của bạn. Đây là ví dụ về traceback mà Python cung cấp sau khi bạn vô tình viết sai tên một biến:</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❶   File "hello_world.py", line 2, in &lt;module&gt;</w:t>
      </w:r>
    </w:p>
    <w:p>
      <w:pPr>
        <w:spacing w:after="0"/>
        <w:ind w:left="360"/>
        <w:shd w:val="clear" w:color="auto" w:fill="F2F2F2"/>
      </w:pPr>
      <w:r>
        <w:rPr>
          <w:rFonts w:ascii="Consolas" w:hAnsi="Consolas"/>
          <w:b w:val="0"/>
          <w:i w:val="0"/>
          <w:sz w:val="18"/>
        </w:rPr>
        <w:t>❷     print(mesage)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❸ NameError: name 'mesage' is not defined. Did you mean: 'message'?</w:t>
      </w:r>
    </w:p>
    <w:p>
      <w:pPr>
        <w:spacing w:after="40"/>
      </w:pPr>
    </w:p>
    <w:p>
      <w:pPr>
        <w:spacing w:after="80"/>
      </w:pPr>
      <w:r>
        <w:rPr>
          <w:b w:val="0"/>
          <w:i w:val="0"/>
        </w:rPr>
        <w:t xml:space="preserve">Kết quả thông báo rằng có lỗi xảy ra ở dòng 2 của file </w:t>
      </w:r>
      <w:r>
        <w:rPr>
          <w:b w:val="0"/>
          <w:i/>
        </w:rPr>
        <w:t>hello_world.py</w:t>
      </w:r>
      <w:r>
        <w:rPr>
          <w:b w:val="0"/>
          <w:i w:val="0"/>
        </w:rPr>
        <w:t xml:space="preserve"> ❶. Trình thông dịch hiển thị dòng này ❷ để giúp chúng ta phát hiện lỗi nhanh chóng và cho biết nó tìm thấy loại lỗi gì ❸. Trong trường hợp này nó tìm thấy một </w:t>
      </w:r>
      <w:r>
        <w:rPr>
          <w:b w:val="0"/>
          <w:i/>
        </w:rPr>
        <w:t>lỗi tên</w:t>
      </w:r>
      <w:r>
        <w:rPr>
          <w:b w:val="0"/>
          <w:i w:val="0"/>
        </w:rPr>
        <w:t xml:space="preserve"> (name error) và báo rằng biến đang được in, </w:t>
      </w:r>
      <w:r>
        <w:rPr>
          <w:rFonts w:ascii="Consolas" w:hAnsi="Consolas"/>
          <w:b w:val="0"/>
          <w:i w:val="0"/>
          <w:sz w:val="20"/>
        </w:rPr>
        <w:t>mesage</w:t>
      </w:r>
      <w:r>
        <w:rPr>
          <w:b w:val="0"/>
          <w:i w:val="0"/>
        </w:rPr>
        <w:t>, chưa được định nghĩa. Python không thể nhận diện tên biến được cung cấp. Lỗi tên thường có nghĩa là chúng ta quên gán giá trị cho biến trước khi dùng nó, hoặc chúng ta viết sai chính tả khi nhập tên biến. Nếu Python tìm thấy một tên biến tương tự với tên nó không nhận ra, nó sẽ hỏi liệu đó có phải là tên bạn muốn dùng không.</w:t>
      </w:r>
    </w:p>
    <w:p>
      <w:pPr>
        <w:spacing w:after="80"/>
      </w:pPr>
      <w:r>
        <w:rPr>
          <w:b w:val="0"/>
          <w:i w:val="0"/>
        </w:rPr>
        <w:t xml:space="preserve">Trong ví dụ này chúng ta đã bỏ sót chữ </w:t>
      </w:r>
      <w:r>
        <w:rPr>
          <w:b w:val="0"/>
          <w:i/>
        </w:rPr>
        <w:t>s</w:t>
      </w:r>
      <w:r>
        <w:rPr>
          <w:b w:val="0"/>
          <w:i w:val="0"/>
        </w:rPr>
        <w:t xml:space="preserve"> trong tên biến </w:t>
      </w:r>
      <w:r>
        <w:rPr>
          <w:rFonts w:ascii="Consolas" w:hAnsi="Consolas"/>
          <w:b w:val="0"/>
          <w:i w:val="0"/>
          <w:sz w:val="20"/>
        </w:rPr>
        <w:t>message</w:t>
      </w:r>
      <w:r>
        <w:rPr>
          <w:b w:val="0"/>
          <w:i w:val="0"/>
        </w:rPr>
        <w:t xml:space="preserve"> ở dòng thứ hai. Trình thông dịch Python không kiểm tra chính tả code của bạn, nhưng nó đảm bảo rằng tên biến được viết nhất quán. Ví dụ, hãy xem điều gì xảy ra khi chúng ta viết sai </w:t>
      </w:r>
      <w:r>
        <w:rPr>
          <w:b w:val="0"/>
          <w:i/>
        </w:rPr>
        <w:t>message</w:t>
      </w:r>
      <w:r>
        <w:rPr>
          <w:b w:val="0"/>
          <w:i w:val="0"/>
        </w:rPr>
        <w:t xml:space="preserve"> ở dòng định nghĩa biến:</w:t>
      </w:r>
    </w:p>
    <w:p>
      <w:pPr>
        <w:spacing w:after="0"/>
        <w:ind w:left="360"/>
        <w:shd w:val="clear" w:color="auto" w:fill="F2F2F2"/>
      </w:pPr>
      <w:r>
        <w:rPr>
          <w:rFonts w:ascii="Consolas" w:hAnsi="Consolas"/>
          <w:b w:val="0"/>
          <w:i w:val="0"/>
          <w:sz w:val="18"/>
        </w:rPr>
        <w:t>mesage = "Hello Python Crash Course reader!"</w:t>
      </w:r>
    </w:p>
    <w:p>
      <w:pPr>
        <w:spacing w:after="0"/>
        <w:ind w:left="360"/>
        <w:shd w:val="clear" w:color="auto" w:fill="F2F2F2"/>
      </w:pPr>
      <w:r>
        <w:rPr>
          <w:rFonts w:ascii="Consolas" w:hAnsi="Consolas"/>
          <w:b w:val="0"/>
          <w:i w:val="0"/>
          <w:sz w:val="18"/>
        </w:rPr>
        <w:t>print(mesage)</w:t>
      </w:r>
    </w:p>
    <w:p>
      <w:pPr>
        <w:spacing w:after="40"/>
      </w:pPr>
    </w:p>
    <w:p>
      <w:pPr>
        <w:spacing w:after="80"/>
      </w:pPr>
      <w:r>
        <w:rPr>
          <w:b w:val="0"/>
          <w:i w:val="0"/>
        </w:rPr>
        <w:t>Trong trường hợp này, chương trình chạy thành công!</w:t>
      </w:r>
    </w:p>
    <w:p>
      <w:pPr>
        <w:spacing w:after="80"/>
      </w:pPr>
      <w:r>
        <w:rPr>
          <w:b w:val="0"/>
          <w:i w:val="0"/>
        </w:rPr>
        <w:t>Xin chào bạn đọc Python Crash Course!</w:t>
      </w:r>
    </w:p>
    <w:p>
      <w:pPr>
        <w:spacing w:after="80"/>
      </w:pPr>
      <w:r>
        <w:rPr>
          <w:b w:val="0"/>
          <w:i w:val="0"/>
        </w:rPr>
        <w:t>Các tên biến khớp nhau, nên Python không thấy vấn đề gì. Các ngôn ngữ lập trình rất nghiêm ngặt, nhưng chúng bỏ qua việc viết đúng hay sai chính tả. Kết quả là, bạn không cần bận tâm đến các quy tắc chính tả và ngữ pháp tiếng Anh khi bạn cố gắng tạo tên biến và viết code.</w:t>
      </w:r>
    </w:p>
    <w:p>
      <w:pPr>
        <w:spacing w:after="80"/>
      </w:pPr>
      <w:r>
        <w:rPr>
          <w:b w:val="0"/>
          <w:i w:val="0"/>
        </w:rPr>
        <w:t>Nhiều lỗi lập trình rất đơn giản, chỉ là lỗi gõ nhầm một ký tự trong một dòng của chương trình. Nếu bạn thấy mình dành nhiều thời gian để tìm kiếm một trong những lỗi này, hãy biết rằng bạn không hề đơn độc. Nhiều lập trình viên dày dạn kinh nghiệm và tài năng cũng dành hàng giờ để truy tìm những lỗi nhỏ nhặt như vậy. Hãy thử cười cho qua và tiếp tục, biết rằng điều này sẽ xảy ra thường xuyên trong suốt cuộc đời lập trình của bạn.</w:t>
      </w:r>
    </w:p>
    <w:p>
      <w:pPr>
        <w:pStyle w:val="Heading3"/>
      </w:pPr>
      <w:r>
        <w:rPr>
          <w:rFonts w:ascii="Calibri" w:hAnsi="Calibri"/>
          <w:b/>
          <w:i w:val="0"/>
          <w:sz w:val="27"/>
        </w:rPr>
        <w:t>Biến là những nhãn dán</w:t>
      </w:r>
    </w:p>
    <w:p>
      <w:pPr>
        <w:spacing w:after="80"/>
      </w:pPr>
      <w:r>
        <w:rPr>
          <w:b w:val="0"/>
          <w:i w:val="0"/>
        </w:rPr>
        <w:t>Biến thường được mô tả như những chiếc hộp mà bạn có thể chứa giá trị vào. Ý tưởng này có thể hữu ích trong vài lần đầu bạn sử dụng biến, nhưng nó không phải là cách mô tả chính xác về cách biến được biểu diễn bên trong Python. Sẽ tốt hơn nhiều nếu bạn nghĩ về biến như những nhãn dán mà bạn có thể gán cho các giá trị. Bạn cũng có thể nói rằng một biến tham chiếu đến một giá trị nào đó.</w:t>
      </w:r>
    </w:p>
    <w:p>
      <w:pPr>
        <w:spacing w:after="80"/>
      </w:pPr>
      <w:r>
        <w:rPr>
          <w:b w:val="0"/>
          <w:i w:val="0"/>
        </w:rPr>
        <w:t>Sự khác biệt này có lẽ không quan trọng lắm trong những chương trình đầu tiên của bạn, nhưng đáng để học sớm hơn là muộn. Đến một lúc nào đó, bạn sẽ thấy một biến có hành vi bất ngờ, và việc hiểu chính xác cách biến hoạt động sẽ giúp bạn nhận ra điều gì đang xảy ra trong mã của mình.</w:t>
      </w:r>
    </w:p>
    <w:p>
      <w:pPr>
        <w:spacing w:before="120" w:after="40"/>
      </w:pPr>
      <w:r>
        <w:rPr>
          <w:b/>
          <w:sz w:val="21"/>
        </w:rPr>
        <w:t>Ghi chú</w:t>
      </w:r>
    </w:p>
    <w:p>
      <w:pPr>
        <w:spacing w:after="80"/>
      </w:pPr>
      <w:r>
        <w:rPr>
          <w:b w:val="0"/>
          <w:i w:val="0"/>
        </w:rPr>
        <w:t>Cách tốt nhất để hiểu các khái niệm lập trình mới là thử sử dụng chúng trong chương trình của bạn. Nếu bạn bị mắc kẹt khi làm một bài tập trong cuốn sách này, hãy thử làm việc gì đó khác một lúc. Nếu vẫn còn mắc kẹt, hãy xem lại phần liên quan của chương đó. Nếu vẫn cần trợ giúp, hãy xem các gợi ý trong Phụ lục C.</w:t>
      </w:r>
    </w:p>
    <w:p>
      <w:pPr>
        <w:spacing w:before="120" w:after="40"/>
      </w:pPr>
      <w:r>
        <w:rPr>
          <w:b/>
          <w:sz w:val="21"/>
        </w:rPr>
        <w:t>Tự thực hành</w:t>
      </w:r>
    </w:p>
    <w:p>
      <w:pPr>
        <w:spacing w:after="80"/>
      </w:pPr>
      <w:r>
        <w:rPr>
          <w:b w:val="0"/>
          <w:i w:val="0"/>
        </w:rPr>
        <w:t xml:space="preserve">Hãy viết một chương trình riêng để hoàn thành từng bài tập sau. Lưu mỗi chương trình với tên tệp theo quy ước chuẩn của Python, dùng chữ thường và dấu gạch dưới, chẳng hạn như </w:t>
      </w:r>
      <w:r>
        <w:rPr>
          <w:b w:val="0"/>
          <w:i/>
        </w:rPr>
        <w:t>simple_message.py</w:t>
      </w:r>
      <w:r>
        <w:rPr>
          <w:b w:val="0"/>
          <w:i w:val="0"/>
        </w:rPr>
        <w:t xml:space="preserve"> và </w:t>
      </w:r>
      <w:r>
        <w:rPr>
          <w:b w:val="0"/>
          <w:i/>
        </w:rPr>
        <w:t>simple_messages.py</w:t>
      </w:r>
      <w:r>
        <w:rPr>
          <w:b w:val="0"/>
          <w:i w:val="0"/>
        </w:rPr>
        <w:t>.</w:t>
      </w:r>
    </w:p>
    <w:p>
      <w:pPr>
        <w:spacing w:after="80"/>
      </w:pPr>
      <w:r>
        <w:rPr>
          <w:b/>
          <w:i w:val="0"/>
        </w:rPr>
        <w:t>2-1. Thông điệp đơn giản:</w:t>
      </w:r>
      <w:r>
        <w:rPr>
          <w:b w:val="0"/>
          <w:i w:val="0"/>
        </w:rPr>
        <w:t xml:space="preserve"> Gán một thông điệp cho một biến, rồi in thông điệp đó ra.</w:t>
      </w:r>
    </w:p>
    <w:p>
      <w:pPr>
        <w:spacing w:after="80"/>
      </w:pPr>
      <w:r>
        <w:rPr>
          <w:b/>
          <w:i w:val="0"/>
        </w:rPr>
        <w:t>2-2. Những thông điệp đơn giản:</w:t>
      </w:r>
      <w:r>
        <w:rPr>
          <w:b w:val="0"/>
          <w:i w:val="0"/>
        </w:rPr>
        <w:t xml:space="preserve"> Gán một thông điệp cho một biến, và in thông điệp đó ra. Sau đó đổi giá trị của biến thành một thông điệp mới, và in thông điệp mới ra.</w:t>
      </w:r>
    </w:p>
    <w:p>
      <w:pPr>
        <w:pStyle w:val="Heading2"/>
      </w:pPr>
      <w:r>
        <w:rPr>
          <w:rFonts w:ascii="Calibri" w:hAnsi="Calibri"/>
          <w:b/>
          <w:i w:val="0"/>
          <w:sz w:val="32"/>
        </w:rPr>
        <w:t>Chuỗi</w:t>
      </w:r>
    </w:p>
    <w:p>
      <w:pPr>
        <w:spacing w:after="80"/>
      </w:pPr>
      <w:r>
        <w:rPr>
          <w:b w:val="0"/>
          <w:i w:val="0"/>
        </w:rPr>
        <w:t>Vì hầu hết các chương trình đều định nghĩa và thu thập một loại dữ liệu nào đó rồi làm điều gì hữu ích với nó, nên việc phân loại các kiểu dữ liệu khác nhau sẽ rất hữu ích. Kiểu dữ liệu đầu tiên chúng ta sẽ xem xét là chuỗi (string). Chuỗi thoạt nhìn khá đơn giản, nhưng bạn có thể sử dụng chúng theo nhiều cách khác nhau.</w:t>
      </w:r>
    </w:p>
    <w:p>
      <w:pPr>
        <w:spacing w:after="80"/>
      </w:pPr>
      <w:r>
        <w:rPr>
          <w:b w:val="0"/>
          <w:i w:val="0"/>
        </w:rPr>
        <w:t xml:space="preserve">Một </w:t>
      </w:r>
      <w:r>
        <w:rPr>
          <w:b w:val="0"/>
          <w:i/>
        </w:rPr>
        <w:t>chuỗi</w:t>
      </w:r>
      <w:r>
        <w:rPr>
          <w:b w:val="0"/>
          <w:i w:val="0"/>
        </w:rPr>
        <w:t xml:space="preserve"> là một dãy các ký tự. Bất cứ thứ gì nằm trong dấu ngoặc kép đều được coi là chuỗi trong Python, và bạn có thể dùng dấu nháy đơn hoặc nháy kép bao quanh chuỗi của mình như sau:</w:t>
      </w:r>
    </w:p>
    <w:p>
      <w:pPr>
        <w:spacing w:after="80"/>
      </w:pPr>
      <w:r>
        <w:rPr>
          <w:b w:val="0"/>
          <w:i w:val="0"/>
        </w:rPr>
        <w:t>"This is a string."</w:t>
      </w:r>
      <w:r>
        <w:br/>
      </w:r>
      <w:r>
        <w:rPr>
          <w:b w:val="0"/>
          <w:i w:val="0"/>
        </w:rPr>
        <w:t>'This is also a string.'</w:t>
      </w:r>
    </w:p>
    <w:p>
      <w:pPr>
        <w:spacing w:after="80"/>
      </w:pPr>
      <w:r>
        <w:rPr>
          <w:b w:val="0"/>
          <w:i w:val="0"/>
        </w:rPr>
        <w:t>Sự linh hoạt này cho phép bạn dùng dấu ngoặc kép và dấu nháy đơn bên trong chuỗi:</w:t>
      </w:r>
    </w:p>
    <w:p>
      <w:pPr>
        <w:spacing w:after="80"/>
      </w:pPr>
      <w:r>
        <w:rPr>
          <w:b w:val="0"/>
          <w:i w:val="0"/>
        </w:rPr>
        <w:t>'I told my friend, "Python is my favorite language!"'</w:t>
      </w:r>
      <w:r>
        <w:br/>
      </w:r>
      <w:r>
        <w:rPr>
          <w:b w:val="0"/>
          <w:i w:val="0"/>
        </w:rPr>
        <w:t>"The language 'Python' is named after Monty Python, not the snake."</w:t>
      </w:r>
      <w:r>
        <w:br/>
      </w:r>
      <w:r>
        <w:rPr>
          <w:b w:val="0"/>
          <w:i w:val="0"/>
        </w:rPr>
        <w:t>"One of Python's strengths is its diverse and supportive community."</w:t>
      </w:r>
    </w:p>
    <w:p>
      <w:pPr>
        <w:spacing w:after="80"/>
      </w:pPr>
      <w:r>
        <w:rPr>
          <w:b w:val="0"/>
          <w:i w:val="0"/>
        </w:rPr>
        <w:t>Hãy cùng khám phá một vài cách bạn có thể dùng chuỗi nhé.</w:t>
      </w:r>
    </w:p>
    <w:p>
      <w:pPr>
        <w:pStyle w:val="Heading3"/>
      </w:pPr>
      <w:r>
        <w:rPr>
          <w:rFonts w:ascii="Calibri" w:hAnsi="Calibri"/>
          <w:b/>
          <w:i w:val="0"/>
          <w:sz w:val="27"/>
        </w:rPr>
        <w:t>Thay đổi chữ hoa chữ thường trong chuỗi bằng phương thức</w:t>
      </w:r>
    </w:p>
    <w:p>
      <w:pPr>
        <w:spacing w:after="80"/>
      </w:pPr>
      <w:r>
        <w:rPr>
          <w:b w:val="0"/>
          <w:i w:val="0"/>
        </w:rPr>
        <w:t>Một trong những việc đơn giản nhất bạn có thể làm với chuỗi là thay đổi chữ hoa chữ thường của các từ trong chuỗi. Hãy xem đoạn code sau và thử đoán xem chuyện gì đang diễn ra:</w:t>
      </w:r>
    </w:p>
    <w:p>
      <w:pPr>
        <w:spacing w:after="80"/>
      </w:pPr>
      <w:r>
        <w:rPr>
          <w:b w:val="0"/>
          <w:i w:val="0"/>
        </w:rPr>
        <w:t>name.py</w:t>
      </w:r>
    </w:p>
    <w:p>
      <w:pPr>
        <w:spacing w:after="80"/>
      </w:pPr>
      <w:r>
        <w:rPr>
          <w:b w:val="0"/>
          <w:i w:val="0"/>
        </w:rPr>
        <w:t>name = "ada lovelace"</w:t>
      </w:r>
      <w:r>
        <w:br/>
      </w:r>
      <w:r>
        <w:rPr>
          <w:b w:val="0"/>
          <w:i w:val="0"/>
        </w:rPr>
        <w:t>print(name.title())</w:t>
      </w:r>
    </w:p>
    <w:p>
      <w:pPr>
        <w:spacing w:after="80"/>
      </w:pPr>
      <w:r>
        <w:rPr>
          <w:b w:val="0"/>
          <w:i w:val="0"/>
        </w:rPr>
        <w:t xml:space="preserve">Lưu tệp này với tên </w:t>
      </w:r>
      <w:r>
        <w:rPr>
          <w:b w:val="0"/>
          <w:i/>
        </w:rPr>
        <w:t>name.py</w:t>
      </w:r>
      <w:r>
        <w:rPr>
          <w:b w:val="0"/>
          <w:i w:val="0"/>
        </w:rPr>
        <w:t xml:space="preserve"> rồi chạy nó. Bạn sẽ thấy kết quả như sau:</w:t>
      </w:r>
    </w:p>
    <w:p>
      <w:pPr>
        <w:spacing w:after="80"/>
      </w:pPr>
      <w:r>
        <w:rPr>
          <w:b w:val="0"/>
          <w:i w:val="0"/>
        </w:rPr>
        <w:t>Ada Lovelace</w:t>
      </w:r>
    </w:p>
    <w:p>
      <w:pPr>
        <w:spacing w:after="80"/>
      </w:pPr>
      <w:r>
        <w:rPr>
          <w:b w:val="0"/>
          <w:i w:val="0"/>
        </w:rPr>
        <w:t xml:space="preserve">Trong ví dụ này, biến </w:t>
      </w:r>
      <w:r>
        <w:rPr>
          <w:rFonts w:ascii="Consolas" w:hAnsi="Consolas"/>
          <w:b w:val="0"/>
          <w:i w:val="0"/>
          <w:sz w:val="20"/>
        </w:rPr>
        <w:t>name</w:t>
      </w:r>
      <w:r>
        <w:rPr>
          <w:b w:val="0"/>
          <w:i w:val="0"/>
        </w:rPr>
        <w:t xml:space="preserve"> trỏ đến chuỗi chữ thường </w:t>
      </w:r>
      <w:r>
        <w:rPr>
          <w:rFonts w:ascii="Consolas" w:hAnsi="Consolas"/>
          <w:b w:val="0"/>
          <w:i w:val="0"/>
          <w:sz w:val="20"/>
        </w:rPr>
        <w:t>"ada lovelace"</w:t>
      </w:r>
      <w:r>
        <w:rPr>
          <w:b w:val="0"/>
          <w:i w:val="0"/>
        </w:rPr>
        <w:t xml:space="preserve">. Phương thức </w:t>
      </w:r>
      <w:r>
        <w:rPr>
          <w:rFonts w:ascii="Consolas" w:hAnsi="Consolas"/>
          <w:b w:val="0"/>
          <w:i w:val="0"/>
          <w:sz w:val="20"/>
        </w:rPr>
        <w:t>title()</w:t>
      </w:r>
      <w:r>
        <w:rPr>
          <w:b w:val="0"/>
          <w:i w:val="0"/>
        </w:rPr>
        <w:t xml:space="preserve"> xuất hiện sau biến trong lời gọi </w:t>
      </w:r>
      <w:r>
        <w:rPr>
          <w:rFonts w:ascii="Consolas" w:hAnsi="Consolas"/>
          <w:b w:val="0"/>
          <w:i w:val="0"/>
          <w:sz w:val="20"/>
        </w:rPr>
        <w:t>print()</w:t>
      </w:r>
      <w:r>
        <w:rPr>
          <w:b w:val="0"/>
          <w:i w:val="0"/>
        </w:rPr>
        <w:t xml:space="preserve">. Một </w:t>
      </w:r>
      <w:r>
        <w:rPr>
          <w:b w:val="0"/>
          <w:i/>
        </w:rPr>
        <w:t>phương thức</w:t>
      </w:r>
      <w:r>
        <w:rPr>
          <w:b w:val="0"/>
          <w:i w:val="0"/>
        </w:rPr>
        <w:t xml:space="preserve"> (method) là một hành động mà Python có thể thực hiện trên một mẩu dữ liệu. Dấu chấm (</w:t>
      </w:r>
      <w:r>
        <w:rPr>
          <w:rFonts w:ascii="Consolas" w:hAnsi="Consolas"/>
          <w:b w:val="0"/>
          <w:i w:val="0"/>
          <w:sz w:val="20"/>
        </w:rPr>
        <w:t>.</w:t>
      </w:r>
      <w:r>
        <w:rPr>
          <w:b w:val="0"/>
          <w:i w:val="0"/>
        </w:rPr>
        <w:t xml:space="preserve">) sau </w:t>
      </w:r>
      <w:r>
        <w:rPr>
          <w:rFonts w:ascii="Consolas" w:hAnsi="Consolas"/>
          <w:b w:val="0"/>
          <w:i w:val="0"/>
          <w:sz w:val="20"/>
        </w:rPr>
        <w:t>name</w:t>
      </w:r>
      <w:r>
        <w:rPr>
          <w:b w:val="0"/>
          <w:i w:val="0"/>
        </w:rPr>
        <w:t xml:space="preserve"> trong </w:t>
      </w:r>
      <w:r>
        <w:rPr>
          <w:rFonts w:ascii="Consolas" w:hAnsi="Consolas"/>
          <w:b w:val="0"/>
          <w:i w:val="0"/>
          <w:sz w:val="20"/>
        </w:rPr>
        <w:t>name.title()</w:t>
      </w:r>
      <w:r>
        <w:rPr>
          <w:b w:val="0"/>
          <w:i w:val="0"/>
        </w:rPr>
        <w:t xml:space="preserve"> báo cho Python biết hãy để phương thức </w:t>
      </w:r>
      <w:r>
        <w:rPr>
          <w:rFonts w:ascii="Consolas" w:hAnsi="Consolas"/>
          <w:b w:val="0"/>
          <w:i w:val="0"/>
          <w:sz w:val="20"/>
        </w:rPr>
        <w:t>title()</w:t>
      </w:r>
      <w:r>
        <w:rPr>
          <w:b w:val="0"/>
          <w:i w:val="0"/>
        </w:rPr>
        <w:t xml:space="preserve"> tác động lên biến </w:t>
      </w:r>
      <w:r>
        <w:rPr>
          <w:rFonts w:ascii="Consolas" w:hAnsi="Consolas"/>
          <w:b w:val="0"/>
          <w:i w:val="0"/>
          <w:sz w:val="20"/>
        </w:rPr>
        <w:t>name</w:t>
      </w:r>
      <w:r>
        <w:rPr>
          <w:b w:val="0"/>
          <w:i w:val="0"/>
        </w:rPr>
        <w:t xml:space="preserve">. Mọi phương thức đều được theo sau bởi một cặp dấu ngoặc đơn, vì phương thức thường cần thêm thông tin để làm việc. Thông tin đó được cung cấp bên trong dấu ngoặc đơn. Hàm </w:t>
      </w:r>
      <w:r>
        <w:rPr>
          <w:rFonts w:ascii="Consolas" w:hAnsi="Consolas"/>
          <w:b w:val="0"/>
          <w:i w:val="0"/>
          <w:sz w:val="20"/>
        </w:rPr>
        <w:t>title()</w:t>
      </w:r>
      <w:r>
        <w:rPr>
          <w:b w:val="0"/>
          <w:i w:val="0"/>
        </w:rPr>
        <w:t xml:space="preserve"> không cần thêm thông tin nào, nên dấu ngoặc đơn của nó để trống.</w:t>
      </w:r>
    </w:p>
    <w:p>
      <w:pPr>
        <w:spacing w:after="80"/>
      </w:pPr>
      <w:r>
        <w:rPr>
          <w:b w:val="0"/>
          <w:i w:val="0"/>
        </w:rPr>
        <w:t xml:space="preserve">Phương thức </w:t>
      </w:r>
      <w:r>
        <w:rPr>
          <w:rFonts w:ascii="Consolas" w:hAnsi="Consolas"/>
          <w:b w:val="0"/>
          <w:i w:val="0"/>
          <w:sz w:val="20"/>
        </w:rPr>
        <w:t>title()</w:t>
      </w:r>
      <w:r>
        <w:rPr>
          <w:b w:val="0"/>
          <w:i w:val="0"/>
        </w:rPr>
        <w:t xml:space="preserve"> đổi mỗi từ thành dạng chữ hoa đầu từ (title case), tức là mỗi từ bắt đầu bằng một chữ cái viết hoa. Điều này hữu ích vì bạn sẽ thường muốn coi một cái tên như một mẩu thông tin. Chẳng hạn, bạn có thể muốn chương trình của mình nhận ra các giá trị nhập vào </w:t>
      </w:r>
      <w:r>
        <w:rPr>
          <w:rFonts w:ascii="Consolas" w:hAnsi="Consolas"/>
          <w:b w:val="0"/>
          <w:i w:val="0"/>
          <w:sz w:val="20"/>
        </w:rPr>
        <w:t>Ada</w:t>
      </w:r>
      <w:r>
        <w:rPr>
          <w:b w:val="0"/>
          <w:i w:val="0"/>
        </w:rPr>
        <w:t xml:space="preserve">, </w:t>
      </w:r>
      <w:r>
        <w:rPr>
          <w:rFonts w:ascii="Consolas" w:hAnsi="Consolas"/>
          <w:b w:val="0"/>
          <w:i w:val="0"/>
          <w:sz w:val="20"/>
        </w:rPr>
        <w:t>ADA</w:t>
      </w:r>
      <w:r>
        <w:rPr>
          <w:b w:val="0"/>
          <w:i w:val="0"/>
        </w:rPr>
        <w:t xml:space="preserve"> và </w:t>
      </w:r>
      <w:r>
        <w:rPr>
          <w:rFonts w:ascii="Consolas" w:hAnsi="Consolas"/>
          <w:b w:val="0"/>
          <w:i w:val="0"/>
          <w:sz w:val="20"/>
        </w:rPr>
        <w:t>ada</w:t>
      </w:r>
      <w:r>
        <w:rPr>
          <w:b w:val="0"/>
          <w:i w:val="0"/>
        </w:rPr>
        <w:t xml:space="preserve"> là cùng một cái tên, và hiển thị tất cả chúng dưới dạng </w:t>
      </w:r>
      <w:r>
        <w:rPr>
          <w:rFonts w:ascii="Consolas" w:hAnsi="Consolas"/>
          <w:b w:val="0"/>
          <w:i w:val="0"/>
          <w:sz w:val="20"/>
        </w:rPr>
        <w:t>Ada</w:t>
      </w:r>
      <w:r>
        <w:rPr>
          <w:b w:val="0"/>
          <w:i w:val="0"/>
        </w:rPr>
        <w:t>.</w:t>
      </w:r>
    </w:p>
    <w:p>
      <w:pPr>
        <w:spacing w:after="80"/>
      </w:pPr>
      <w:r>
        <w:rPr>
          <w:b w:val="0"/>
          <w:i w:val="0"/>
        </w:rPr>
        <w:t>Cũng có một vài phương thức hữu ích khác để xử lý chữ hoa chữ thường. Ví dụ, bạn có thể đổi một chuỗi thành toàn chữ hoa hoặc toàn chữ thường như thế này:</w:t>
      </w:r>
    </w:p>
    <w:p>
      <w:pPr>
        <w:spacing w:after="80"/>
      </w:pPr>
      <w:r>
        <w:rPr>
          <w:b w:val="0"/>
          <w:i w:val="0"/>
        </w:rPr>
        <w:t>name = "Ada Lovelace"</w:t>
      </w:r>
      <w:r>
        <w:br/>
      </w:r>
      <w:r>
        <w:rPr>
          <w:b w:val="0"/>
          <w:i w:val="0"/>
        </w:rPr>
        <w:t>print(name.upper())</w:t>
      </w:r>
      <w:r>
        <w:br/>
      </w:r>
      <w:r>
        <w:rPr>
          <w:b w:val="0"/>
          <w:i w:val="0"/>
        </w:rPr>
        <w:t>print(name.lower())</w:t>
      </w:r>
    </w:p>
    <w:p>
      <w:pPr>
        <w:spacing w:after="80"/>
      </w:pPr>
      <w:r>
        <w:rPr>
          <w:b w:val="0"/>
          <w:i w:val="0"/>
        </w:rPr>
        <w:t>Kết quả sẽ hiển thị như sau:</w:t>
      </w:r>
    </w:p>
    <w:p>
      <w:pPr>
        <w:spacing w:after="80"/>
      </w:pPr>
      <w:r>
        <w:rPr>
          <w:b w:val="0"/>
          <w:i w:val="0"/>
        </w:rPr>
        <w:t>ADA LOVELACE</w:t>
      </w:r>
      <w:r>
        <w:br/>
      </w:r>
      <w:r>
        <w:rPr>
          <w:b w:val="0"/>
          <w:i w:val="0"/>
        </w:rPr>
        <w:t>ada lovelace</w:t>
      </w:r>
    </w:p>
    <w:p>
      <w:pPr>
        <w:spacing w:after="80"/>
      </w:pPr>
      <w:r>
        <w:rPr>
          <w:b w:val="0"/>
          <w:i w:val="0"/>
        </w:rPr>
        <w:t xml:space="preserve">Phương thức </w:t>
      </w:r>
      <w:r>
        <w:rPr>
          <w:rFonts w:ascii="Consolas" w:hAnsi="Consolas"/>
          <w:b w:val="0"/>
          <w:i w:val="0"/>
          <w:sz w:val="20"/>
        </w:rPr>
        <w:t>lower()</w:t>
      </w:r>
      <w:r>
        <w:rPr>
          <w:b w:val="0"/>
          <w:i w:val="0"/>
        </w:rPr>
        <w:t xml:space="preserve"> đặc biệt hữu ích khi lưu trữ dữ liệu. Thông thường bạn sẽ không muốn tin tưởng vào cách viết hoa mà người dùng cung cấp, nên bạn sẽ chuyển chuỗi thành chữ thường trước khi lưu chúng. Sau đó, khi muốn hiển thị thông tin, bạn sẽ dùng kiểu chữ phù hợp nhất với từng chuỗi.</w:t>
      </w:r>
    </w:p>
    <w:p>
      <w:pPr>
        <w:pStyle w:val="Heading3"/>
      </w:pPr>
      <w:r>
        <w:rPr>
          <w:rFonts w:ascii="Calibri" w:hAnsi="Calibri"/>
          <w:b/>
          <w:i w:val="0"/>
          <w:sz w:val="27"/>
        </w:rPr>
        <w:t>Sử dụng biến trong chuỗi</w:t>
      </w:r>
    </w:p>
    <w:p>
      <w:pPr>
        <w:spacing w:after="80"/>
      </w:pPr>
      <w:r>
        <w:rPr>
          <w:b w:val="0"/>
          <w:i w:val="0"/>
        </w:rPr>
        <w:t>Trong một số tình huống, bạn sẽ muốn dùng giá trị của một biến bên trong một chuỗi. Ví dụ, bạn có thể muốn dùng hai biến để biểu diễn tên và họ, rồi kết hợp các giá trị đó để hiển thị tên đầy đủ của một người:</w:t>
      </w:r>
    </w:p>
    <w:p>
      <w:pPr>
        <w:spacing w:after="80"/>
      </w:pPr>
      <w:r>
        <w:rPr>
          <w:b w:val="0"/>
          <w:i w:val="0"/>
        </w:rPr>
        <w:t>full_name.py</w:t>
      </w:r>
    </w:p>
    <w:p>
      <w:pPr>
        <w:spacing w:after="0"/>
        <w:ind w:left="360"/>
        <w:shd w:val="clear" w:color="auto" w:fill="F2F2F2"/>
      </w:pPr>
      <w:r>
        <w:rPr>
          <w:rFonts w:ascii="Consolas" w:hAnsi="Consolas"/>
          <w:b w:val="0"/>
          <w:i w:val="0"/>
          <w:sz w:val="18"/>
        </w:rPr>
        <w:t>first_name = "ada"</w:t>
      </w:r>
    </w:p>
    <w:p>
      <w:pPr>
        <w:spacing w:after="0"/>
        <w:ind w:left="360"/>
        <w:shd w:val="clear" w:color="auto" w:fill="F2F2F2"/>
      </w:pPr>
      <w:r>
        <w:rPr>
          <w:rFonts w:ascii="Consolas" w:hAnsi="Consolas"/>
          <w:b w:val="0"/>
          <w:i w:val="0"/>
          <w:sz w:val="18"/>
        </w:rPr>
        <w:t>last_name = "lovelace"</w:t>
      </w:r>
    </w:p>
    <w:p>
      <w:pPr>
        <w:spacing w:after="0"/>
        <w:ind w:left="360"/>
        <w:shd w:val="clear" w:color="auto" w:fill="F2F2F2"/>
      </w:pPr>
      <w:r>
        <w:rPr>
          <w:rFonts w:ascii="Consolas" w:hAnsi="Consolas"/>
          <w:b w:val="0"/>
          <w:i w:val="0"/>
          <w:sz w:val="18"/>
        </w:rPr>
        <w:t>❶ full_name = f"{first_name} {last_name}"</w:t>
      </w:r>
    </w:p>
    <w:p>
      <w:pPr>
        <w:spacing w:after="0"/>
        <w:ind w:left="360"/>
        <w:shd w:val="clear" w:color="auto" w:fill="F2F2F2"/>
      </w:pPr>
      <w:r>
        <w:rPr>
          <w:rFonts w:ascii="Consolas" w:hAnsi="Consolas"/>
          <w:b w:val="0"/>
          <w:i w:val="0"/>
          <w:sz w:val="18"/>
        </w:rPr>
        <w:t>print(full_name)</w:t>
      </w:r>
    </w:p>
    <w:p>
      <w:pPr>
        <w:spacing w:after="40"/>
      </w:pPr>
    </w:p>
    <w:p>
      <w:pPr>
        <w:spacing w:after="80"/>
      </w:pPr>
      <w:r>
        <w:rPr>
          <w:b w:val="0"/>
          <w:i w:val="0"/>
        </w:rPr>
        <w:t xml:space="preserve">Để chèn giá trị của một biến vào chuỗi, đặt chữ cái </w:t>
      </w:r>
      <w:r>
        <w:rPr>
          <w:rFonts w:ascii="Consolas" w:hAnsi="Consolas"/>
          <w:b w:val="0"/>
          <w:i w:val="0"/>
          <w:sz w:val="20"/>
        </w:rPr>
        <w:t>f</w:t>
      </w:r>
      <w:r>
        <w:rPr>
          <w:b w:val="0"/>
          <w:i w:val="0"/>
        </w:rPr>
        <w:t xml:space="preserve"> ngay trước dấu ngoặc kép mở ❶. Đặt dấu ngoặc nhọn bao quanh tên của biến mà bạn muốn dùng bên trong chuỗi. Python sẽ thay thế mỗi biến bằng giá trị của nó khi chuỗi được hiển thị.</w:t>
      </w:r>
    </w:p>
    <w:p>
      <w:pPr>
        <w:spacing w:after="80"/>
      </w:pPr>
      <w:r>
        <w:rPr>
          <w:b w:val="0"/>
          <w:i w:val="0"/>
        </w:rPr>
        <w:t xml:space="preserve">Những chuỗi này được gọi là </w:t>
      </w:r>
      <w:r>
        <w:rPr>
          <w:b w:val="0"/>
          <w:i/>
        </w:rPr>
        <w:t>f-string</w:t>
      </w:r>
      <w:r>
        <w:rPr>
          <w:b w:val="0"/>
          <w:i w:val="0"/>
        </w:rPr>
        <w:t xml:space="preserve">. Chữ </w:t>
      </w:r>
      <w:r>
        <w:rPr>
          <w:b w:val="0"/>
          <w:i/>
        </w:rPr>
        <w:t>f</w:t>
      </w:r>
      <w:r>
        <w:rPr>
          <w:b w:val="0"/>
          <w:i w:val="0"/>
        </w:rPr>
        <w:t xml:space="preserve"> là viết tắt của </w:t>
      </w:r>
      <w:r>
        <w:rPr>
          <w:b w:val="0"/>
          <w:i/>
        </w:rPr>
        <w:t>format</w:t>
      </w:r>
      <w:r>
        <w:rPr>
          <w:b w:val="0"/>
          <w:i w:val="0"/>
        </w:rPr>
        <w:t xml:space="preserve"> (định dạng), vì Python định dạng chuỗi bằng cách thay thế tên của bất kỳ biến nào trong dấu ngoặc nhọn bằng giá trị của nó. Kết quả của đoạn mã trước là:</w:t>
      </w:r>
    </w:p>
    <w:p>
      <w:pPr>
        <w:spacing w:after="80"/>
      </w:pPr>
      <w:r>
        <w:rPr>
          <w:b w:val="0"/>
          <w:i w:val="0"/>
        </w:rPr>
        <w:t>ada lovelace</w:t>
      </w:r>
    </w:p>
    <w:p>
      <w:pPr>
        <w:spacing w:after="80"/>
      </w:pPr>
      <w:r>
        <w:rPr>
          <w:b w:val="0"/>
          <w:i w:val="0"/>
        </w:rPr>
        <w:t>Bạn có thể làm được rất nhiều thứ với f-string. Ví dụ, bạn có thể dùng f-string để soạn những thông điệp hoàn chỉnh bằng thông tin gắn với một biến, như minh họa ở đây:</w:t>
      </w:r>
    </w:p>
    <w:p>
      <w:pPr>
        <w:spacing w:after="0"/>
        <w:ind w:left="360"/>
        <w:shd w:val="clear" w:color="auto" w:fill="F2F2F2"/>
      </w:pPr>
      <w:r>
        <w:rPr>
          <w:rFonts w:ascii="Consolas" w:hAnsi="Consolas"/>
          <w:b w:val="0"/>
          <w:i w:val="0"/>
          <w:sz w:val="18"/>
        </w:rPr>
        <w:t>first_name = "ada"</w:t>
      </w:r>
    </w:p>
    <w:p>
      <w:pPr>
        <w:spacing w:after="0"/>
        <w:ind w:left="360"/>
        <w:shd w:val="clear" w:color="auto" w:fill="F2F2F2"/>
      </w:pPr>
      <w:r>
        <w:rPr>
          <w:rFonts w:ascii="Consolas" w:hAnsi="Consolas"/>
          <w:b w:val="0"/>
          <w:i w:val="0"/>
          <w:sz w:val="18"/>
        </w:rPr>
        <w:t>last_name = "lovelace"</w:t>
      </w:r>
    </w:p>
    <w:p>
      <w:pPr>
        <w:spacing w:after="0"/>
        <w:ind w:left="360"/>
        <w:shd w:val="clear" w:color="auto" w:fill="F2F2F2"/>
      </w:pPr>
      <w:r>
        <w:rPr>
          <w:rFonts w:ascii="Consolas" w:hAnsi="Consolas"/>
          <w:b w:val="0"/>
          <w:i w:val="0"/>
          <w:sz w:val="18"/>
        </w:rPr>
        <w:t>full_name = f"{first_name} {last_name}"</w:t>
      </w:r>
    </w:p>
    <w:p>
      <w:pPr>
        <w:spacing w:after="0"/>
        <w:ind w:left="360"/>
        <w:shd w:val="clear" w:color="auto" w:fill="F2F2F2"/>
      </w:pPr>
      <w:r>
        <w:rPr>
          <w:rFonts w:ascii="Consolas" w:hAnsi="Consolas"/>
          <w:b w:val="0"/>
          <w:i w:val="0"/>
          <w:sz w:val="18"/>
        </w:rPr>
        <w:t>❶ print(f"Hello, {full_name.title()}!")</w:t>
      </w:r>
    </w:p>
    <w:p>
      <w:pPr>
        <w:spacing w:after="40"/>
      </w:pPr>
    </w:p>
    <w:p>
      <w:pPr>
        <w:spacing w:after="80"/>
      </w:pPr>
      <w:r>
        <w:rPr>
          <w:b w:val="0"/>
          <w:i w:val="0"/>
        </w:rPr>
        <w:t xml:space="preserve">Tên đầy đủ được dùng trong một câu chào người dùng ❶, và phương thức </w:t>
      </w:r>
      <w:r>
        <w:rPr>
          <w:rFonts w:ascii="Consolas" w:hAnsi="Consolas"/>
          <w:b w:val="0"/>
          <w:i w:val="0"/>
          <w:sz w:val="20"/>
        </w:rPr>
        <w:t>title()</w:t>
      </w:r>
      <w:r>
        <w:rPr>
          <w:b w:val="0"/>
          <w:i w:val="0"/>
        </w:rPr>
        <w:t xml:space="preserve"> đổi tên thành kiểu chữ tiêu đề. Đoạn mã này trả về một lời chào đơn giản nhưng được định dạng đẹp mắt:</w:t>
      </w:r>
    </w:p>
    <w:p>
      <w:pPr>
        <w:spacing w:after="80"/>
      </w:pPr>
      <w:r>
        <w:rPr>
          <w:b w:val="0"/>
          <w:i w:val="0"/>
        </w:rPr>
        <w:t>Hello, Ada Lovelace!</w:t>
      </w:r>
    </w:p>
    <w:p>
      <w:pPr>
        <w:spacing w:after="80"/>
      </w:pPr>
      <w:r>
        <w:rPr>
          <w:b w:val="0"/>
          <w:i w:val="0"/>
        </w:rPr>
        <w:t>Bạn cũng có thể dùng f-string để soạn một thông điệp, rồi gán toàn bộ thông điệp đó cho một biến:</w:t>
      </w:r>
    </w:p>
    <w:p>
      <w:pPr>
        <w:spacing w:after="0"/>
        <w:ind w:left="360"/>
        <w:shd w:val="clear" w:color="auto" w:fill="F2F2F2"/>
      </w:pPr>
      <w:r>
        <w:rPr>
          <w:rFonts w:ascii="Consolas" w:hAnsi="Consolas"/>
          <w:b w:val="0"/>
          <w:i w:val="0"/>
          <w:sz w:val="18"/>
        </w:rPr>
        <w:t>first_name = "ada"</w:t>
      </w:r>
    </w:p>
    <w:p>
      <w:pPr>
        <w:spacing w:after="0"/>
        <w:ind w:left="360"/>
        <w:shd w:val="clear" w:color="auto" w:fill="F2F2F2"/>
      </w:pPr>
      <w:r>
        <w:rPr>
          <w:rFonts w:ascii="Consolas" w:hAnsi="Consolas"/>
          <w:b w:val="0"/>
          <w:i w:val="0"/>
          <w:sz w:val="18"/>
        </w:rPr>
        <w:t>last_name = "lovelace"</w:t>
      </w:r>
    </w:p>
    <w:p>
      <w:pPr>
        <w:spacing w:after="0"/>
        <w:ind w:left="360"/>
        <w:shd w:val="clear" w:color="auto" w:fill="F2F2F2"/>
      </w:pPr>
      <w:r>
        <w:rPr>
          <w:rFonts w:ascii="Consolas" w:hAnsi="Consolas"/>
          <w:b w:val="0"/>
          <w:i w:val="0"/>
          <w:sz w:val="18"/>
        </w:rPr>
        <w:t>full_name = f"{first_name} {last_name}"</w:t>
      </w:r>
    </w:p>
    <w:p>
      <w:pPr>
        <w:spacing w:after="0"/>
        <w:ind w:left="360"/>
        <w:shd w:val="clear" w:color="auto" w:fill="F2F2F2"/>
      </w:pPr>
      <w:r>
        <w:rPr>
          <w:rFonts w:ascii="Consolas" w:hAnsi="Consolas"/>
          <w:b w:val="0"/>
          <w:i w:val="0"/>
          <w:sz w:val="18"/>
        </w:rPr>
        <w:t>❶ message = f"Hello, {full_name.title()}!"</w:t>
      </w:r>
    </w:p>
    <w:p>
      <w:pPr>
        <w:spacing w:after="0"/>
        <w:ind w:left="360"/>
        <w:shd w:val="clear" w:color="auto" w:fill="F2F2F2"/>
      </w:pPr>
      <w:r>
        <w:rPr>
          <w:rFonts w:ascii="Consolas" w:hAnsi="Consolas"/>
          <w:b w:val="0"/>
          <w:i w:val="0"/>
          <w:sz w:val="18"/>
        </w:rPr>
        <w:t>❷ print(message)</w:t>
      </w:r>
    </w:p>
    <w:p>
      <w:pPr>
        <w:spacing w:after="40"/>
      </w:pPr>
    </w:p>
    <w:p>
      <w:pPr>
        <w:spacing w:after="80"/>
      </w:pPr>
      <w:r>
        <w:rPr>
          <w:b w:val="0"/>
          <w:i w:val="0"/>
        </w:rPr>
        <w:t xml:space="preserve">Đoạn mã này cũng hiển thị thông điệp </w:t>
      </w:r>
      <w:r>
        <w:rPr>
          <w:rFonts w:ascii="Consolas" w:hAnsi="Consolas"/>
          <w:b w:val="0"/>
          <w:i w:val="0"/>
          <w:sz w:val="20"/>
        </w:rPr>
        <w:t>Hello, Ada Lovelace!</w:t>
      </w:r>
      <w:r>
        <w:rPr>
          <w:b w:val="0"/>
          <w:i w:val="0"/>
        </w:rPr>
        <w:t xml:space="preserve">, nhưng bằng cách gán thông điệp cho một biến ❶, ta khiến lệnh </w:t>
      </w:r>
      <w:r>
        <w:rPr>
          <w:rFonts w:ascii="Consolas" w:hAnsi="Consolas"/>
          <w:b w:val="0"/>
          <w:i w:val="0"/>
          <w:sz w:val="20"/>
        </w:rPr>
        <w:t>print()</w:t>
      </w:r>
      <w:r>
        <w:rPr>
          <w:b w:val="0"/>
          <w:i w:val="0"/>
        </w:rPr>
        <w:t xml:space="preserve"> cuối cùng trở nên đơn giản hơn nhiều ❷.</w:t>
      </w:r>
    </w:p>
    <w:p>
      <w:pPr>
        <w:pStyle w:val="Heading3"/>
      </w:pPr>
      <w:r>
        <w:rPr>
          <w:rFonts w:ascii="Calibri" w:hAnsi="Calibri"/>
          <w:b/>
          <w:i w:val="0"/>
          <w:sz w:val="27"/>
        </w:rPr>
        <w:t>Thêm khoảng trắng vào chuỗi bằng tab hoặc ký tự xuống dòng</w:t>
      </w:r>
    </w:p>
    <w:p>
      <w:pPr>
        <w:spacing w:after="80"/>
      </w:pPr>
      <w:r>
        <w:rPr>
          <w:b w:val="0"/>
          <w:i w:val="0"/>
        </w:rPr>
        <w:t xml:space="preserve">Trong lập trình, </w:t>
      </w:r>
      <w:r>
        <w:rPr>
          <w:b w:val="0"/>
          <w:i/>
        </w:rPr>
        <w:t>khoảng trắng</w:t>
      </w:r>
      <w:r>
        <w:rPr>
          <w:b w:val="0"/>
          <w:i w:val="0"/>
        </w:rPr>
        <w:t xml:space="preserve"> (whitespace) là bất kỳ ký tự không in ra được nào, chẳng hạn như dấu cách, tab và ký hiệu xuống dòng. Bạn có thể dùng khoảng trắng để sắp xếp kết quả hiển thị sao cho người dùng dễ đọc hơn.</w:t>
      </w:r>
    </w:p>
    <w:p>
      <w:pPr>
        <w:spacing w:after="80"/>
      </w:pPr>
      <w:r>
        <w:rPr>
          <w:b w:val="0"/>
          <w:i w:val="0"/>
        </w:rPr>
        <w:t xml:space="preserve">Để thêm một tab vào văn bản, dùng tổ hợp ký tự </w:t>
      </w:r>
      <w:r>
        <w:rPr>
          <w:rFonts w:ascii="Consolas" w:hAnsi="Consolas"/>
          <w:b w:val="0"/>
          <w:i w:val="0"/>
          <w:sz w:val="20"/>
        </w:rPr>
        <w:t>\t</w:t>
      </w:r>
      <w:r>
        <w:rPr>
          <w:b w:val="0"/>
          <w:i w:val="0"/>
        </w:rPr>
        <w: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print("Python")</w:t>
      </w:r>
    </w:p>
    <w:p>
      <w:pPr>
        <w:spacing w:after="0"/>
        <w:ind w:left="360"/>
        <w:shd w:val="clear" w:color="auto" w:fill="F2F2F2"/>
      </w:pPr>
      <w:r>
        <w:rPr>
          <w:rFonts w:ascii="Consolas" w:hAnsi="Consolas"/>
          <w:b w:val="0"/>
          <w:i w:val="0"/>
          <w:sz w:val="18"/>
        </w:rPr>
        <w:t>Python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print("\tPython")</w:t>
      </w:r>
    </w:p>
    <w:p>
      <w:pPr>
        <w:spacing w:after="0"/>
        <w:ind w:left="360"/>
        <w:shd w:val="clear" w:color="auto" w:fill="F2F2F2"/>
      </w:pPr>
      <w:r>
        <w:rPr>
          <w:rFonts w:ascii="Consolas" w:hAnsi="Consolas"/>
          <w:b w:val="0"/>
          <w:i w:val="0"/>
          <w:sz w:val="18"/>
        </w:rPr>
        <w:t xml:space="preserve">    Python</w:t>
      </w:r>
    </w:p>
    <w:p>
      <w:pPr>
        <w:spacing w:after="40"/>
      </w:pPr>
    </w:p>
    <w:p>
      <w:pPr>
        <w:spacing w:after="80"/>
      </w:pPr>
      <w:r>
        <w:rPr>
          <w:b w:val="0"/>
          <w:i w:val="0"/>
        </w:rPr>
        <w:t xml:space="preserve">Để thêm một dòng mới trong chuỗi, dùng tổ hợp ký tự </w:t>
      </w:r>
      <w:r>
        <w:rPr>
          <w:rFonts w:ascii="Consolas" w:hAnsi="Consolas"/>
          <w:b w:val="0"/>
          <w:i w:val="0"/>
          <w:sz w:val="20"/>
        </w:rPr>
        <w:t>\n</w:t>
      </w:r>
      <w:r>
        <w:rPr>
          <w:b w:val="0"/>
          <w:i w:val="0"/>
        </w:rPr>
        <w: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print("Languages:\nPython\nC\nJavaScript")</w:t>
      </w:r>
    </w:p>
    <w:p>
      <w:pPr>
        <w:spacing w:after="0"/>
        <w:ind w:left="360"/>
        <w:shd w:val="clear" w:color="auto" w:fill="F2F2F2"/>
      </w:pPr>
      <w:r>
        <w:rPr>
          <w:rFonts w:ascii="Consolas" w:hAnsi="Consolas"/>
          <w:b w:val="0"/>
          <w:i w:val="0"/>
          <w:sz w:val="18"/>
        </w:rPr>
        <w:t>Languages:</w:t>
      </w:r>
    </w:p>
    <w:p>
      <w:pPr>
        <w:spacing w:after="0"/>
        <w:ind w:left="360"/>
        <w:shd w:val="clear" w:color="auto" w:fill="F2F2F2"/>
      </w:pPr>
      <w:r>
        <w:rPr>
          <w:rFonts w:ascii="Consolas" w:hAnsi="Consolas"/>
          <w:b w:val="0"/>
          <w:i w:val="0"/>
          <w:sz w:val="18"/>
        </w:rPr>
        <w:t>Python</w:t>
      </w:r>
    </w:p>
    <w:p>
      <w:pPr>
        <w:spacing w:after="0"/>
        <w:ind w:left="360"/>
        <w:shd w:val="clear" w:color="auto" w:fill="F2F2F2"/>
      </w:pPr>
      <w:r>
        <w:rPr>
          <w:rFonts w:ascii="Consolas" w:hAnsi="Consolas"/>
          <w:b w:val="0"/>
          <w:i w:val="0"/>
          <w:sz w:val="18"/>
        </w:rPr>
        <w:t>C</w:t>
      </w:r>
    </w:p>
    <w:p>
      <w:pPr>
        <w:spacing w:after="0"/>
        <w:ind w:left="360"/>
        <w:shd w:val="clear" w:color="auto" w:fill="F2F2F2"/>
      </w:pPr>
      <w:r>
        <w:rPr>
          <w:rFonts w:ascii="Consolas" w:hAnsi="Consolas"/>
          <w:b w:val="0"/>
          <w:i w:val="0"/>
          <w:sz w:val="18"/>
        </w:rPr>
        <w:t>JavaScript</w:t>
      </w:r>
    </w:p>
    <w:p>
      <w:pPr>
        <w:spacing w:after="40"/>
      </w:pPr>
    </w:p>
    <w:p>
      <w:pPr>
        <w:spacing w:after="80"/>
      </w:pPr>
      <w:r>
        <w:rPr>
          <w:b w:val="0"/>
          <w:i w:val="0"/>
        </w:rPr>
        <w:t xml:space="preserve">Bạn cũng có thể kết hợp tab và dòng mới trong cùng một chuỗi. Chuỗi </w:t>
      </w:r>
      <w:r>
        <w:rPr>
          <w:rFonts w:ascii="Consolas" w:hAnsi="Consolas"/>
          <w:b w:val="0"/>
          <w:i w:val="0"/>
          <w:sz w:val="20"/>
        </w:rPr>
        <w:t>"\n\t"</w:t>
      </w:r>
      <w:r>
        <w:rPr>
          <w:b w:val="0"/>
          <w:i w:val="0"/>
        </w:rPr>
        <w:t xml:space="preserve"> bảo Python chuyển sang dòng mới, và bắt đầu dòng tiếp theo bằng một tab. Ví dụ sau cho thấy cách bạn có thể dùng một chuỗi một dòng để tạo ra bốn dòng kết quả:</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print("Languages:\n\tPython\n\tC\n\tJavaScript")</w:t>
      </w:r>
    </w:p>
    <w:p>
      <w:pPr>
        <w:spacing w:after="0"/>
        <w:ind w:left="360"/>
        <w:shd w:val="clear" w:color="auto" w:fill="F2F2F2"/>
      </w:pPr>
      <w:r>
        <w:rPr>
          <w:rFonts w:ascii="Consolas" w:hAnsi="Consolas"/>
          <w:b w:val="0"/>
          <w:i w:val="0"/>
          <w:sz w:val="18"/>
        </w:rPr>
        <w:t>Languages:</w:t>
      </w:r>
    </w:p>
    <w:p>
      <w:pPr>
        <w:spacing w:after="0"/>
        <w:ind w:left="360"/>
        <w:shd w:val="clear" w:color="auto" w:fill="F2F2F2"/>
      </w:pPr>
      <w:r>
        <w:rPr>
          <w:rFonts w:ascii="Consolas" w:hAnsi="Consolas"/>
          <w:b w:val="0"/>
          <w:i w:val="0"/>
          <w:sz w:val="18"/>
        </w:rPr>
        <w:t xml:space="preserve">    Python</w:t>
      </w:r>
    </w:p>
    <w:p>
      <w:pPr>
        <w:spacing w:after="0"/>
        <w:ind w:left="360"/>
        <w:shd w:val="clear" w:color="auto" w:fill="F2F2F2"/>
      </w:pPr>
      <w:r>
        <w:rPr>
          <w:rFonts w:ascii="Consolas" w:hAnsi="Consolas"/>
          <w:b w:val="0"/>
          <w:i w:val="0"/>
          <w:sz w:val="18"/>
        </w:rPr>
        <w:t xml:space="preserve">    C</w:t>
      </w:r>
    </w:p>
    <w:p>
      <w:pPr>
        <w:spacing w:after="0"/>
        <w:ind w:left="360"/>
        <w:shd w:val="clear" w:color="auto" w:fill="F2F2F2"/>
      </w:pPr>
      <w:r>
        <w:rPr>
          <w:rFonts w:ascii="Consolas" w:hAnsi="Consolas"/>
          <w:b w:val="0"/>
          <w:i w:val="0"/>
          <w:sz w:val="18"/>
        </w:rPr>
        <w:t xml:space="preserve">    JavaScript</w:t>
      </w:r>
    </w:p>
    <w:p>
      <w:pPr>
        <w:spacing w:after="40"/>
      </w:pPr>
    </w:p>
    <w:p>
      <w:pPr>
        <w:spacing w:after="80"/>
      </w:pPr>
      <w:r>
        <w:rPr>
          <w:b w:val="0"/>
          <w:i w:val="0"/>
        </w:rPr>
        <w:t>Dòng mới và tab sẽ rất hữu ích trong hai chương tới, khi bạn bắt đầu tạo ra nhiều dòng kết quả chỉ từ vài dòng mã.</w:t>
      </w:r>
    </w:p>
    <w:p>
      <w:pPr>
        <w:pStyle w:val="Heading3"/>
      </w:pPr>
      <w:r>
        <w:rPr>
          <w:rFonts w:ascii="Calibri" w:hAnsi="Calibri"/>
          <w:b/>
          <w:i w:val="0"/>
          <w:sz w:val="27"/>
        </w:rPr>
        <w:t>Cắt bỏ khoảng trắng</w:t>
      </w:r>
    </w:p>
    <w:p>
      <w:pPr>
        <w:spacing w:after="80"/>
      </w:pPr>
      <w:r>
        <w:rPr>
          <w:b w:val="0"/>
          <w:i w:val="0"/>
        </w:rPr>
        <w:t xml:space="preserve">Khoảng trắng thừa có thể gây nhầm lẫn trong chương trình của bạn. Với lập trình viên, </w:t>
      </w:r>
      <w:r>
        <w:rPr>
          <w:rFonts w:ascii="Consolas" w:hAnsi="Consolas"/>
          <w:b w:val="0"/>
          <w:i w:val="0"/>
          <w:sz w:val="20"/>
        </w:rPr>
        <w:t>'python'</w:t>
      </w:r>
      <w:r>
        <w:rPr>
          <w:b w:val="0"/>
          <w:i w:val="0"/>
        </w:rPr>
        <w:t xml:space="preserve"> và </w:t>
      </w:r>
      <w:r>
        <w:rPr>
          <w:rFonts w:ascii="Consolas" w:hAnsi="Consolas"/>
          <w:b w:val="0"/>
          <w:i w:val="0"/>
          <w:sz w:val="20"/>
        </w:rPr>
        <w:t>'python '</w:t>
      </w:r>
      <w:r>
        <w:rPr>
          <w:b w:val="0"/>
          <w:i w:val="0"/>
        </w:rPr>
        <w:t xml:space="preserve"> trông gần như giống hệt nhau. Nhưng với chương trình, chúng là hai chuỗi khác nhau. Python phát hiện dấu cách thừa trong </w:t>
      </w:r>
      <w:r>
        <w:rPr>
          <w:rFonts w:ascii="Consolas" w:hAnsi="Consolas"/>
          <w:b w:val="0"/>
          <w:i w:val="0"/>
          <w:sz w:val="20"/>
        </w:rPr>
        <w:t>'python '</w:t>
      </w:r>
      <w:r>
        <w:rPr>
          <w:b w:val="0"/>
          <w:i w:val="0"/>
        </w:rPr>
        <w:t xml:space="preserve"> và coi nó là có ý nghĩa trừ khi bạn nói với nó rằng không phải vậy.</w:t>
      </w:r>
    </w:p>
    <w:p>
      <w:pPr>
        <w:spacing w:after="80"/>
      </w:pPr>
      <w:r>
        <w:rPr>
          <w:b w:val="0"/>
          <w:i w:val="0"/>
        </w:rPr>
        <w:t>Việc nghĩ về khoảng trắng rất quan trọng, vì bạn thường sẽ muốn so sánh hai chuỗi để xác định xem chúng có giống nhau không. Ví dụ, một trường hợp quan trọng có thể là kiểm tra tên người dùng khi họ đăng nhập vào một trang web. Khoảng trắng thừa cũng có thể gây nhầm lẫn trong những tình huống đơn giản hơn nhiều. May mắn thay, Python giúp bạn dễ dàng loại bỏ khoảng trắng thừa khỏi dữ liệu mà người ta nhập vào.</w:t>
      </w:r>
    </w:p>
    <w:p>
      <w:pPr>
        <w:spacing w:after="80"/>
      </w:pPr>
      <w:r>
        <w:rPr>
          <w:b w:val="0"/>
          <w:i w:val="0"/>
        </w:rPr>
        <w:t xml:space="preserve">Python có thể tìm khoảng trắng thừa ở bên phải và bên trái của một chuỗi. Để đảm bảo không còn khoảng trắng ở bên phải chuỗi, dùng phương thức </w:t>
      </w:r>
      <w:r>
        <w:rPr>
          <w:rFonts w:ascii="Consolas" w:hAnsi="Consolas"/>
          <w:b w:val="0"/>
          <w:i w:val="0"/>
          <w:sz w:val="20"/>
        </w:rPr>
        <w:t>rstrip()</w:t>
      </w:r>
      <w:r>
        <w:rPr>
          <w:b w:val="0"/>
          <w:i w:val="0"/>
        </w:rPr>
        <w:t>:</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favorite_language = 'python '</w:t>
      </w:r>
    </w:p>
    <w:p>
      <w:pPr>
        <w:spacing w:after="0"/>
        <w:ind w:left="360"/>
        <w:shd w:val="clear" w:color="auto" w:fill="F2F2F2"/>
      </w:pPr>
      <w:r>
        <w:rPr>
          <w:rFonts w:ascii="Consolas" w:hAnsi="Consolas"/>
          <w:b w:val="0"/>
          <w:i w:val="0"/>
          <w:sz w:val="18"/>
        </w:rPr>
        <w:t xml:space="preserve">❷ &gt;&gt;&gt; </w:t>
      </w:r>
      <w:r>
        <w:rPr>
          <w:rFonts w:ascii="Consolas" w:hAnsi="Consolas"/>
          <w:b/>
          <w:i w:val="0"/>
          <w:sz w:val="18"/>
        </w:rPr>
        <w:t>favorite_language</w:t>
      </w:r>
    </w:p>
    <w:p>
      <w:pPr>
        <w:spacing w:after="0"/>
        <w:ind w:left="360"/>
        <w:shd w:val="clear" w:color="auto" w:fill="F2F2F2"/>
      </w:pPr>
      <w:r>
        <w:rPr>
          <w:rFonts w:ascii="Consolas" w:hAnsi="Consolas"/>
          <w:b w:val="0"/>
          <w:i w:val="0"/>
          <w:sz w:val="18"/>
        </w:rPr>
        <w:t>'python '</w:t>
      </w:r>
    </w:p>
    <w:p>
      <w:pPr>
        <w:spacing w:after="0"/>
        <w:ind w:left="360"/>
        <w:shd w:val="clear" w:color="auto" w:fill="F2F2F2"/>
      </w:pPr>
      <w:r>
        <w:rPr>
          <w:rFonts w:ascii="Consolas" w:hAnsi="Consolas"/>
          <w:b w:val="0"/>
          <w:i w:val="0"/>
          <w:sz w:val="18"/>
        </w:rPr>
        <w:t xml:space="preserve">❸ &gt;&gt;&gt; </w:t>
      </w:r>
      <w:r>
        <w:rPr>
          <w:rFonts w:ascii="Consolas" w:hAnsi="Consolas"/>
          <w:b/>
          <w:i w:val="0"/>
          <w:sz w:val="18"/>
        </w:rPr>
        <w:t>favorite_language.rstrip()</w:t>
      </w:r>
    </w:p>
    <w:p>
      <w:pPr>
        <w:spacing w:after="0"/>
        <w:ind w:left="360"/>
        <w:shd w:val="clear" w:color="auto" w:fill="F2F2F2"/>
      </w:pPr>
      <w:r>
        <w:rPr>
          <w:rFonts w:ascii="Consolas" w:hAnsi="Consolas"/>
          <w:b w:val="0"/>
          <w:i w:val="0"/>
          <w:sz w:val="18"/>
        </w:rPr>
        <w:t>'python'</w:t>
      </w:r>
    </w:p>
    <w:p>
      <w:pPr>
        <w:spacing w:after="0"/>
        <w:ind w:left="360"/>
        <w:shd w:val="clear" w:color="auto" w:fill="F2F2F2"/>
      </w:pPr>
      <w:r>
        <w:rPr>
          <w:rFonts w:ascii="Consolas" w:hAnsi="Consolas"/>
          <w:b w:val="0"/>
          <w:i w:val="0"/>
          <w:sz w:val="18"/>
        </w:rPr>
        <w:t xml:space="preserve">❹ &gt;&gt;&gt; </w:t>
      </w:r>
      <w:r>
        <w:rPr>
          <w:rFonts w:ascii="Consolas" w:hAnsi="Consolas"/>
          <w:b/>
          <w:i w:val="0"/>
          <w:sz w:val="18"/>
        </w:rPr>
        <w:t>favorite_language</w:t>
      </w:r>
    </w:p>
    <w:p>
      <w:pPr>
        <w:spacing w:after="0"/>
        <w:ind w:left="360"/>
        <w:shd w:val="clear" w:color="auto" w:fill="F2F2F2"/>
      </w:pPr>
      <w:r>
        <w:rPr>
          <w:rFonts w:ascii="Consolas" w:hAnsi="Consolas"/>
          <w:b w:val="0"/>
          <w:i w:val="0"/>
          <w:sz w:val="18"/>
        </w:rPr>
        <w:t>'python '</w:t>
      </w:r>
    </w:p>
    <w:p>
      <w:pPr>
        <w:spacing w:after="40"/>
      </w:pPr>
    </w:p>
    <w:p>
      <w:pPr>
        <w:spacing w:after="80"/>
      </w:pPr>
      <w:r>
        <w:rPr>
          <w:b w:val="0"/>
          <w:i w:val="0"/>
        </w:rPr>
        <w:t xml:space="preserve">Giá trị gắn với </w:t>
      </w:r>
      <w:r>
        <w:rPr>
          <w:rFonts w:ascii="Consolas" w:hAnsi="Consolas"/>
          <w:b w:val="0"/>
          <w:i w:val="0"/>
          <w:sz w:val="20"/>
        </w:rPr>
        <w:t>favorite_language</w:t>
      </w:r>
      <w:r>
        <w:rPr>
          <w:b w:val="0"/>
          <w:i w:val="0"/>
        </w:rPr>
        <w:t xml:space="preserve"> ❶ chứa khoảng trắng thừa ở cuối chuỗi. Khi bạn hỏi Python giá trị này trong một phiên terminal, bạn có thể thấy dấu cách ở cuối giá trị ❷. Khi phương thức </w:t>
      </w:r>
      <w:r>
        <w:rPr>
          <w:rFonts w:ascii="Consolas" w:hAnsi="Consolas"/>
          <w:b w:val="0"/>
          <w:i w:val="0"/>
          <w:sz w:val="20"/>
        </w:rPr>
        <w:t>rstrip()</w:t>
      </w:r>
      <w:r>
        <w:rPr>
          <w:b w:val="0"/>
          <w:i w:val="0"/>
        </w:rPr>
        <w:t xml:space="preserve"> tác động lên biến </w:t>
      </w:r>
      <w:r>
        <w:rPr>
          <w:rFonts w:ascii="Consolas" w:hAnsi="Consolas"/>
          <w:b w:val="0"/>
          <w:i w:val="0"/>
          <w:sz w:val="20"/>
        </w:rPr>
        <w:t>favorite_language</w:t>
      </w:r>
      <w:r>
        <w:rPr>
          <w:b w:val="0"/>
          <w:i w:val="0"/>
        </w:rPr>
        <w:t xml:space="preserve"> ❸, khoảng trắng thừa này bị loại bỏ. Tuy nhiên, nó chỉ bị loại bỏ tạm thời. Nếu bạn hỏi lại giá trị của </w:t>
      </w:r>
      <w:r>
        <w:rPr>
          <w:rFonts w:ascii="Consolas" w:hAnsi="Consolas"/>
          <w:b w:val="0"/>
          <w:i w:val="0"/>
          <w:sz w:val="20"/>
        </w:rPr>
        <w:t>favorite_language</w:t>
      </w:r>
      <w:r>
        <w:rPr>
          <w:b w:val="0"/>
          <w:i w:val="0"/>
        </w:rPr>
        <w:t>, chuỗi trông giống như khi nó được nhập vào, bao gồm cả khoảng trắng thừa ❹.</w:t>
      </w:r>
    </w:p>
    <w:p>
      <w:pPr>
        <w:spacing w:after="80"/>
      </w:pPr>
      <w:r>
        <w:rPr>
          <w:b w:val="0"/>
          <w:i w:val="0"/>
        </w:rPr>
        <w:t>Để loại bỏ khoảng trắng khỏi chuỗi một cách vĩnh viễn, bạn phải gán giá trị đã cắt bỏ cho tên biến: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favorite_language = 'python '</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favorite_language = favorite_language.rstrip()</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favorite_language</w:t>
      </w:r>
    </w:p>
    <w:p>
      <w:pPr>
        <w:spacing w:after="0"/>
        <w:ind w:left="360"/>
        <w:shd w:val="clear" w:color="auto" w:fill="F2F2F2"/>
      </w:pPr>
      <w:r>
        <w:rPr>
          <w:rFonts w:ascii="Consolas" w:hAnsi="Consolas"/>
          <w:b w:val="0"/>
          <w:i w:val="0"/>
          <w:sz w:val="18"/>
        </w:rPr>
        <w:t>'python'</w:t>
      </w:r>
    </w:p>
    <w:p>
      <w:pPr>
        <w:spacing w:after="40"/>
      </w:pPr>
    </w:p>
    <w:p>
      <w:pPr>
        <w:spacing w:after="80"/>
      </w:pPr>
      <w:r>
        <w:rPr>
          <w:b w:val="0"/>
          <w:i w:val="0"/>
        </w:rPr>
        <w:t>Để loại bỏ khoảng trắng khỏi chuỗi, bạn cắt khoảng trắng từ bên phải chuỗi rồi gán giá trị mới này cho biến gốc ❶. Việc thay đổi giá trị của một biến diễn ra rất thường xuyên trong lập trình. Đây là cách giá trị của một biến có thể được cập nhật khi chương trình chạy hoặc để phản hồi dữ liệu người dùng nhập vào.</w:t>
      </w:r>
    </w:p>
    <w:p>
      <w:pPr>
        <w:spacing w:after="80"/>
      </w:pPr>
      <w:r>
        <w:rPr>
          <w:b w:val="0"/>
          <w:i w:val="0"/>
        </w:rPr>
        <w:t xml:space="preserve">Bạn cũng có thể cắt khoảng trắng từ bên trái chuỗi bằng phương thức </w:t>
      </w:r>
      <w:r>
        <w:rPr>
          <w:rFonts w:ascii="Consolas" w:hAnsi="Consolas"/>
          <w:b w:val="0"/>
          <w:i w:val="0"/>
          <w:sz w:val="20"/>
        </w:rPr>
        <w:t>lstrip()</w:t>
      </w:r>
      <w:r>
        <w:rPr>
          <w:b w:val="0"/>
          <w:i w:val="0"/>
        </w:rPr>
        <w:t xml:space="preserve">, hoặc từ cả hai bên cùng lúc bằng </w:t>
      </w:r>
      <w:r>
        <w:rPr>
          <w:rFonts w:ascii="Consolas" w:hAnsi="Consolas"/>
          <w:b w:val="0"/>
          <w:i w:val="0"/>
          <w:sz w:val="20"/>
        </w:rPr>
        <w:t>strip()</w:t>
      </w:r>
      <w:r>
        <w:rPr>
          <w:b w:val="0"/>
          <w:i w:val="0"/>
        </w:rPr>
        <w:t>:</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favorite_language = ' python '</w:t>
      </w:r>
    </w:p>
    <w:p>
      <w:pPr>
        <w:spacing w:after="0"/>
        <w:ind w:left="360"/>
        <w:shd w:val="clear" w:color="auto" w:fill="F2F2F2"/>
      </w:pPr>
      <w:r>
        <w:rPr>
          <w:rFonts w:ascii="Consolas" w:hAnsi="Consolas"/>
          <w:b w:val="0"/>
          <w:i w:val="0"/>
          <w:sz w:val="18"/>
        </w:rPr>
        <w:t xml:space="preserve">❷ &gt;&gt;&gt; </w:t>
      </w:r>
      <w:r>
        <w:rPr>
          <w:rFonts w:ascii="Consolas" w:hAnsi="Consolas"/>
          <w:b/>
          <w:i w:val="0"/>
          <w:sz w:val="18"/>
        </w:rPr>
        <w:t>favorite_language.rstrip()</w:t>
      </w:r>
    </w:p>
    <w:p>
      <w:pPr>
        <w:spacing w:after="0"/>
        <w:ind w:left="360"/>
        <w:shd w:val="clear" w:color="auto" w:fill="F2F2F2"/>
      </w:pPr>
      <w:r>
        <w:rPr>
          <w:rFonts w:ascii="Consolas" w:hAnsi="Consolas"/>
          <w:b w:val="0"/>
          <w:i w:val="0"/>
          <w:sz w:val="18"/>
        </w:rPr>
        <w:t>' python'</w:t>
      </w:r>
    </w:p>
    <w:p>
      <w:pPr>
        <w:spacing w:after="0"/>
        <w:ind w:left="360"/>
        <w:shd w:val="clear" w:color="auto" w:fill="F2F2F2"/>
      </w:pPr>
      <w:r>
        <w:rPr>
          <w:rFonts w:ascii="Consolas" w:hAnsi="Consolas"/>
          <w:b w:val="0"/>
          <w:i w:val="0"/>
          <w:sz w:val="18"/>
        </w:rPr>
        <w:t xml:space="preserve">❸ &gt;&gt;&gt; </w:t>
      </w:r>
      <w:r>
        <w:rPr>
          <w:rFonts w:ascii="Consolas" w:hAnsi="Consolas"/>
          <w:b/>
          <w:i w:val="0"/>
          <w:sz w:val="18"/>
        </w:rPr>
        <w:t>favorite_language.lstrip()</w:t>
      </w:r>
    </w:p>
    <w:p>
      <w:pPr>
        <w:spacing w:after="0"/>
        <w:ind w:left="360"/>
        <w:shd w:val="clear" w:color="auto" w:fill="F2F2F2"/>
      </w:pPr>
      <w:r>
        <w:rPr>
          <w:rFonts w:ascii="Consolas" w:hAnsi="Consolas"/>
          <w:b w:val="0"/>
          <w:i w:val="0"/>
          <w:sz w:val="18"/>
        </w:rPr>
        <w:t>'python '</w:t>
      </w:r>
    </w:p>
    <w:p>
      <w:pPr>
        <w:spacing w:after="0"/>
        <w:ind w:left="360"/>
        <w:shd w:val="clear" w:color="auto" w:fill="F2F2F2"/>
      </w:pPr>
      <w:r>
        <w:rPr>
          <w:rFonts w:ascii="Consolas" w:hAnsi="Consolas"/>
          <w:b w:val="0"/>
          <w:i w:val="0"/>
          <w:sz w:val="18"/>
        </w:rPr>
        <w:t xml:space="preserve">❹ &gt;&gt;&gt; </w:t>
      </w:r>
      <w:r>
        <w:rPr>
          <w:rFonts w:ascii="Consolas" w:hAnsi="Consolas"/>
          <w:b/>
          <w:i w:val="0"/>
          <w:sz w:val="18"/>
        </w:rPr>
        <w:t>favorite_language.strip()</w:t>
      </w:r>
    </w:p>
    <w:p>
      <w:pPr>
        <w:spacing w:after="0"/>
        <w:ind w:left="360"/>
        <w:shd w:val="clear" w:color="auto" w:fill="F2F2F2"/>
      </w:pPr>
      <w:r>
        <w:rPr>
          <w:rFonts w:ascii="Consolas" w:hAnsi="Consolas"/>
          <w:b w:val="0"/>
          <w:i w:val="0"/>
          <w:sz w:val="18"/>
        </w:rPr>
        <w:t>'python'</w:t>
      </w:r>
    </w:p>
    <w:p>
      <w:pPr>
        <w:spacing w:after="40"/>
      </w:pPr>
    </w:p>
    <w:p>
      <w:pPr>
        <w:spacing w:after="80"/>
      </w:pPr>
      <w:r>
        <w:rPr>
          <w:b w:val="0"/>
          <w:i w:val="0"/>
        </w:rPr>
        <w:t>Trong ví dụ này, chúng ta bắt đầu với một giá trị có khoảng trắng ở đầu và ở cuối ❶. Sau đó ta loại bỏ khoảng trắng thừa từ bên phải ❷, từ bên trái ❸, và từ cả hai bên ❹. Thử nghiệm với các hàm cắt bỏ này có thể giúp bạn làm quen với việc xử lý chuỗi. Trong thực tế, các hàm cắt bỏ này thường được dùng nhất để làm sạch dữ liệu người dùng nhập vào trước khi nó được lưu trong chương trình.</w:t>
      </w:r>
    </w:p>
    <w:p>
      <w:pPr>
        <w:pStyle w:val="Heading3"/>
      </w:pPr>
      <w:r>
        <w:rPr>
          <w:rFonts w:ascii="Calibri" w:hAnsi="Calibri"/>
          <w:b/>
          <w:i w:val="0"/>
          <w:sz w:val="27"/>
        </w:rPr>
        <w:t>Xóa tiền tố</w:t>
      </w:r>
    </w:p>
    <w:p>
      <w:pPr>
        <w:spacing w:after="80"/>
      </w:pPr>
      <w:r>
        <w:rPr>
          <w:b w:val="0"/>
          <w:i w:val="0"/>
        </w:rPr>
        <w:t xml:space="preserve">Khi làm việc với chuỗi, một tác vụ phổ biến khác là xóa tiền tố. Hãy xét một URL có tiền tố phổ biến là </w:t>
      </w:r>
      <w:r>
        <w:rPr>
          <w:b w:val="0"/>
          <w:i/>
        </w:rPr>
        <w:t>https://</w:t>
      </w:r>
      <w:r>
        <w:rPr>
          <w:b w:val="0"/>
          <w:i w:val="0"/>
        </w:rPr>
        <w:t>. Chúng ta muốn xóa tiền tố này để chỉ tập trung vào phần URL mà người dùng cần nhập vào thanh địa chỉ. Đây là cách thực hiện:</w:t>
      </w:r>
    </w:p>
    <w:p>
      <w:pPr>
        <w:spacing w:after="80"/>
      </w:pPr>
      <w:r>
        <w:rPr>
          <w:b w:val="0"/>
          <w:i w:val="0"/>
        </w:rPr>
        <w:t>&gt;&gt;&gt; nostarch_url = 'https://nostarch.com'</w:t>
      </w:r>
      <w:r>
        <w:br/>
      </w:r>
      <w:r>
        <w:rPr>
          <w:b w:val="0"/>
          <w:i w:val="0"/>
        </w:rPr>
        <w:t>&gt;&gt;&gt; nostarch_url.removeprefix('https://')</w:t>
      </w:r>
      <w:r>
        <w:br/>
      </w:r>
      <w:r>
        <w:rPr>
          <w:b w:val="0"/>
          <w:i w:val="0"/>
        </w:rPr>
        <w:t>'nostarch.com'</w:t>
      </w:r>
    </w:p>
    <w:p>
      <w:pPr>
        <w:spacing w:after="80"/>
      </w:pPr>
      <w:r>
        <w:rPr>
          <w:b w:val="0"/>
          <w:i w:val="0"/>
        </w:rPr>
        <w:t xml:space="preserve">Nhập tên biến, theo sau là dấu chấm, rồi đến phương thức </w:t>
      </w:r>
      <w:r>
        <w:rPr>
          <w:rFonts w:ascii="Consolas" w:hAnsi="Consolas"/>
          <w:b w:val="0"/>
          <w:i w:val="0"/>
          <w:sz w:val="20"/>
        </w:rPr>
        <w:t>removeprefix()</w:t>
      </w:r>
      <w:r>
        <w:rPr>
          <w:b w:val="0"/>
          <w:i w:val="0"/>
        </w:rPr>
        <w:t>. Bên trong dấu ngoặc đơn, nhập tiền tố bạn muốn xóa khỏi chuỗi gốc.</w:t>
      </w:r>
    </w:p>
    <w:p>
      <w:pPr>
        <w:spacing w:after="80"/>
      </w:pPr>
      <w:r>
        <w:rPr>
          <w:b w:val="0"/>
          <w:i w:val="0"/>
        </w:rPr>
        <w:t xml:space="preserve">Giống như các phương thức xóa khoảng trắng, </w:t>
      </w:r>
      <w:r>
        <w:rPr>
          <w:rFonts w:ascii="Consolas" w:hAnsi="Consolas"/>
          <w:b w:val="0"/>
          <w:i w:val="0"/>
          <w:sz w:val="20"/>
        </w:rPr>
        <w:t>removeprefix()</w:t>
      </w:r>
      <w:r>
        <w:rPr>
          <w:b w:val="0"/>
          <w:i w:val="0"/>
        </w:rPr>
        <w:t xml:space="preserve"> giữ nguyên chuỗi gốc. Nếu bạn muốn giữ giá trị mới đã xóa tiền tố, hãy gán lại nó cho biến gốc hoặc gán cho một biến mới:</w:t>
      </w:r>
    </w:p>
    <w:p>
      <w:pPr>
        <w:spacing w:after="80"/>
      </w:pPr>
      <w:r>
        <w:rPr>
          <w:b w:val="0"/>
          <w:i w:val="0"/>
        </w:rPr>
        <w:t>&gt;&gt;&gt; simple_url = nostarch_url.removeprefix('https://')</w:t>
      </w:r>
    </w:p>
    <w:p>
      <w:pPr>
        <w:spacing w:after="80"/>
      </w:pPr>
      <w:r>
        <w:rPr>
          <w:b w:val="0"/>
          <w:i w:val="0"/>
        </w:rPr>
        <w:t xml:space="preserve">Khi bạn thấy một URL trên thanh địa chỉ mà phần </w:t>
      </w:r>
      <w:r>
        <w:rPr>
          <w:b w:val="0"/>
          <w:i/>
        </w:rPr>
        <w:t>https://</w:t>
      </w:r>
      <w:r>
        <w:rPr>
          <w:b w:val="0"/>
          <w:i w:val="0"/>
        </w:rPr>
        <w:t xml:space="preserve"> không hiển thị, có lẽ trình duyệt đang dùng một phương thức giống như </w:t>
      </w:r>
      <w:r>
        <w:rPr>
          <w:rFonts w:ascii="Consolas" w:hAnsi="Consolas"/>
          <w:b w:val="0"/>
          <w:i w:val="0"/>
          <w:sz w:val="20"/>
        </w:rPr>
        <w:t>removeprefix()</w:t>
      </w:r>
      <w:r>
        <w:rPr>
          <w:b w:val="0"/>
          <w:i w:val="0"/>
        </w:rPr>
        <w:t xml:space="preserve"> ở phía sau.</w:t>
      </w:r>
    </w:p>
    <w:p>
      <w:pPr>
        <w:pStyle w:val="Heading3"/>
      </w:pPr>
      <w:r>
        <w:rPr>
          <w:rFonts w:ascii="Calibri" w:hAnsi="Calibri"/>
          <w:b/>
          <w:i w:val="0"/>
          <w:sz w:val="27"/>
        </w:rPr>
        <w:t>Tránh lỗi cú pháp với chuỗi</w:t>
      </w:r>
    </w:p>
    <w:p>
      <w:pPr>
        <w:spacing w:after="80"/>
      </w:pPr>
      <w:r>
        <w:rPr>
          <w:b w:val="0"/>
          <w:i w:val="0"/>
        </w:rPr>
        <w:t xml:space="preserve">Một loại lỗi mà bạn có thể gặp khá thường xuyên là lỗi cú pháp. </w:t>
      </w:r>
      <w:r>
        <w:rPr>
          <w:b w:val="0"/>
          <w:i/>
        </w:rPr>
        <w:t>Lỗi cú pháp</w:t>
      </w:r>
      <w:r>
        <w:rPr>
          <w:b w:val="0"/>
          <w:i w:val="0"/>
        </w:rPr>
        <w:t xml:space="preserve"> (syntax error) xảy ra khi Python không nhận ra một phần trong chương trình của bạn là mã Python hợp lệ. Ví dụ, nếu bạn dùng dấu nháy đơn bên trong cặp nháy đơn, bạn sẽ gây ra lỗi. Điều này xảy ra vì Python hiểu mọi thứ giữa dấu nháy đơn đầu tiên và dấu nháy đơn đó là một chuỗi. Sau đó nó cố gắng hiểu phần còn lại của văn bản như mã Python, gây ra lỗi.</w:t>
      </w:r>
    </w:p>
    <w:p>
      <w:pPr>
        <w:spacing w:after="80"/>
      </w:pPr>
      <w:r>
        <w:rPr>
          <w:b w:val="0"/>
          <w:i w:val="0"/>
        </w:rPr>
        <w:t xml:space="preserve">Đây là cách dùng dấu nháy đơn và dấu nháy kép cho đúng. Lưu chương trình này thành </w:t>
      </w:r>
      <w:r>
        <w:rPr>
          <w:b w:val="0"/>
          <w:i/>
        </w:rPr>
        <w:t>apostrophe.py</w:t>
      </w:r>
      <w:r>
        <w:rPr>
          <w:b w:val="0"/>
          <w:i w:val="0"/>
        </w:rPr>
        <w:t xml:space="preserve"> rồi chạy nó:</w:t>
      </w:r>
    </w:p>
    <w:p>
      <w:pPr>
        <w:spacing w:after="80"/>
      </w:pPr>
      <w:r>
        <w:rPr>
          <w:b w:val="0"/>
          <w:i w:val="0"/>
        </w:rPr>
        <w:t>apostrophe.py</w:t>
      </w:r>
    </w:p>
    <w:p>
      <w:pPr>
        <w:spacing w:after="80"/>
      </w:pPr>
      <w:r>
        <w:rPr>
          <w:b w:val="0"/>
          <w:i w:val="0"/>
        </w:rPr>
        <w:t>message = "One of Python's strengths is its diverse community."</w:t>
      </w:r>
      <w:r>
        <w:br/>
      </w:r>
      <w:r>
        <w:rPr>
          <w:b w:val="0"/>
          <w:i w:val="0"/>
        </w:rPr>
        <w:t>print(message)</w:t>
      </w:r>
    </w:p>
    <w:p>
      <w:pPr>
        <w:spacing w:after="80"/>
      </w:pPr>
      <w:r>
        <w:rPr>
          <w:b w:val="0"/>
          <w:i w:val="0"/>
        </w:rPr>
        <w:t>Dấu nháy đơn xuất hiện bên trong một cặp dấu nháy kép, nên trình thông dịch Python không gặp khó khăn gì khi đọc chuỗi này một cách chính xác:</w:t>
      </w:r>
    </w:p>
    <w:p>
      <w:pPr>
        <w:spacing w:after="80"/>
      </w:pPr>
      <w:r>
        <w:rPr>
          <w:b w:val="0"/>
          <w:i w:val="0"/>
        </w:rPr>
        <w:t>One of Python's strengths is its diverse community.</w:t>
      </w:r>
    </w:p>
    <w:p>
      <w:pPr>
        <w:spacing w:after="80"/>
      </w:pPr>
      <w:r>
        <w:rPr>
          <w:b w:val="0"/>
          <w:i w:val="0"/>
        </w:rPr>
        <w:t>Tuy nhiên, nếu bạn dùng dấu nháy đơn, Python không thể xác định được chuỗi nên kết thúc ở đâu:</w:t>
      </w:r>
    </w:p>
    <w:p>
      <w:pPr>
        <w:spacing w:after="0"/>
        <w:ind w:left="360"/>
        <w:shd w:val="clear" w:color="auto" w:fill="F2F2F2"/>
      </w:pPr>
      <w:r>
        <w:rPr>
          <w:rFonts w:ascii="Consolas" w:hAnsi="Consolas"/>
          <w:b w:val="0"/>
          <w:i w:val="0"/>
          <w:sz w:val="18"/>
        </w:rPr>
        <w:t>message = 'One of Python's strengths is its diverse community.'</w:t>
      </w:r>
    </w:p>
    <w:p>
      <w:pPr>
        <w:spacing w:after="0"/>
        <w:ind w:left="360"/>
        <w:shd w:val="clear" w:color="auto" w:fill="F2F2F2"/>
      </w:pPr>
      <w:r>
        <w:rPr>
          <w:rFonts w:ascii="Consolas" w:hAnsi="Consolas"/>
          <w:b w:val="0"/>
          <w:i w:val="0"/>
          <w:sz w:val="18"/>
        </w:rPr>
        <w:t>print(message)</w:t>
      </w:r>
    </w:p>
    <w:p>
      <w:pPr>
        <w:spacing w:after="40"/>
      </w:pPr>
    </w:p>
    <w:p>
      <w:pPr>
        <w:spacing w:after="80"/>
      </w:pPr>
      <w:r>
        <w:rPr>
          <w:b w:val="0"/>
          <w:i w:val="0"/>
        </w:rPr>
        <w:t>Bạn sẽ thấy kết quả như sau:</w:t>
      </w:r>
    </w:p>
    <w:p>
      <w:pPr>
        <w:spacing w:after="80"/>
      </w:pPr>
      <w:r>
        <w:rPr>
          <w:b w:val="0"/>
          <w:i w:val="0"/>
        </w:rPr>
        <w:t>File "apostrophe.py", line 1</w:t>
      </w:r>
      <w:r>
        <w:br/>
      </w:r>
      <w:r>
        <w:rPr>
          <w:b w:val="0"/>
          <w:i w:val="0"/>
        </w:rPr>
        <w:t xml:space="preserve">    message = 'One of Python's strengths is its diverse community.'</w:t>
      </w:r>
      <w:r>
        <w:br/>
      </w:r>
      <w:r>
        <w:rPr>
          <w:b w:val="0"/>
          <w:i w:val="0"/>
        </w:rPr>
        <w:t xml:space="preserve">                                                                ❶ ^</w:t>
      </w:r>
      <w:r>
        <w:br/>
      </w:r>
      <w:r>
        <w:rPr>
          <w:b w:val="0"/>
          <w:i w:val="0"/>
        </w:rPr>
        <w:t>SyntaxError: unterminated string literal (detected at line 1)</w:t>
      </w:r>
    </w:p>
    <w:p>
      <w:pPr>
        <w:spacing w:after="80"/>
      </w:pPr>
      <w:r>
        <w:rPr>
          <w:b w:val="0"/>
          <w:i w:val="0"/>
        </w:rPr>
        <w:t>Trong kết quả, bạn có thể thấy lỗi xảy ra ngay sau dấu nháy đơn cuối cùng ❶. Lỗi cú pháp (syntax error) này cho biết trình thông dịch (interpreter) không nhận ra một thứ gì đó trong mã là mã Python hợp lệ, và nó nghĩ rằng vấn đề có thể là một chuỗi chưa được đặt trong dấu nháy đúng cách. Lỗi có thể đến từ nhiều nguồn khác nhau, và tôi sẽ chỉ ra một số lỗi phổ biến khi chúng xuất hiện. Bạn có thể sẽ gặp lỗi cú pháp thường xuyên khi học viết mã Python cho đúng. Lỗi cú pháp cũng là loại lỗi ít cụ thể nhất, nên có thể khó và gây bực bội khi xác định và sửa chữa. Nếu bạn bị mắc kẹt với một lỗi đặc biệt khó chịu, hãy xem các gợi ý trong Phụ lục C.</w:t>
      </w:r>
    </w:p>
    <w:p>
      <w:pPr>
        <w:spacing w:before="120" w:after="40"/>
      </w:pPr>
      <w:r>
        <w:rPr>
          <w:b/>
          <w:sz w:val="21"/>
        </w:rPr>
        <w:t>Ghi chú</w:t>
      </w:r>
    </w:p>
    <w:p>
      <w:pPr>
        <w:spacing w:after="80"/>
      </w:pPr>
      <w:r>
        <w:rPr>
          <w:b w:val="0"/>
          <w:i w:val="0"/>
        </w:rPr>
        <w:t>Tính năng tô sáng cú pháp (syntax highlighting) của trình soạn thảo sẽ giúp bạn nhanh chóng phát hiện một số lỗi cú pháp khi viết chương trình. Nếu bạn thấy mã Python được tô sáng như thể là tiếng Anh, hoặc tiếng Anh được tô sáng như thể là mã Python, thì có lẽ bạn có một dấu nháy bị lệch ở đâu đó trong tệp của mình.</w:t>
      </w:r>
    </w:p>
    <w:p>
      <w:pPr>
        <w:spacing w:before="120" w:after="40"/>
      </w:pPr>
      <w:r>
        <w:rPr>
          <w:b/>
          <w:sz w:val="21"/>
        </w:rPr>
        <w:t>Tự thực hành</w:t>
      </w:r>
    </w:p>
    <w:p>
      <w:pPr>
        <w:spacing w:after="80"/>
      </w:pPr>
      <w:r>
        <w:rPr>
          <w:b w:val="0"/>
          <w:i w:val="0"/>
        </w:rPr>
        <w:t xml:space="preserve">Hãy lưu mỗi bài tập sau thành một tệp riêng, với tên như </w:t>
      </w:r>
      <w:r>
        <w:rPr>
          <w:b w:val="0"/>
          <w:i/>
        </w:rPr>
        <w:t>name_cases.py</w:t>
      </w:r>
      <w:r>
        <w:rPr>
          <w:b w:val="0"/>
          <w:i w:val="0"/>
        </w:rPr>
        <w:t>. Nếu bạn bị mắc kẹt, hãy nghỉ ngơi một chút hoặc xem các gợi ý trong Phụ lục C.</w:t>
      </w:r>
    </w:p>
    <w:p>
      <w:pPr>
        <w:spacing w:after="80"/>
      </w:pPr>
      <w:r>
        <w:rPr>
          <w:b/>
          <w:i w:val="0"/>
        </w:rPr>
        <w:t>2-3. Tin nhắn cá nhân:</w:t>
      </w:r>
      <w:r>
        <w:rPr>
          <w:b w:val="0"/>
          <w:i w:val="0"/>
        </w:rPr>
        <w:t xml:space="preserve"> Dùng một biến để đại diện cho tên của một người, rồi in một tin nhắn gửi đến người đó. Tin nhắn của bạn nên đơn giản, chẳng hạn như: "Hello Eric, would you like to learn some Python today?"</w:t>
      </w:r>
    </w:p>
    <w:p>
      <w:pPr>
        <w:spacing w:after="80"/>
      </w:pPr>
      <w:r>
        <w:rPr>
          <w:b/>
          <w:i w:val="0"/>
        </w:rPr>
        <w:t>2-4. Các kiểu chữ của tên:</w:t>
      </w:r>
      <w:r>
        <w:rPr>
          <w:b w:val="0"/>
          <w:i w:val="0"/>
        </w:rPr>
        <w:t xml:space="preserve"> Dùng một biến để đại diện cho tên của một người, rồi in tên người đó ở dạng chữ thường, chữ in hoa, và chữ hoa đầu từ.</w:t>
      </w:r>
    </w:p>
    <w:p>
      <w:pPr>
        <w:spacing w:after="80"/>
      </w:pPr>
      <w:r>
        <w:rPr>
          <w:b/>
          <w:i w:val="0"/>
        </w:rPr>
        <w:t>2-5. Câu nói nổi tiếng:</w:t>
      </w:r>
      <w:r>
        <w:rPr>
          <w:b w:val="0"/>
          <w:i w:val="0"/>
        </w:rPr>
        <w:t xml:space="preserve"> Tìm một câu nói của một người nổi tiếng mà bạn ngưỡng mộ. In câu nói đó và tên của tác giả. Kết quả của bạn nên trông giống như sau, bao gồm cả dấu ngoặc kép:</w:t>
      </w:r>
    </w:p>
    <w:p>
      <w:pPr>
        <w:spacing w:after="80"/>
      </w:pPr>
      <w:r>
        <w:rPr>
          <w:b w:val="0"/>
          <w:i w:val="0"/>
        </w:rPr>
        <w:t>Albert Einstein từng nói: "A person who never made a mistake never tried anything new."</w:t>
      </w:r>
    </w:p>
    <w:p>
      <w:pPr>
        <w:spacing w:after="80"/>
      </w:pPr>
      <w:r>
        <w:rPr>
          <w:b/>
          <w:i w:val="0"/>
        </w:rPr>
        <w:t>2-6. Câu nói nổi tiếng 2:</w:t>
      </w:r>
      <w:r>
        <w:rPr>
          <w:b w:val="0"/>
          <w:i w:val="0"/>
        </w:rPr>
        <w:t xml:space="preserve"> Lặp lại Bài tập 2-5, nhưng lần này, hãy đại diện cho tên của người nổi tiếng bằng một biến có tên là </w:t>
      </w:r>
      <w:r>
        <w:rPr>
          <w:rFonts w:ascii="Consolas" w:hAnsi="Consolas"/>
          <w:b w:val="0"/>
          <w:i w:val="0"/>
          <w:sz w:val="20"/>
        </w:rPr>
        <w:t>famous_person</w:t>
      </w:r>
      <w:r>
        <w:rPr>
          <w:b w:val="0"/>
          <w:i w:val="0"/>
        </w:rPr>
        <w:t xml:space="preserve">. Sau đó soạn tin nhắn của bạn và đại diện nó bằng một biến mới có tên là </w:t>
      </w:r>
      <w:r>
        <w:rPr>
          <w:rFonts w:ascii="Consolas" w:hAnsi="Consolas"/>
          <w:b w:val="0"/>
          <w:i w:val="0"/>
          <w:sz w:val="20"/>
        </w:rPr>
        <w:t>message</w:t>
      </w:r>
      <w:r>
        <w:rPr>
          <w:b w:val="0"/>
          <w:i w:val="0"/>
        </w:rPr>
        <w:t>. In tin nhắn của bạn.</w:t>
      </w:r>
    </w:p>
    <w:p>
      <w:pPr>
        <w:spacing w:after="80"/>
      </w:pPr>
      <w:r>
        <w:rPr>
          <w:b/>
          <w:i w:val="0"/>
        </w:rPr>
        <w:t>2-7. Loại bỏ khoảng trắng trong tên:</w:t>
      </w:r>
      <w:r>
        <w:rPr>
          <w:b w:val="0"/>
          <w:i w:val="0"/>
        </w:rPr>
        <w:t xml:space="preserve"> Dùng một biến để đại diện cho tên của một người, và thêm một vài ký tự khoảng trắng ở đầu và cuối tên. Hãy đảm bảo bạn dùng mỗi tổ hợp ký tự, </w:t>
      </w:r>
      <w:r>
        <w:rPr>
          <w:rFonts w:ascii="Consolas" w:hAnsi="Consolas"/>
          <w:b w:val="0"/>
          <w:i w:val="0"/>
          <w:sz w:val="20"/>
        </w:rPr>
        <w:t>"\t"</w:t>
      </w:r>
      <w:r>
        <w:rPr>
          <w:b w:val="0"/>
          <w:i w:val="0"/>
        </w:rPr>
        <w:t xml:space="preserve"> và </w:t>
      </w:r>
      <w:r>
        <w:rPr>
          <w:rFonts w:ascii="Consolas" w:hAnsi="Consolas"/>
          <w:b w:val="0"/>
          <w:i w:val="0"/>
          <w:sz w:val="20"/>
        </w:rPr>
        <w:t>"\n"</w:t>
      </w:r>
      <w:r>
        <w:rPr>
          <w:b w:val="0"/>
          <w:i w:val="0"/>
        </w:rPr>
        <w:t>, ít nhất một lần.</w:t>
      </w:r>
    </w:p>
    <w:p>
      <w:pPr>
        <w:spacing w:after="80"/>
      </w:pPr>
      <w:r>
        <w:rPr>
          <w:b w:val="0"/>
          <w:i w:val="0"/>
        </w:rPr>
        <w:t xml:space="preserve">In tên một lần, để thấy khoảng trắng xung quanh tên được hiển thị. Sau đó in tên bằng từng hàm cắt khoảng trắng trong ba hàm, </w:t>
      </w:r>
      <w:r>
        <w:rPr>
          <w:rFonts w:ascii="Consolas" w:hAnsi="Consolas"/>
          <w:b w:val="0"/>
          <w:i w:val="0"/>
          <w:sz w:val="20"/>
        </w:rPr>
        <w:t>lstrip()</w:t>
      </w:r>
      <w:r>
        <w:rPr>
          <w:b w:val="0"/>
          <w:i w:val="0"/>
        </w:rPr>
        <w:t xml:space="preserve">, </w:t>
      </w:r>
      <w:r>
        <w:rPr>
          <w:rFonts w:ascii="Consolas" w:hAnsi="Consolas"/>
          <w:b w:val="0"/>
          <w:i w:val="0"/>
          <w:sz w:val="20"/>
        </w:rPr>
        <w:t>rstrip()</w:t>
      </w:r>
      <w:r>
        <w:rPr>
          <w:b w:val="0"/>
          <w:i w:val="0"/>
        </w:rPr>
        <w:t xml:space="preserve">, và </w:t>
      </w:r>
      <w:r>
        <w:rPr>
          <w:rFonts w:ascii="Consolas" w:hAnsi="Consolas"/>
          <w:b w:val="0"/>
          <w:i w:val="0"/>
          <w:sz w:val="20"/>
        </w:rPr>
        <w:t>strip()</w:t>
      </w:r>
      <w:r>
        <w:rPr>
          <w:b w:val="0"/>
          <w:i w:val="0"/>
        </w:rPr>
        <w:t>.</w:t>
      </w:r>
    </w:p>
    <w:p>
      <w:pPr>
        <w:spacing w:after="80"/>
      </w:pPr>
      <w:r>
        <w:rPr>
          <w:b/>
          <w:i w:val="0"/>
        </w:rPr>
        <w:t>2-8. Phần mở rộng tệp:</w:t>
      </w:r>
      <w:r>
        <w:rPr>
          <w:b w:val="0"/>
          <w:i w:val="0"/>
        </w:rPr>
        <w:t xml:space="preserve"> Python có phương thức </w:t>
      </w:r>
      <w:r>
        <w:rPr>
          <w:rFonts w:ascii="Consolas" w:hAnsi="Consolas"/>
          <w:b w:val="0"/>
          <w:i w:val="0"/>
          <w:sz w:val="20"/>
        </w:rPr>
        <w:t>removesuffix()</w:t>
      </w:r>
      <w:r>
        <w:rPr>
          <w:b w:val="0"/>
          <w:i w:val="0"/>
        </w:rPr>
        <w:t xml:space="preserve"> hoạt động giống hệt như </w:t>
      </w:r>
      <w:r>
        <w:rPr>
          <w:rFonts w:ascii="Consolas" w:hAnsi="Consolas"/>
          <w:b w:val="0"/>
          <w:i w:val="0"/>
          <w:sz w:val="20"/>
        </w:rPr>
        <w:t>removeprefix()</w:t>
      </w:r>
      <w:r>
        <w:rPr>
          <w:b w:val="0"/>
          <w:i w:val="0"/>
        </w:rPr>
        <w:t xml:space="preserve">. Gán giá trị </w:t>
      </w:r>
      <w:r>
        <w:rPr>
          <w:rFonts w:ascii="Consolas" w:hAnsi="Consolas"/>
          <w:b w:val="0"/>
          <w:i w:val="0"/>
          <w:sz w:val="20"/>
        </w:rPr>
        <w:t>'python_notes.txt'</w:t>
      </w:r>
      <w:r>
        <w:rPr>
          <w:b w:val="0"/>
          <w:i w:val="0"/>
        </w:rPr>
        <w:t xml:space="preserve"> cho một biến tên là </w:t>
      </w:r>
      <w:r>
        <w:rPr>
          <w:rFonts w:ascii="Consolas" w:hAnsi="Consolas"/>
          <w:b w:val="0"/>
          <w:i w:val="0"/>
          <w:sz w:val="20"/>
        </w:rPr>
        <w:t>filename</w:t>
      </w:r>
      <w:r>
        <w:rPr>
          <w:b w:val="0"/>
          <w:i w:val="0"/>
        </w:rPr>
        <w:t xml:space="preserve">. Sau đó dùng phương thức </w:t>
      </w:r>
      <w:r>
        <w:rPr>
          <w:rFonts w:ascii="Consolas" w:hAnsi="Consolas"/>
          <w:b w:val="0"/>
          <w:i w:val="0"/>
          <w:sz w:val="20"/>
        </w:rPr>
        <w:t>removesuffix()</w:t>
      </w:r>
      <w:r>
        <w:rPr>
          <w:b w:val="0"/>
          <w:i w:val="0"/>
        </w:rPr>
        <w:t xml:space="preserve"> để hiển thị tên tệp mà không có phần mở rộng, giống như một số trình duyệt tệp vẫn làm.</w:t>
      </w:r>
    </w:p>
    <w:p>
      <w:pPr>
        <w:pStyle w:val="Heading2"/>
      </w:pPr>
      <w:r>
        <w:rPr>
          <w:rFonts w:ascii="Calibri" w:hAnsi="Calibri"/>
          <w:b/>
          <w:i w:val="0"/>
          <w:sz w:val="32"/>
        </w:rPr>
        <w:t>Số</w:t>
      </w:r>
    </w:p>
    <w:p>
      <w:pPr>
        <w:spacing w:after="80"/>
      </w:pPr>
      <w:r>
        <w:rPr>
          <w:b w:val="0"/>
          <w:i w:val="0"/>
        </w:rPr>
        <w:t>Số được dùng khá thường xuyên trong lập trình để giữ điểm trong trò chơi, biểu diễn dữ liệu trong các hình ảnh trực quan, lưu thông tin trong ứng dụng web, v.v. Python xử lý số theo nhiều cách khác nhau, tùy thuộc vào cách chúng được sử dụng. Trước tiên hãy xem cách Python quản lý số nguyên (integer), vì chúng là loại đơn giản nhất để làm việc.</w:t>
      </w:r>
    </w:p>
    <w:p>
      <w:pPr>
        <w:pStyle w:val="Heading3"/>
      </w:pPr>
      <w:r>
        <w:rPr>
          <w:rFonts w:ascii="Calibri" w:hAnsi="Calibri"/>
          <w:b/>
          <w:i w:val="0"/>
          <w:sz w:val="27"/>
        </w:rPr>
        <w:t>Số nguyên</w:t>
      </w:r>
    </w:p>
    <w:p>
      <w:pPr>
        <w:spacing w:after="80"/>
      </w:pPr>
      <w:r>
        <w:rPr>
          <w:b w:val="0"/>
          <w:i w:val="0"/>
        </w:rPr>
        <w:t>Bạn có thể cộng (</w:t>
      </w:r>
      <w:r>
        <w:rPr>
          <w:rFonts w:ascii="Consolas" w:hAnsi="Consolas"/>
          <w:b w:val="0"/>
          <w:i w:val="0"/>
          <w:sz w:val="20"/>
        </w:rPr>
        <w:t>+</w:t>
      </w:r>
      <w:r>
        <w:rPr>
          <w:b w:val="0"/>
          <w:i w:val="0"/>
        </w:rPr>
        <w:t>), trừ (</w:t>
      </w:r>
      <w:r>
        <w:rPr>
          <w:rFonts w:ascii="Consolas" w:hAnsi="Consolas"/>
          <w:b w:val="0"/>
          <w:i w:val="0"/>
          <w:sz w:val="20"/>
        </w:rPr>
        <w:t>-</w:t>
      </w:r>
      <w:r>
        <w:rPr>
          <w:b w:val="0"/>
          <w:i w:val="0"/>
        </w:rPr>
        <w:t>), nhân (</w:t>
      </w:r>
      <w:r>
        <w:rPr>
          <w:rFonts w:ascii="Consolas" w:hAnsi="Consolas"/>
          <w:b w:val="0"/>
          <w:i w:val="0"/>
          <w:sz w:val="20"/>
        </w:rPr>
        <w:t>*</w:t>
      </w:r>
      <w:r>
        <w:rPr>
          <w:b w:val="0"/>
          <w:i w:val="0"/>
        </w:rPr>
        <w:t>), và chia (</w:t>
      </w:r>
      <w:r>
        <w:rPr>
          <w:rFonts w:ascii="Consolas" w:hAnsi="Consolas"/>
          <w:b w:val="0"/>
          <w:i w:val="0"/>
          <w:sz w:val="20"/>
        </w:rPr>
        <w:t>/</w:t>
      </w:r>
      <w:r>
        <w:rPr>
          <w:b w:val="0"/>
          <w:i w:val="0"/>
        </w:rPr>
        <w:t>) số nguyên trong Python.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+ 3</w:t>
      </w:r>
    </w:p>
    <w:p>
      <w:pPr>
        <w:spacing w:after="0"/>
        <w:ind w:left="360"/>
        <w:shd w:val="clear" w:color="auto" w:fill="F2F2F2"/>
      </w:pPr>
      <w:r>
        <w:rPr>
          <w:rFonts w:ascii="Consolas" w:hAnsi="Consolas"/>
          <w:b w:val="0"/>
          <w:i w:val="0"/>
          <w:sz w:val="18"/>
        </w:rPr>
        <w:t>5</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3 - 2</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3</w:t>
      </w:r>
    </w:p>
    <w:p>
      <w:pPr>
        <w:spacing w:after="0"/>
        <w:ind w:left="360"/>
        <w:shd w:val="clear" w:color="auto" w:fill="F2F2F2"/>
      </w:pPr>
      <w:r>
        <w:rPr>
          <w:rFonts w:ascii="Consolas" w:hAnsi="Consolas"/>
          <w:b w:val="0"/>
          <w:i w:val="0"/>
          <w:sz w:val="18"/>
        </w:rPr>
        <w:t>6</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 / 2</w:t>
      </w:r>
    </w:p>
    <w:p>
      <w:pPr>
        <w:spacing w:after="0"/>
        <w:ind w:left="360"/>
        <w:shd w:val="clear" w:color="auto" w:fill="F2F2F2"/>
      </w:pPr>
      <w:r>
        <w:rPr>
          <w:rFonts w:ascii="Consolas" w:hAnsi="Consolas"/>
          <w:b w:val="0"/>
          <w:i w:val="0"/>
          <w:sz w:val="18"/>
        </w:rPr>
        <w:t>1.5</w:t>
      </w:r>
    </w:p>
    <w:p>
      <w:pPr>
        <w:spacing w:after="40"/>
      </w:pPr>
    </w:p>
    <w:p>
      <w:pPr>
        <w:spacing w:after="80"/>
      </w:pPr>
      <w:r>
        <w:rPr>
          <w:b w:val="0"/>
          <w:i w:val="0"/>
        </w:rPr>
        <w:t>Trong một phiên terminal, Python chỉ đơn giản trả về kết quả của phép toán. Python dùng hai dấu nhân để biểu diễn lũy thừa:</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 ** 2</w:t>
      </w:r>
    </w:p>
    <w:p>
      <w:pPr>
        <w:spacing w:after="0"/>
        <w:ind w:left="360"/>
        <w:shd w:val="clear" w:color="auto" w:fill="F2F2F2"/>
      </w:pPr>
      <w:r>
        <w:rPr>
          <w:rFonts w:ascii="Consolas" w:hAnsi="Consolas"/>
          <w:b w:val="0"/>
          <w:i w:val="0"/>
          <w:sz w:val="18"/>
        </w:rPr>
        <w:t>9</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 ** 3</w:t>
      </w:r>
    </w:p>
    <w:p>
      <w:pPr>
        <w:spacing w:after="0"/>
        <w:ind w:left="360"/>
        <w:shd w:val="clear" w:color="auto" w:fill="F2F2F2"/>
      </w:pPr>
      <w:r>
        <w:rPr>
          <w:rFonts w:ascii="Consolas" w:hAnsi="Consolas"/>
          <w:b w:val="0"/>
          <w:i w:val="0"/>
          <w:sz w:val="18"/>
        </w:rPr>
        <w:t>27</w:t>
      </w:r>
    </w:p>
    <w:p>
      <w:pPr>
        <w:spacing w:after="0"/>
        <w:ind w:left="360"/>
        <w:shd w:val="clear" w:color="auto" w:fill="F2F2F2"/>
      </w:pPr>
      <w:r>
        <w:rPr>
          <w:rFonts w:ascii="Consolas" w:hAnsi="Consolas"/>
          <w:b w:val="0"/>
          <w:i w:val="0"/>
          <w:sz w:val="18"/>
        </w:rPr>
        <w:t xml:space="preserve">&gt;&gt;&gt; </w:t>
      </w:r>
      <w:r>
        <w:rPr>
          <w:rFonts w:ascii="Consolas" w:hAnsi="Consolas"/>
          <w:b/>
          <w:i w:val="0"/>
          <w:sz w:val="18"/>
        </w:rPr>
        <w:t>10 ** 6</w:t>
      </w:r>
    </w:p>
    <w:p>
      <w:pPr>
        <w:spacing w:after="0"/>
        <w:ind w:left="360"/>
        <w:shd w:val="clear" w:color="auto" w:fill="F2F2F2"/>
      </w:pPr>
      <w:r>
        <w:rPr>
          <w:rFonts w:ascii="Consolas" w:hAnsi="Consolas"/>
          <w:b w:val="0"/>
          <w:i w:val="0"/>
          <w:sz w:val="18"/>
        </w:rPr>
        <w:t>1000000</w:t>
      </w:r>
    </w:p>
    <w:p>
      <w:pPr>
        <w:spacing w:after="40"/>
      </w:pPr>
    </w:p>
    <w:p>
      <w:pPr>
        <w:spacing w:after="80"/>
      </w:pPr>
      <w:r>
        <w:rPr>
          <w:b w:val="0"/>
          <w:i w:val="0"/>
        </w:rPr>
        <w:t>Python cũng hỗ trợ thứ tự thực hiện các phép toán, nên bạn có thể dùng nhiều phép toán trong một biểu thức. Bạn cũng có thể dùng dấu ngoặc đơn để thay đổi thứ tự thực hiện phép toán để Python tính biểu thức theo thứ tự bạn chỉ định. Ví dụ:</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+ 3*4</w:t>
      </w:r>
    </w:p>
    <w:p>
      <w:pPr>
        <w:spacing w:after="0"/>
        <w:ind w:left="360"/>
        <w:shd w:val="clear" w:color="auto" w:fill="F2F2F2"/>
      </w:pPr>
      <w:r>
        <w:rPr>
          <w:rFonts w:ascii="Consolas" w:hAnsi="Consolas"/>
          <w:b w:val="0"/>
          <w:i w:val="0"/>
          <w:sz w:val="18"/>
        </w:rPr>
        <w:t>14</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+ 3) * 4</w:t>
      </w:r>
    </w:p>
    <w:p>
      <w:pPr>
        <w:spacing w:after="0"/>
        <w:ind w:left="360"/>
        <w:shd w:val="clear" w:color="auto" w:fill="F2F2F2"/>
      </w:pPr>
      <w:r>
        <w:rPr>
          <w:rFonts w:ascii="Consolas" w:hAnsi="Consolas"/>
          <w:b w:val="0"/>
          <w:i w:val="0"/>
          <w:sz w:val="18"/>
        </w:rPr>
        <w:t>20</w:t>
      </w:r>
    </w:p>
    <w:p>
      <w:pPr>
        <w:spacing w:after="40"/>
      </w:pPr>
    </w:p>
    <w:p>
      <w:pPr>
        <w:spacing w:after="80"/>
      </w:pPr>
      <w:r>
        <w:rPr>
          <w:b w:val="0"/>
          <w:i w:val="0"/>
        </w:rPr>
        <w:t>Khoảng trắng trong các ví dụ này không ảnh hưởng đến cách Python tính biểu thức; nó chỉ giúp bạn nhanh chóng nhận ra các phép toán được ưu tiên khi đọc qua đoạn mã.</w:t>
      </w:r>
    </w:p>
    <w:p>
      <w:pPr>
        <w:pStyle w:val="Heading3"/>
      </w:pPr>
      <w:r>
        <w:rPr>
          <w:rFonts w:ascii="Calibri" w:hAnsi="Calibri"/>
          <w:b/>
          <w:i w:val="0"/>
          <w:sz w:val="27"/>
        </w:rPr>
        <w:t>Số thực</w:t>
      </w:r>
    </w:p>
    <w:p>
      <w:pPr>
        <w:spacing w:after="80"/>
      </w:pPr>
      <w:r>
        <w:rPr>
          <w:b w:val="0"/>
          <w:i w:val="0"/>
        </w:rPr>
        <w:t xml:space="preserve">Python gọi bất kỳ số nào có dấu thập phân là </w:t>
      </w:r>
      <w:r>
        <w:rPr>
          <w:b w:val="0"/>
          <w:i/>
        </w:rPr>
        <w:t>float</w:t>
      </w:r>
      <w:r>
        <w:rPr>
          <w:b w:val="0"/>
          <w:i w:val="0"/>
        </w:rPr>
        <w:t>. Thuật ngữ này được dùng trong hầu hết các ngôn ngữ lập trình, và nó ám chỉ việc dấu thập phân có thể xuất hiện ở bất kỳ vị trí nào trong một số. Mỗi ngôn ngữ lập trình đều phải được thiết kế cẩn thận để quản lý số thập phân đúng cách, sao cho các số hoạt động phù hợp, bất kể dấu thập phân xuất hiện ở đâu.</w:t>
      </w:r>
    </w:p>
    <w:p>
      <w:pPr>
        <w:spacing w:after="80"/>
      </w:pPr>
      <w:r>
        <w:rPr>
          <w:b w:val="0"/>
          <w:i w:val="0"/>
        </w:rPr>
        <w:t>Phần lớn thời gian, bạn có thể dùng số thực mà không cần lo lắng về cách chúng hoạt động. Chỉ cần nhập những số bạn muốn dùng, và Python rất có thể sẽ làm đúng như bạn mong đợi: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0.1 + 0.1</w:t>
      </w:r>
    </w:p>
    <w:p>
      <w:pPr>
        <w:spacing w:after="0"/>
        <w:ind w:left="360"/>
        <w:shd w:val="clear" w:color="auto" w:fill="F2F2F2"/>
      </w:pPr>
      <w:r>
        <w:rPr>
          <w:rFonts w:ascii="Consolas" w:hAnsi="Consolas"/>
          <w:b w:val="0"/>
          <w:i w:val="0"/>
          <w:sz w:val="18"/>
        </w:rPr>
        <w:t>0.2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0.2 + 0.2</w:t>
      </w:r>
    </w:p>
    <w:p>
      <w:pPr>
        <w:spacing w:after="0"/>
        <w:ind w:left="360"/>
        <w:shd w:val="clear" w:color="auto" w:fill="F2F2F2"/>
      </w:pPr>
      <w:r>
        <w:rPr>
          <w:rFonts w:ascii="Consolas" w:hAnsi="Consolas"/>
          <w:b w:val="0"/>
          <w:i w:val="0"/>
          <w:sz w:val="18"/>
        </w:rPr>
        <w:t>0.4</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0.1</w:t>
      </w:r>
    </w:p>
    <w:p>
      <w:pPr>
        <w:spacing w:after="0"/>
        <w:ind w:left="360"/>
        <w:shd w:val="clear" w:color="auto" w:fill="F2F2F2"/>
      </w:pPr>
      <w:r>
        <w:rPr>
          <w:rFonts w:ascii="Consolas" w:hAnsi="Consolas"/>
          <w:b w:val="0"/>
          <w:i w:val="0"/>
          <w:sz w:val="18"/>
        </w:rPr>
        <w:t>0.2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0.2</w:t>
      </w:r>
    </w:p>
    <w:p>
      <w:pPr>
        <w:spacing w:after="0"/>
        <w:ind w:left="360"/>
        <w:shd w:val="clear" w:color="auto" w:fill="F2F2F2"/>
      </w:pPr>
      <w:r>
        <w:rPr>
          <w:rFonts w:ascii="Consolas" w:hAnsi="Consolas"/>
          <w:b w:val="0"/>
          <w:i w:val="0"/>
          <w:sz w:val="18"/>
        </w:rPr>
        <w:t>0.4</w:t>
      </w:r>
    </w:p>
    <w:p>
      <w:pPr>
        <w:spacing w:after="40"/>
      </w:pPr>
    </w:p>
    <w:p>
      <w:pPr>
        <w:spacing w:after="80"/>
      </w:pPr>
      <w:r>
        <w:rPr>
          <w:b w:val="0"/>
          <w:i w:val="0"/>
        </w:rPr>
        <w:t>Tuy nhiên, hãy lưu ý rằng đôi khi bạn có thể nhận được một số lượng chữ số thập phân tùy ý trong kết quả:</w:t>
      </w:r>
    </w:p>
    <w:p>
      <w:pPr>
        <w:spacing w:after="0"/>
        <w:ind w:left="360"/>
        <w:shd w:val="clear" w:color="auto" w:fill="F2F2F2"/>
      </w:pPr>
      <w:r>
        <w:rPr>
          <w:rFonts w:ascii="Consolas" w:hAnsi="Consolas"/>
          <w:b w:val="0"/>
          <w:i w:val="0"/>
          <w:sz w:val="18"/>
        </w:rPr>
        <w:t xml:space="preserve">&gt;&gt;&gt; </w:t>
      </w:r>
      <w:r>
        <w:rPr>
          <w:rFonts w:ascii="Consolas" w:hAnsi="Consolas"/>
          <w:b/>
          <w:i w:val="0"/>
          <w:sz w:val="18"/>
        </w:rPr>
        <w:t>0.2 + 0.1</w:t>
      </w:r>
    </w:p>
    <w:p>
      <w:pPr>
        <w:spacing w:after="0"/>
        <w:ind w:left="360"/>
        <w:shd w:val="clear" w:color="auto" w:fill="F2F2F2"/>
      </w:pPr>
      <w:r>
        <w:rPr>
          <w:rFonts w:ascii="Consolas" w:hAnsi="Consolas"/>
          <w:b w:val="0"/>
          <w:i w:val="0"/>
          <w:sz w:val="18"/>
        </w:rPr>
        <w:t>0.30000000000000004</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 * 0.1</w:t>
      </w:r>
    </w:p>
    <w:p>
      <w:pPr>
        <w:spacing w:after="0"/>
        <w:ind w:left="360"/>
        <w:shd w:val="clear" w:color="auto" w:fill="F2F2F2"/>
      </w:pPr>
      <w:r>
        <w:rPr>
          <w:rFonts w:ascii="Consolas" w:hAnsi="Consolas"/>
          <w:b w:val="0"/>
          <w:i w:val="0"/>
          <w:sz w:val="18"/>
        </w:rPr>
        <w:t>0.30000000000000004</w:t>
      </w:r>
    </w:p>
    <w:p>
      <w:pPr>
        <w:spacing w:after="40"/>
      </w:pPr>
    </w:p>
    <w:p>
      <w:pPr>
        <w:spacing w:after="80"/>
      </w:pPr>
      <w:r>
        <w:rPr>
          <w:b w:val="0"/>
          <w:i w:val="0"/>
        </w:rPr>
        <w:t>Điều này xảy ra ở mọi ngôn ngữ và không có gì đáng lo ngại. Python cố gắng tìm cách biểu diễn kết quả chính xác nhất có thể, điều đôi khi khó khăn vì cách máy tính phải biểu diễn số ở bên trong. Cứ tạm bỏ qua các chữ số thập phân thừa; bạn sẽ học cách xử lý các chữ số thừa khi cần trong các dự án ở Phần II.</w:t>
      </w:r>
    </w:p>
    <w:p>
      <w:pPr>
        <w:pStyle w:val="Heading3"/>
      </w:pPr>
      <w:r>
        <w:rPr>
          <w:rFonts w:ascii="Calibri" w:hAnsi="Calibri"/>
          <w:b/>
          <w:i w:val="0"/>
          <w:sz w:val="27"/>
        </w:rPr>
        <w:t>Số nguyên và số thực</w:t>
      </w:r>
    </w:p>
    <w:p>
      <w:pPr>
        <w:spacing w:after="80"/>
      </w:pPr>
      <w:r>
        <w:rPr>
          <w:b w:val="0"/>
          <w:i w:val="0"/>
        </w:rPr>
        <w:t>Khi bạn chia hai số bất kỳ, kể cả khi chúng là số nguyên và kết quả là một số nguyên, bạn vẫn luôn nhận được một số thực: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4/2</w:t>
      </w:r>
    </w:p>
    <w:p>
      <w:pPr>
        <w:spacing w:after="0"/>
        <w:ind w:left="360"/>
        <w:shd w:val="clear" w:color="auto" w:fill="F2F2F2"/>
      </w:pPr>
      <w:r>
        <w:rPr>
          <w:rFonts w:ascii="Consolas" w:hAnsi="Consolas"/>
          <w:b w:val="0"/>
          <w:i w:val="0"/>
          <w:sz w:val="18"/>
        </w:rPr>
        <w:t>2.0</w:t>
      </w:r>
    </w:p>
    <w:p>
      <w:pPr>
        <w:spacing w:after="40"/>
      </w:pPr>
    </w:p>
    <w:p>
      <w:pPr>
        <w:spacing w:after="80"/>
      </w:pPr>
      <w:r>
        <w:rPr>
          <w:b w:val="0"/>
          <w:i w:val="0"/>
        </w:rPr>
        <w:t>Nếu bạn trộn một số nguyên với một số thực trong bất kỳ phép toán nào khác, bạn cũng sẽ nhận được một số thực: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1 + 2.0</w:t>
      </w:r>
    </w:p>
    <w:p>
      <w:pPr>
        <w:spacing w:after="0"/>
        <w:ind w:left="360"/>
        <w:shd w:val="clear" w:color="auto" w:fill="F2F2F2"/>
      </w:pPr>
      <w:r>
        <w:rPr>
          <w:rFonts w:ascii="Consolas" w:hAnsi="Consolas"/>
          <w:b w:val="0"/>
          <w:i w:val="0"/>
          <w:sz w:val="18"/>
        </w:rPr>
        <w:t>3.0</w:t>
      </w:r>
    </w:p>
    <w:p>
      <w:pPr>
        <w:spacing w:after="0"/>
        <w:ind w:left="360"/>
        <w:shd w:val="clear" w:color="auto" w:fill="F2F2F2"/>
      </w:pPr>
      <w:r>
        <w:rPr>
          <w:rFonts w:ascii="Consolas" w:hAnsi="Consolas"/>
          <w:b w:val="0"/>
          <w:i w:val="0"/>
          <w:sz w:val="18"/>
        </w:rPr>
        <w:t xml:space="preserve">&gt;&gt;&gt; </w:t>
      </w:r>
      <w:r>
        <w:rPr>
          <w:rFonts w:ascii="Consolas" w:hAnsi="Consolas"/>
          <w:b/>
          <w:i w:val="0"/>
          <w:sz w:val="18"/>
        </w:rPr>
        <w:t>2 * 3.0</w:t>
      </w:r>
    </w:p>
    <w:p>
      <w:pPr>
        <w:spacing w:after="0"/>
        <w:ind w:left="360"/>
        <w:shd w:val="clear" w:color="auto" w:fill="F2F2F2"/>
      </w:pPr>
      <w:r>
        <w:rPr>
          <w:rFonts w:ascii="Consolas" w:hAnsi="Consolas"/>
          <w:b w:val="0"/>
          <w:i w:val="0"/>
          <w:sz w:val="18"/>
        </w:rPr>
        <w:t>6.0</w:t>
      </w:r>
    </w:p>
    <w:p>
      <w:pPr>
        <w:spacing w:after="0"/>
        <w:ind w:left="360"/>
        <w:shd w:val="clear" w:color="auto" w:fill="F2F2F2"/>
      </w:pPr>
      <w:r>
        <w:rPr>
          <w:rFonts w:ascii="Consolas" w:hAnsi="Consolas"/>
          <w:b w:val="0"/>
          <w:i w:val="0"/>
          <w:sz w:val="18"/>
        </w:rPr>
        <w:t xml:space="preserve">&gt;&gt;&gt; </w:t>
      </w:r>
      <w:r>
        <w:rPr>
          <w:rFonts w:ascii="Consolas" w:hAnsi="Consolas"/>
          <w:b/>
          <w:i w:val="0"/>
          <w:sz w:val="18"/>
        </w:rPr>
        <w:t>3.0 ** 2</w:t>
      </w:r>
    </w:p>
    <w:p>
      <w:pPr>
        <w:spacing w:after="0"/>
        <w:ind w:left="360"/>
        <w:shd w:val="clear" w:color="auto" w:fill="F2F2F2"/>
      </w:pPr>
      <w:r>
        <w:rPr>
          <w:rFonts w:ascii="Consolas" w:hAnsi="Consolas"/>
          <w:b w:val="0"/>
          <w:i w:val="0"/>
          <w:sz w:val="18"/>
        </w:rPr>
        <w:t>9.0</w:t>
      </w:r>
    </w:p>
    <w:p>
      <w:pPr>
        <w:spacing w:after="40"/>
      </w:pPr>
    </w:p>
    <w:p>
      <w:pPr>
        <w:spacing w:after="80"/>
      </w:pPr>
      <w:r>
        <w:rPr>
          <w:b w:val="0"/>
          <w:i w:val="0"/>
        </w:rPr>
        <w:t>Python mặc định dùng số thực trong bất kỳ phép toán nào có liên quan đến số thực, kể cả khi kết quả là một số nguyên.</w:t>
      </w:r>
    </w:p>
    <w:p>
      <w:pPr>
        <w:pStyle w:val="Heading3"/>
      </w:pPr>
      <w:r>
        <w:rPr>
          <w:rFonts w:ascii="Calibri" w:hAnsi="Calibri"/>
          <w:b/>
          <w:i w:val="0"/>
          <w:sz w:val="27"/>
        </w:rPr>
        <w:t>Dấu gạch dưới trong số</w:t>
      </w:r>
    </w:p>
    <w:p>
      <w:pPr>
        <w:spacing w:after="80"/>
      </w:pPr>
      <w:r>
        <w:rPr>
          <w:b w:val="0"/>
          <w:i w:val="0"/>
        </w:rPr>
        <w:t>Khi bạn viết những con số dài, bạn có thể nhóm các chữ số bằng dấu gạch dưới để những con số lớn dễ đọc hơn: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universe_age = 14_000_000_000</w:t>
      </w:r>
    </w:p>
    <w:p>
      <w:pPr>
        <w:spacing w:after="40"/>
      </w:pPr>
    </w:p>
    <w:p>
      <w:pPr>
        <w:spacing w:after="80"/>
      </w:pPr>
      <w:r>
        <w:rPr>
          <w:b w:val="0"/>
          <w:i w:val="0"/>
        </w:rPr>
        <w:t>Khi bạn in một con số được định nghĩa bằng dấu gạch dưới, Python chỉ in ra các chữ số:</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print(universe_age)</w:t>
      </w:r>
    </w:p>
    <w:p>
      <w:pPr>
        <w:spacing w:after="0"/>
        <w:ind w:left="360"/>
        <w:shd w:val="clear" w:color="auto" w:fill="F2F2F2"/>
      </w:pPr>
      <w:r>
        <w:rPr>
          <w:rFonts w:ascii="Consolas" w:hAnsi="Consolas"/>
          <w:b w:val="0"/>
          <w:i w:val="0"/>
          <w:sz w:val="18"/>
        </w:rPr>
        <w:t>14000000000</w:t>
      </w:r>
    </w:p>
    <w:p>
      <w:pPr>
        <w:spacing w:after="40"/>
      </w:pPr>
    </w:p>
    <w:p>
      <w:pPr>
        <w:spacing w:after="80"/>
      </w:pPr>
      <w:r>
        <w:rPr>
          <w:b w:val="0"/>
          <w:i w:val="0"/>
        </w:rPr>
        <w:t xml:space="preserve">Python bỏ qua các dấu gạch dưới khi lưu trữ những giá trị kiểu này. Kể cả khi bạn không nhóm các chữ số theo từng nhóm ba, giá trị vẫn không bị ảnh hưởng gì. Đối với Python, </w:t>
      </w:r>
      <w:r>
        <w:rPr>
          <w:rFonts w:ascii="Consolas" w:hAnsi="Consolas"/>
          <w:b w:val="0"/>
          <w:i w:val="0"/>
          <w:sz w:val="20"/>
        </w:rPr>
        <w:t>1000</w:t>
      </w:r>
      <w:r>
        <w:rPr>
          <w:b w:val="0"/>
          <w:i w:val="0"/>
        </w:rPr>
        <w:t xml:space="preserve"> cũng giống như </w:t>
      </w:r>
      <w:r>
        <w:rPr>
          <w:rFonts w:ascii="Consolas" w:hAnsi="Consolas"/>
          <w:b w:val="0"/>
          <w:i w:val="0"/>
          <w:sz w:val="20"/>
        </w:rPr>
        <w:t>1_000</w:t>
      </w:r>
      <w:r>
        <w:rPr>
          <w:b w:val="0"/>
          <w:i w:val="0"/>
        </w:rPr>
        <w:t xml:space="preserve">, và cũng giống như </w:t>
      </w:r>
      <w:r>
        <w:rPr>
          <w:rFonts w:ascii="Consolas" w:hAnsi="Consolas"/>
          <w:b w:val="0"/>
          <w:i w:val="0"/>
          <w:sz w:val="20"/>
        </w:rPr>
        <w:t>10_00</w:t>
      </w:r>
      <w:r>
        <w:rPr>
          <w:b w:val="0"/>
          <w:i w:val="0"/>
        </w:rPr>
        <w:t>. Tính năng này hoạt động với cả số nguyên lẫn số thực.</w:t>
      </w:r>
    </w:p>
    <w:p>
      <w:pPr>
        <w:pStyle w:val="Heading3"/>
      </w:pPr>
      <w:r>
        <w:rPr>
          <w:rFonts w:ascii="Calibri" w:hAnsi="Calibri"/>
          <w:b/>
          <w:i w:val="0"/>
          <w:sz w:val="27"/>
        </w:rPr>
        <w:t>Gán nhiều giá trị cùng lúc</w:t>
      </w:r>
    </w:p>
    <w:p>
      <w:pPr>
        <w:spacing w:after="80"/>
      </w:pPr>
      <w:r>
        <w:rPr>
          <w:b w:val="0"/>
          <w:i w:val="0"/>
        </w:rPr>
        <w:t>Bạn có thể gán giá trị cho nhiều biến chỉ bằng một dòng lệnh duy nhất. Điều này giúp rút ngắn chương trình và làm cho chúng dễ đọc hơn; bạn sẽ dùng kỹ thuật này thường xuyên nhất khi khởi tạo một nhóm các con số.</w:t>
      </w:r>
    </w:p>
    <w:p>
      <w:pPr>
        <w:spacing w:after="80"/>
      </w:pPr>
      <w:r>
        <w:rPr>
          <w:b w:val="0"/>
          <w:i w:val="0"/>
        </w:rPr>
        <w:t xml:space="preserve">Ví dụ, đây là cách bạn có thể khởi tạo các biến </w:t>
      </w:r>
      <w:r>
        <w:rPr>
          <w:rFonts w:ascii="Consolas" w:hAnsi="Consolas"/>
          <w:b w:val="0"/>
          <w:i w:val="0"/>
          <w:sz w:val="20"/>
        </w:rPr>
        <w:t>x</w:t>
      </w:r>
      <w:r>
        <w:rPr>
          <w:b w:val="0"/>
          <w:i w:val="0"/>
        </w:rPr>
        <w:t xml:space="preserve">, </w:t>
      </w:r>
      <w:r>
        <w:rPr>
          <w:rFonts w:ascii="Consolas" w:hAnsi="Consolas"/>
          <w:b w:val="0"/>
          <w:i w:val="0"/>
          <w:sz w:val="20"/>
        </w:rPr>
        <w:t>y</w:t>
      </w:r>
      <w:r>
        <w:rPr>
          <w:b w:val="0"/>
          <w:i w:val="0"/>
        </w:rPr>
        <w:t xml:space="preserve">, và </w:t>
      </w:r>
      <w:r>
        <w:rPr>
          <w:rFonts w:ascii="Consolas" w:hAnsi="Consolas"/>
          <w:b w:val="0"/>
          <w:i w:val="0"/>
          <w:sz w:val="20"/>
        </w:rPr>
        <w:t>z</w:t>
      </w:r>
      <w:r>
        <w:rPr>
          <w:b w:val="0"/>
          <w:i w:val="0"/>
        </w:rPr>
        <w:t xml:space="preserve"> bằng không: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x, y, z = 0, 0, 0</w:t>
      </w:r>
    </w:p>
    <w:p>
      <w:pPr>
        <w:spacing w:after="40"/>
      </w:pPr>
    </w:p>
    <w:p>
      <w:pPr>
        <w:spacing w:after="80"/>
      </w:pPr>
      <w:r>
        <w:rPr>
          <w:b w:val="0"/>
          <w:i w:val="0"/>
        </w:rPr>
        <w:t>Bạn cần phân tách các tên biến bằng dấu phẩy, làm tương tự với các giá trị, và Python sẽ gán từng giá trị cho biến tương ứng của nó. Miễn là số lượng giá trị khớp với số lượng biến, Python sẽ ghép chúng lại một cách chính xác.</w:t>
      </w:r>
    </w:p>
    <w:p>
      <w:pPr>
        <w:pStyle w:val="Heading3"/>
      </w:pPr>
      <w:r>
        <w:rPr>
          <w:rFonts w:ascii="Calibri" w:hAnsi="Calibri"/>
          <w:b/>
          <w:i w:val="0"/>
          <w:sz w:val="27"/>
        </w:rPr>
        <w:t>Hằng số</w:t>
      </w:r>
    </w:p>
    <w:p>
      <w:pPr>
        <w:spacing w:after="80"/>
      </w:pPr>
      <w:r>
        <w:rPr>
          <w:b w:val="0"/>
          <w:i w:val="0"/>
        </w:rPr>
        <w:t xml:space="preserve">Một </w:t>
      </w:r>
      <w:r>
        <w:rPr>
          <w:b w:val="0"/>
          <w:i/>
        </w:rPr>
        <w:t>hằng số</w:t>
      </w:r>
      <w:r>
        <w:rPr>
          <w:b w:val="0"/>
          <w:i w:val="0"/>
        </w:rPr>
        <w:t xml:space="preserve"> là một biến có giá trị giữ nguyên không đổi trong suốt vòng đời của chương trình. Python không có sẵn các kiểu hằng số, nhưng các lập trình viên Python dùng toàn bộ chữ in hoa để chỉ ra rằng một biến nên được coi là hằng số và không bao giờ bị thay đổi:</w:t>
      </w:r>
    </w:p>
    <w:p>
      <w:pPr>
        <w:spacing w:after="80"/>
      </w:pPr>
      <w:r>
        <w:rPr>
          <w:b w:val="0"/>
          <w:i w:val="0"/>
        </w:rPr>
        <w:t>MAX_CONNECTIONS = 5000</w:t>
      </w:r>
    </w:p>
    <w:p>
      <w:pPr>
        <w:spacing w:after="80"/>
      </w:pPr>
      <w:r>
        <w:rPr>
          <w:b w:val="0"/>
          <w:i w:val="0"/>
        </w:rPr>
        <w:t>Khi bạn muốn coi một biến như một hằng số trong code của mình, hãy viết tên biến bằng toàn bộ chữ in hoa.</w:t>
      </w:r>
    </w:p>
    <w:p>
      <w:pPr>
        <w:spacing w:before="120" w:after="40"/>
      </w:pPr>
      <w:r>
        <w:rPr>
          <w:b/>
          <w:sz w:val="21"/>
        </w:rPr>
        <w:t>Tự thực hành</w:t>
      </w:r>
    </w:p>
    <w:p>
      <w:pPr>
        <w:spacing w:after="80"/>
      </w:pPr>
      <w:r>
        <w:rPr>
          <w:b/>
          <w:i w:val="0"/>
        </w:rPr>
        <w:t>2-9. Số Tám:</w:t>
      </w:r>
      <w:r>
        <w:rPr>
          <w:b w:val="0"/>
          <w:i w:val="0"/>
        </w:rPr>
        <w:t xml:space="preserve"> Viết các phép cộng, trừ, nhân, chia mà mỗi phép đều cho kết quả là số 8. Nhớ đặt các phép tính của bạn vào trong lời gọi </w:t>
      </w:r>
      <w:r>
        <w:rPr>
          <w:rFonts w:ascii="Consolas" w:hAnsi="Consolas"/>
          <w:b w:val="0"/>
          <w:i w:val="0"/>
          <w:sz w:val="20"/>
        </w:rPr>
        <w:t>print()</w:t>
      </w:r>
      <w:r>
        <w:rPr>
          <w:b w:val="0"/>
          <w:i w:val="0"/>
        </w:rPr>
        <w:t xml:space="preserve"> để xem kết quả. Bạn nên tạo bốn dòng trông như thế này:</w:t>
      </w:r>
    </w:p>
    <w:p>
      <w:pPr>
        <w:spacing w:after="80"/>
      </w:pPr>
      <w:r>
        <w:rPr>
          <w:b w:val="0"/>
          <w:i w:val="0"/>
        </w:rPr>
        <w:t>print(5+3)</w:t>
      </w:r>
    </w:p>
    <w:p>
      <w:pPr>
        <w:spacing w:after="80"/>
      </w:pPr>
      <w:r>
        <w:rPr>
          <w:b w:val="0"/>
          <w:i w:val="0"/>
        </w:rPr>
        <w:t>Kết quả của bạn sẽ gồm bốn dòng, với số 8 xuất hiện một lần trên mỗi dòng.</w:t>
      </w:r>
    </w:p>
    <w:p>
      <w:pPr>
        <w:spacing w:after="80"/>
      </w:pPr>
      <w:r>
        <w:rPr>
          <w:b/>
          <w:i w:val="0"/>
        </w:rPr>
        <w:t>2-10. Số Yêu Thích:</w:t>
      </w:r>
      <w:r>
        <w:rPr>
          <w:b w:val="0"/>
          <w:i w:val="0"/>
        </w:rPr>
        <w:t xml:space="preserve"> Dùng một biến để biểu diễn số yêu thích của bạn. Sau đó, dùng biến đó để tạo một thông báo tiết lộ số yêu thích của bạn. In thông báo đó ra.</w:t>
      </w:r>
    </w:p>
    <w:p>
      <w:pPr>
        <w:pStyle w:val="Heading2"/>
      </w:pPr>
      <w:r>
        <w:rPr>
          <w:rFonts w:ascii="Calibri" w:hAnsi="Calibri"/>
          <w:b/>
          <w:i w:val="0"/>
          <w:sz w:val="32"/>
        </w:rPr>
        <w:t>Chú thích</w:t>
      </w:r>
    </w:p>
    <w:p>
      <w:pPr>
        <w:spacing w:after="80"/>
      </w:pPr>
      <w:r>
        <w:rPr>
          <w:b w:val="0"/>
          <w:i w:val="0"/>
        </w:rPr>
        <w:t xml:space="preserve">Chú thích là một tính năng cực kỳ hữu ích trong hầu hết các ngôn ngữ lập trình. Mọi thứ bạn viết trong chương trình của mình cho đến giờ đều là code Python. Khi chương trình của bạn trở nên dài hơn và phức tạp hơn, bạn nên thêm ghi chú vào trong chương trình để mô tả cách tiếp cận tổng thể của bạn đối với vấn đề đang giải quyết. Một </w:t>
      </w:r>
      <w:r>
        <w:rPr>
          <w:b w:val="0"/>
          <w:i/>
        </w:rPr>
        <w:t>chú thích</w:t>
      </w:r>
      <w:r>
        <w:rPr>
          <w:b w:val="0"/>
          <w:i w:val="0"/>
        </w:rPr>
        <w:t xml:space="preserve"> cho phép bạn viết ghi chú bằng ngôn ngữ nói của mình, ngay trong chương trình.</w:t>
      </w:r>
    </w:p>
    <w:p>
      <w:pPr>
        <w:pStyle w:val="Heading3"/>
      </w:pPr>
      <w:r>
        <w:rPr>
          <w:rFonts w:ascii="Calibri" w:hAnsi="Calibri"/>
          <w:b/>
          <w:i w:val="0"/>
          <w:sz w:val="27"/>
        </w:rPr>
        <w:t>Bạn viết chú thích như thế nào?</w:t>
      </w:r>
    </w:p>
    <w:p>
      <w:pPr>
        <w:spacing w:after="80"/>
      </w:pPr>
      <w:r>
        <w:rPr>
          <w:b w:val="0"/>
          <w:i w:val="0"/>
        </w:rPr>
        <w:t>Trong Python, dấu thăng (</w:t>
      </w:r>
      <w:r>
        <w:rPr>
          <w:rFonts w:ascii="Consolas" w:hAnsi="Consolas"/>
          <w:b w:val="0"/>
          <w:i w:val="0"/>
          <w:sz w:val="20"/>
        </w:rPr>
        <w:t>#</w:t>
      </w:r>
      <w:r>
        <w:rPr>
          <w:b w:val="0"/>
          <w:i w:val="0"/>
        </w:rPr>
        <w:t>) biểu thị một chú thích. Mọi thứ theo sau dấu thăng trong code của bạn đều bị trình thông dịch Python bỏ qua. Ví dụ:</w:t>
      </w:r>
    </w:p>
    <w:p>
      <w:pPr>
        <w:spacing w:after="80"/>
      </w:pPr>
      <w:r>
        <w:rPr>
          <w:b w:val="0"/>
          <w:i w:val="0"/>
        </w:rPr>
        <w:t>comment.py</w:t>
      </w:r>
    </w:p>
    <w:p>
      <w:pPr>
        <w:spacing w:after="80"/>
      </w:pPr>
      <w:r>
        <w:rPr>
          <w:b w:val="0"/>
          <w:i w:val="0"/>
        </w:rPr>
        <w:t># Say hello to everyone.</w:t>
      </w:r>
      <w:r>
        <w:br/>
      </w:r>
      <w:r>
        <w:rPr>
          <w:b w:val="0"/>
          <w:i w:val="0"/>
        </w:rPr>
        <w:t>print("Hello Python people!")</w:t>
      </w:r>
    </w:p>
    <w:p>
      <w:pPr>
        <w:spacing w:after="80"/>
      </w:pPr>
      <w:r>
        <w:rPr>
          <w:b w:val="0"/>
          <w:i w:val="0"/>
        </w:rPr>
        <w:t>Python bỏ qua dòng đầu tiên và thực thi dòng thứ hai.</w:t>
      </w:r>
    </w:p>
    <w:p>
      <w:pPr>
        <w:spacing w:after="80"/>
      </w:pPr>
      <w:r>
        <w:rPr>
          <w:b w:val="0"/>
          <w:i w:val="0"/>
        </w:rPr>
        <w:t>Chào các bạn yêu Python!</w:t>
      </w:r>
    </w:p>
    <w:p>
      <w:pPr>
        <w:pStyle w:val="Heading3"/>
      </w:pPr>
      <w:r>
        <w:rPr>
          <w:rFonts w:ascii="Calibri" w:hAnsi="Calibri"/>
          <w:b/>
          <w:i w:val="0"/>
          <w:sz w:val="27"/>
        </w:rPr>
        <w:t>Nên viết những loại chú thích (comment) nào?</w:t>
      </w:r>
    </w:p>
    <w:p>
      <w:pPr>
        <w:spacing w:after="80"/>
      </w:pPr>
      <w:r>
        <w:rPr>
          <w:b w:val="0"/>
          <w:i w:val="0"/>
        </w:rPr>
        <w:t>Lý do chính để viết chú thích là giải thích đoạn code của bạn có nhiệm vụ gì và bạn làm cho nó hoạt động như thế nào. Khi đang mải mê làm một dự án, bạn hiểu rõ mọi mảnh ghép khớp với nhau ra sao. Nhưng khi quay lại dự án sau một thời gian, bạn sẽ dễ quên đi vài chi tiết. Bạn luôn có thể ngồi đọc lại code một lúc để hiểu các đoạn đó vốn hoạt động thế nào, nhưng viết chú thích tử tế sẽ giúp bạn tiết kiệm thời gian bằng cách tóm tắt rõ ràng cách tiếp cận tổng thể của mình.</w:t>
      </w:r>
    </w:p>
    <w:p>
      <w:pPr>
        <w:spacing w:after="80"/>
      </w:pPr>
      <w:r>
        <w:rPr>
          <w:b w:val="0"/>
          <w:i w:val="0"/>
        </w:rPr>
        <w:t>Nếu bạn muốn trở thành lập trình viên chuyên nghiệp hoặc làm việc chung với các lập trình viên khác, bạn nên viết chú thích có ý nghĩa. Ngày nay, hầu hết phần mềm đều được viết theo kiểu hợp tác, dù là bởi một nhóm nhân viên trong cùng một công ty hay một nhóm người cùng làm chung một dự án mã nguồn mở. Những lập trình viên lành nghề luôn mong thấy chú thích trong code, nên tốt nhất là bạn hãy bắt đầu thêm chú thích mô tả vào chương trình của mình ngay từ bây giờ. Viết chú thích rõ ràng, súc tích trong code là một trong những thói quen có lợi nhất mà bạn có thể hình thành khi mới học lập trình.</w:t>
      </w:r>
    </w:p>
    <w:p>
      <w:pPr>
        <w:spacing w:after="80"/>
      </w:pPr>
      <w:r>
        <w:rPr>
          <w:b w:val="0"/>
          <w:i w:val="0"/>
        </w:rPr>
        <w:t>Khi phân vân không biết có nên viết chú thích hay không, hãy tự hỏi liệu bạn có phải cân nhắc vài cách tiếp cận trước khi tìm ra cách hợp lý để làm cho một thứ hoạt động được không; nếu có, hãy viết một chú thích về giải pháp của bạn. Xóa bớt chú thích thừa sau này vẫn dễ hơn nhiều so với việc quay lại viết chú thích cho một chương trình ít được chú thích. Từ giờ trở đi, tôi sẽ dùng chú thích trong các ví dụ xuyên suốt cuốn sách này để giúp giải thích từng đoạn code.</w:t>
      </w:r>
    </w:p>
    <w:p>
      <w:pPr>
        <w:spacing w:before="120" w:after="40"/>
      </w:pPr>
      <w:r>
        <w:rPr>
          <w:b/>
          <w:sz w:val="21"/>
        </w:rPr>
        <w:t>Tự thực hành</w:t>
      </w:r>
    </w:p>
    <w:p>
      <w:pPr>
        <w:spacing w:after="80"/>
      </w:pPr>
      <w:r>
        <w:rPr>
          <w:b/>
          <w:i w:val="0"/>
        </w:rPr>
        <w:t>2-11. Thêm chú thích:</w:t>
      </w:r>
      <w:r>
        <w:rPr>
          <w:b w:val="0"/>
          <w:i w:val="0"/>
        </w:rPr>
        <w:t xml:space="preserve"> Chọn hai chương trình bạn đã viết, và thêm ít nhất một chú thích vào mỗi chương trình. Nếu bạn không có gì cụ thể để viết vì chương trình của bạn lúc này còn quá đơn giản, thì chỉ cần thêm tên bạn và ngày hiện tại vào đầu mỗi tệp chương trình. Sau đó viết một câu mô tả chương trình đó làm gì.</w:t>
      </w:r>
    </w:p>
    <w:p>
      <w:pPr>
        <w:pStyle w:val="Heading2"/>
      </w:pPr>
      <w:r>
        <w:rPr>
          <w:rFonts w:ascii="Calibri" w:hAnsi="Calibri"/>
          <w:b/>
          <w:i w:val="0"/>
          <w:sz w:val="32"/>
        </w:rPr>
        <w:t>Thiền của Python (The Zen of Python)</w:t>
      </w:r>
    </w:p>
    <w:p>
      <w:pPr>
        <w:spacing w:after="80"/>
      </w:pPr>
      <w:r>
        <w:rPr>
          <w:b w:val="0"/>
          <w:i w:val="0"/>
        </w:rPr>
        <w:t xml:space="preserve">Những lập trình viên Python dày dạn sẽ khuyên bạn tránh sự phức tạp và hướng tới sự đơn giản bất cứ khi nào có thể. Triết lý của cộng đồng Python được gói gọn trong “The Zen of Python” của Tim Peters. Bạn có thể xem bộ nguyên tắc ngắn gọn này để viết code Python hay bằng cách gõ </w:t>
      </w:r>
      <w:r>
        <w:rPr>
          <w:rFonts w:ascii="Consolas" w:hAnsi="Consolas"/>
          <w:b w:val="0"/>
          <w:i w:val="0"/>
          <w:sz w:val="20"/>
        </w:rPr>
        <w:t>import this</w:t>
      </w:r>
      <w:r>
        <w:rPr>
          <w:b w:val="0"/>
          <w:i w:val="0"/>
        </w:rPr>
        <w:t xml:space="preserve"> vào trình thông dịch (interpreter) của mình. Tôi sẽ không chép lại toàn bộ “Zen of Python” ở đây, nhưng sẽ chia sẻ vài dòng để giúp bạn hiểu vì sao chúng nên quan trọng với bạn khi mới học Python.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import this</w:t>
      </w:r>
    </w:p>
    <w:p>
      <w:pPr>
        <w:spacing w:after="0"/>
        <w:ind w:left="360"/>
        <w:shd w:val="clear" w:color="auto" w:fill="F2F2F2"/>
      </w:pPr>
      <w:r>
        <w:rPr>
          <w:rFonts w:ascii="Consolas" w:hAnsi="Consolas"/>
          <w:b w:val="0"/>
          <w:i w:val="0"/>
          <w:sz w:val="18"/>
        </w:rPr>
        <w:t>The Zen of Python, by Tim Peters</w:t>
      </w:r>
    </w:p>
    <w:p>
      <w:pPr>
        <w:spacing w:after="0"/>
        <w:ind w:left="360"/>
        <w:shd w:val="clear" w:color="auto" w:fill="F2F2F2"/>
      </w:pPr>
      <w:r>
        <w:rPr>
          <w:rFonts w:ascii="Consolas" w:hAnsi="Consolas"/>
          <w:b w:val="0"/>
          <w:i w:val="0"/>
          <w:sz w:val="18"/>
        </w:rPr>
        <w:t>Beautiful is better than ugly.</w:t>
      </w:r>
    </w:p>
    <w:p>
      <w:pPr>
        <w:spacing w:after="40"/>
      </w:pPr>
    </w:p>
    <w:p>
      <w:pPr>
        <w:spacing w:after="80"/>
      </w:pPr>
      <w:r>
        <w:rPr>
          <w:b w:val="0"/>
          <w:i w:val="0"/>
        </w:rPr>
        <w:t>Các lập trình viên Python tán thành quan điểm rằng code có thể đẹp và thanh thoát. Trong lập trình, người ta giải quyết vấn đề. Lập trình viên luôn trân trọng những giải pháp được thiết kế tốt, hiệu quả, thậm chí đẹp đẽ cho các vấn đề. Khi bạn học thêm về Python và dùng nó để viết nhiều code hơn, một ngày nào đó có thể có ai đó nhìn qua vai bạn và thốt lên: “Wow, code đẹp đấy chứ!”</w:t>
      </w:r>
    </w:p>
    <w:p>
      <w:pPr>
        <w:spacing w:after="80"/>
      </w:pPr>
      <w:r>
        <w:rPr>
          <w:b w:val="0"/>
          <w:i w:val="0"/>
        </w:rPr>
        <w:t>Đơn giản tốt hơn phức tạp.</w:t>
      </w:r>
    </w:p>
    <w:p>
      <w:pPr>
        <w:spacing w:after="80"/>
      </w:pPr>
      <w:r>
        <w:rPr>
          <w:b w:val="0"/>
          <w:i w:val="0"/>
        </w:rPr>
        <w:t>Nếu bạn phải chọn giữa một giải pháp đơn giản và một giải pháp phức tạp, mà cả hai đều chạy được, hãy dùng giải pháp đơn giản. Code của bạn sẽ dễ bảo trì hơn, và bạn cùng người khác sẽ dễ phát triển tiếp trên nền code đó về sau.</w:t>
      </w:r>
    </w:p>
    <w:p>
      <w:pPr>
        <w:spacing w:after="80"/>
      </w:pPr>
      <w:r>
        <w:rPr>
          <w:b w:val="0"/>
          <w:i w:val="0"/>
        </w:rPr>
        <w:t>Phức tạp tốt hơn rối rắm.</w:t>
      </w:r>
    </w:p>
    <w:p>
      <w:pPr>
        <w:spacing w:after="80"/>
      </w:pPr>
      <w:r>
        <w:rPr>
          <w:b w:val="0"/>
          <w:i w:val="0"/>
        </w:rPr>
        <w:t>Cuộc sống thực vốn lộn xộn, và đôi khi không thể tìm được một giải pháp đơn giản cho vấn đề. Trong trường hợp đó, hãy dùng giải pháp đơn giản nhất mà vẫn chạy được.</w:t>
      </w:r>
    </w:p>
    <w:p>
      <w:pPr>
        <w:spacing w:after="80"/>
      </w:pPr>
      <w:r>
        <w:rPr>
          <w:b w:val="0"/>
          <w:i w:val="0"/>
        </w:rPr>
        <w:t>Khả năng đọc hiểu rất quan trọng.</w:t>
      </w:r>
    </w:p>
    <w:p>
      <w:pPr>
        <w:spacing w:after="80"/>
      </w:pPr>
      <w:r>
        <w:rPr>
          <w:b w:val="0"/>
          <w:i w:val="0"/>
        </w:rPr>
        <w:t>Ngay cả khi code của bạn phức tạp, hãy cố gắng làm cho nó dễ đọc. Khi bạn làm việc trong một dự án liên quan đến lập trình phức tạp, hãy tập trung viết các chú thích (comment) mang tính giải thích rõ ràng cho đoạn code đó.</w:t>
      </w:r>
    </w:p>
    <w:p>
      <w:pPr>
        <w:spacing w:after="80"/>
      </w:pPr>
      <w:r>
        <w:rPr>
          <w:b w:val="0"/>
          <w:i w:val="0"/>
        </w:rPr>
        <w:t>Nên có một -- và tốt nhất là chỉ một -- cách hiển nhiên để làm điều đó.</w:t>
      </w:r>
    </w:p>
    <w:p>
      <w:pPr>
        <w:spacing w:after="80"/>
      </w:pPr>
      <w:r>
        <w:rPr>
          <w:b w:val="0"/>
          <w:i w:val="0"/>
        </w:rPr>
        <w:t>Nếu hai lập trình viên Python được yêu cầu giải cùng một bài toán, họ nên đưa ra những giải pháp khá tương thích với nhau. Điều này không có nghĩa là không có chỗ cho sự sáng tạo trong lập trình. Ngược lại, có rất nhiều chỗ cho sự sáng tạo! Tuy nhiên, phần lớn công việc lập trình bao gồm việc sử dụng những cách tiếp cận nhỏ, phổ biến cho các tình huống đơn giản trong một dự án lớn hơn, sáng tạo hơn. Những chi tiết cốt lõi trong chương trình của bạn nên hợp lý và dễ hiểu đối với các lập trình viên Python khác.</w:t>
      </w:r>
    </w:p>
    <w:p>
      <w:pPr>
        <w:spacing w:after="80"/>
      </w:pPr>
      <w:r>
        <w:rPr>
          <w:b w:val="0"/>
          <w:i w:val="0"/>
        </w:rPr>
        <w:t>Bây giờ thì tốt hơn là không bao giờ.</w:t>
      </w:r>
    </w:p>
    <w:p>
      <w:pPr>
        <w:spacing w:after="80"/>
      </w:pPr>
      <w:r>
        <w:rPr>
          <w:b w:val="0"/>
          <w:i w:val="0"/>
        </w:rPr>
        <w:t>Bạn có thể dành cả phần đời còn lại để học hết mọi ngóc ngách phức tạp của Python và của lập trình nói chung, nhưng khi đó bạn sẽ chẳng bao giờ hoàn thành được dự án nào cả. Đừng cố viết code hoàn hảo; hãy viết code chạy được, rồi sau đó quyết định xem nên cải thiện code cho dự án đó hay chuyển sang làm điều gì mới.</w:t>
      </w:r>
    </w:p>
    <w:p>
      <w:pPr>
        <w:spacing w:after="80"/>
      </w:pPr>
      <w:r>
        <w:rPr>
          <w:b w:val="0"/>
          <w:i w:val="0"/>
        </w:rPr>
        <w:t>Khi bạn tiếp tục đến chương tiếp theo và bắt đầu đào sâu vào những chủ đề phức tạp hơn, hãy cố gắng ghi nhớ triết lý đơn giản và rõ ràng này. Những lập trình viên có kinh nghiệm sẽ tôn trọng code của bạn hơn và sẽ sẵn lòng góp ý, cũng như hợp tác với bạn trong những dự án thú vị.</w:t>
      </w:r>
    </w:p>
    <w:p>
      <w:pPr>
        <w:spacing w:before="120" w:after="40"/>
      </w:pPr>
      <w:r>
        <w:rPr>
          <w:b/>
          <w:sz w:val="21"/>
        </w:rPr>
        <w:t>Tự thực hành</w:t>
      </w:r>
    </w:p>
    <w:p>
      <w:pPr>
        <w:spacing w:after="80"/>
      </w:pPr>
      <w:r>
        <w:rPr>
          <w:b/>
          <w:i w:val="0"/>
        </w:rPr>
        <w:t>2-12. Zen của Python:</w:t>
      </w:r>
      <w:r>
        <w:rPr>
          <w:b w:val="0"/>
          <w:i w:val="0"/>
        </w:rPr>
        <w:t xml:space="preserve"> Nhập </w:t>
      </w:r>
      <w:r>
        <w:rPr>
          <w:rFonts w:ascii="Consolas" w:hAnsi="Consolas"/>
          <w:b w:val="0"/>
          <w:i w:val="0"/>
          <w:sz w:val="20"/>
        </w:rPr>
        <w:t>import this</w:t>
      </w:r>
      <w:r>
        <w:rPr>
          <w:b w:val="0"/>
          <w:i w:val="0"/>
        </w:rPr>
        <w:t xml:space="preserve"> vào một phiên terminal Python và lướt qua những nguyên tắc bổ sung.</w:t>
      </w:r>
    </w:p>
    <w:p>
      <w:pPr>
        <w:pStyle w:val="Heading2"/>
      </w:pPr>
      <w:r>
        <w:rPr>
          <w:rFonts w:ascii="Calibri" w:hAnsi="Calibri"/>
          <w:b/>
          <w:i w:val="0"/>
          <w:sz w:val="32"/>
        </w:rPr>
        <w:t>Tóm tắt</w:t>
      </w:r>
    </w:p>
    <w:p>
      <w:pPr>
        <w:spacing w:after="80"/>
      </w:pPr>
      <w:r>
        <w:rPr>
          <w:b w:val="0"/>
          <w:i w:val="0"/>
        </w:rPr>
        <w:t>Trong chương này bạn đã học cách làm việc với biến (variable). Bạn đã học cách dùng tên biến mang tính mô tả và cách xử lý lỗi tên (name error) cũng như lỗi cú pháp (syntax error) khi chúng xuất hiện. Bạn đã biết chuỗi (string) là gì và cách hiển thị chúng bằng chữ thường, chữ hoa và dạng tiêu đề (title case). Bạn đã bắt đầu dùng khoảng trắng (whitespace) để sắp xếp kết quả xuất ra gọn gàng, và bạn đã học cách loại bỏ những phần tử không cần thiết khỏi một chuỗi. Bạn đã bắt đầu làm việc với số nguyên (integer) và số thực (float), và bạn đã học được một số cách làm việc với dữ liệu số. Bạn cũng đã học cách viết chú thích giải thích để giúp code của bạn dễ đọc hơn đối với chính bạn và người khác. Cuối cùng, bạn đã đọc về triết lý giữ cho code của mình đơn giản nhất có thể, bất cứ khi nào có thể.</w:t>
      </w:r>
    </w:p>
    <w:p>
      <w:pPr>
        <w:spacing w:after="80"/>
      </w:pPr>
      <w:r>
        <w:rPr>
          <w:b w:val="0"/>
          <w:i w:val="0"/>
        </w:rPr>
        <w:t xml:space="preserve">Trong Chương 3, bạn sẽ học cách lưu trữ tập hợp thông tin trong một cấu trúc dữ liệu gọi là </w:t>
      </w:r>
      <w:r>
        <w:rPr>
          <w:b w:val="0"/>
          <w:i/>
        </w:rPr>
        <w:t>danh sách</w:t>
      </w:r>
      <w:r>
        <w:rPr>
          <w:b w:val="0"/>
          <w:i w:val="0"/>
        </w:rPr>
        <w:t xml:space="preserve"> (list). Bạn cũng sẽ học cách duyệt qua một danh sách, thao tác với bất kỳ thông tin nào trong danh sách đó.</w:t>
      </w:r>
    </w:p>
    <w:p>
      <w:pPr>
        <w:pStyle w:val="Heading1"/>
      </w:pPr>
      <w:r>
        <w:rPr>
          <w:rFonts w:ascii="Calibri" w:hAnsi="Calibri"/>
          <w:b/>
          <w:i w:val="0"/>
          <w:sz w:val="38"/>
        </w:rPr>
        <w:t>3</w:t>
      </w:r>
      <w:r>
        <w:rPr>
          <w:rFonts w:ascii="Calibri" w:hAnsi="Calibri"/>
          <w:b/>
          <w:i w:val="0"/>
          <w:sz w:val="38"/>
        </w:rPr>
      </w:r>
      <w:r>
        <w:rPr>
          <w:rFonts w:ascii="Calibri" w:hAnsi="Calibri"/>
          <w:b/>
          <w:i w:val="0"/>
          <w:sz w:val="38"/>
        </w:rPr>
        <w:t>Giới thiệu về danh sách</w:t>
      </w:r>
    </w:p>
    <w:p>
      <w:pPr>
        <w:jc w:val="center"/>
      </w:pPr>
      <w:r>
        <w:drawing>
          <wp:inline xmlns:a="http://schemas.openxmlformats.org/drawingml/2006/main" xmlns:pic="http://schemas.openxmlformats.org/drawingml/2006/picture">
            <wp:extent cx="3867150" cy="3867150"/>
            <wp:docPr id="8" name="Picture 8"/>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Trong chương này và chương tiếp theo, bạn sẽ học danh sách (list) là gì và cách bắt đầu làm việc với các phần tử trong một danh sách. Danh sách cho phép bạn lưu trữ tập hợp thông tin ở một nơi, dù bạn chỉ có vài mục hay hàng triệu mục. Danh sách là một trong những tính năng mạnh mẽ nhất của Python, dễ tiếp cận với những lập trình viên mới, và chúng gắn kết nhiều khái niệm quan trọng trong lập trình lại với nhau.</w:t>
      </w:r>
    </w:p>
    <w:p>
      <w:pPr>
        <w:pStyle w:val="Heading2"/>
      </w:pPr>
      <w:r>
        <w:rPr>
          <w:rFonts w:ascii="Calibri" w:hAnsi="Calibri"/>
          <w:b/>
          <w:i w:val="0"/>
          <w:sz w:val="32"/>
        </w:rPr>
        <w:t>List là gì?</w:t>
      </w:r>
    </w:p>
    <w:p>
      <w:pPr>
        <w:spacing w:after="80"/>
      </w:pPr>
      <w:r>
        <w:rPr>
          <w:b w:val="0"/>
          <w:i w:val="0"/>
        </w:rPr>
        <w:t xml:space="preserve">Một </w:t>
      </w:r>
      <w:r>
        <w:rPr>
          <w:b w:val="0"/>
          <w:i/>
        </w:rPr>
        <w:t>list</w:t>
      </w:r>
      <w:r>
        <w:rPr>
          <w:b w:val="0"/>
          <w:i w:val="0"/>
        </w:rPr>
        <w:t xml:space="preserve"> (danh sách) là một tập hợp các phần tử theo một thứ tự nhất định. Bạn có thể tạo một list chứa các chữ cái trong bảng chữ cái, các chữ số từ 0 đến 9, hoặc tên của tất cả mọi người trong gia đình bạn. Bạn có thể đặt bất cứ thứ gì bạn muốn vào một list, và các phần tử trong list không nhất thiết phải có liên quan gì với nhau. Vì một list thường chứa nhiều hơn một phần tử, nên đặt tên list ở dạng số nhiều là một ý hay, chẳng hạn như </w:t>
      </w:r>
      <w:r>
        <w:rPr>
          <w:rFonts w:ascii="Consolas" w:hAnsi="Consolas"/>
          <w:b w:val="0"/>
          <w:i w:val="0"/>
          <w:sz w:val="20"/>
        </w:rPr>
        <w:t>letters</w:t>
      </w:r>
      <w:r>
        <w:rPr>
          <w:b w:val="0"/>
          <w:i w:val="0"/>
        </w:rPr>
        <w:t xml:space="preserve">, </w:t>
      </w:r>
      <w:r>
        <w:rPr>
          <w:rFonts w:ascii="Consolas" w:hAnsi="Consolas"/>
          <w:b w:val="0"/>
          <w:i w:val="0"/>
          <w:sz w:val="20"/>
        </w:rPr>
        <w:t>digits</w:t>
      </w:r>
      <w:r>
        <w:rPr>
          <w:b w:val="0"/>
          <w:i w:val="0"/>
        </w:rPr>
        <w:t xml:space="preserve">, hoặc </w:t>
      </w:r>
      <w:r>
        <w:rPr>
          <w:rFonts w:ascii="Consolas" w:hAnsi="Consolas"/>
          <w:b w:val="0"/>
          <w:i w:val="0"/>
          <w:sz w:val="20"/>
        </w:rPr>
        <w:t>names</w:t>
      </w:r>
      <w:r>
        <w:rPr>
          <w:b w:val="0"/>
          <w:i w:val="0"/>
        </w:rPr>
        <w:t>.</w:t>
      </w:r>
    </w:p>
    <w:p>
      <w:pPr>
        <w:spacing w:after="80"/>
      </w:pPr>
      <w:r>
        <w:rPr>
          <w:b w:val="0"/>
          <w:i w:val="0"/>
        </w:rPr>
        <w:t>Trong Python, dấu ngoặc vuông (</w:t>
      </w:r>
      <w:r>
        <w:rPr>
          <w:rFonts w:ascii="Consolas" w:hAnsi="Consolas"/>
          <w:b w:val="0"/>
          <w:i w:val="0"/>
          <w:sz w:val="20"/>
        </w:rPr>
        <w:t>[]</w:t>
      </w:r>
      <w:r>
        <w:rPr>
          <w:b w:val="0"/>
          <w:i w:val="0"/>
        </w:rPr>
        <w:t>) biểu thị một list, và các phần tử riêng lẻ trong list được phân tách bằng dấu phẩy. Đây là một ví dụ đơn giản về một list chứa vài loại xe đạp:</w:t>
      </w:r>
    </w:p>
    <w:p>
      <w:pPr>
        <w:spacing w:after="80"/>
      </w:pPr>
      <w:r>
        <w:rPr>
          <w:b w:val="0"/>
          <w:i w:val="0"/>
        </w:rPr>
        <w:t>bicycles.py</w:t>
      </w:r>
    </w:p>
    <w:p>
      <w:pPr>
        <w:spacing w:after="80"/>
      </w:pPr>
      <w:r>
        <w:rPr>
          <w:b w:val="0"/>
          <w:i w:val="0"/>
        </w:rPr>
        <w:t>bicycles = ['trek', 'cannondale', 'redline', 'specialized']</w:t>
      </w:r>
      <w:r>
        <w:br/>
      </w:r>
      <w:r>
        <w:rPr>
          <w:b w:val="0"/>
          <w:i w:val="0"/>
        </w:rPr>
        <w:t>print(bicycles)</w:t>
      </w:r>
    </w:p>
    <w:p>
      <w:pPr>
        <w:spacing w:after="80"/>
      </w:pPr>
      <w:r>
        <w:rPr>
          <w:b w:val="0"/>
          <w:i w:val="0"/>
        </w:rPr>
        <w:t>Nếu bạn yêu cầu Python in một list, Python sẽ trả về cách biểu diễn list đó, bao gồm cả dấu ngoặc vuông:</w:t>
      </w:r>
    </w:p>
    <w:p>
      <w:pPr>
        <w:spacing w:after="80"/>
      </w:pPr>
      <w:r>
        <w:rPr>
          <w:b w:val="0"/>
          <w:i w:val="0"/>
        </w:rPr>
        <w:t>['trek', 'cannondale', 'redline', 'specialized']</w:t>
      </w:r>
    </w:p>
    <w:p>
      <w:pPr>
        <w:spacing w:after="80"/>
      </w:pPr>
      <w:r>
        <w:rPr>
          <w:b w:val="0"/>
          <w:i w:val="0"/>
        </w:rPr>
        <w:t>Vì đây không phải là kết quả mà bạn muốn người dùng của mình nhìn thấy, nên hãy cùng học cách truy cập từng phần tử riêng lẻ trong một list.</w:t>
      </w:r>
    </w:p>
    <w:p>
      <w:pPr>
        <w:pStyle w:val="Heading3"/>
      </w:pPr>
      <w:r>
        <w:rPr>
          <w:rFonts w:ascii="Calibri" w:hAnsi="Calibri"/>
          <w:b/>
          <w:i w:val="0"/>
          <w:sz w:val="27"/>
        </w:rPr>
        <w:t>Truy cập các phần tử trong một list</w:t>
      </w:r>
    </w:p>
    <w:p>
      <w:pPr>
        <w:spacing w:after="80"/>
      </w:pPr>
      <w:r>
        <w:rPr>
          <w:b w:val="0"/>
          <w:i w:val="0"/>
        </w:rPr>
        <w:t xml:space="preserve">List là tập hợp có thứ tự, nên bạn có thể truy cập bất kỳ phần tử nào trong list bằng cách cho Python biết vị trí, hay còn gọi là </w:t>
      </w:r>
      <w:r>
        <w:rPr>
          <w:b w:val="0"/>
          <w:i/>
        </w:rPr>
        <w:t>index</w:t>
      </w:r>
      <w:r>
        <w:rPr>
          <w:b w:val="0"/>
          <w:i w:val="0"/>
        </w:rPr>
        <w:t xml:space="preserve"> (chỉ số), của phần tử mong muốn. Để truy cập một phần tử trong list, hãy viết tên của list theo sau là index của phần tử đó được đặt trong dấu ngoặc vuông.</w:t>
      </w:r>
    </w:p>
    <w:p>
      <w:pPr>
        <w:spacing w:after="80"/>
      </w:pPr>
      <w:r>
        <w:rPr>
          <w:b w:val="0"/>
          <w:i w:val="0"/>
        </w:rPr>
        <w:t xml:space="preserve">Ví dụ, hãy lấy ra chiếc xe đạp đầu tiên trong list </w:t>
      </w:r>
      <w:r>
        <w:rPr>
          <w:rFonts w:ascii="Consolas" w:hAnsi="Consolas"/>
          <w:b w:val="0"/>
          <w:i w:val="0"/>
          <w:sz w:val="20"/>
        </w:rPr>
        <w:t>bicycles</w:t>
      </w:r>
      <w:r>
        <w:rPr>
          <w:b w:val="0"/>
          <w:i w:val="0"/>
        </w:rPr>
        <w:t>:</w:t>
      </w:r>
    </w:p>
    <w:p>
      <w:pPr>
        <w:spacing w:after="0"/>
        <w:ind w:left="360"/>
        <w:shd w:val="clear" w:color="auto" w:fill="F2F2F2"/>
      </w:pPr>
      <w:r>
        <w:rPr>
          <w:rFonts w:ascii="Consolas" w:hAnsi="Consolas"/>
          <w:b w:val="0"/>
          <w:i w:val="0"/>
          <w:sz w:val="18"/>
        </w:rPr>
        <w:t>bicycles = ['trek', 'cannondale', 'redline', 'specialized']</w:t>
      </w:r>
    </w:p>
    <w:p>
      <w:pPr>
        <w:spacing w:after="0"/>
        <w:ind w:left="360"/>
        <w:shd w:val="clear" w:color="auto" w:fill="F2F2F2"/>
      </w:pPr>
      <w:r>
        <w:rPr>
          <w:rFonts w:ascii="Consolas" w:hAnsi="Consolas"/>
          <w:b w:val="0"/>
          <w:i w:val="0"/>
          <w:sz w:val="18"/>
        </w:rPr>
        <w:t>print(bicycles[0])</w:t>
      </w:r>
    </w:p>
    <w:p>
      <w:pPr>
        <w:spacing w:after="40"/>
      </w:pPr>
    </w:p>
    <w:p>
      <w:pPr>
        <w:spacing w:after="80"/>
      </w:pPr>
      <w:r>
        <w:rPr>
          <w:b w:val="0"/>
          <w:i w:val="0"/>
        </w:rPr>
        <w:t>Khi chúng ta yêu cầu một phần tử duy nhất từ một list, Python chỉ trả về đúng phần tử đó mà không có dấu ngoặc vuông:</w:t>
      </w:r>
    </w:p>
    <w:p>
      <w:pPr>
        <w:spacing w:after="80"/>
      </w:pPr>
      <w:r>
        <w:rPr>
          <w:b w:val="0"/>
          <w:i w:val="0"/>
        </w:rPr>
        <w:t>trek</w:t>
      </w:r>
    </w:p>
    <w:p>
      <w:pPr>
        <w:spacing w:after="80"/>
      </w:pPr>
      <w:r>
        <w:rPr>
          <w:b w:val="0"/>
          <w:i w:val="0"/>
        </w:rPr>
        <w:t>Đây chính là kết quả mà bạn muốn người dùng nhìn thấy: gọn gàng, được định dạng đẹp đẽ.</w:t>
      </w:r>
    </w:p>
    <w:p>
      <w:pPr>
        <w:spacing w:after="80"/>
      </w:pPr>
      <w:r>
        <w:rPr>
          <w:b w:val="0"/>
          <w:i w:val="0"/>
        </w:rPr>
        <w:t xml:space="preserve">Bạn cũng có thể dùng các phương thức chuỗi (string method) từ Chương 2 trên bất kỳ phần tử nào trong danh sách này. Ví dụ, bạn có thể định dạng phần tử </w:t>
      </w:r>
      <w:r>
        <w:rPr>
          <w:rFonts w:ascii="Consolas" w:hAnsi="Consolas"/>
          <w:b w:val="0"/>
          <w:i w:val="0"/>
          <w:sz w:val="20"/>
        </w:rPr>
        <w:t>'trek'</w:t>
      </w:r>
      <w:r>
        <w:rPr>
          <w:b w:val="0"/>
          <w:i w:val="0"/>
        </w:rPr>
        <w:t xml:space="preserve"> trông đẹp mắt hơn bằng cách dùng phương thức </w:t>
      </w:r>
      <w:r>
        <w:rPr>
          <w:rFonts w:ascii="Consolas" w:hAnsi="Consolas"/>
          <w:b w:val="0"/>
          <w:i w:val="0"/>
          <w:sz w:val="20"/>
        </w:rPr>
        <w:t>title()</w:t>
      </w:r>
      <w:r>
        <w:rPr>
          <w:b w:val="0"/>
          <w:i w:val="0"/>
        </w:rPr>
        <w:t>:</w:t>
      </w:r>
    </w:p>
    <w:p>
      <w:pPr>
        <w:spacing w:after="0"/>
        <w:ind w:left="360"/>
        <w:shd w:val="clear" w:color="auto" w:fill="F2F2F2"/>
      </w:pPr>
      <w:r>
        <w:rPr>
          <w:rFonts w:ascii="Consolas" w:hAnsi="Consolas"/>
          <w:b w:val="0"/>
          <w:i w:val="0"/>
          <w:sz w:val="18"/>
        </w:rPr>
        <w:t>bicycles = ['trek', 'cannondale', 'redline', 'specialized']</w:t>
      </w:r>
    </w:p>
    <w:p>
      <w:pPr>
        <w:spacing w:after="0"/>
        <w:ind w:left="360"/>
        <w:shd w:val="clear" w:color="auto" w:fill="F2F2F2"/>
      </w:pPr>
      <w:r>
        <w:rPr>
          <w:rFonts w:ascii="Consolas" w:hAnsi="Consolas"/>
          <w:b w:val="0"/>
          <w:i w:val="0"/>
          <w:sz w:val="18"/>
        </w:rPr>
        <w:t>print(bicycles[0].title())</w:t>
      </w:r>
    </w:p>
    <w:p>
      <w:pPr>
        <w:spacing w:after="40"/>
      </w:pPr>
    </w:p>
    <w:p>
      <w:pPr>
        <w:spacing w:after="80"/>
      </w:pPr>
      <w:r>
        <w:rPr>
          <w:b w:val="0"/>
          <w:i w:val="0"/>
        </w:rPr>
        <w:t xml:space="preserve">Ví dụ này cho ra kết quả giống hệt ví dụ trước, chỉ khác là </w:t>
      </w:r>
      <w:r>
        <w:rPr>
          <w:rFonts w:ascii="Consolas" w:hAnsi="Consolas"/>
          <w:b w:val="0"/>
          <w:i w:val="0"/>
          <w:sz w:val="20"/>
        </w:rPr>
        <w:t>'Trek'</w:t>
      </w:r>
      <w:r>
        <w:rPr>
          <w:b w:val="0"/>
          <w:i w:val="0"/>
        </w:rPr>
        <w:t xml:space="preserve"> được viết hoa chữ cái đầu.</w:t>
      </w:r>
    </w:p>
    <w:p>
      <w:pPr>
        <w:pStyle w:val="Heading3"/>
      </w:pPr>
      <w:r>
        <w:rPr>
          <w:rFonts w:ascii="Calibri" w:hAnsi="Calibri"/>
          <w:b/>
          <w:i w:val="0"/>
          <w:sz w:val="27"/>
        </w:rPr>
        <w:t>Vị trí chỉ mục bắt đầu từ 0, không phải 1</w:t>
      </w:r>
    </w:p>
    <w:p>
      <w:pPr>
        <w:spacing w:after="80"/>
      </w:pPr>
      <w:r>
        <w:rPr>
          <w:b w:val="0"/>
          <w:i w:val="0"/>
        </w:rPr>
        <w:t>Python coi phần tử đầu tiên trong danh sách nằm ở vị trí 0, chứ không phải vị trí 1. Điều này đúng với hầu hết các ngôn ngữ lập trình, và lý do liên quan đến cách các thao tác trên danh sách được triển khai ở tầng thấp hơn. Nếu bạn nhận được kết quả không như mong đợi, hãy tự hỏi liệu mình có đang mắc một lỗi lệch một đơn vị (off-by-one) đơn giản nhưng phổ biến hay không.</w:t>
      </w:r>
    </w:p>
    <w:p>
      <w:pPr>
        <w:spacing w:after="80"/>
      </w:pPr>
      <w:r>
        <w:rPr>
          <w:b w:val="0"/>
          <w:i w:val="0"/>
        </w:rPr>
        <w:t>Phần tử thứ hai trong danh sách có chỉ mục là 1. Dùng cách đếm này, bạn có thể lấy bất kỳ phần tử nào bạn muốn từ danh sách bằng cách trừ đi một từ vị trí của nó trong danh sách. Ví dụ, để truy cập phần tử thứ tư trong danh sách, bạn yêu cầu phần tử ở chỉ mục 3.</w:t>
      </w:r>
    </w:p>
    <w:p>
      <w:pPr>
        <w:spacing w:after="80"/>
      </w:pPr>
      <w:r>
        <w:rPr>
          <w:b w:val="0"/>
          <w:i w:val="0"/>
        </w:rPr>
        <w:t xml:space="preserve">Đoạn sau yêu cầu lấy các xe đạp ở chỉ mục </w:t>
      </w:r>
      <w:r>
        <w:rPr>
          <w:rFonts w:ascii="Consolas" w:hAnsi="Consolas"/>
          <w:b w:val="0"/>
          <w:i w:val="0"/>
          <w:sz w:val="20"/>
        </w:rPr>
        <w:t>1</w:t>
      </w:r>
      <w:r>
        <w:rPr>
          <w:b w:val="0"/>
          <w:i w:val="0"/>
        </w:rPr>
        <w:t xml:space="preserve"> và chỉ mục </w:t>
      </w:r>
      <w:r>
        <w:rPr>
          <w:rFonts w:ascii="Consolas" w:hAnsi="Consolas"/>
          <w:b w:val="0"/>
          <w:i w:val="0"/>
          <w:sz w:val="20"/>
        </w:rPr>
        <w:t>3</w:t>
      </w:r>
      <w:r>
        <w:rPr>
          <w:b w:val="0"/>
          <w:i w:val="0"/>
        </w:rPr>
        <w:t>:</w:t>
      </w:r>
    </w:p>
    <w:p>
      <w:pPr>
        <w:spacing w:after="0"/>
        <w:ind w:left="360"/>
        <w:shd w:val="clear" w:color="auto" w:fill="F2F2F2"/>
      </w:pPr>
      <w:r>
        <w:rPr>
          <w:rFonts w:ascii="Consolas" w:hAnsi="Consolas"/>
          <w:b w:val="0"/>
          <w:i w:val="0"/>
          <w:sz w:val="18"/>
        </w:rPr>
        <w:t>bicycles = ['trek', 'cannondale', 'redline', 'specialized']</w:t>
      </w:r>
    </w:p>
    <w:p>
      <w:pPr>
        <w:spacing w:after="0"/>
        <w:ind w:left="360"/>
        <w:shd w:val="clear" w:color="auto" w:fill="F2F2F2"/>
      </w:pPr>
      <w:r>
        <w:rPr>
          <w:rFonts w:ascii="Consolas" w:hAnsi="Consolas"/>
          <w:b w:val="0"/>
          <w:i w:val="0"/>
          <w:sz w:val="18"/>
        </w:rPr>
        <w:t>print(bicycles[1])</w:t>
      </w:r>
    </w:p>
    <w:p>
      <w:pPr>
        <w:spacing w:after="0"/>
        <w:ind w:left="360"/>
        <w:shd w:val="clear" w:color="auto" w:fill="F2F2F2"/>
      </w:pPr>
      <w:r>
        <w:rPr>
          <w:rFonts w:ascii="Consolas" w:hAnsi="Consolas"/>
          <w:b w:val="0"/>
          <w:i w:val="0"/>
          <w:sz w:val="18"/>
        </w:rPr>
        <w:t>print(bicycles[3])</w:t>
      </w:r>
    </w:p>
    <w:p>
      <w:pPr>
        <w:spacing w:after="40"/>
      </w:pPr>
    </w:p>
    <w:p>
      <w:pPr>
        <w:spacing w:after="80"/>
      </w:pPr>
      <w:r>
        <w:rPr>
          <w:b w:val="0"/>
          <w:i w:val="0"/>
        </w:rPr>
        <w:t>Đoạn mã này trả về xe đạp thứ hai và thứ tư trong danh sách:</w:t>
      </w:r>
    </w:p>
    <w:p>
      <w:pPr>
        <w:spacing w:after="80"/>
      </w:pPr>
      <w:r>
        <w:rPr>
          <w:b w:val="0"/>
          <w:i w:val="0"/>
        </w:rPr>
        <w:t>cannondale</w:t>
      </w:r>
      <w:r>
        <w:br/>
      </w:r>
      <w:r>
        <w:rPr>
          <w:b w:val="0"/>
          <w:i w:val="0"/>
        </w:rPr>
        <w:t>specialized</w:t>
      </w:r>
    </w:p>
    <w:p>
      <w:pPr>
        <w:spacing w:after="80"/>
      </w:pPr>
      <w:r>
        <w:rPr>
          <w:b w:val="0"/>
          <w:i w:val="0"/>
        </w:rPr>
        <w:t xml:space="preserve">Python có một cú pháp đặc biệt để truy cập phần tử cuối cùng trong danh sách. Nếu bạn yêu cầu phần tử ở chỉ mục </w:t>
      </w:r>
      <w:r>
        <w:rPr>
          <w:rFonts w:ascii="Consolas" w:hAnsi="Consolas"/>
          <w:b w:val="0"/>
          <w:i w:val="0"/>
          <w:sz w:val="20"/>
        </w:rPr>
        <w:t>-1</w:t>
      </w:r>
      <w:r>
        <w:rPr>
          <w:b w:val="0"/>
          <w:i w:val="0"/>
        </w:rPr>
        <w:t>, Python luôn trả về phần tử cuối cùng trong danh sách:</w:t>
      </w:r>
    </w:p>
    <w:p>
      <w:pPr>
        <w:spacing w:after="0"/>
        <w:ind w:left="360"/>
        <w:shd w:val="clear" w:color="auto" w:fill="F2F2F2"/>
      </w:pPr>
      <w:r>
        <w:rPr>
          <w:rFonts w:ascii="Consolas" w:hAnsi="Consolas"/>
          <w:b w:val="0"/>
          <w:i w:val="0"/>
          <w:sz w:val="18"/>
        </w:rPr>
        <w:t>bicycles = ['trek', 'cannondale', 'redline', 'specialized']</w:t>
      </w:r>
    </w:p>
    <w:p>
      <w:pPr>
        <w:spacing w:after="0"/>
        <w:ind w:left="360"/>
        <w:shd w:val="clear" w:color="auto" w:fill="F2F2F2"/>
      </w:pPr>
      <w:r>
        <w:rPr>
          <w:rFonts w:ascii="Consolas" w:hAnsi="Consolas"/>
          <w:b w:val="0"/>
          <w:i w:val="0"/>
          <w:sz w:val="18"/>
        </w:rPr>
        <w:t>print(bicycles[-1])</w:t>
      </w:r>
    </w:p>
    <w:p>
      <w:pPr>
        <w:spacing w:after="40"/>
      </w:pPr>
    </w:p>
    <w:p>
      <w:pPr>
        <w:spacing w:after="80"/>
      </w:pPr>
      <w:r>
        <w:rPr>
          <w:b w:val="0"/>
          <w:i w:val="0"/>
        </w:rPr>
        <w:t xml:space="preserve">Đoạn mã này trả về giá trị </w:t>
      </w:r>
      <w:r>
        <w:rPr>
          <w:rFonts w:ascii="Consolas" w:hAnsi="Consolas"/>
          <w:b w:val="0"/>
          <w:i w:val="0"/>
          <w:sz w:val="20"/>
        </w:rPr>
        <w:t>'specialized'</w:t>
      </w:r>
      <w:r>
        <w:rPr>
          <w:b w:val="0"/>
          <w:i w:val="0"/>
        </w:rPr>
        <w:t xml:space="preserve">. Cú pháp này khá hữu ích, vì bạn sẽ thường muốn truy cập các phần tử cuối trong danh sách mà không cần biết chính xác danh sách dài bao nhiêu. Quy ước này cũng áp dụng cho các giá trị chỉ mục âm khác. Chỉ mục </w:t>
      </w:r>
      <w:r>
        <w:rPr>
          <w:rFonts w:ascii="Consolas" w:hAnsi="Consolas"/>
          <w:b w:val="0"/>
          <w:i w:val="0"/>
          <w:sz w:val="20"/>
        </w:rPr>
        <w:t>-2</w:t>
      </w:r>
      <w:r>
        <w:rPr>
          <w:b w:val="0"/>
          <w:i w:val="0"/>
        </w:rPr>
        <w:t xml:space="preserve"> trả về phần tử thứ hai tính từ cuối danh sách, chỉ mục </w:t>
      </w:r>
      <w:r>
        <w:rPr>
          <w:rFonts w:ascii="Consolas" w:hAnsi="Consolas"/>
          <w:b w:val="0"/>
          <w:i w:val="0"/>
          <w:sz w:val="20"/>
        </w:rPr>
        <w:t>-3</w:t>
      </w:r>
      <w:r>
        <w:rPr>
          <w:b w:val="0"/>
          <w:i w:val="0"/>
        </w:rPr>
        <w:t xml:space="preserve"> trả về phần tử thứ ba tính từ cuối, và cứ tiếp tục như vậy.</w:t>
      </w:r>
    </w:p>
    <w:p>
      <w:pPr>
        <w:pStyle w:val="Heading3"/>
      </w:pPr>
      <w:r>
        <w:rPr>
          <w:rFonts w:ascii="Calibri" w:hAnsi="Calibri"/>
          <w:b/>
          <w:i w:val="0"/>
          <w:sz w:val="27"/>
        </w:rPr>
        <w:t>Sử dụng từng giá trị riêng lẻ từ một danh sách</w:t>
      </w:r>
    </w:p>
    <w:p>
      <w:pPr>
        <w:spacing w:after="80"/>
      </w:pPr>
      <w:r>
        <w:rPr>
          <w:b w:val="0"/>
          <w:i w:val="0"/>
        </w:rPr>
        <w:t>Bạn có thể dùng từng giá trị riêng lẻ từ một danh sách giống như bạn dùng bất kỳ biến nào khác. Ví dụ, bạn có thể dùng f-string để tạo một thông báo dựa trên một giá trị từ danh sách.</w:t>
      </w:r>
    </w:p>
    <w:p>
      <w:pPr>
        <w:spacing w:after="80"/>
      </w:pPr>
      <w:r>
        <w:rPr>
          <w:b w:val="0"/>
          <w:i w:val="0"/>
        </w:rPr>
        <w:t>Hãy thử lấy chiếc xe đạp đầu tiên từ danh sách và soạn một thông báo dùng giá trị đó:</w:t>
      </w:r>
    </w:p>
    <w:p>
      <w:pPr>
        <w:spacing w:after="0"/>
        <w:ind w:left="360"/>
        <w:shd w:val="clear" w:color="auto" w:fill="F2F2F2"/>
      </w:pPr>
      <w:r>
        <w:rPr>
          <w:rFonts w:ascii="Consolas" w:hAnsi="Consolas"/>
          <w:b w:val="0"/>
          <w:i w:val="0"/>
          <w:sz w:val="18"/>
        </w:rPr>
        <w:t>bicycles = ['trek', 'cannondale', 'redline', 'specialized']</w:t>
      </w:r>
    </w:p>
    <w:p>
      <w:pPr>
        <w:spacing w:after="0"/>
        <w:ind w:left="360"/>
        <w:shd w:val="clear" w:color="auto" w:fill="F2F2F2"/>
      </w:pPr>
      <w:r>
        <w:rPr>
          <w:rFonts w:ascii="Consolas" w:hAnsi="Consolas"/>
          <w:b w:val="0"/>
          <w:i w:val="0"/>
          <w:sz w:val="18"/>
        </w:rPr>
        <w:t>message = f"My first bicycle was a {bicycles[0].title()}."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print(message)</w:t>
      </w:r>
    </w:p>
    <w:p>
      <w:pPr>
        <w:spacing w:after="40"/>
      </w:pPr>
    </w:p>
    <w:p>
      <w:pPr>
        <w:spacing w:after="80"/>
      </w:pPr>
      <w:r>
        <w:rPr>
          <w:b w:val="0"/>
          <w:i w:val="0"/>
        </w:rPr>
        <w:t xml:space="preserve">Chúng ta tạo một câu dùng giá trị tại </w:t>
      </w:r>
      <w:r>
        <w:rPr>
          <w:rFonts w:ascii="Consolas" w:hAnsi="Consolas"/>
          <w:b w:val="0"/>
          <w:i w:val="0"/>
          <w:sz w:val="20"/>
        </w:rPr>
        <w:t>bicycles[0]</w:t>
      </w:r>
      <w:r>
        <w:rPr>
          <w:b w:val="0"/>
          <w:i w:val="0"/>
        </w:rPr>
        <w:t xml:space="preserve"> và gán nó cho biến </w:t>
      </w:r>
      <w:r>
        <w:rPr>
          <w:rFonts w:ascii="Consolas" w:hAnsi="Consolas"/>
          <w:b w:val="0"/>
          <w:i w:val="0"/>
          <w:sz w:val="20"/>
        </w:rPr>
        <w:t>message</w:t>
      </w:r>
      <w:r>
        <w:rPr>
          <w:b w:val="0"/>
          <w:i w:val="0"/>
        </w:rPr>
        <w:t>. Kết quả là một câu đơn giản nói về chiếc xe đạp đầu tiên trong danh sách:</w:t>
      </w:r>
    </w:p>
    <w:p>
      <w:pPr>
        <w:spacing w:after="80"/>
      </w:pPr>
      <w:r>
        <w:rPr>
          <w:b w:val="0"/>
          <w:i w:val="0"/>
        </w:rPr>
        <w:t>Chiếc xe đạp đầu tiên của tôi là một chiếc Trek.</w:t>
      </w:r>
    </w:p>
    <w:p>
      <w:pPr>
        <w:spacing w:before="120" w:after="40"/>
      </w:pPr>
      <w:r>
        <w:rPr>
          <w:b/>
          <w:sz w:val="21"/>
        </w:rPr>
        <w:t>Tự thực hành</w:t>
      </w:r>
    </w:p>
    <w:p>
      <w:pPr>
        <w:spacing w:after="80"/>
      </w:pPr>
      <w:r>
        <w:rPr>
          <w:b w:val="0"/>
          <w:i w:val="0"/>
        </w:rPr>
        <w:t>Hãy thử những chương trình ngắn này để có chút trải nghiệm thực tế với danh sách (list) trong Python. Bạn có thể tạo một thư mục mới cho các bài tập của mỗi chương để giữ mọi thứ ngăn nắp.</w:t>
      </w:r>
    </w:p>
    <w:p>
      <w:pPr>
        <w:spacing w:after="80"/>
      </w:pPr>
      <w:r>
        <w:rPr>
          <w:b/>
          <w:i w:val="0"/>
        </w:rPr>
        <w:t>3-1. Tên:</w:t>
      </w:r>
      <w:r>
        <w:rPr>
          <w:b w:val="0"/>
          <w:i w:val="0"/>
        </w:rPr>
        <w:t xml:space="preserve"> Lưu tên của một vài người bạn vào một danh sách tên là </w:t>
      </w:r>
      <w:r>
        <w:rPr>
          <w:rFonts w:ascii="Consolas" w:hAnsi="Consolas"/>
          <w:b w:val="0"/>
          <w:i w:val="0"/>
          <w:sz w:val="20"/>
        </w:rPr>
        <w:t>names</w:t>
      </w:r>
      <w:r>
        <w:rPr>
          <w:b w:val="0"/>
          <w:i w:val="0"/>
        </w:rPr>
        <w:t>. In tên của từng người bằng cách truy cập từng phần tử trong danh sách, mỗi lần một phần tử.</w:t>
      </w:r>
    </w:p>
    <w:p>
      <w:pPr>
        <w:spacing w:after="80"/>
      </w:pPr>
      <w:r>
        <w:rPr>
          <w:b/>
          <w:i w:val="0"/>
        </w:rPr>
        <w:t>3-2. Lời chào:</w:t>
      </w:r>
      <w:r>
        <w:rPr>
          <w:b w:val="0"/>
          <w:i w:val="0"/>
        </w:rPr>
        <w:t xml:space="preserve"> Bắt đầu với danh sách bạn đã dùng trong Bài tập 3-1, nhưng thay vì chỉ in tên của từng người, hãy in một lời nhắn gửi đến họ. Nội dung của mỗi lời nhắn nên giống nhau, nhưng mỗi lời nhắn nên được cá nhân hóa bằng tên của người đó.</w:t>
      </w:r>
    </w:p>
    <w:p>
      <w:pPr>
        <w:spacing w:after="80"/>
      </w:pPr>
      <w:r>
        <w:rPr>
          <w:b/>
          <w:i w:val="0"/>
        </w:rPr>
        <w:t>3-3. Danh sách của riêng bạn:</w:t>
      </w:r>
      <w:r>
        <w:rPr>
          <w:b w:val="0"/>
          <w:i w:val="0"/>
        </w:rPr>
        <w:t xml:space="preserve"> Hãy nghĩ đến phương tiện di chuyển yêu thích của bạn, chẳng hạn như xe máy hoặc ô tô, rồi tạo một danh sách lưu vài ví dụ. Dùng danh sách của bạn để in ra một loạt câu về những món đồ này, ví dụ như "Tôi muốn sở hữu một chiếc xe máy Honda."</w:t>
      </w:r>
    </w:p>
    <w:p>
      <w:pPr>
        <w:pStyle w:val="Heading2"/>
      </w:pPr>
      <w:r>
        <w:rPr>
          <w:rFonts w:ascii="Calibri" w:hAnsi="Calibri"/>
          <w:b/>
          <w:i w:val="0"/>
          <w:sz w:val="32"/>
        </w:rPr>
        <w:t>Thay đổi, thêm và xóa các phần tử</w:t>
      </w:r>
    </w:p>
    <w:p>
      <w:pPr>
        <w:spacing w:after="80"/>
      </w:pPr>
      <w:r>
        <w:rPr>
          <w:b w:val="0"/>
          <w:i w:val="0"/>
        </w:rPr>
        <w:t xml:space="preserve">Hầu hết các danh sách bạn tạo ra sẽ mang tính </w:t>
      </w:r>
      <w:r>
        <w:rPr>
          <w:b w:val="0"/>
          <w:i/>
        </w:rPr>
        <w:t>động</w:t>
      </w:r>
      <w:r>
        <w:rPr>
          <w:b w:val="0"/>
          <w:i w:val="0"/>
        </w:rPr>
        <w:t>, nghĩa là bạn sẽ xây dựng một danh sách rồi thêm và xóa các phần tử khỏi nó trong suốt quá trình chương trình chạy. Ví dụ, bạn có thể tạo một trò chơi mà người chơi phải bắn hạ những người ngoài hành tinh trên bầu trời. Bạn có thể lưu tập hợp những người ngoài hành tinh ban đầu vào một danh sách rồi xóa một người ngoài hành tinh khỏi danh sách mỗi khi bắn hạ được một người. Mỗi lần một người ngoài hành tinh mới xuất hiện trên màn hình, bạn thêm nó vào danh sách. Danh sách những người ngoài hành tinh của bạn sẽ tăng và giảm về độ dài trong suốt quá trình chơi game.</w:t>
      </w:r>
    </w:p>
    <w:p>
      <w:pPr>
        <w:pStyle w:val="Heading3"/>
      </w:pPr>
      <w:r>
        <w:rPr>
          <w:rFonts w:ascii="Calibri" w:hAnsi="Calibri"/>
          <w:b/>
          <w:i w:val="0"/>
          <w:sz w:val="27"/>
        </w:rPr>
        <w:t>Thay đổi các phần tử trong danh sách</w:t>
      </w:r>
    </w:p>
    <w:p>
      <w:pPr>
        <w:spacing w:after="80"/>
      </w:pPr>
      <w:r>
        <w:rPr>
          <w:b w:val="0"/>
          <w:i w:val="0"/>
        </w:rPr>
        <w:t>Cú pháp để thay đổi một phần tử cũng tương tự như cú pháp truy cập một phần tử trong danh sách. Để thay đổi một phần tử, hãy dùng tên của danh sách theo sau là chỉ số (index) của phần tử bạn muốn thay đổi, rồi cung cấp giá trị mới mà bạn muốn phần tử đó có.</w:t>
      </w:r>
    </w:p>
    <w:p>
      <w:pPr>
        <w:spacing w:after="80"/>
      </w:pPr>
      <w:r>
        <w:rPr>
          <w:b w:val="0"/>
          <w:i w:val="0"/>
        </w:rPr>
        <w:t xml:space="preserve">Ví dụ, giả sử ta có một danh sách các loại xe máy và phần tử đầu tiên trong danh sách là </w:t>
      </w:r>
      <w:r>
        <w:rPr>
          <w:rFonts w:ascii="Consolas" w:hAnsi="Consolas"/>
          <w:b w:val="0"/>
          <w:i w:val="0"/>
          <w:sz w:val="20"/>
        </w:rPr>
        <w:t>'honda'</w:t>
      </w:r>
      <w:r>
        <w:rPr>
          <w:b w:val="0"/>
          <w:i w:val="0"/>
        </w:rPr>
        <w:t>. Ta có thể thay đổi giá trị của phần tử đầu tiên này sau khi danh sách đã được tạo:</w:t>
      </w:r>
    </w:p>
    <w:p>
      <w:pPr>
        <w:spacing w:after="80"/>
      </w:pPr>
      <w:r>
        <w:rPr>
          <w:b w:val="0"/>
          <w:i w:val="0"/>
        </w:rPr>
        <w:t>motorcycles.py</w:t>
      </w:r>
    </w:p>
    <w:p>
      <w:pPr>
        <w:spacing w:after="80"/>
      </w:pPr>
      <w:r>
        <w:rPr>
          <w:b w:val="0"/>
          <w:i w:val="0"/>
        </w:rPr>
        <w:t>motorcycles = ['honda', 'yamaha', 'suzuki']</w:t>
      </w:r>
      <w:r>
        <w:br/>
      </w:r>
      <w:r>
        <w:rPr>
          <w:b w:val="0"/>
          <w:i w:val="0"/>
        </w:rPr>
        <w:t>print(motorcycles)</w:t>
      </w:r>
      <w:r>
        <w:br/>
      </w:r>
      <w:r>
        <w:br/>
      </w:r>
      <w:r>
        <w:rPr>
          <w:b w:val="0"/>
          <w:i w:val="0"/>
        </w:rPr>
        <w:t>motorcycles[0] = 'ducati'</w:t>
      </w:r>
      <w:r>
        <w:br/>
      </w:r>
      <w:r>
        <w:rPr>
          <w:b w:val="0"/>
          <w:i w:val="0"/>
        </w:rPr>
        <w:t>print(motorcycles)</w:t>
      </w:r>
    </w:p>
    <w:p>
      <w:pPr>
        <w:spacing w:after="80"/>
      </w:pPr>
      <w:r>
        <w:rPr>
          <w:b w:val="0"/>
          <w:i w:val="0"/>
        </w:rPr>
        <w:t xml:space="preserve">Ở đây ta định nghĩa danh sách </w:t>
      </w:r>
      <w:r>
        <w:rPr>
          <w:rFonts w:ascii="Consolas" w:hAnsi="Consolas"/>
          <w:b w:val="0"/>
          <w:i w:val="0"/>
          <w:sz w:val="20"/>
        </w:rPr>
        <w:t>motorcycles</w:t>
      </w:r>
      <w:r>
        <w:rPr>
          <w:b w:val="0"/>
          <w:i w:val="0"/>
        </w:rPr>
        <w:t xml:space="preserve">, với </w:t>
      </w:r>
      <w:r>
        <w:rPr>
          <w:rFonts w:ascii="Consolas" w:hAnsi="Consolas"/>
          <w:b w:val="0"/>
          <w:i w:val="0"/>
          <w:sz w:val="20"/>
        </w:rPr>
        <w:t>'honda'</w:t>
      </w:r>
      <w:r>
        <w:rPr>
          <w:b w:val="0"/>
          <w:i w:val="0"/>
        </w:rPr>
        <w:t xml:space="preserve"> là phần tử đầu tiên. Sau đó ta thay đổi giá trị của phần tử đầu tiên thành </w:t>
      </w:r>
      <w:r>
        <w:rPr>
          <w:rFonts w:ascii="Consolas" w:hAnsi="Consolas"/>
          <w:b w:val="0"/>
          <w:i w:val="0"/>
          <w:sz w:val="20"/>
        </w:rPr>
        <w:t>'ducati'</w:t>
      </w:r>
      <w:r>
        <w:rPr>
          <w:b w:val="0"/>
          <w:i w:val="0"/>
        </w:rPr>
        <w:t>. Kết quả in ra cho thấy phần tử đầu tiên đã được thay đổi, trong khi phần còn lại của danh sách vẫn giữ nguyên:</w:t>
      </w:r>
    </w:p>
    <w:p>
      <w:pPr>
        <w:spacing w:after="80"/>
      </w:pPr>
      <w:r>
        <w:rPr>
          <w:b w:val="0"/>
          <w:i w:val="0"/>
        </w:rPr>
        <w:t>['honda', 'yamaha', 'suzuki']</w:t>
      </w:r>
      <w:r>
        <w:br/>
      </w:r>
      <w:r>
        <w:rPr>
          <w:b w:val="0"/>
          <w:i w:val="0"/>
        </w:rPr>
        <w:t>['ducati', 'yamaha', 'suzuki']</w:t>
      </w:r>
    </w:p>
    <w:p>
      <w:pPr>
        <w:spacing w:after="80"/>
      </w:pPr>
      <w:r>
        <w:rPr>
          <w:b w:val="0"/>
          <w:i w:val="0"/>
        </w:rPr>
        <w:t>Bạn có thể thay đổi giá trị của bất kỳ phần tử nào trong danh sách, không chỉ phần tử đầu tiên.</w:t>
      </w:r>
    </w:p>
    <w:p>
      <w:pPr>
        <w:pStyle w:val="Heading3"/>
      </w:pPr>
      <w:r>
        <w:rPr>
          <w:rFonts w:ascii="Calibri" w:hAnsi="Calibri"/>
          <w:b/>
          <w:i w:val="0"/>
          <w:sz w:val="27"/>
        </w:rPr>
        <w:t>Thêm phần tử vào danh sách</w:t>
      </w:r>
    </w:p>
    <w:p>
      <w:pPr>
        <w:spacing w:after="80"/>
      </w:pPr>
      <w:r>
        <w:rPr>
          <w:b w:val="0"/>
          <w:i w:val="0"/>
        </w:rPr>
        <w:t>Bạn có thể muốn thêm một phần tử mới vào danh sách vì nhiều lý do. Ví dụ, bạn có thể muốn cho những người ngoài hành tinh mới xuất hiện trong một trò chơi, thêm dữ liệu mới vào một biểu đồ trực quan, hoặc thêm người dùng mới đã đăng ký vào một trang web bạn đã xây dựng. Python cung cấp một số cách để thêm dữ liệu mới vào danh sách hiện có.</w:t>
      </w:r>
    </w:p>
    <w:p>
      <w:pPr>
        <w:pStyle w:val="Heading4"/>
      </w:pPr>
      <w:r>
        <w:rPr>
          <w:rFonts w:ascii="Calibri" w:hAnsi="Calibri"/>
          <w:b/>
          <w:i w:val="0"/>
          <w:sz w:val="24"/>
        </w:rPr>
        <w:t>Nối thêm phần tử vào cuối danh sách</w:t>
      </w:r>
    </w:p>
    <w:p>
      <w:pPr>
        <w:spacing w:after="80"/>
      </w:pPr>
      <w:r>
        <w:rPr>
          <w:b w:val="0"/>
          <w:i w:val="0"/>
        </w:rPr>
        <w:t xml:space="preserve">Cách đơn giản nhất để thêm một phần tử mới vào danh sách là </w:t>
      </w:r>
      <w:r>
        <w:rPr>
          <w:b w:val="0"/>
          <w:i/>
        </w:rPr>
        <w:t>nối thêm</w:t>
      </w:r>
      <w:r>
        <w:rPr>
          <w:b w:val="0"/>
          <w:i w:val="0"/>
        </w:rPr>
        <w:t xml:space="preserve"> (append) phần tử đó vào danh sách. Khi bạn nối thêm một phần tử vào danh sách, phần tử mới sẽ được thêm vào cuối danh sách. Dùng chính danh sách trong ví dụ trước, chúng ta sẽ thêm phần tử mới </w:t>
      </w:r>
      <w:r>
        <w:rPr>
          <w:rFonts w:ascii="Consolas" w:hAnsi="Consolas"/>
          <w:b w:val="0"/>
          <w:i w:val="0"/>
          <w:sz w:val="20"/>
        </w:rPr>
        <w:t>'ducati'</w:t>
      </w:r>
      <w:r>
        <w:rPr>
          <w:b w:val="0"/>
          <w:i w:val="0"/>
        </w:rPr>
        <w:t xml:space="preserve"> vào cuối danh sách:</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motorcycles.append('ducati')</w:t>
      </w:r>
    </w:p>
    <w:p>
      <w:pPr>
        <w:spacing w:after="0"/>
        <w:ind w:left="360"/>
        <w:shd w:val="clear" w:color="auto" w:fill="F2F2F2"/>
      </w:pPr>
      <w:r>
        <w:rPr>
          <w:rFonts w:ascii="Consolas" w:hAnsi="Consolas"/>
          <w:b w:val="0"/>
          <w:i w:val="0"/>
          <w:sz w:val="18"/>
        </w:rPr>
        <w:t>print(motorcycles)</w:t>
      </w:r>
    </w:p>
    <w:p>
      <w:pPr>
        <w:spacing w:after="40"/>
      </w:pPr>
    </w:p>
    <w:p>
      <w:pPr>
        <w:spacing w:after="80"/>
      </w:pPr>
      <w:r>
        <w:rPr>
          <w:b w:val="0"/>
          <w:i w:val="0"/>
        </w:rPr>
        <w:t xml:space="preserve">Ở đây phương thức </w:t>
      </w:r>
      <w:r>
        <w:rPr>
          <w:rFonts w:ascii="Consolas" w:hAnsi="Consolas"/>
          <w:b w:val="0"/>
          <w:i w:val="0"/>
          <w:sz w:val="20"/>
        </w:rPr>
        <w:t>append()</w:t>
      </w:r>
      <w:r>
        <w:rPr>
          <w:b w:val="0"/>
          <w:i w:val="0"/>
        </w:rPr>
        <w:t xml:space="preserve"> thêm </w:t>
      </w:r>
      <w:r>
        <w:rPr>
          <w:rFonts w:ascii="Consolas" w:hAnsi="Consolas"/>
          <w:b w:val="0"/>
          <w:i w:val="0"/>
          <w:sz w:val="20"/>
        </w:rPr>
        <w:t>'ducati'</w:t>
      </w:r>
      <w:r>
        <w:rPr>
          <w:b w:val="0"/>
          <w:i w:val="0"/>
        </w:rPr>
        <w:t xml:space="preserve"> vào cuối danh sách, mà không ảnh hưởng đến bất kỳ phần tử nào khác trong danh sách:</w:t>
      </w:r>
    </w:p>
    <w:p>
      <w:pPr>
        <w:spacing w:after="80"/>
      </w:pPr>
      <w:r>
        <w:rPr>
          <w:b w:val="0"/>
          <w:i w:val="0"/>
        </w:rPr>
        <w:t>['honda', 'yamaha', 'suzuki']</w:t>
      </w:r>
      <w:r>
        <w:br/>
      </w:r>
      <w:r>
        <w:rPr>
          <w:b w:val="0"/>
          <w:i w:val="0"/>
        </w:rPr>
        <w:t>['honda', 'yamaha', 'suzuki', 'ducati']</w:t>
      </w:r>
    </w:p>
    <w:p>
      <w:pPr>
        <w:spacing w:after="80"/>
      </w:pPr>
      <w:r>
        <w:rPr>
          <w:b w:val="0"/>
          <w:i w:val="0"/>
        </w:rPr>
        <w:t xml:space="preserve">Phương thức </w:t>
      </w:r>
      <w:r>
        <w:rPr>
          <w:rFonts w:ascii="Consolas" w:hAnsi="Consolas"/>
          <w:b w:val="0"/>
          <w:i w:val="0"/>
          <w:sz w:val="20"/>
        </w:rPr>
        <w:t>append()</w:t>
      </w:r>
      <w:r>
        <w:rPr>
          <w:b w:val="0"/>
          <w:i w:val="0"/>
        </w:rPr>
        <w:t xml:space="preserve"> giúp bạn dễ dàng xây dựng danh sách một cách linh động. Ví dụ, bạn có thể bắt đầu với một danh sách rỗng rồi thêm các phần tử vào danh sách bằng một loạt lệnh gọi </w:t>
      </w:r>
      <w:r>
        <w:rPr>
          <w:rFonts w:ascii="Consolas" w:hAnsi="Consolas"/>
          <w:b w:val="0"/>
          <w:i w:val="0"/>
          <w:sz w:val="20"/>
        </w:rPr>
        <w:t>append()</w:t>
      </w:r>
      <w:r>
        <w:rPr>
          <w:b w:val="0"/>
          <w:i w:val="0"/>
        </w:rPr>
        <w:t xml:space="preserve">. Dùng một danh sách rỗng, hãy thêm các phần tử </w:t>
      </w:r>
      <w:r>
        <w:rPr>
          <w:rFonts w:ascii="Consolas" w:hAnsi="Consolas"/>
          <w:b w:val="0"/>
          <w:i w:val="0"/>
          <w:sz w:val="20"/>
        </w:rPr>
        <w:t>'honda'</w:t>
      </w:r>
      <w:r>
        <w:rPr>
          <w:b w:val="0"/>
          <w:i w:val="0"/>
        </w:rPr>
        <w:t xml:space="preserve">, </w:t>
      </w:r>
      <w:r>
        <w:rPr>
          <w:rFonts w:ascii="Consolas" w:hAnsi="Consolas"/>
          <w:b w:val="0"/>
          <w:i w:val="0"/>
          <w:sz w:val="20"/>
        </w:rPr>
        <w:t>'yamaha'</w:t>
      </w:r>
      <w:r>
        <w:rPr>
          <w:b w:val="0"/>
          <w:i w:val="0"/>
        </w:rPr>
        <w:t xml:space="preserve">, và </w:t>
      </w:r>
      <w:r>
        <w:rPr>
          <w:rFonts w:ascii="Consolas" w:hAnsi="Consolas"/>
          <w:b w:val="0"/>
          <w:i w:val="0"/>
          <w:sz w:val="20"/>
        </w:rPr>
        <w:t>'suzuki'</w:t>
      </w:r>
      <w:r>
        <w:rPr>
          <w:b w:val="0"/>
          <w:i w:val="0"/>
        </w:rPr>
        <w:t xml:space="preserve"> vào danh sách:</w:t>
      </w:r>
    </w:p>
    <w:p>
      <w:pPr>
        <w:spacing w:after="0"/>
        <w:ind w:left="360"/>
        <w:shd w:val="clear" w:color="auto" w:fill="F2F2F2"/>
      </w:pPr>
      <w:r>
        <w:rPr>
          <w:rFonts w:ascii="Consolas" w:hAnsi="Consolas"/>
          <w:b w:val="0"/>
          <w:i w:val="0"/>
          <w:sz w:val="18"/>
        </w:rPr>
        <w:t>motorcycles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motorcycles.append('honda')</w:t>
      </w:r>
    </w:p>
    <w:p>
      <w:pPr>
        <w:spacing w:after="0"/>
        <w:ind w:left="360"/>
        <w:shd w:val="clear" w:color="auto" w:fill="F2F2F2"/>
      </w:pPr>
      <w:r>
        <w:rPr>
          <w:rFonts w:ascii="Consolas" w:hAnsi="Consolas"/>
          <w:b w:val="0"/>
          <w:i w:val="0"/>
          <w:sz w:val="18"/>
        </w:rPr>
        <w:t>motorcycles.append('yamaha')</w:t>
      </w:r>
    </w:p>
    <w:p>
      <w:pPr>
        <w:spacing w:after="0"/>
        <w:ind w:left="360"/>
        <w:shd w:val="clear" w:color="auto" w:fill="F2F2F2"/>
      </w:pPr>
      <w:r>
        <w:rPr>
          <w:rFonts w:ascii="Consolas" w:hAnsi="Consolas"/>
          <w:b w:val="0"/>
          <w:i w:val="0"/>
          <w:sz w:val="18"/>
        </w:rPr>
        <w:t>motorcycles.append('suzuki')</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print(motorcycles)</w:t>
      </w:r>
    </w:p>
    <w:p>
      <w:pPr>
        <w:spacing w:after="40"/>
      </w:pPr>
    </w:p>
    <w:p>
      <w:pPr>
        <w:spacing w:after="80"/>
      </w:pPr>
      <w:r>
        <w:rPr>
          <w:b w:val="0"/>
          <w:i w:val="0"/>
        </w:rPr>
        <w:t>Danh sách thu được trông giống hệt như các danh sách trong những ví dụ trước:</w:t>
      </w:r>
    </w:p>
    <w:p>
      <w:pPr>
        <w:spacing w:after="80"/>
      </w:pPr>
      <w:r>
        <w:rPr>
          <w:b w:val="0"/>
          <w:i w:val="0"/>
        </w:rPr>
        <w:t>['honda', 'yamaha', 'suzuki']</w:t>
      </w:r>
    </w:p>
    <w:p>
      <w:pPr>
        <w:spacing w:after="80"/>
      </w:pPr>
      <w:r>
        <w:rPr>
          <w:b w:val="0"/>
          <w:i w:val="0"/>
        </w:rPr>
        <w:t>Xây dựng danh sách theo cách này rất phổ biến, vì bạn thường không biết dữ liệu mà người dùng muốn lưu trong chương trình cho đến khi chương trình đang chạy. Để trao quyền kiểm soát cho người dùng, hãy bắt đầu bằng việc định nghĩa một danh sách rỗng để chứa các giá trị của người dùng. Sau đó nối thêm từng giá trị mới được cung cấp vào danh sách bạn vừa tạo.</w:t>
      </w:r>
    </w:p>
    <w:p>
      <w:pPr>
        <w:pStyle w:val="Heading4"/>
      </w:pPr>
      <w:r>
        <w:rPr>
          <w:rFonts w:ascii="Calibri" w:hAnsi="Calibri"/>
          <w:b/>
          <w:i w:val="0"/>
          <w:sz w:val="24"/>
        </w:rPr>
        <w:t>Chèn phần tử vào danh sách</w:t>
      </w:r>
    </w:p>
    <w:p>
      <w:pPr>
        <w:spacing w:after="80"/>
      </w:pPr>
      <w:r>
        <w:rPr>
          <w:b w:val="0"/>
          <w:i w:val="0"/>
        </w:rPr>
        <w:t xml:space="preserve">Bạn có thể thêm một phần tử mới vào bất kỳ vị trí nào trong danh sách bằng cách dùng phương thức </w:t>
      </w:r>
      <w:r>
        <w:rPr>
          <w:rFonts w:ascii="Consolas" w:hAnsi="Consolas"/>
          <w:b w:val="0"/>
          <w:i w:val="0"/>
          <w:sz w:val="20"/>
        </w:rPr>
        <w:t>insert()</w:t>
      </w:r>
      <w:r>
        <w:rPr>
          <w:b w:val="0"/>
          <w:i w:val="0"/>
        </w:rPr>
        <w:t>. Bạn làm điều này bằng cách chỉ định chỉ số (index) của phần tử mới và giá trị của phần tử mới:</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motorcycles.insert(0, 'ducati')</w:t>
      </w:r>
    </w:p>
    <w:p>
      <w:pPr>
        <w:spacing w:after="0"/>
        <w:ind w:left="360"/>
        <w:shd w:val="clear" w:color="auto" w:fill="F2F2F2"/>
      </w:pPr>
      <w:r>
        <w:rPr>
          <w:rFonts w:ascii="Consolas" w:hAnsi="Consolas"/>
          <w:b w:val="0"/>
          <w:i w:val="0"/>
          <w:sz w:val="18"/>
        </w:rPr>
        <w:t>print(motorcycles)</w:t>
      </w:r>
    </w:p>
    <w:p>
      <w:pPr>
        <w:spacing w:after="40"/>
      </w:pPr>
    </w:p>
    <w:p>
      <w:pPr>
        <w:spacing w:after="80"/>
      </w:pPr>
      <w:r>
        <w:rPr>
          <w:b w:val="0"/>
          <w:i w:val="0"/>
        </w:rPr>
        <w:t xml:space="preserve">Trong ví dụ này, chúng ta chèn giá trị </w:t>
      </w:r>
      <w:r>
        <w:rPr>
          <w:rFonts w:ascii="Consolas" w:hAnsi="Consolas"/>
          <w:b w:val="0"/>
          <w:i w:val="0"/>
          <w:sz w:val="20"/>
        </w:rPr>
        <w:t>'ducati'</w:t>
      </w:r>
      <w:r>
        <w:rPr>
          <w:b w:val="0"/>
          <w:i w:val="0"/>
        </w:rPr>
        <w:t xml:space="preserve"> vào đầu danh sách. Phương thức </w:t>
      </w:r>
      <w:r>
        <w:rPr>
          <w:rFonts w:ascii="Consolas" w:hAnsi="Consolas"/>
          <w:b w:val="0"/>
          <w:i w:val="0"/>
          <w:sz w:val="20"/>
        </w:rPr>
        <w:t>insert()</w:t>
      </w:r>
      <w:r>
        <w:rPr>
          <w:b w:val="0"/>
          <w:i w:val="0"/>
        </w:rPr>
        <w:t xml:space="preserve"> mở ra một khoảng trống tại vị trí </w:t>
      </w:r>
      <w:r>
        <w:rPr>
          <w:rFonts w:ascii="Consolas" w:hAnsi="Consolas"/>
          <w:b w:val="0"/>
          <w:i w:val="0"/>
          <w:sz w:val="20"/>
        </w:rPr>
        <w:t>0</w:t>
      </w:r>
      <w:r>
        <w:rPr>
          <w:b w:val="0"/>
          <w:i w:val="0"/>
        </w:rPr>
        <w:t xml:space="preserve"> và lưu giá trị </w:t>
      </w:r>
      <w:r>
        <w:rPr>
          <w:rFonts w:ascii="Consolas" w:hAnsi="Consolas"/>
          <w:b w:val="0"/>
          <w:i w:val="0"/>
          <w:sz w:val="20"/>
        </w:rPr>
        <w:t>'ducati'</w:t>
      </w:r>
      <w:r>
        <w:rPr>
          <w:b w:val="0"/>
          <w:i w:val="0"/>
        </w:rPr>
        <w:t xml:space="preserve"> vào vị trí đó:</w:t>
      </w:r>
    </w:p>
    <w:p>
      <w:pPr>
        <w:spacing w:after="80"/>
      </w:pPr>
      <w:r>
        <w:rPr>
          <w:b w:val="0"/>
          <w:i w:val="0"/>
        </w:rPr>
        <w:t>['ducati', 'honda', 'yamaha', 'suzuki']</w:t>
      </w:r>
    </w:p>
    <w:p>
      <w:pPr>
        <w:spacing w:after="80"/>
      </w:pPr>
      <w:r>
        <w:rPr>
          <w:b w:val="0"/>
          <w:i w:val="0"/>
        </w:rPr>
        <w:t>Thao tác này dịch chuyển mọi giá trị khác trong danh sách sang phải một vị trí.</w:t>
      </w:r>
    </w:p>
    <w:p>
      <w:pPr>
        <w:pStyle w:val="Heading3"/>
      </w:pPr>
      <w:r>
        <w:rPr>
          <w:rFonts w:ascii="Calibri" w:hAnsi="Calibri"/>
          <w:b/>
          <w:i w:val="0"/>
          <w:sz w:val="27"/>
        </w:rPr>
        <w:t>Xóa phần tử khỏi danh sách</w:t>
      </w:r>
    </w:p>
    <w:p>
      <w:pPr>
        <w:spacing w:after="80"/>
      </w:pPr>
      <w:r>
        <w:rPr>
          <w:b w:val="0"/>
          <w:i w:val="0"/>
        </w:rPr>
        <w:t>Thường thì bạn sẽ muốn xóa một mục hoặc một nhóm mục khỏi danh sách. Ví dụ, khi người chơi bắn hạ một người ngoài hành tinh trên bầu trời, bạn rất có thể sẽ muốn xóa nó khỏi danh sách những người ngoài hành tinh đang hoạt động. Hoặc khi người dùng quyết định hủy tài khoản trên ứng dụng web mà bạn tạo, bạn sẽ muốn xóa người dùng đó khỏi danh sách người dùng đang hoạt động. Bạn có thể xóa một mục dựa theo vị trí của nó trong danh sách hoặc dựa theo giá trị của nó.</w:t>
      </w:r>
    </w:p>
    <w:p>
      <w:pPr>
        <w:pStyle w:val="Heading4"/>
      </w:pPr>
      <w:r>
        <w:rPr>
          <w:rFonts w:ascii="Calibri" w:hAnsi="Calibri"/>
          <w:b/>
          <w:i w:val="0"/>
          <w:sz w:val="24"/>
        </w:rPr>
        <w:t>Xóa một mục bằng câu lệnh del</w:t>
      </w:r>
    </w:p>
    <w:p>
      <w:pPr>
        <w:spacing w:after="80"/>
      </w:pPr>
      <w:r>
        <w:rPr>
          <w:b w:val="0"/>
          <w:i w:val="0"/>
        </w:rPr>
        <w:t xml:space="preserve">Nếu bạn biết vị trí của mục muốn xóa khỏi danh sách, bạn có thể dùng câu lệnh </w:t>
      </w:r>
      <w:r>
        <w:rPr>
          <w:rFonts w:ascii="Consolas" w:hAnsi="Consolas"/>
          <w:b w:val="0"/>
          <w:i w:val="0"/>
          <w:sz w:val="20"/>
        </w:rPr>
        <w:t>del</w:t>
      </w:r>
      <w:r>
        <w:rPr>
          <w:b w:val="0"/>
          <w:i w:val="0"/>
        </w:rPr>
        <w:t>:</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del motorcycles[0]</w:t>
      </w:r>
    </w:p>
    <w:p>
      <w:pPr>
        <w:spacing w:after="0"/>
        <w:ind w:left="360"/>
        <w:shd w:val="clear" w:color="auto" w:fill="F2F2F2"/>
      </w:pPr>
      <w:r>
        <w:rPr>
          <w:rFonts w:ascii="Consolas" w:hAnsi="Consolas"/>
          <w:b w:val="0"/>
          <w:i w:val="0"/>
          <w:sz w:val="18"/>
        </w:rPr>
        <w:t>print(motorcycles)</w:t>
      </w:r>
    </w:p>
    <w:p>
      <w:pPr>
        <w:spacing w:after="40"/>
      </w:pPr>
    </w:p>
    <w:p>
      <w:pPr>
        <w:spacing w:after="80"/>
      </w:pPr>
      <w:r>
        <w:rPr>
          <w:b w:val="0"/>
          <w:i w:val="0"/>
        </w:rPr>
        <w:t xml:space="preserve">Ở đây chúng ta dùng câu lệnh </w:t>
      </w:r>
      <w:r>
        <w:rPr>
          <w:rFonts w:ascii="Consolas" w:hAnsi="Consolas"/>
          <w:b w:val="0"/>
          <w:i w:val="0"/>
          <w:sz w:val="20"/>
        </w:rPr>
        <w:t>del</w:t>
      </w:r>
      <w:r>
        <w:rPr>
          <w:b w:val="0"/>
          <w:i w:val="0"/>
        </w:rPr>
        <w:t xml:space="preserve"> để xóa mục đầu tiên, </w:t>
      </w:r>
      <w:r>
        <w:rPr>
          <w:rFonts w:ascii="Consolas" w:hAnsi="Consolas"/>
          <w:b w:val="0"/>
          <w:i w:val="0"/>
          <w:sz w:val="20"/>
        </w:rPr>
        <w:t>'honda'</w:t>
      </w:r>
      <w:r>
        <w:rPr>
          <w:b w:val="0"/>
          <w:i w:val="0"/>
        </w:rPr>
        <w:t>, khỏi danh sách xe máy:</w:t>
      </w:r>
    </w:p>
    <w:p>
      <w:pPr>
        <w:spacing w:after="80"/>
      </w:pPr>
      <w:r>
        <w:rPr>
          <w:b w:val="0"/>
          <w:i w:val="0"/>
        </w:rPr>
        <w:t>['honda', 'yamaha', 'suzuki']</w:t>
      </w:r>
      <w:r>
        <w:br/>
      </w:r>
      <w:r>
        <w:rPr>
          <w:b w:val="0"/>
          <w:i w:val="0"/>
        </w:rPr>
        <w:t>['yamaha', 'suzuki']</w:t>
      </w:r>
    </w:p>
    <w:p>
      <w:pPr>
        <w:spacing w:after="80"/>
      </w:pPr>
      <w:r>
        <w:rPr>
          <w:b w:val="0"/>
          <w:i w:val="0"/>
        </w:rPr>
        <w:t xml:space="preserve">Bạn có thể xóa một mục ở bất kỳ vị trí nào trong danh sách bằng câu lệnh </w:t>
      </w:r>
      <w:r>
        <w:rPr>
          <w:rFonts w:ascii="Consolas" w:hAnsi="Consolas"/>
          <w:b w:val="0"/>
          <w:i w:val="0"/>
          <w:sz w:val="20"/>
        </w:rPr>
        <w:t>del</w:t>
      </w:r>
      <w:r>
        <w:rPr>
          <w:b w:val="0"/>
          <w:i w:val="0"/>
        </w:rPr>
        <w:t xml:space="preserve"> nếu bạn biết chỉ số của nó. Ví dụ, đây là cách xóa mục thứ hai, </w:t>
      </w:r>
      <w:r>
        <w:rPr>
          <w:rFonts w:ascii="Consolas" w:hAnsi="Consolas"/>
          <w:b w:val="0"/>
          <w:i w:val="0"/>
          <w:sz w:val="20"/>
        </w:rPr>
        <w:t>'yamaha'</w:t>
      </w:r>
      <w:r>
        <w:rPr>
          <w:b w:val="0"/>
          <w:i w:val="0"/>
        </w:rPr>
        <w:t>, khỏi danh sách:</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del motorcycles[1]</w:t>
      </w:r>
    </w:p>
    <w:p>
      <w:pPr>
        <w:spacing w:after="0"/>
        <w:ind w:left="360"/>
        <w:shd w:val="clear" w:color="auto" w:fill="F2F2F2"/>
      </w:pPr>
      <w:r>
        <w:rPr>
          <w:rFonts w:ascii="Consolas" w:hAnsi="Consolas"/>
          <w:b w:val="0"/>
          <w:i w:val="0"/>
          <w:sz w:val="18"/>
        </w:rPr>
        <w:t>print(motorcycles)</w:t>
      </w:r>
    </w:p>
    <w:p>
      <w:pPr>
        <w:spacing w:after="40"/>
      </w:pPr>
    </w:p>
    <w:p>
      <w:pPr>
        <w:spacing w:after="80"/>
      </w:pPr>
      <w:r>
        <w:rPr>
          <w:b w:val="0"/>
          <w:i w:val="0"/>
        </w:rPr>
        <w:t>Chiếc xe máy thứ hai bị xóa khỏi danh sách:</w:t>
      </w:r>
    </w:p>
    <w:p>
      <w:pPr>
        <w:spacing w:after="80"/>
      </w:pPr>
      <w:r>
        <w:rPr>
          <w:b w:val="0"/>
          <w:i w:val="0"/>
        </w:rPr>
        <w:t>['honda', 'yamaha', 'suzuki']</w:t>
      </w:r>
      <w:r>
        <w:br/>
      </w:r>
      <w:r>
        <w:rPr>
          <w:b w:val="0"/>
          <w:i w:val="0"/>
        </w:rPr>
        <w:t>['honda', 'suzuki']</w:t>
      </w:r>
    </w:p>
    <w:p>
      <w:pPr>
        <w:spacing w:after="80"/>
      </w:pPr>
      <w:r>
        <w:rPr>
          <w:b w:val="0"/>
          <w:i w:val="0"/>
        </w:rPr>
        <w:t xml:space="preserve">Trong cả hai ví dụ, sau khi câu lệnh </w:t>
      </w:r>
      <w:r>
        <w:rPr>
          <w:rFonts w:ascii="Consolas" w:hAnsi="Consolas"/>
          <w:b w:val="0"/>
          <w:i w:val="0"/>
          <w:sz w:val="20"/>
        </w:rPr>
        <w:t>del</w:t>
      </w:r>
      <w:r>
        <w:rPr>
          <w:b w:val="0"/>
          <w:i w:val="0"/>
        </w:rPr>
        <w:t xml:space="preserve"> được dùng, bạn không thể truy cập giá trị đã bị xóa khỏi danh sách nữa.</w:t>
      </w:r>
    </w:p>
    <w:p>
      <w:pPr>
        <w:pStyle w:val="Heading4"/>
      </w:pPr>
      <w:r>
        <w:rPr>
          <w:rFonts w:ascii="Calibri" w:hAnsi="Calibri"/>
          <w:b/>
          <w:i w:val="0"/>
          <w:sz w:val="24"/>
        </w:rPr>
        <w:t>Xóa một mục bằng phương thức pop()</w:t>
      </w:r>
    </w:p>
    <w:p>
      <w:pPr>
        <w:spacing w:after="80"/>
      </w:pPr>
      <w:r>
        <w:rPr>
          <w:b w:val="0"/>
          <w:i w:val="0"/>
        </w:rPr>
        <w:t xml:space="preserve">Đôi khi bạn sẽ muốn dùng giá trị của một phần tử sau khi xóa nó khỏi danh sách. Ví dụ, bạn có thể muốn lấy vị trí </w:t>
      </w:r>
      <w:r>
        <w:rPr>
          <w:b w:val="0"/>
          <w:i/>
        </w:rPr>
        <w:t>x</w:t>
      </w:r>
      <w:r>
        <w:rPr>
          <w:b w:val="0"/>
          <w:i w:val="0"/>
        </w:rPr>
        <w:t xml:space="preserve"> và </w:t>
      </w:r>
      <w:r>
        <w:rPr>
          <w:b w:val="0"/>
          <w:i/>
        </w:rPr>
        <w:t>y</w:t>
      </w:r>
      <w:r>
        <w:rPr>
          <w:b w:val="0"/>
          <w:i w:val="0"/>
        </w:rPr>
        <w:t xml:space="preserve"> của một người ngoài hành tinh vừa bị bắn hạ, để bạn có thể vẽ một vụ nổ tại vị trí đó. Trong một ứng dụng web, bạn có thể muốn xóa một người dùng khỏi danh sách thành viên đang hoạt động rồi thêm người dùng đó vào danh sách thành viên không hoạt động.</w:t>
      </w:r>
    </w:p>
    <w:p>
      <w:pPr>
        <w:spacing w:after="80"/>
      </w:pPr>
      <w:r>
        <w:rPr>
          <w:b w:val="0"/>
          <w:i w:val="0"/>
        </w:rPr>
        <w:t xml:space="preserve">Phương thức </w:t>
      </w:r>
      <w:r>
        <w:rPr>
          <w:rFonts w:ascii="Consolas" w:hAnsi="Consolas"/>
          <w:b w:val="0"/>
          <w:i w:val="0"/>
          <w:sz w:val="20"/>
        </w:rPr>
        <w:t>pop()</w:t>
      </w:r>
      <w:r>
        <w:rPr>
          <w:b w:val="0"/>
          <w:i w:val="0"/>
        </w:rPr>
        <w:t xml:space="preserve"> xóa phần tử cuối cùng trong danh sách, nhưng nó cho phép bạn làm việc với phần tử đó sau khi xóa nó. Thuật ngữ </w:t>
      </w:r>
      <w:r>
        <w:rPr>
          <w:b w:val="0"/>
          <w:i/>
        </w:rPr>
        <w:t>pop</w:t>
      </w:r>
      <w:r>
        <w:rPr>
          <w:b w:val="0"/>
          <w:i w:val="0"/>
        </w:rPr>
        <w:t xml:space="preserve"> xuất phát từ việc coi một danh sách như một chồng (stack) các phần tử và "bốc" (pop) một phần tử ra khỏi đỉnh chồng. Trong phép so sánh này, đỉnh của chồng tương ứng với cuối danh sách.</w:t>
      </w:r>
    </w:p>
    <w:p>
      <w:pPr>
        <w:spacing w:after="80"/>
      </w:pPr>
      <w:r>
        <w:rPr>
          <w:b w:val="0"/>
          <w:i w:val="0"/>
        </w:rPr>
        <w:t>Hãy "pop" một chiếc mô tô ra khỏi danh sách mô tô:</w:t>
      </w:r>
    </w:p>
    <w:p>
      <w:pPr>
        <w:spacing w:after="0"/>
        <w:ind w:left="360"/>
        <w:shd w:val="clear" w:color="auto" w:fill="F2F2F2"/>
      </w:pPr>
      <w:r>
        <w:rPr>
          <w:rFonts w:ascii="Consolas" w:hAnsi="Consolas"/>
          <w:b w:val="0"/>
          <w:i w:val="0"/>
          <w:sz w:val="18"/>
        </w:rPr>
        <w:t>❶ motorcycles = ['honda', 'yamaha', 'suzuki']</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popped_motorcycle = motorcycles.pop()</w:t>
      </w:r>
    </w:p>
    <w:p>
      <w:pPr>
        <w:spacing w:after="0"/>
        <w:ind w:left="360"/>
        <w:shd w:val="clear" w:color="auto" w:fill="F2F2F2"/>
      </w:pPr>
      <w:r>
        <w:rPr>
          <w:rFonts w:ascii="Consolas" w:hAnsi="Consolas"/>
          <w:b w:val="0"/>
          <w:i w:val="0"/>
          <w:sz w:val="18"/>
        </w:rPr>
        <w:t>❸ print(motorcycles)</w:t>
      </w:r>
    </w:p>
    <w:p>
      <w:pPr>
        <w:spacing w:after="0"/>
        <w:ind w:left="360"/>
        <w:shd w:val="clear" w:color="auto" w:fill="F2F2F2"/>
      </w:pPr>
      <w:r>
        <w:rPr>
          <w:rFonts w:ascii="Consolas" w:hAnsi="Consolas"/>
          <w:b w:val="0"/>
          <w:i w:val="0"/>
          <w:sz w:val="18"/>
        </w:rPr>
        <w:t>❹ print(popped_motorcycle)</w:t>
      </w:r>
    </w:p>
    <w:p>
      <w:pPr>
        <w:spacing w:after="40"/>
      </w:pPr>
    </w:p>
    <w:p>
      <w:pPr>
        <w:spacing w:after="80"/>
      </w:pPr>
      <w:r>
        <w:rPr>
          <w:b w:val="0"/>
          <w:i w:val="0"/>
        </w:rPr>
        <w:t xml:space="preserve">Chúng ta bắt đầu bằng việc định nghĩa và in danh sách </w:t>
      </w:r>
      <w:r>
        <w:rPr>
          <w:rFonts w:ascii="Consolas" w:hAnsi="Consolas"/>
          <w:b w:val="0"/>
          <w:i w:val="0"/>
          <w:sz w:val="20"/>
        </w:rPr>
        <w:t>motorcycles</w:t>
      </w:r>
      <w:r>
        <w:rPr>
          <w:b w:val="0"/>
          <w:i w:val="0"/>
        </w:rPr>
        <w:t xml:space="preserve"> ❶. Sau đó chúng ta pop một giá trị ra khỏi danh sách, và gán giá trị đó cho biến </w:t>
      </w:r>
      <w:r>
        <w:rPr>
          <w:rFonts w:ascii="Consolas" w:hAnsi="Consolas"/>
          <w:b w:val="0"/>
          <w:i w:val="0"/>
          <w:sz w:val="20"/>
        </w:rPr>
        <w:t>popped_motorcycle</w:t>
      </w:r>
      <w:r>
        <w:rPr>
          <w:b w:val="0"/>
          <w:i w:val="0"/>
        </w:rPr>
        <w:t xml:space="preserve"> ❷. Chúng ta in danh sách ❸ để cho thấy một giá trị đã bị xóa khỏi danh sách. Rồi chúng ta in giá trị đã pop ❹ để chứng minh rằng chúng ta vẫn có thể truy cập giá trị đã bị xóa đó.</w:t>
      </w:r>
    </w:p>
    <w:p>
      <w:pPr>
        <w:spacing w:after="80"/>
      </w:pPr>
      <w:r>
        <w:rPr>
          <w:b w:val="0"/>
          <w:i w:val="0"/>
        </w:rPr>
        <w:t xml:space="preserve">Kết quả cho thấy giá trị </w:t>
      </w:r>
      <w:r>
        <w:rPr>
          <w:rFonts w:ascii="Consolas" w:hAnsi="Consolas"/>
          <w:b w:val="0"/>
          <w:i w:val="0"/>
          <w:sz w:val="20"/>
        </w:rPr>
        <w:t>'suzuki'</w:t>
      </w:r>
      <w:r>
        <w:rPr>
          <w:b w:val="0"/>
          <w:i w:val="0"/>
        </w:rPr>
        <w:t xml:space="preserve"> đã bị xóa khỏi cuối danh sách và giờ được gán cho biến </w:t>
      </w:r>
      <w:r>
        <w:rPr>
          <w:rFonts w:ascii="Consolas" w:hAnsi="Consolas"/>
          <w:b w:val="0"/>
          <w:i w:val="0"/>
          <w:sz w:val="20"/>
        </w:rPr>
        <w:t>popped_motorcycle</w:t>
      </w:r>
      <w:r>
        <w:rPr>
          <w:b w:val="0"/>
          <w:i w:val="0"/>
        </w:rPr>
        <w:t>:</w:t>
      </w:r>
    </w:p>
    <w:p>
      <w:pPr>
        <w:spacing w:after="80"/>
      </w:pPr>
      <w:r>
        <w:rPr>
          <w:b w:val="0"/>
          <w:i w:val="0"/>
        </w:rPr>
        <w:t>['honda', 'yamaha', 'suzuki']</w:t>
      </w:r>
      <w:r>
        <w:br/>
      </w:r>
      <w:r>
        <w:rPr>
          <w:b w:val="0"/>
          <w:i w:val="0"/>
        </w:rPr>
        <w:t>['honda', 'yamaha']</w:t>
      </w:r>
      <w:r>
        <w:br/>
      </w:r>
      <w:r>
        <w:rPr>
          <w:b w:val="0"/>
          <w:i w:val="0"/>
        </w:rPr>
        <w:t>suzuki</w:t>
      </w:r>
    </w:p>
    <w:p>
      <w:pPr>
        <w:spacing w:after="80"/>
      </w:pPr>
      <w:r>
        <w:rPr>
          <w:b w:val="0"/>
          <w:i w:val="0"/>
        </w:rPr>
        <w:t xml:space="preserve">Phương thức </w:t>
      </w:r>
      <w:r>
        <w:rPr>
          <w:rFonts w:ascii="Consolas" w:hAnsi="Consolas"/>
          <w:b w:val="0"/>
          <w:i w:val="0"/>
          <w:sz w:val="20"/>
        </w:rPr>
        <w:t>pop()</w:t>
      </w:r>
      <w:r>
        <w:rPr>
          <w:b w:val="0"/>
          <w:i w:val="0"/>
        </w:rPr>
        <w:t xml:space="preserve"> này có thể hữu ích như thế nào? Hãy tưởng tượng rằng các mô tô trong danh sách được lưu theo thứ tự thời gian, theo thời điểm chúng ta sở hữu chúng. Nếu đúng như vậy, chúng ta có thể dùng phương thức </w:t>
      </w:r>
      <w:r>
        <w:rPr>
          <w:rFonts w:ascii="Consolas" w:hAnsi="Consolas"/>
          <w:b w:val="0"/>
          <w:i w:val="0"/>
          <w:sz w:val="20"/>
        </w:rPr>
        <w:t>pop()</w:t>
      </w:r>
      <w:r>
        <w:rPr>
          <w:b w:val="0"/>
          <w:i w:val="0"/>
        </w:rPr>
        <w:t xml:space="preserve"> để in một câu nói về chiếc mô tô cuối cùng chúng ta đã mua:</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last_owned = motorcycles.pop()</w:t>
      </w:r>
    </w:p>
    <w:p>
      <w:pPr>
        <w:spacing w:after="0"/>
        <w:ind w:left="360"/>
        <w:shd w:val="clear" w:color="auto" w:fill="F2F2F2"/>
      </w:pPr>
      <w:r>
        <w:rPr>
          <w:rFonts w:ascii="Consolas" w:hAnsi="Consolas"/>
          <w:b w:val="0"/>
          <w:i w:val="0"/>
          <w:sz w:val="18"/>
        </w:rPr>
        <w:t>print(f"The last motorcycle I owned was a {last_owned.title()}.")</w:t>
      </w:r>
    </w:p>
    <w:p>
      <w:pPr>
        <w:spacing w:after="40"/>
      </w:pPr>
    </w:p>
    <w:p>
      <w:pPr>
        <w:spacing w:after="80"/>
      </w:pPr>
      <w:r>
        <w:rPr>
          <w:b w:val="0"/>
          <w:i w:val="0"/>
        </w:rPr>
        <w:t>Kết quả là một câu đơn giản về chiếc mô tô gần đây nhất mà chúng ta sở hữu:</w:t>
      </w:r>
    </w:p>
    <w:p>
      <w:pPr>
        <w:spacing w:after="80"/>
      </w:pPr>
      <w:r>
        <w:rPr>
          <w:b w:val="0"/>
          <w:i w:val="0"/>
        </w:rPr>
        <w:t>Chiếc mô tô cuối cùng tôi sở hữu là một chiếc Suzuki.</w:t>
      </w:r>
    </w:p>
    <w:p>
      <w:pPr>
        <w:pStyle w:val="Heading4"/>
      </w:pPr>
      <w:r>
        <w:rPr>
          <w:rFonts w:ascii="Calibri" w:hAnsi="Calibri"/>
          <w:b/>
          <w:i w:val="0"/>
          <w:sz w:val="24"/>
        </w:rPr>
        <w:t>Pop phần tử từ bất kỳ vị trí nào trong danh sách</w:t>
      </w:r>
    </w:p>
    <w:p>
      <w:pPr>
        <w:spacing w:after="80"/>
      </w:pPr>
      <w:r>
        <w:rPr>
          <w:b w:val="0"/>
          <w:i w:val="0"/>
        </w:rPr>
        <w:t xml:space="preserve">Bạn có thể dùng </w:t>
      </w:r>
      <w:r>
        <w:rPr>
          <w:rFonts w:ascii="Consolas" w:hAnsi="Consolas"/>
          <w:b w:val="0"/>
          <w:i w:val="0"/>
          <w:sz w:val="20"/>
        </w:rPr>
        <w:t>pop()</w:t>
      </w:r>
      <w:r>
        <w:rPr>
          <w:b w:val="0"/>
          <w:i w:val="0"/>
        </w:rPr>
        <w:t xml:space="preserve"> để xóa một phần tử khỏi bất kỳ vị trí nào trong danh sách bằng cách đặt chỉ số (index) của phần tử bạn muốn xóa vào trong dấu ngoặc đơn:</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first_owned = motorcycles.pop(0)</w:t>
      </w:r>
    </w:p>
    <w:p>
      <w:pPr>
        <w:spacing w:after="0"/>
        <w:ind w:left="360"/>
        <w:shd w:val="clear" w:color="auto" w:fill="F2F2F2"/>
      </w:pPr>
      <w:r>
        <w:rPr>
          <w:rFonts w:ascii="Consolas" w:hAnsi="Consolas"/>
          <w:b w:val="0"/>
          <w:i w:val="0"/>
          <w:sz w:val="18"/>
        </w:rPr>
        <w:t>print(f"The first motorcycle I owned was a {first_owned.title()}.")</w:t>
      </w:r>
    </w:p>
    <w:p>
      <w:pPr>
        <w:spacing w:after="40"/>
      </w:pPr>
    </w:p>
    <w:p>
      <w:pPr>
        <w:spacing w:after="80"/>
      </w:pPr>
      <w:r>
        <w:rPr>
          <w:b w:val="0"/>
          <w:i w:val="0"/>
        </w:rPr>
        <w:t>Chúng ta bắt đầu bằng việc pop chiếc mô tô đầu tiên trong danh sách, rồi in một thông báo về chiếc mô tô đó. Kết quả là một câu đơn giản mô tả chiếc mô tô đầu tiên tôi từng sở hữu:</w:t>
      </w:r>
    </w:p>
    <w:p>
      <w:pPr>
        <w:spacing w:after="80"/>
      </w:pPr>
      <w:r>
        <w:rPr>
          <w:b w:val="0"/>
          <w:i w:val="0"/>
        </w:rPr>
        <w:t>Chiếc mô tô đầu tiên tôi sở hữu là một chiếc Honda.</w:t>
      </w:r>
    </w:p>
    <w:p>
      <w:pPr>
        <w:spacing w:after="80"/>
      </w:pPr>
      <w:r>
        <w:rPr>
          <w:b w:val="0"/>
          <w:i w:val="0"/>
        </w:rPr>
        <w:t xml:space="preserve">Hãy nhớ rằng mỗi lần bạn dùng </w:t>
      </w:r>
      <w:r>
        <w:rPr>
          <w:rFonts w:ascii="Consolas" w:hAnsi="Consolas"/>
          <w:b w:val="0"/>
          <w:i w:val="0"/>
          <w:sz w:val="20"/>
        </w:rPr>
        <w:t>pop()</w:t>
      </w:r>
      <w:r>
        <w:rPr>
          <w:b w:val="0"/>
          <w:i w:val="0"/>
        </w:rPr>
        <w:t>, phần tử mà bạn làm việc cùng sẽ không còn được lưu trong danh sách nữa.</w:t>
      </w:r>
    </w:p>
    <w:p>
      <w:pPr>
        <w:spacing w:after="80"/>
      </w:pPr>
      <w:r>
        <w:rPr>
          <w:b w:val="0"/>
          <w:i w:val="0"/>
        </w:rPr>
        <w:t xml:space="preserve">Nếu bạn chưa chắc nên dùng câu lệnh </w:t>
      </w:r>
      <w:r>
        <w:rPr>
          <w:rFonts w:ascii="Consolas" w:hAnsi="Consolas"/>
          <w:b w:val="0"/>
          <w:i w:val="0"/>
          <w:sz w:val="20"/>
        </w:rPr>
        <w:t>del</w:t>
      </w:r>
      <w:r>
        <w:rPr>
          <w:b w:val="0"/>
          <w:i w:val="0"/>
        </w:rPr>
        <w:t xml:space="preserve"> hay phương thức </w:t>
      </w:r>
      <w:r>
        <w:rPr>
          <w:rFonts w:ascii="Consolas" w:hAnsi="Consolas"/>
          <w:b w:val="0"/>
          <w:i w:val="0"/>
          <w:sz w:val="20"/>
        </w:rPr>
        <w:t>pop()</w:t>
      </w:r>
      <w:r>
        <w:rPr>
          <w:b w:val="0"/>
          <w:i w:val="0"/>
        </w:rPr>
        <w:t xml:space="preserve">, đây là một cách đơn giản để quyết định: khi bạn muốn xóa một phần tử khỏi danh sách và không dùng phần tử đó vào bất cứ việc gì, hãy dùng câu lệnh </w:t>
      </w:r>
      <w:r>
        <w:rPr>
          <w:rFonts w:ascii="Consolas" w:hAnsi="Consolas"/>
          <w:b w:val="0"/>
          <w:i w:val="0"/>
          <w:sz w:val="20"/>
        </w:rPr>
        <w:t>del</w:t>
      </w:r>
      <w:r>
        <w:rPr>
          <w:b w:val="0"/>
          <w:i w:val="0"/>
        </w:rPr>
        <w:t xml:space="preserve">; nếu bạn muốn dùng phần tử đó trong lúc xóa nó, hãy dùng phương thức </w:t>
      </w:r>
      <w:r>
        <w:rPr>
          <w:rFonts w:ascii="Consolas" w:hAnsi="Consolas"/>
          <w:b w:val="0"/>
          <w:i w:val="0"/>
          <w:sz w:val="20"/>
        </w:rPr>
        <w:t>pop()</w:t>
      </w:r>
      <w:r>
        <w:rPr>
          <w:b w:val="0"/>
          <w:i w:val="0"/>
        </w:rPr>
        <w:t>.</w:t>
      </w:r>
    </w:p>
    <w:p>
      <w:pPr>
        <w:pStyle w:val="Heading4"/>
      </w:pPr>
      <w:r>
        <w:rPr>
          <w:rFonts w:ascii="Calibri" w:hAnsi="Calibri"/>
          <w:b/>
          <w:i w:val="0"/>
          <w:sz w:val="24"/>
        </w:rPr>
        <w:t>Xóa một phần tử theo giá trị</w:t>
      </w:r>
    </w:p>
    <w:p>
      <w:pPr>
        <w:spacing w:after="80"/>
      </w:pPr>
      <w:r>
        <w:rPr>
          <w:b w:val="0"/>
          <w:i w:val="0"/>
        </w:rPr>
        <w:t xml:space="preserve">Đôi khi bạn sẽ không biết vị trí của giá trị mà mình muốn xóa khỏi danh sách. Nếu bạn chỉ biết giá trị của phần tử muốn xóa, bạn có thể dùng phương thức </w:t>
      </w:r>
      <w:r>
        <w:rPr>
          <w:rFonts w:ascii="Consolas" w:hAnsi="Consolas"/>
          <w:b w:val="0"/>
          <w:i w:val="0"/>
          <w:sz w:val="20"/>
        </w:rPr>
        <w:t>remove()</w:t>
      </w:r>
      <w:r>
        <w:rPr>
          <w:b w:val="0"/>
          <w:i w:val="0"/>
        </w:rPr>
        <w:t>.</w:t>
      </w:r>
    </w:p>
    <w:p>
      <w:pPr>
        <w:spacing w:after="80"/>
      </w:pPr>
      <w:r>
        <w:rPr>
          <w:b w:val="0"/>
          <w:i w:val="0"/>
        </w:rPr>
        <w:t xml:space="preserve">Ví dụ, giả sử ta muốn xóa giá trị </w:t>
      </w:r>
      <w:r>
        <w:rPr>
          <w:rFonts w:ascii="Consolas" w:hAnsi="Consolas"/>
          <w:b w:val="0"/>
          <w:i w:val="0"/>
          <w:sz w:val="20"/>
        </w:rPr>
        <w:t>'ducati'</w:t>
      </w:r>
      <w:r>
        <w:rPr>
          <w:b w:val="0"/>
          <w:i w:val="0"/>
        </w:rPr>
        <w:t xml:space="preserve"> khỏi danh sách xe máy:</w:t>
      </w:r>
    </w:p>
    <w:p>
      <w:pPr>
        <w:spacing w:after="80"/>
      </w:pPr>
      <w:r>
        <w:rPr>
          <w:b w:val="0"/>
          <w:i w:val="0"/>
        </w:rPr>
        <w:t>motorcycles = ['honda', 'yamaha', 'suzuki', 'ducati']</w:t>
      </w:r>
      <w:r>
        <w:br/>
      </w:r>
      <w:r>
        <w:rPr>
          <w:b w:val="0"/>
          <w:i w:val="0"/>
        </w:rPr>
        <w:t>print(motorcycles)</w:t>
      </w:r>
      <w:r>
        <w:br/>
      </w:r>
      <w:r>
        <w:br/>
      </w:r>
      <w:r>
        <w:rPr>
          <w:b w:val="0"/>
          <w:i w:val="0"/>
        </w:rPr>
        <w:t>motorcycles.remove('ducati')</w:t>
      </w:r>
      <w:r>
        <w:br/>
      </w:r>
      <w:r>
        <w:rPr>
          <w:b w:val="0"/>
          <w:i w:val="0"/>
        </w:rPr>
        <w:t>print(motorcycles)</w:t>
      </w:r>
    </w:p>
    <w:p>
      <w:pPr>
        <w:spacing w:after="80"/>
      </w:pPr>
      <w:r>
        <w:rPr>
          <w:b w:val="0"/>
          <w:i w:val="0"/>
        </w:rPr>
        <w:t xml:space="preserve">Ở đây phương thức </w:t>
      </w:r>
      <w:r>
        <w:rPr>
          <w:rFonts w:ascii="Consolas" w:hAnsi="Consolas"/>
          <w:b w:val="0"/>
          <w:i w:val="0"/>
          <w:sz w:val="20"/>
        </w:rPr>
        <w:t>remove()</w:t>
      </w:r>
      <w:r>
        <w:rPr>
          <w:b w:val="0"/>
          <w:i w:val="0"/>
        </w:rPr>
        <w:t xml:space="preserve"> bảo Python tìm xem </w:t>
      </w:r>
      <w:r>
        <w:rPr>
          <w:rFonts w:ascii="Consolas" w:hAnsi="Consolas"/>
          <w:b w:val="0"/>
          <w:i w:val="0"/>
          <w:sz w:val="20"/>
        </w:rPr>
        <w:t>'ducati'</w:t>
      </w:r>
      <w:r>
        <w:rPr>
          <w:b w:val="0"/>
          <w:i w:val="0"/>
        </w:rPr>
        <w:t xml:space="preserve"> xuất hiện ở đâu trong danh sách rồi xóa phần tử đó:</w:t>
      </w:r>
    </w:p>
    <w:p>
      <w:pPr>
        <w:spacing w:after="80"/>
      </w:pPr>
      <w:r>
        <w:rPr>
          <w:b w:val="0"/>
          <w:i w:val="0"/>
        </w:rPr>
        <w:t>['honda', 'yamaha', 'suzuki', 'ducati']</w:t>
      </w:r>
      <w:r>
        <w:br/>
      </w:r>
      <w:r>
        <w:rPr>
          <w:b w:val="0"/>
          <w:i w:val="0"/>
        </w:rPr>
        <w:t>['honda', 'yamaha', 'suzuki']</w:t>
      </w:r>
    </w:p>
    <w:p>
      <w:pPr>
        <w:spacing w:after="80"/>
      </w:pPr>
      <w:r>
        <w:rPr>
          <w:b w:val="0"/>
          <w:i w:val="0"/>
        </w:rPr>
        <w:t xml:space="preserve">Bạn cũng có thể dùng phương thức </w:t>
      </w:r>
      <w:r>
        <w:rPr>
          <w:rFonts w:ascii="Consolas" w:hAnsi="Consolas"/>
          <w:b w:val="0"/>
          <w:i w:val="0"/>
          <w:sz w:val="20"/>
        </w:rPr>
        <w:t>remove()</w:t>
      </w:r>
      <w:r>
        <w:rPr>
          <w:b w:val="0"/>
          <w:i w:val="0"/>
        </w:rPr>
        <w:t xml:space="preserve"> để làm việc với một giá trị đang bị xóa khỏi danh sách. Hãy xóa giá trị </w:t>
      </w:r>
      <w:r>
        <w:rPr>
          <w:rFonts w:ascii="Consolas" w:hAnsi="Consolas"/>
          <w:b w:val="0"/>
          <w:i w:val="0"/>
          <w:sz w:val="20"/>
        </w:rPr>
        <w:t>'ducati'</w:t>
      </w:r>
      <w:r>
        <w:rPr>
          <w:b w:val="0"/>
          <w:i w:val="0"/>
        </w:rPr>
        <w:t xml:space="preserve"> và in ra lý do vì sao ta xóa nó khỏi danh sách:</w:t>
      </w:r>
    </w:p>
    <w:p>
      <w:pPr>
        <w:spacing w:after="0"/>
        <w:ind w:left="360"/>
        <w:shd w:val="clear" w:color="auto" w:fill="F2F2F2"/>
      </w:pPr>
      <w:r>
        <w:rPr>
          <w:rFonts w:ascii="Consolas" w:hAnsi="Consolas"/>
          <w:b w:val="0"/>
          <w:i w:val="0"/>
          <w:sz w:val="18"/>
        </w:rPr>
        <w:t>❶ motorcycles = ['honda', 'yamaha', 'suzuki', 'ducati']</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too_expensive = 'ducati'</w:t>
      </w:r>
    </w:p>
    <w:p>
      <w:pPr>
        <w:spacing w:after="0"/>
        <w:ind w:left="360"/>
        <w:shd w:val="clear" w:color="auto" w:fill="F2F2F2"/>
      </w:pPr>
      <w:r>
        <w:rPr>
          <w:rFonts w:ascii="Consolas" w:hAnsi="Consolas"/>
          <w:b w:val="0"/>
          <w:i w:val="0"/>
          <w:sz w:val="18"/>
        </w:rPr>
        <w:t>❸ motorcycles.remove(too_expensive)</w:t>
      </w:r>
    </w:p>
    <w:p>
      <w:pPr>
        <w:spacing w:after="0"/>
        <w:ind w:left="360"/>
        <w:shd w:val="clear" w:color="auto" w:fill="F2F2F2"/>
      </w:pPr>
      <w:r>
        <w:rPr>
          <w:rFonts w:ascii="Consolas" w:hAnsi="Consolas"/>
          <w:b w:val="0"/>
          <w:i w:val="0"/>
          <w:sz w:val="18"/>
        </w:rPr>
        <w:t>print(motorcycles)</w:t>
      </w:r>
    </w:p>
    <w:p>
      <w:pPr>
        <w:spacing w:after="0"/>
        <w:ind w:left="360"/>
        <w:shd w:val="clear" w:color="auto" w:fill="F2F2F2"/>
      </w:pPr>
      <w:r>
        <w:rPr>
          <w:rFonts w:ascii="Consolas" w:hAnsi="Consolas"/>
          <w:b w:val="0"/>
          <w:i w:val="0"/>
          <w:sz w:val="18"/>
        </w:rPr>
        <w:t>❹ print(f"\nA {too_expensive.title()} is too expensive for me.")</w:t>
      </w:r>
    </w:p>
    <w:p>
      <w:pPr>
        <w:spacing w:after="40"/>
      </w:pPr>
    </w:p>
    <w:p>
      <w:pPr>
        <w:spacing w:after="80"/>
      </w:pPr>
      <w:r>
        <w:rPr>
          <w:b w:val="0"/>
          <w:i w:val="0"/>
        </w:rPr>
        <w:t xml:space="preserve">Sau khi định nghĩa danh sách ❶, ta gán giá trị </w:t>
      </w:r>
      <w:r>
        <w:rPr>
          <w:rFonts w:ascii="Consolas" w:hAnsi="Consolas"/>
          <w:b w:val="0"/>
          <w:i w:val="0"/>
          <w:sz w:val="20"/>
        </w:rPr>
        <w:t>'ducati'</w:t>
      </w:r>
      <w:r>
        <w:rPr>
          <w:b w:val="0"/>
          <w:i w:val="0"/>
        </w:rPr>
        <w:t xml:space="preserve"> cho một biến tên là </w:t>
      </w:r>
      <w:r>
        <w:rPr>
          <w:rFonts w:ascii="Consolas" w:hAnsi="Consolas"/>
          <w:b w:val="0"/>
          <w:i w:val="0"/>
          <w:sz w:val="20"/>
        </w:rPr>
        <w:t>too_expensive</w:t>
      </w:r>
      <w:r>
        <w:rPr>
          <w:b w:val="0"/>
          <w:i w:val="0"/>
        </w:rPr>
        <w:t xml:space="preserve"> ❷. Sau đó ta dùng biến này để bảo Python biết cần xóa giá trị nào khỏi danh sách ❸. Giá trị </w:t>
      </w:r>
      <w:r>
        <w:rPr>
          <w:rFonts w:ascii="Consolas" w:hAnsi="Consolas"/>
          <w:b w:val="0"/>
          <w:i w:val="0"/>
          <w:sz w:val="20"/>
        </w:rPr>
        <w:t>'ducati'</w:t>
      </w:r>
      <w:r>
        <w:rPr>
          <w:b w:val="0"/>
          <w:i w:val="0"/>
        </w:rPr>
        <w:t xml:space="preserve"> đã bị xóa khỏi danh sách ❹ nhưng vẫn có thể truy cập được thông qua biến </w:t>
      </w:r>
      <w:r>
        <w:rPr>
          <w:rFonts w:ascii="Consolas" w:hAnsi="Consolas"/>
          <w:b w:val="0"/>
          <w:i w:val="0"/>
          <w:sz w:val="20"/>
        </w:rPr>
        <w:t>too_expensive</w:t>
      </w:r>
      <w:r>
        <w:rPr>
          <w:b w:val="0"/>
          <w:i w:val="0"/>
        </w:rPr>
        <w:t xml:space="preserve">, cho phép ta in ra một câu về lý do vì sao ta xóa </w:t>
      </w:r>
      <w:r>
        <w:rPr>
          <w:rFonts w:ascii="Consolas" w:hAnsi="Consolas"/>
          <w:b w:val="0"/>
          <w:i w:val="0"/>
          <w:sz w:val="20"/>
        </w:rPr>
        <w:t>'ducati'</w:t>
      </w:r>
      <w:r>
        <w:rPr>
          <w:b w:val="0"/>
          <w:i w:val="0"/>
        </w:rPr>
        <w:t xml:space="preserve"> khỏi danh sách xe máy:</w:t>
      </w:r>
    </w:p>
    <w:p>
      <w:pPr>
        <w:spacing w:after="80"/>
      </w:pPr>
      <w:r>
        <w:rPr>
          <w:b w:val="0"/>
          <w:i w:val="0"/>
        </w:rPr>
        <w:t>['honda', 'yamaha', 'suzuki', 'ducati']</w:t>
      </w:r>
      <w:r>
        <w:br/>
      </w:r>
      <w:r>
        <w:rPr>
          <w:b w:val="0"/>
          <w:i w:val="0"/>
        </w:rPr>
        <w:t>['honda', 'yamaha', 'suzuki']</w:t>
      </w:r>
      <w:r>
        <w:br/>
      </w:r>
      <w:r>
        <w:br/>
      </w:r>
      <w:r>
        <w:rPr>
          <w:b w:val="0"/>
          <w:i w:val="0"/>
        </w:rPr>
        <w:t>A Ducati is too expensive for me.</w:t>
      </w:r>
    </w:p>
    <w:p>
      <w:pPr>
        <w:spacing w:before="120" w:after="40"/>
      </w:pPr>
      <w:r>
        <w:rPr>
          <w:b/>
          <w:sz w:val="21"/>
        </w:rPr>
        <w:t>Ghi chú</w:t>
      </w:r>
    </w:p>
    <w:p>
      <w:pPr>
        <w:spacing w:after="80"/>
      </w:pPr>
      <w:r>
        <w:rPr>
          <w:b w:val="0"/>
          <w:i w:val="0"/>
        </w:rPr>
        <w:t xml:space="preserve">Phương thức </w:t>
      </w:r>
      <w:r>
        <w:rPr>
          <w:rFonts w:ascii="Consolas" w:hAnsi="Consolas"/>
          <w:b w:val="0"/>
          <w:i w:val="0"/>
          <w:sz w:val="20"/>
        </w:rPr>
        <w:t>remove()</w:t>
      </w:r>
      <w:r>
        <w:rPr>
          <w:b w:val="0"/>
          <w:i w:val="0"/>
        </w:rPr>
        <w:t xml:space="preserve"> chỉ xóa lần xuất hiện đầu tiên của giá trị mà bạn chỉ định. Nếu có khả năng giá trị đó xuất hiện nhiều hơn một lần trong danh sách, bạn sẽ cần dùng vòng lặp để đảm bảo mọi lần xuất hiện của giá trị đó đều bị xóa. Bạn sẽ học cách làm điều này trong Chương 7.</w:t>
      </w:r>
    </w:p>
    <w:p>
      <w:pPr>
        <w:spacing w:before="120" w:after="40"/>
      </w:pPr>
      <w:r>
        <w:rPr>
          <w:b/>
          <w:sz w:val="21"/>
        </w:rPr>
        <w:t>Tự thực hành</w:t>
      </w:r>
    </w:p>
    <w:p>
      <w:pPr>
        <w:spacing w:after="80"/>
      </w:pPr>
      <w:r>
        <w:rPr>
          <w:b w:val="0"/>
          <w:i w:val="0"/>
        </w:rPr>
        <w:t>Các bài tập sau đây có phần phức tạp hơn những bài trong Chương 2, nhưng chúng cho bạn cơ hội sử dụng danh sách theo tất cả những cách đã được mô tả.</w:t>
      </w:r>
    </w:p>
    <w:p>
      <w:pPr>
        <w:spacing w:after="80"/>
      </w:pPr>
      <w:r>
        <w:rPr>
          <w:b/>
          <w:i w:val="0"/>
        </w:rPr>
        <w:t>3-4. Danh sách khách mời:</w:t>
      </w:r>
      <w:r>
        <w:rPr>
          <w:b w:val="0"/>
          <w:i w:val="0"/>
        </w:rPr>
        <w:t xml:space="preserve"> Nếu bạn có thể mời bất kỳ ai, dù còn sống hay đã mất, đến dự bữa tối, bạn sẽ mời ai? Hãy lập một danh sách gồm ít nhất ba người bạn muốn mời đến dự bữa tối. Sau đó dùng danh sách của bạn để in một lời nhắn cho từng người, mời họ đến dự bữa tối.</w:t>
      </w:r>
    </w:p>
    <w:p>
      <w:pPr>
        <w:spacing w:after="80"/>
      </w:pPr>
      <w:r>
        <w:rPr>
          <w:b/>
          <w:i w:val="0"/>
        </w:rPr>
        <w:t>3-5. Thay đổi danh sách khách mời:</w:t>
      </w:r>
      <w:r>
        <w:rPr>
          <w:b w:val="0"/>
          <w:i w:val="0"/>
        </w:rPr>
        <w:t xml:space="preserve"> Bạn vừa nghe tin một trong các vị khách không thể đến dự bữa tối, nên bạn cần gửi một loạt thiệp mời mới. Bạn sẽ phải nghĩ ra một người khác để mời.</w:t>
      </w:r>
    </w:p>
    <w:p>
      <w:pPr>
        <w:spacing w:after="80"/>
        <w:ind w:left="360"/>
      </w:pPr>
      <w:r>
        <w:t xml:space="preserve">• </w:t>
      </w:r>
      <w:r>
        <w:rPr>
          <w:b w:val="0"/>
          <w:i w:val="0"/>
        </w:rPr>
        <w:t xml:space="preserve">Bắt đầu với chương trình của bạn từ Bài tập 3-4. Thêm một lệnh gọi </w:t>
      </w:r>
      <w:r>
        <w:rPr>
          <w:rFonts w:ascii="Consolas" w:hAnsi="Consolas"/>
          <w:b w:val="0"/>
          <w:i w:val="0"/>
          <w:sz w:val="20"/>
        </w:rPr>
        <w:t>print()</w:t>
      </w:r>
      <w:r>
        <w:rPr>
          <w:b w:val="0"/>
          <w:i w:val="0"/>
        </w:rPr>
        <w:t xml:space="preserve"> ở cuối chương trình, nêu tên vị khách không thể đến dự.</w:t>
      </w:r>
    </w:p>
    <w:p>
      <w:pPr>
        <w:spacing w:after="80"/>
        <w:ind w:left="360"/>
      </w:pPr>
      <w:r>
        <w:t xml:space="preserve">• </w:t>
      </w:r>
      <w:r>
        <w:rPr>
          <w:b w:val="0"/>
          <w:i w:val="0"/>
        </w:rPr>
        <w:t>Sửa đổi danh sách của bạn, thay tên vị khách không thể đến bằng tên người mới mà bạn đang mời.</w:t>
      </w:r>
    </w:p>
    <w:p>
      <w:pPr>
        <w:spacing w:after="80"/>
        <w:ind w:left="360"/>
      </w:pPr>
      <w:r>
        <w:t xml:space="preserve">• </w:t>
      </w:r>
      <w:r>
        <w:rPr>
          <w:b w:val="0"/>
          <w:i w:val="0"/>
        </w:rPr>
        <w:t>In một loạt lời nhắn mời thứ hai, mỗi lời cho từng người vẫn còn trong danh sách của bạn.</w:t>
      </w:r>
    </w:p>
    <w:p>
      <w:pPr>
        <w:spacing w:after="80"/>
      </w:pPr>
      <w:r>
        <w:rPr>
          <w:b/>
          <w:i w:val="0"/>
        </w:rPr>
        <w:t>3-6. Thêm khách mời:</w:t>
      </w:r>
      <w:r>
        <w:rPr>
          <w:b w:val="0"/>
          <w:i w:val="0"/>
        </w:rPr>
        <w:t xml:space="preserve"> Bạn vừa tìm được một chiếc bàn ăn tối lớn hơn, nên giờ có thêm chỗ trống. Hãy nghĩ thêm ba vị khách nữa để mời đến dự bữa tối.</w:t>
      </w:r>
    </w:p>
    <w:p>
      <w:pPr>
        <w:spacing w:after="80"/>
        <w:ind w:left="360"/>
      </w:pPr>
      <w:r>
        <w:t xml:space="preserve">• </w:t>
      </w:r>
      <w:r>
        <w:rPr>
          <w:b w:val="0"/>
          <w:i w:val="0"/>
        </w:rPr>
        <w:t xml:space="preserve">Bắt đầu với chương trình của bạn từ Bài tập 3-4 hoặc 3-5. Thêm một lệnh gọi </w:t>
      </w:r>
      <w:r>
        <w:rPr>
          <w:rFonts w:ascii="Consolas" w:hAnsi="Consolas"/>
          <w:b w:val="0"/>
          <w:i w:val="0"/>
          <w:sz w:val="20"/>
        </w:rPr>
        <w:t>print()</w:t>
      </w:r>
      <w:r>
        <w:rPr>
          <w:b w:val="0"/>
          <w:i w:val="0"/>
        </w:rPr>
        <w:t xml:space="preserve"> vào cuối chương trình, thông báo cho mọi người rằng bạn đã tìm được một chiếc bàn lớn hơn.</w:t>
      </w:r>
    </w:p>
    <w:p>
      <w:pPr>
        <w:spacing w:after="80"/>
        <w:ind w:left="360"/>
      </w:pPr>
      <w:r>
        <w:t xml:space="preserve">• </w:t>
      </w:r>
      <w:r>
        <w:rPr>
          <w:b w:val="0"/>
          <w:i w:val="0"/>
        </w:rPr>
        <w:t xml:space="preserve">Dùng </w:t>
      </w:r>
      <w:r>
        <w:rPr>
          <w:rFonts w:ascii="Consolas" w:hAnsi="Consolas"/>
          <w:b w:val="0"/>
          <w:i w:val="0"/>
          <w:sz w:val="20"/>
        </w:rPr>
        <w:t>insert()</w:t>
      </w:r>
      <w:r>
        <w:rPr>
          <w:b w:val="0"/>
          <w:i w:val="0"/>
        </w:rPr>
        <w:t xml:space="preserve"> để thêm một vị khách mới vào đầu danh sách của bạn.</w:t>
      </w:r>
    </w:p>
    <w:p>
      <w:pPr>
        <w:spacing w:after="80"/>
        <w:ind w:left="360"/>
      </w:pPr>
      <w:r>
        <w:t xml:space="preserve">• </w:t>
      </w:r>
      <w:r>
        <w:rPr>
          <w:b w:val="0"/>
          <w:i w:val="0"/>
        </w:rPr>
        <w:t xml:space="preserve">Dùng </w:t>
      </w:r>
      <w:r>
        <w:rPr>
          <w:rFonts w:ascii="Consolas" w:hAnsi="Consolas"/>
          <w:b w:val="0"/>
          <w:i w:val="0"/>
          <w:sz w:val="20"/>
        </w:rPr>
        <w:t>insert()</w:t>
      </w:r>
      <w:r>
        <w:rPr>
          <w:b w:val="0"/>
          <w:i w:val="0"/>
        </w:rPr>
        <w:t xml:space="preserve"> để thêm một vị khách mới vào giữa danh sách của bạn.</w:t>
      </w:r>
    </w:p>
    <w:p>
      <w:pPr>
        <w:spacing w:after="80"/>
        <w:ind w:left="360"/>
      </w:pPr>
      <w:r>
        <w:t xml:space="preserve">• </w:t>
      </w:r>
      <w:r>
        <w:rPr>
          <w:b w:val="0"/>
          <w:i w:val="0"/>
        </w:rPr>
        <w:t xml:space="preserve">Dùng </w:t>
      </w:r>
      <w:r>
        <w:rPr>
          <w:rFonts w:ascii="Consolas" w:hAnsi="Consolas"/>
          <w:b w:val="0"/>
          <w:i w:val="0"/>
          <w:sz w:val="20"/>
        </w:rPr>
        <w:t>append()</w:t>
      </w:r>
      <w:r>
        <w:rPr>
          <w:b w:val="0"/>
          <w:i w:val="0"/>
        </w:rPr>
        <w:t xml:space="preserve"> để thêm một vị khách mới vào cuối danh sách của bạn.</w:t>
      </w:r>
    </w:p>
    <w:p>
      <w:pPr>
        <w:spacing w:after="80"/>
        <w:ind w:left="360"/>
      </w:pPr>
      <w:r>
        <w:t xml:space="preserve">• </w:t>
      </w:r>
      <w:r>
        <w:rPr>
          <w:b w:val="0"/>
          <w:i w:val="0"/>
        </w:rPr>
        <w:t>In một loạt lời nhắn mời mới, mỗi lời cho từng người trong danh sách của bạn.</w:t>
      </w:r>
    </w:p>
    <w:p>
      <w:pPr>
        <w:spacing w:after="80"/>
      </w:pPr>
      <w:r>
        <w:rPr>
          <w:b/>
          <w:i w:val="0"/>
        </w:rPr>
        <w:t>3-7. Thu gọn danh sách khách mời:</w:t>
      </w:r>
      <w:r>
        <w:rPr>
          <w:b w:val="0"/>
          <w:i w:val="0"/>
        </w:rPr>
        <w:t xml:space="preserve"> Bạn vừa phát hiện ra rằng chiếc bàn ăn tối mới của bạn sẽ không kịp đến cho bữa tối, và giờ bạn chỉ còn chỗ cho hai vị khách.</w:t>
      </w:r>
    </w:p>
    <w:p>
      <w:pPr>
        <w:spacing w:after="80"/>
        <w:ind w:left="360"/>
      </w:pPr>
      <w:r>
        <w:t xml:space="preserve">• </w:t>
      </w:r>
      <w:r>
        <w:rPr>
          <w:b w:val="0"/>
          <w:i w:val="0"/>
        </w:rPr>
        <w:t>Bắt đầu với chương trình của bạn từ Bài tập 3-6. Thêm một dòng mới in ra một lời nhắn nói rằng bạn chỉ có thể mời hai người đến dự bữa tối.</w:t>
      </w:r>
    </w:p>
    <w:p>
      <w:pPr>
        <w:spacing w:after="80"/>
        <w:ind w:left="360"/>
      </w:pPr>
      <w:r>
        <w:t xml:space="preserve">• </w:t>
      </w:r>
      <w:r>
        <w:rPr>
          <w:b w:val="0"/>
          <w:i w:val="0"/>
        </w:rPr>
        <w:t xml:space="preserve">Dùng </w:t>
      </w:r>
      <w:r>
        <w:rPr>
          <w:rFonts w:ascii="Consolas" w:hAnsi="Consolas"/>
          <w:b w:val="0"/>
          <w:i w:val="0"/>
          <w:sz w:val="20"/>
        </w:rPr>
        <w:t>pop()</w:t>
      </w:r>
      <w:r>
        <w:rPr>
          <w:b w:val="0"/>
          <w:i w:val="0"/>
        </w:rPr>
        <w:t xml:space="preserve"> để lần lượt xóa từng vị khách khỏi danh sách của bạn cho đến khi chỉ còn lại hai cái tên trong danh sách. Mỗi lần bạn pop một cái tên khỏi danh sách, hãy in một lời nhắn cho người đó để cho họ biết rằng bạn rất tiếc vì không thể mời họ đến dự bữa tối.</w:t>
      </w:r>
    </w:p>
    <w:p>
      <w:pPr>
        <w:spacing w:after="80"/>
        <w:ind w:left="360"/>
      </w:pPr>
      <w:r>
        <w:t xml:space="preserve">• </w:t>
      </w:r>
      <w:r>
        <w:rPr>
          <w:b w:val="0"/>
          <w:i w:val="0"/>
        </w:rPr>
        <w:t>Gửi một tin nhắn đến từng người trong hai người vẫn còn trong danh sách của bạn, cho họ biết rằng họ vẫn được mời.</w:t>
      </w:r>
    </w:p>
    <w:p>
      <w:pPr>
        <w:spacing w:after="80"/>
        <w:ind w:left="360"/>
      </w:pPr>
      <w:r>
        <w:t xml:space="preserve">• </w:t>
      </w:r>
      <w:r>
        <w:rPr>
          <w:b w:val="0"/>
          <w:i w:val="0"/>
        </w:rPr>
        <w:t xml:space="preserve">Dùng </w:t>
      </w:r>
      <w:r>
        <w:rPr>
          <w:rFonts w:ascii="Consolas" w:hAnsi="Consolas"/>
          <w:b w:val="0"/>
          <w:i w:val="0"/>
          <w:sz w:val="20"/>
        </w:rPr>
        <w:t>del</w:t>
      </w:r>
      <w:r>
        <w:rPr>
          <w:b w:val="0"/>
          <w:i w:val="0"/>
        </w:rPr>
        <w:t xml:space="preserve"> để xóa hai cái tên cuối cùng khỏi danh sách, để bạn có một danh sách trống. In danh sách của bạn ra để chắc chắn rằng cuối chương trình bạn thực sự có một danh sách trống.</w:t>
      </w:r>
    </w:p>
    <w:p>
      <w:pPr>
        <w:pStyle w:val="Heading2"/>
      </w:pPr>
      <w:r>
        <w:rPr>
          <w:rFonts w:ascii="Calibri" w:hAnsi="Calibri"/>
          <w:b/>
          <w:i w:val="0"/>
          <w:sz w:val="32"/>
        </w:rPr>
        <w:t>Sắp xếp một danh sách</w:t>
      </w:r>
    </w:p>
    <w:p>
      <w:pPr>
        <w:spacing w:after="80"/>
      </w:pPr>
      <w:r>
        <w:rPr>
          <w:b w:val="0"/>
          <w:i w:val="0"/>
        </w:rPr>
        <w:t>Thường thì danh sách của bạn sẽ được tạo ra theo một thứ tự không đoán trước được, vì bạn không phải lúc nào cũng kiểm soát được thứ tự mà người dùng cung cấp dữ liệu của họ. Mặc dù điều này là không thể tránh khỏi trong hầu hết các trường hợp, bạn sẽ thường xuyên muốn trình bày thông tin của mình theo một thứ tự cụ thể. Đôi khi bạn sẽ muốn giữ nguyên thứ tự ban đầu của danh sách, và những lúc khác bạn lại muốn thay đổi thứ tự ban đầu. Python cung cấp một số cách khác nhau để sắp xếp danh sách của bạn, tùy thuộc vào tình huống.</w:t>
      </w:r>
    </w:p>
    <w:p>
      <w:pPr>
        <w:pStyle w:val="Heading3"/>
      </w:pPr>
      <w:r>
        <w:rPr>
          <w:rFonts w:ascii="Calibri" w:hAnsi="Calibri"/>
          <w:b/>
          <w:i w:val="0"/>
          <w:sz w:val="27"/>
        </w:rPr>
        <w:t>Sắp xếp danh sách vĩnh viễn bằng phương thức sort()</w:t>
      </w:r>
    </w:p>
    <w:p>
      <w:pPr>
        <w:spacing w:after="80"/>
      </w:pPr>
      <w:r>
        <w:rPr>
          <w:b w:val="0"/>
          <w:i w:val="0"/>
        </w:rPr>
        <w:t xml:space="preserve">Phương thức </w:t>
      </w:r>
      <w:r>
        <w:rPr>
          <w:rFonts w:ascii="Consolas" w:hAnsi="Consolas"/>
          <w:b w:val="0"/>
          <w:i w:val="0"/>
          <w:sz w:val="20"/>
        </w:rPr>
        <w:t>sort()</w:t>
      </w:r>
      <w:r>
        <w:rPr>
          <w:b w:val="0"/>
          <w:i w:val="0"/>
        </w:rPr>
        <w:t xml:space="preserve"> của Python giúp việc sắp xếp một danh sách trở nên tương đối dễ dàng. Hãy tưởng tượng chúng ta có một danh sách các loại xe và muốn thay đổi thứ tự của danh sách để lưu chúng theo thứ tự bảng chữ cái. Để cho đơn giản, hãy giả sử rằng tất cả các giá trị trong danh sách đều là chữ thường:</w:t>
      </w:r>
    </w:p>
    <w:p>
      <w:pPr>
        <w:spacing w:after="80"/>
      </w:pPr>
      <w:r>
        <w:rPr>
          <w:b w:val="0"/>
          <w:i w:val="0"/>
        </w:rPr>
        <w:t>cars.py</w:t>
      </w:r>
    </w:p>
    <w:p>
      <w:pPr>
        <w:spacing w:after="80"/>
      </w:pPr>
      <w:r>
        <w:rPr>
          <w:b w:val="0"/>
          <w:i w:val="0"/>
        </w:rPr>
        <w:t>cars = ['bmw', 'audi', 'toyota', 'subaru']</w:t>
      </w:r>
      <w:r>
        <w:br/>
      </w:r>
      <w:r>
        <w:rPr>
          <w:b w:val="0"/>
          <w:i w:val="0"/>
        </w:rPr>
        <w:t>cars.sort()</w:t>
      </w:r>
      <w:r>
        <w:br/>
      </w:r>
      <w:r>
        <w:rPr>
          <w:b w:val="0"/>
          <w:i w:val="0"/>
        </w:rPr>
        <w:t>print(cars)</w:t>
      </w:r>
    </w:p>
    <w:p>
      <w:pPr>
        <w:spacing w:after="80"/>
      </w:pPr>
      <w:r>
        <w:rPr>
          <w:b w:val="0"/>
          <w:i w:val="0"/>
        </w:rPr>
        <w:t xml:space="preserve">Phương thức </w:t>
      </w:r>
      <w:r>
        <w:rPr>
          <w:rFonts w:ascii="Consolas" w:hAnsi="Consolas"/>
          <w:b w:val="0"/>
          <w:i w:val="0"/>
          <w:sz w:val="20"/>
        </w:rPr>
        <w:t>sort()</w:t>
      </w:r>
      <w:r>
        <w:rPr>
          <w:b w:val="0"/>
          <w:i w:val="0"/>
        </w:rPr>
        <w:t xml:space="preserve"> thay đổi thứ tự của danh sách một cách vĩnh viễn. Các loại xe giờ đây đã theo thứ tự bảng chữ cái, và chúng ta không bao giờ có thể khôi phục lại thứ tự ban đầu:</w:t>
      </w:r>
    </w:p>
    <w:p>
      <w:pPr>
        <w:spacing w:after="80"/>
      </w:pPr>
      <w:r>
        <w:rPr>
          <w:b w:val="0"/>
          <w:i w:val="0"/>
        </w:rPr>
        <w:t>['audi', 'bmw', 'subaru', 'toyota']</w:t>
      </w:r>
    </w:p>
    <w:p>
      <w:pPr>
        <w:spacing w:after="80"/>
      </w:pPr>
      <w:r>
        <w:rPr>
          <w:b w:val="0"/>
          <w:i w:val="0"/>
        </w:rPr>
        <w:t xml:space="preserve">Bạn cũng có thể sắp xếp danh sách này theo thứ tự bảng chữ cái ngược bằng cách truyền đối số </w:t>
      </w:r>
      <w:r>
        <w:rPr>
          <w:rFonts w:ascii="Consolas" w:hAnsi="Consolas"/>
          <w:b w:val="0"/>
          <w:i w:val="0"/>
          <w:sz w:val="20"/>
        </w:rPr>
        <w:t>reverse=True</w:t>
      </w:r>
      <w:r>
        <w:rPr>
          <w:b w:val="0"/>
          <w:i w:val="0"/>
        </w:rPr>
        <w:t xml:space="preserve"> cho phương thức </w:t>
      </w:r>
      <w:r>
        <w:rPr>
          <w:rFonts w:ascii="Consolas" w:hAnsi="Consolas"/>
          <w:b w:val="0"/>
          <w:i w:val="0"/>
          <w:sz w:val="20"/>
        </w:rPr>
        <w:t>sort()</w:t>
      </w:r>
      <w:r>
        <w:rPr>
          <w:b w:val="0"/>
          <w:i w:val="0"/>
        </w:rPr>
        <w:t>. Ví dụ sau đây sắp xếp danh sách các loại xe theo thứ tự bảng chữ cái ngược:</w:t>
      </w:r>
    </w:p>
    <w:p>
      <w:pPr>
        <w:spacing w:after="0"/>
        <w:ind w:left="360"/>
        <w:shd w:val="clear" w:color="auto" w:fill="F2F2F2"/>
      </w:pPr>
      <w:r>
        <w:rPr>
          <w:rFonts w:ascii="Consolas" w:hAnsi="Consolas"/>
          <w:b w:val="0"/>
          <w:i w:val="0"/>
          <w:sz w:val="18"/>
        </w:rPr>
        <w:t>cars = ['bmw', 'audi', 'toyota', 'subaru']</w:t>
      </w:r>
    </w:p>
    <w:p>
      <w:pPr>
        <w:spacing w:after="0"/>
        <w:ind w:left="360"/>
        <w:shd w:val="clear" w:color="auto" w:fill="F2F2F2"/>
      </w:pPr>
      <w:r>
        <w:rPr>
          <w:rFonts w:ascii="Consolas" w:hAnsi="Consolas"/>
          <w:b w:val="0"/>
          <w:i w:val="0"/>
          <w:sz w:val="18"/>
        </w:rPr>
        <w:t>cars.sort(reverse=True)</w:t>
      </w:r>
    </w:p>
    <w:p>
      <w:pPr>
        <w:spacing w:after="0"/>
        <w:ind w:left="360"/>
        <w:shd w:val="clear" w:color="auto" w:fill="F2F2F2"/>
      </w:pPr>
      <w:r>
        <w:rPr>
          <w:rFonts w:ascii="Consolas" w:hAnsi="Consolas"/>
          <w:b w:val="0"/>
          <w:i w:val="0"/>
          <w:sz w:val="18"/>
        </w:rPr>
        <w:t>print(cars)</w:t>
      </w:r>
    </w:p>
    <w:p>
      <w:pPr>
        <w:spacing w:after="40"/>
      </w:pPr>
    </w:p>
    <w:p>
      <w:pPr>
        <w:spacing w:after="80"/>
      </w:pPr>
      <w:r>
        <w:rPr>
          <w:b w:val="0"/>
          <w:i w:val="0"/>
        </w:rPr>
        <w:t>Một lần nữa, thứ tự của danh sách bị thay đổi vĩnh viễn:</w:t>
      </w:r>
    </w:p>
    <w:p>
      <w:pPr>
        <w:spacing w:after="80"/>
      </w:pPr>
      <w:r>
        <w:rPr>
          <w:b w:val="0"/>
          <w:i w:val="0"/>
        </w:rPr>
        <w:t>['toyota', 'subaru', 'bmw', 'audi']</w:t>
      </w:r>
    </w:p>
    <w:p>
      <w:pPr>
        <w:pStyle w:val="Heading3"/>
      </w:pPr>
      <w:r>
        <w:rPr>
          <w:rFonts w:ascii="Calibri" w:hAnsi="Calibri"/>
          <w:b/>
          <w:i w:val="0"/>
          <w:sz w:val="27"/>
        </w:rPr>
        <w:t>Sắp xếp danh sách tạm thời bằng hàm sorted()</w:t>
      </w:r>
    </w:p>
    <w:p>
      <w:pPr>
        <w:spacing w:after="80"/>
      </w:pPr>
      <w:r>
        <w:rPr>
          <w:b w:val="0"/>
          <w:i w:val="0"/>
        </w:rPr>
        <w:t xml:space="preserve">Để giữ nguyên thứ tự ban đầu của một danh sách nhưng hiển thị nó theo thứ tự đã sắp xếp, bạn có thể dùng hàm </w:t>
      </w:r>
      <w:r>
        <w:rPr>
          <w:rFonts w:ascii="Consolas" w:hAnsi="Consolas"/>
          <w:b w:val="0"/>
          <w:i w:val="0"/>
          <w:sz w:val="20"/>
        </w:rPr>
        <w:t>sorted()</w:t>
      </w:r>
      <w:r>
        <w:rPr>
          <w:b w:val="0"/>
          <w:i w:val="0"/>
        </w:rPr>
        <w:t xml:space="preserve">. Hàm </w:t>
      </w:r>
      <w:r>
        <w:rPr>
          <w:rFonts w:ascii="Consolas" w:hAnsi="Consolas"/>
          <w:b w:val="0"/>
          <w:i w:val="0"/>
          <w:sz w:val="20"/>
        </w:rPr>
        <w:t>sorted()</w:t>
      </w:r>
      <w:r>
        <w:rPr>
          <w:b w:val="0"/>
          <w:i w:val="0"/>
        </w:rPr>
        <w:t xml:space="preserve"> cho phép bạn hiển thị danh sách theo một thứ tự cụ thể, nhưng không ảnh hưởng đến thứ tự thực tế của danh sách.</w:t>
      </w:r>
    </w:p>
    <w:p>
      <w:pPr>
        <w:spacing w:after="80"/>
      </w:pPr>
      <w:r>
        <w:rPr>
          <w:b w:val="0"/>
          <w:i w:val="0"/>
        </w:rPr>
        <w:t>Hãy thử hàm này trên danh sách xe hơi.</w:t>
      </w:r>
    </w:p>
    <w:p>
      <w:pPr>
        <w:spacing w:after="0"/>
        <w:ind w:left="360"/>
        <w:shd w:val="clear" w:color="auto" w:fill="F2F2F2"/>
      </w:pPr>
      <w:r>
        <w:rPr>
          <w:rFonts w:ascii="Consolas" w:hAnsi="Consolas"/>
          <w:b w:val="0"/>
          <w:i w:val="0"/>
          <w:sz w:val="18"/>
        </w:rPr>
        <w:t>cars = ['bmw', 'audi', 'toyota', 'subaru']</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print("Here is the original list:")</w:t>
      </w:r>
    </w:p>
    <w:p>
      <w:pPr>
        <w:spacing w:after="0"/>
        <w:ind w:left="360"/>
        <w:shd w:val="clear" w:color="auto" w:fill="F2F2F2"/>
      </w:pPr>
      <w:r>
        <w:rPr>
          <w:rFonts w:ascii="Consolas" w:hAnsi="Consolas"/>
          <w:b w:val="0"/>
          <w:i w:val="0"/>
          <w:sz w:val="18"/>
        </w:rPr>
        <w:t>print(cars)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print("\nHere is the sorted list:")</w:t>
      </w:r>
    </w:p>
    <w:p>
      <w:pPr>
        <w:spacing w:after="0"/>
        <w:ind w:left="360"/>
        <w:shd w:val="clear" w:color="auto" w:fill="F2F2F2"/>
      </w:pPr>
      <w:r>
        <w:rPr>
          <w:rFonts w:ascii="Consolas" w:hAnsi="Consolas"/>
          <w:b w:val="0"/>
          <w:i w:val="0"/>
          <w:sz w:val="18"/>
        </w:rPr>
        <w:t>print(sorted(cars))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print("\nHere is the original list again:")</w:t>
      </w:r>
    </w:p>
    <w:p>
      <w:pPr>
        <w:spacing w:after="0"/>
        <w:ind w:left="360"/>
        <w:shd w:val="clear" w:color="auto" w:fill="F2F2F2"/>
      </w:pPr>
      <w:r>
        <w:rPr>
          <w:rFonts w:ascii="Consolas" w:hAnsi="Consolas"/>
          <w:b w:val="0"/>
          <w:i w:val="0"/>
          <w:sz w:val="18"/>
        </w:rPr>
        <w:t>print(cars)</w:t>
      </w:r>
    </w:p>
    <w:p>
      <w:pPr>
        <w:spacing w:after="40"/>
      </w:pPr>
    </w:p>
    <w:p>
      <w:pPr>
        <w:spacing w:after="80"/>
      </w:pPr>
      <w:r>
        <w:rPr>
          <w:b w:val="0"/>
          <w:i w:val="0"/>
        </w:rPr>
        <w:t>Đầu tiên chúng ta in danh sách theo thứ tự ban đầu ❶ rồi theo thứ tự bảng chữ cái ❷. Sau khi danh sách được hiển thị theo thứ tự mới, chúng ta cho thấy danh sách vẫn được lưu theo thứ tự ban đầu ❸:</w:t>
      </w:r>
    </w:p>
    <w:p>
      <w:pPr>
        <w:spacing w:after="0"/>
        <w:ind w:left="360"/>
        <w:shd w:val="clear" w:color="auto" w:fill="F2F2F2"/>
      </w:pPr>
      <w:r>
        <w:rPr>
          <w:rFonts w:ascii="Consolas" w:hAnsi="Consolas"/>
          <w:b w:val="0"/>
          <w:i w:val="0"/>
          <w:sz w:val="18"/>
        </w:rPr>
        <w:t>Here is the original list:</w:t>
      </w:r>
    </w:p>
    <w:p>
      <w:pPr>
        <w:spacing w:after="0"/>
        <w:ind w:left="360"/>
        <w:shd w:val="clear" w:color="auto" w:fill="F2F2F2"/>
      </w:pPr>
      <w:r>
        <w:rPr>
          <w:rFonts w:ascii="Consolas" w:hAnsi="Consolas"/>
          <w:b w:val="0"/>
          <w:i w:val="0"/>
          <w:sz w:val="18"/>
        </w:rPr>
        <w:t>['bmw', 'audi', 'toyota', 'subaru']</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Here is the sorted list:</w:t>
      </w:r>
    </w:p>
    <w:p>
      <w:pPr>
        <w:spacing w:after="0"/>
        <w:ind w:left="360"/>
        <w:shd w:val="clear" w:color="auto" w:fill="F2F2F2"/>
      </w:pPr>
      <w:r>
        <w:rPr>
          <w:rFonts w:ascii="Consolas" w:hAnsi="Consolas"/>
          <w:b w:val="0"/>
          <w:i w:val="0"/>
          <w:sz w:val="18"/>
        </w:rPr>
        <w:t>['audi', 'bmw', 'subaru', 'toyota']</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Here is the original list again:</w:t>
      </w:r>
    </w:p>
    <w:p>
      <w:pPr>
        <w:spacing w:after="0"/>
        <w:ind w:left="360"/>
        <w:shd w:val="clear" w:color="auto" w:fill="F2F2F2"/>
      </w:pPr>
      <w:r>
        <w:rPr>
          <w:rFonts w:ascii="Consolas" w:hAnsi="Consolas"/>
          <w:b w:val="0"/>
          <w:i w:val="0"/>
          <w:sz w:val="18"/>
        </w:rPr>
        <w:t>['bmw', 'audi', 'toyota', 'subaru']</w:t>
      </w:r>
    </w:p>
    <w:p>
      <w:pPr>
        <w:spacing w:after="40"/>
      </w:pPr>
    </w:p>
    <w:p>
      <w:pPr>
        <w:spacing w:after="80"/>
      </w:pPr>
      <w:r>
        <w:rPr>
          <w:b w:val="0"/>
          <w:i w:val="0"/>
        </w:rPr>
        <w:t xml:space="preserve">Lưu ý rằng danh sách vẫn tồn tại theo thứ tự ban đầu ❶ sau khi hàm </w:t>
      </w:r>
      <w:r>
        <w:rPr>
          <w:rFonts w:ascii="Consolas" w:hAnsi="Consolas"/>
          <w:b w:val="0"/>
          <w:i w:val="0"/>
          <w:sz w:val="20"/>
        </w:rPr>
        <w:t>sorted()</w:t>
      </w:r>
      <w:r>
        <w:rPr>
          <w:b w:val="0"/>
          <w:i w:val="0"/>
        </w:rPr>
        <w:t xml:space="preserve"> được dùng. Hàm </w:t>
      </w:r>
      <w:r>
        <w:rPr>
          <w:rFonts w:ascii="Consolas" w:hAnsi="Consolas"/>
          <w:b w:val="0"/>
          <w:i w:val="0"/>
          <w:sz w:val="20"/>
        </w:rPr>
        <w:t>sorted()</w:t>
      </w:r>
      <w:r>
        <w:rPr>
          <w:b w:val="0"/>
          <w:i w:val="0"/>
        </w:rPr>
        <w:t xml:space="preserve"> cũng có thể nhận đối số </w:t>
      </w:r>
      <w:r>
        <w:rPr>
          <w:rFonts w:ascii="Consolas" w:hAnsi="Consolas"/>
          <w:b w:val="0"/>
          <w:i w:val="0"/>
          <w:sz w:val="20"/>
        </w:rPr>
        <w:t>reverse=True</w:t>
      </w:r>
      <w:r>
        <w:rPr>
          <w:b w:val="0"/>
          <w:i w:val="0"/>
        </w:rPr>
        <w:t xml:space="preserve"> nếu bạn muốn hiển thị danh sách theo thứ tự bảng chữ cái ngược.</w:t>
      </w:r>
    </w:p>
    <w:p>
      <w:pPr>
        <w:spacing w:before="120" w:after="40"/>
      </w:pPr>
      <w:r>
        <w:rPr>
          <w:b/>
          <w:sz w:val="21"/>
        </w:rPr>
        <w:t>Ghi chú</w:t>
      </w:r>
    </w:p>
    <w:p>
      <w:pPr>
        <w:spacing w:after="80"/>
      </w:pPr>
      <w:r>
        <w:rPr>
          <w:b w:val="0"/>
          <w:i w:val="0"/>
        </w:rPr>
        <w:t>Sắp xếp danh sách theo thứ tự bảng chữ cái sẽ phức tạp hơn một chút khi tất cả các giá trị không phải là chữ thường. Có nhiều cách để diễn giải chữ in hoa khi xác định thứ tự sắp xếp, và việc chỉ định thứ tự chính xác có thể phức tạp hơn mức chúng ta muốn giải quyết lúc này. Tuy nhiên, hầu hết các cách tiếp cận sắp xếp đều sẽ được xây dựng trực tiếp dựa trên những gì bạn đã học trong phần này.</w:t>
      </w:r>
    </w:p>
    <w:p>
      <w:pPr>
        <w:pStyle w:val="Heading3"/>
      </w:pPr>
      <w:r>
        <w:rPr>
          <w:rFonts w:ascii="Calibri" w:hAnsi="Calibri"/>
          <w:b/>
          <w:i w:val="0"/>
          <w:sz w:val="27"/>
        </w:rPr>
        <w:t>In Danh sách theo Thứ tự Ngược</w:t>
      </w:r>
    </w:p>
    <w:p>
      <w:pPr>
        <w:spacing w:after="80"/>
      </w:pPr>
      <w:r>
        <w:rPr>
          <w:b w:val="0"/>
          <w:i w:val="0"/>
        </w:rPr>
        <w:t xml:space="preserve">Để đảo ngược thứ tự ban đầu của một danh sách, bạn có thể dùng phương thức </w:t>
      </w:r>
      <w:r>
        <w:rPr>
          <w:rFonts w:ascii="Consolas" w:hAnsi="Consolas"/>
          <w:b w:val="0"/>
          <w:i w:val="0"/>
          <w:sz w:val="20"/>
        </w:rPr>
        <w:t>reverse()</w:t>
      </w:r>
      <w:r>
        <w:rPr>
          <w:b w:val="0"/>
          <w:i w:val="0"/>
        </w:rPr>
        <w:t>. Nếu ban đầu chúng ta lưu danh sách xe hơi theo thứ tự thời gian dựa trên thời điểm chúng ta sở hữu chúng, chúng ta có thể dễ dàng sắp xếp lại danh sách theo thứ tự thời gian ngược:</w:t>
      </w:r>
    </w:p>
    <w:p>
      <w:pPr>
        <w:spacing w:after="0"/>
        <w:ind w:left="360"/>
        <w:shd w:val="clear" w:color="auto" w:fill="F2F2F2"/>
      </w:pPr>
      <w:r>
        <w:rPr>
          <w:rFonts w:ascii="Consolas" w:hAnsi="Consolas"/>
          <w:b w:val="0"/>
          <w:i w:val="0"/>
          <w:sz w:val="18"/>
        </w:rPr>
        <w:t>cars = ['bmw', 'audi', 'toyota', 'subaru']</w:t>
      </w:r>
    </w:p>
    <w:p>
      <w:pPr>
        <w:spacing w:after="0"/>
        <w:ind w:left="360"/>
        <w:shd w:val="clear" w:color="auto" w:fill="F2F2F2"/>
      </w:pPr>
      <w:r>
        <w:rPr>
          <w:rFonts w:ascii="Consolas" w:hAnsi="Consolas"/>
          <w:b w:val="0"/>
          <w:i w:val="0"/>
          <w:sz w:val="18"/>
        </w:rPr>
        <w:t>print(cars)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cars.reverse()</w:t>
      </w:r>
    </w:p>
    <w:p>
      <w:pPr>
        <w:spacing w:after="0"/>
        <w:ind w:left="360"/>
        <w:shd w:val="clear" w:color="auto" w:fill="F2F2F2"/>
      </w:pPr>
      <w:r>
        <w:rPr>
          <w:rFonts w:ascii="Consolas" w:hAnsi="Consolas"/>
          <w:b w:val="0"/>
          <w:i w:val="0"/>
          <w:sz w:val="18"/>
        </w:rPr>
        <w:t>print(cars)</w:t>
      </w:r>
    </w:p>
    <w:p>
      <w:pPr>
        <w:spacing w:after="40"/>
      </w:pPr>
    </w:p>
    <w:p>
      <w:pPr>
        <w:spacing w:after="80"/>
      </w:pPr>
      <w:r>
        <w:rPr>
          <w:b w:val="0"/>
          <w:i w:val="0"/>
        </w:rPr>
        <w:t xml:space="preserve">Lưu ý rằng </w:t>
      </w:r>
      <w:r>
        <w:rPr>
          <w:rFonts w:ascii="Consolas" w:hAnsi="Consolas"/>
          <w:b w:val="0"/>
          <w:i w:val="0"/>
          <w:sz w:val="20"/>
        </w:rPr>
        <w:t>reverse()</w:t>
      </w:r>
      <w:r>
        <w:rPr>
          <w:b w:val="0"/>
          <w:i w:val="0"/>
        </w:rPr>
        <w:t xml:space="preserve"> không sắp xếp ngược theo bảng chữ cái; nó chỉ đơn giản đảo ngược thứ tự của danh sách:</w:t>
      </w:r>
    </w:p>
    <w:p>
      <w:pPr>
        <w:spacing w:after="80"/>
      </w:pPr>
      <w:r>
        <w:rPr>
          <w:b w:val="0"/>
          <w:i w:val="0"/>
        </w:rPr>
        <w:t>['bmw', 'audi', 'toyota', 'subaru']</w:t>
      </w:r>
      <w:r>
        <w:br/>
      </w:r>
      <w:r>
        <w:rPr>
          <w:b w:val="0"/>
          <w:i w:val="0"/>
        </w:rPr>
        <w:t>['subaru', 'toyota', 'audi', 'bmw']</w:t>
      </w:r>
    </w:p>
    <w:p>
      <w:pPr>
        <w:spacing w:after="80"/>
      </w:pPr>
      <w:r>
        <w:rPr>
          <w:b w:val="0"/>
          <w:i w:val="0"/>
        </w:rPr>
        <w:t xml:space="preserve">Phương thức </w:t>
      </w:r>
      <w:r>
        <w:rPr>
          <w:rFonts w:ascii="Consolas" w:hAnsi="Consolas"/>
          <w:b w:val="0"/>
          <w:i w:val="0"/>
          <w:sz w:val="20"/>
        </w:rPr>
        <w:t>reverse()</w:t>
      </w:r>
      <w:r>
        <w:rPr>
          <w:b w:val="0"/>
          <w:i w:val="0"/>
        </w:rPr>
        <w:t xml:space="preserve"> thay đổi thứ tự của danh sách một cách vĩnh viễn, nhưng bạn có thể khôi phục về thứ tự ban đầu bất cứ lúc nào bằng cách áp dụng </w:t>
      </w:r>
      <w:r>
        <w:rPr>
          <w:rFonts w:ascii="Consolas" w:hAnsi="Consolas"/>
          <w:b w:val="0"/>
          <w:i w:val="0"/>
          <w:sz w:val="20"/>
        </w:rPr>
        <w:t>reverse()</w:t>
      </w:r>
      <w:r>
        <w:rPr>
          <w:b w:val="0"/>
          <w:i w:val="0"/>
        </w:rPr>
        <w:t xml:space="preserve"> lên cùng danh sách đó lần thứ hai.</w:t>
      </w:r>
    </w:p>
    <w:p>
      <w:pPr>
        <w:pStyle w:val="Heading3"/>
      </w:pPr>
      <w:r>
        <w:rPr>
          <w:rFonts w:ascii="Calibri" w:hAnsi="Calibri"/>
          <w:b/>
          <w:i w:val="0"/>
          <w:sz w:val="27"/>
        </w:rPr>
        <w:t>Tìm Độ dài của Danh sách</w:t>
      </w:r>
    </w:p>
    <w:p>
      <w:pPr>
        <w:spacing w:after="80"/>
      </w:pPr>
      <w:r>
        <w:rPr>
          <w:b w:val="0"/>
          <w:i w:val="0"/>
        </w:rPr>
        <w:t xml:space="preserve">Bạn có thể nhanh chóng tìm độ dài của một danh sách bằng cách dùng hàm </w:t>
      </w:r>
      <w:r>
        <w:rPr>
          <w:rFonts w:ascii="Consolas" w:hAnsi="Consolas"/>
          <w:b w:val="0"/>
          <w:i w:val="0"/>
          <w:sz w:val="20"/>
        </w:rPr>
        <w:t>len()</w:t>
      </w:r>
      <w:r>
        <w:rPr>
          <w:b w:val="0"/>
          <w:i w:val="0"/>
        </w:rPr>
        <w:t xml:space="preserve">. Danh sách trong ví dụ này có bốn mục, nên độ dài của nó là </w:t>
      </w:r>
      <w:r>
        <w:rPr>
          <w:rFonts w:ascii="Consolas" w:hAnsi="Consolas"/>
          <w:b w:val="0"/>
          <w:i w:val="0"/>
          <w:sz w:val="20"/>
        </w:rPr>
        <w:t>4</w:t>
      </w:r>
      <w:r>
        <w:rPr>
          <w:b w:val="0"/>
          <w:i w:val="0"/>
        </w:rPr>
        <w: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cars = ['bmw', 'audi', 'toyota', 'subaru']</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len(cars)</w:t>
      </w:r>
    </w:p>
    <w:p>
      <w:pPr>
        <w:spacing w:after="0"/>
        <w:ind w:left="360"/>
        <w:shd w:val="clear" w:color="auto" w:fill="F2F2F2"/>
      </w:pPr>
      <w:r>
        <w:rPr>
          <w:rFonts w:ascii="Consolas" w:hAnsi="Consolas"/>
          <w:b w:val="0"/>
          <w:i w:val="0"/>
          <w:sz w:val="18"/>
        </w:rPr>
        <w:t>4</w:t>
      </w:r>
    </w:p>
    <w:p>
      <w:pPr>
        <w:spacing w:after="40"/>
      </w:pPr>
    </w:p>
    <w:p>
      <w:pPr>
        <w:spacing w:after="80"/>
      </w:pPr>
      <w:r>
        <w:rPr>
          <w:b w:val="0"/>
          <w:i w:val="0"/>
        </w:rPr>
        <w:t xml:space="preserve">Bạn sẽ thấy </w:t>
      </w:r>
      <w:r>
        <w:rPr>
          <w:rFonts w:ascii="Consolas" w:hAnsi="Consolas"/>
          <w:b w:val="0"/>
          <w:i w:val="0"/>
          <w:sz w:val="20"/>
        </w:rPr>
        <w:t>len()</w:t>
      </w:r>
      <w:r>
        <w:rPr>
          <w:b w:val="0"/>
          <w:i w:val="0"/>
        </w:rPr>
        <w:t xml:space="preserve"> hữu ích khi cần xác định số lượng người ngoài hành tinh vẫn còn phải bắn hạ trong một trò chơi, xác định lượng dữ liệu bạn phải quản lý trong một hình ảnh trực quan hóa, hoặc tìm ra số lượng người dùng đã đăng ký trên một trang web, cùng nhiều tác vụ khác.</w:t>
      </w:r>
    </w:p>
    <w:p>
      <w:pPr>
        <w:spacing w:before="120" w:after="40"/>
      </w:pPr>
      <w:r>
        <w:rPr>
          <w:b/>
          <w:sz w:val="21"/>
        </w:rPr>
        <w:t>Ghi chú</w:t>
      </w:r>
    </w:p>
    <w:p>
      <w:pPr>
        <w:spacing w:after="80"/>
      </w:pPr>
      <w:r>
        <w:rPr>
          <w:b w:val="0"/>
          <w:i w:val="0"/>
        </w:rPr>
        <w:t>Python đếm các phần tử trong danh sách (list) bắt đầu từ một, nên bạn sẽ không gặp lỗi lệch một đơn vị (off-by-one) khi xác định độ dài của danh sách.</w:t>
      </w:r>
    </w:p>
    <w:p>
      <w:pPr>
        <w:spacing w:before="120" w:after="40"/>
      </w:pPr>
      <w:r>
        <w:rPr>
          <w:b/>
          <w:sz w:val="21"/>
        </w:rPr>
        <w:t>Tự thực hành</w:t>
      </w:r>
    </w:p>
    <w:p>
      <w:pPr>
        <w:spacing w:after="80"/>
      </w:pPr>
      <w:r>
        <w:rPr>
          <w:b/>
          <w:i w:val="0"/>
        </w:rPr>
        <w:t>3-8. Ngắm nhìn thế giới:</w:t>
      </w:r>
      <w:r>
        <w:rPr>
          <w:b w:val="0"/>
          <w:i w:val="0"/>
        </w:rPr>
        <w:t xml:space="preserve"> Hãy nghĩ đến ít nhất năm địa điểm trên thế giới mà bạn muốn đến thăm.</w:t>
      </w:r>
    </w:p>
    <w:p>
      <w:pPr>
        <w:spacing w:after="80"/>
        <w:ind w:left="360"/>
      </w:pPr>
      <w:r>
        <w:t xml:space="preserve">• </w:t>
      </w:r>
      <w:r>
        <w:rPr>
          <w:b w:val="0"/>
          <w:i w:val="0"/>
        </w:rPr>
        <w:t>Lưu các địa điểm đó vào một danh sách. Đảm bảo danh sách không theo thứ tự bảng chữ cái.</w:t>
      </w:r>
    </w:p>
    <w:p>
      <w:pPr>
        <w:spacing w:after="80"/>
        <w:ind w:left="360"/>
      </w:pPr>
      <w:r>
        <w:t xml:space="preserve">• </w:t>
      </w:r>
      <w:r>
        <w:rPr>
          <w:b w:val="0"/>
          <w:i w:val="0"/>
        </w:rPr>
        <w:t>In danh sách theo thứ tự ban đầu. Đừng lo về việc in danh sách cho gọn gàng; chỉ cần in nó như một danh sách Python thô.</w:t>
      </w:r>
    </w:p>
    <w:p>
      <w:pPr>
        <w:spacing w:after="80"/>
        <w:ind w:left="360"/>
      </w:pPr>
      <w:r>
        <w:t xml:space="preserve">• </w:t>
      </w:r>
      <w:r>
        <w:rPr>
          <w:b w:val="0"/>
          <w:i w:val="0"/>
        </w:rPr>
        <w:t xml:space="preserve">Dùng </w:t>
      </w:r>
      <w:r>
        <w:rPr>
          <w:rFonts w:ascii="Consolas" w:hAnsi="Consolas"/>
          <w:b w:val="0"/>
          <w:i w:val="0"/>
          <w:sz w:val="20"/>
        </w:rPr>
        <w:t>sorted()</w:t>
      </w:r>
      <w:r>
        <w:rPr>
          <w:b w:val="0"/>
          <w:i w:val="0"/>
        </w:rPr>
        <w:t xml:space="preserve"> để in danh sách theo thứ tự bảng chữ cái mà không thay đổi danh sách thực tế.</w:t>
      </w:r>
    </w:p>
    <w:p>
      <w:pPr>
        <w:spacing w:after="80"/>
        <w:ind w:left="360"/>
      </w:pPr>
      <w:r>
        <w:t xml:space="preserve">• </w:t>
      </w:r>
      <w:r>
        <w:rPr>
          <w:b w:val="0"/>
          <w:i w:val="0"/>
        </w:rPr>
        <w:t>Cho thấy danh sách vẫn theo thứ tự ban đầu bằng cách in nó ra.</w:t>
      </w:r>
    </w:p>
    <w:p>
      <w:pPr>
        <w:spacing w:after="80"/>
        <w:ind w:left="360"/>
      </w:pPr>
      <w:r>
        <w:t xml:space="preserve">• </w:t>
      </w:r>
      <w:r>
        <w:rPr>
          <w:b w:val="0"/>
          <w:i w:val="0"/>
        </w:rPr>
        <w:t xml:space="preserve">Dùng </w:t>
      </w:r>
      <w:r>
        <w:rPr>
          <w:rFonts w:ascii="Consolas" w:hAnsi="Consolas"/>
          <w:b w:val="0"/>
          <w:i w:val="0"/>
          <w:sz w:val="20"/>
        </w:rPr>
        <w:t>sorted()</w:t>
      </w:r>
      <w:r>
        <w:rPr>
          <w:b w:val="0"/>
          <w:i w:val="0"/>
        </w:rPr>
        <w:t xml:space="preserve"> để in danh sách theo thứ tự bảng chữ cái ngược mà không thay đổi thứ tự của danh sách gốc.</w:t>
      </w:r>
    </w:p>
    <w:p>
      <w:pPr>
        <w:spacing w:after="80"/>
        <w:ind w:left="360"/>
      </w:pPr>
      <w:r>
        <w:t xml:space="preserve">• </w:t>
      </w:r>
      <w:r>
        <w:rPr>
          <w:b w:val="0"/>
          <w:i w:val="0"/>
        </w:rPr>
        <w:t>Cho thấy danh sách vẫn theo thứ tự ban đầu bằng cách in nó ra lần nữa.</w:t>
      </w:r>
    </w:p>
    <w:p>
      <w:pPr>
        <w:spacing w:after="80"/>
        <w:ind w:left="360"/>
      </w:pPr>
      <w:r>
        <w:t xml:space="preserve">• </w:t>
      </w:r>
      <w:r>
        <w:rPr>
          <w:b w:val="0"/>
          <w:i w:val="0"/>
        </w:rPr>
        <w:t xml:space="preserve">Dùng </w:t>
      </w:r>
      <w:r>
        <w:rPr>
          <w:rFonts w:ascii="Consolas" w:hAnsi="Consolas"/>
          <w:b w:val="0"/>
          <w:i w:val="0"/>
          <w:sz w:val="20"/>
        </w:rPr>
        <w:t>reverse()</w:t>
      </w:r>
      <w:r>
        <w:rPr>
          <w:b w:val="0"/>
          <w:i w:val="0"/>
        </w:rPr>
        <w:t xml:space="preserve"> để thay đổi thứ tự của danh sách. In danh sách ra để cho thấy thứ tự đã thay đổi.</w:t>
      </w:r>
    </w:p>
    <w:p>
      <w:pPr>
        <w:spacing w:after="80"/>
        <w:ind w:left="360"/>
      </w:pPr>
      <w:r>
        <w:t xml:space="preserve">• </w:t>
      </w:r>
      <w:r>
        <w:rPr>
          <w:b w:val="0"/>
          <w:i w:val="0"/>
        </w:rPr>
        <w:t xml:space="preserve">Dùng </w:t>
      </w:r>
      <w:r>
        <w:rPr>
          <w:rFonts w:ascii="Consolas" w:hAnsi="Consolas"/>
          <w:b w:val="0"/>
          <w:i w:val="0"/>
          <w:sz w:val="20"/>
        </w:rPr>
        <w:t>reverse()</w:t>
      </w:r>
      <w:r>
        <w:rPr>
          <w:b w:val="0"/>
          <w:i w:val="0"/>
        </w:rPr>
        <w:t xml:space="preserve"> để thay đổi thứ tự của danh sách lần nữa. In danh sách ra để cho thấy nó đã trở về thứ tự ban đầu.</w:t>
      </w:r>
    </w:p>
    <w:p>
      <w:pPr>
        <w:spacing w:after="80"/>
        <w:ind w:left="360"/>
      </w:pPr>
      <w:r>
        <w:t xml:space="preserve">• </w:t>
      </w:r>
      <w:r>
        <w:rPr>
          <w:b w:val="0"/>
          <w:i w:val="0"/>
        </w:rPr>
        <w:t xml:space="preserve">Dùng </w:t>
      </w:r>
      <w:r>
        <w:rPr>
          <w:rFonts w:ascii="Consolas" w:hAnsi="Consolas"/>
          <w:b w:val="0"/>
          <w:i w:val="0"/>
          <w:sz w:val="20"/>
        </w:rPr>
        <w:t>sort()</w:t>
      </w:r>
      <w:r>
        <w:rPr>
          <w:b w:val="0"/>
          <w:i w:val="0"/>
        </w:rPr>
        <w:t xml:space="preserve"> để thay đổi danh sách sao cho nó được lưu theo thứ tự bảng chữ cái. In danh sách ra để cho thấy thứ tự đã được thay đổi.</w:t>
      </w:r>
    </w:p>
    <w:p>
      <w:pPr>
        <w:spacing w:after="80"/>
        <w:ind w:left="360"/>
      </w:pPr>
      <w:r>
        <w:t xml:space="preserve">• </w:t>
      </w:r>
      <w:r>
        <w:rPr>
          <w:b w:val="0"/>
          <w:i w:val="0"/>
        </w:rPr>
        <w:t xml:space="preserve">Dùng </w:t>
      </w:r>
      <w:r>
        <w:rPr>
          <w:rFonts w:ascii="Consolas" w:hAnsi="Consolas"/>
          <w:b w:val="0"/>
          <w:i w:val="0"/>
          <w:sz w:val="20"/>
        </w:rPr>
        <w:t>sort()</w:t>
      </w:r>
      <w:r>
        <w:rPr>
          <w:b w:val="0"/>
          <w:i w:val="0"/>
        </w:rPr>
        <w:t xml:space="preserve"> để thay đổi danh sách sao cho nó được lưu theo thứ tự bảng chữ cái ngược. In danh sách ra để cho thấy thứ tự đã thay đổi.</w:t>
      </w:r>
    </w:p>
    <w:p>
      <w:pPr>
        <w:spacing w:after="80"/>
      </w:pPr>
      <w:r>
        <w:rPr>
          <w:b/>
          <w:i w:val="0"/>
        </w:rPr>
        <w:t>3-9. Khách dự tiệc:</w:t>
      </w:r>
      <w:r>
        <w:rPr>
          <w:b w:val="0"/>
          <w:i w:val="0"/>
        </w:rPr>
        <w:t xml:space="preserve"> Làm việc với một trong các chương trình từ Bài tập 3-4 đến 3-7 (trang 41–42), dùng </w:t>
      </w:r>
      <w:r>
        <w:rPr>
          <w:rFonts w:ascii="Consolas" w:hAnsi="Consolas"/>
          <w:b w:val="0"/>
          <w:i w:val="0"/>
          <w:sz w:val="20"/>
        </w:rPr>
        <w:t>len()</w:t>
      </w:r>
      <w:r>
        <w:rPr>
          <w:b w:val="0"/>
          <w:i w:val="0"/>
        </w:rPr>
        <w:t xml:space="preserve"> để in một thông báo cho biết số người bạn đang mời đến bữa tối.</w:t>
      </w:r>
    </w:p>
    <w:p>
      <w:pPr>
        <w:spacing w:after="80"/>
      </w:pPr>
      <w:r>
        <w:rPr>
          <w:b/>
          <w:i w:val="0"/>
        </w:rPr>
        <w:t>3-10. Mọi hàm:</w:t>
      </w:r>
      <w:r>
        <w:rPr>
          <w:b w:val="0"/>
          <w:i w:val="0"/>
        </w:rPr>
        <w:t xml:space="preserve"> Hãy nghĩ về những thứ bạn có thể lưu trong một danh sách. Ví dụ, bạn có thể tạo một danh sách các ngọn núi, dòng sông, quốc gia, thành phố, ngôn ngữ, hoặc bất cứ thứ gì khác mà bạn thích. Viết một chương trình tạo một danh sách chứa những mục này và sau đó sử dụng mỗi hàm được giới thiệu trong chương này ít nhất một lần.</w:t>
      </w:r>
    </w:p>
    <w:p>
      <w:pPr>
        <w:pStyle w:val="Heading2"/>
      </w:pPr>
      <w:r>
        <w:rPr>
          <w:rFonts w:ascii="Calibri" w:hAnsi="Calibri"/>
          <w:b/>
          <w:i w:val="0"/>
          <w:sz w:val="32"/>
        </w:rPr>
        <w:t>Tránh lỗi chỉ mục khi làm việc với danh sách</w:t>
      </w:r>
    </w:p>
    <w:p>
      <w:pPr>
        <w:spacing w:after="80"/>
      </w:pPr>
      <w:r>
        <w:rPr>
          <w:b w:val="0"/>
          <w:i w:val="0"/>
        </w:rPr>
        <w:t>Có một loại lỗi thường gặp khi bạn mới làm việc với danh sách. Giả sử bạn có một danh sách gồm ba mục, và bạn yêu cầu mục thứ tư:</w:t>
      </w:r>
    </w:p>
    <w:p>
      <w:pPr>
        <w:spacing w:after="80"/>
      </w:pPr>
      <w:r>
        <w:rPr>
          <w:b w:val="0"/>
          <w:i w:val="0"/>
        </w:rPr>
        <w:t>motorcycles.py</w:t>
      </w:r>
    </w:p>
    <w:p>
      <w:pPr>
        <w:spacing w:after="80"/>
      </w:pPr>
      <w:r>
        <w:rPr>
          <w:b w:val="0"/>
          <w:i w:val="0"/>
        </w:rPr>
        <w:t>motorcycles = ['honda', 'yamaha', 'suzuki']</w:t>
      </w:r>
      <w:r>
        <w:br/>
      </w:r>
      <w:r>
        <w:rPr>
          <w:b w:val="0"/>
          <w:i w:val="0"/>
        </w:rPr>
        <w:t>print(motorcycles[3])</w:t>
      </w:r>
    </w:p>
    <w:p>
      <w:pPr>
        <w:spacing w:after="80"/>
      </w:pPr>
      <w:r>
        <w:rPr>
          <w:b w:val="0"/>
          <w:i w:val="0"/>
        </w:rPr>
        <w:t xml:space="preserve">Ví dụ này dẫn đến một </w:t>
      </w:r>
      <w:r>
        <w:rPr>
          <w:b w:val="0"/>
          <w:i/>
        </w:rPr>
        <w:t>lỗi chỉ mục</w:t>
      </w:r>
      <w:r>
        <w:rPr>
          <w:b w:val="0"/>
          <w:i w:val="0"/>
        </w:rPr>
        <w:t xml:space="preserve"> (index error):</w:t>
      </w:r>
    </w:p>
    <w:p>
      <w:pPr>
        <w:spacing w:after="80"/>
      </w:pPr>
      <w:r>
        <w:rPr>
          <w:b w:val="0"/>
          <w:i w:val="0"/>
        </w:rPr>
        <w:t>Traceback (most recent call last):</w:t>
      </w:r>
      <w:r>
        <w:br/>
      </w:r>
      <w:r>
        <w:rPr>
          <w:b w:val="0"/>
          <w:i w:val="0"/>
        </w:rPr>
        <w:t xml:space="preserve">  File "motorcycles.py", line 2, in &lt;module&gt;</w:t>
      </w:r>
      <w:r>
        <w:br/>
      </w:r>
      <w:r>
        <w:rPr>
          <w:b w:val="0"/>
          <w:i w:val="0"/>
        </w:rPr>
        <w:t xml:space="preserve">    print(motorcycles[3])</w:t>
      </w:r>
      <w:r>
        <w:br/>
      </w:r>
      <w:r>
        <w:rPr>
          <w:b w:val="0"/>
          <w:i w:val="0"/>
        </w:rPr>
        <w:t xml:space="preserve">          ~~~~~~~~~~~^^^</w:t>
      </w:r>
      <w:r>
        <w:br/>
      </w:r>
      <w:r>
        <w:rPr>
          <w:b w:val="0"/>
          <w:i w:val="0"/>
        </w:rPr>
        <w:t>IndexError: list index out of range</w:t>
      </w:r>
    </w:p>
    <w:p>
      <w:pPr>
        <w:spacing w:after="80"/>
      </w:pPr>
      <w:r>
        <w:rPr>
          <w:b w:val="0"/>
          <w:i w:val="0"/>
        </w:rPr>
        <w:t xml:space="preserve">Python cố gắng đưa cho bạn mục tại chỉ mục 3. Nhưng khi nó tìm kiếm trong danh sách, không có mục nào trong </w:t>
      </w:r>
      <w:r>
        <w:rPr>
          <w:rFonts w:ascii="Consolas" w:hAnsi="Consolas"/>
          <w:b w:val="0"/>
          <w:i w:val="0"/>
          <w:sz w:val="20"/>
        </w:rPr>
        <w:t>motorcycles</w:t>
      </w:r>
      <w:r>
        <w:rPr>
          <w:b w:val="0"/>
          <w:i w:val="0"/>
        </w:rPr>
        <w:t xml:space="preserve"> có chỉ mục là 3. Do tính chất lệch một đơn vị (off-by-one) của việc đánh chỉ mục trong danh sách, lỗi này rất điển hình. Mọi người nghĩ mục thứ ba là mục số 3, vì họ bắt đầu đếm từ 1. Nhưng trong Python, mục thứ ba là số 2, vì nó bắt đầu đánh chỉ mục từ 0.</w:t>
      </w:r>
    </w:p>
    <w:p>
      <w:pPr>
        <w:spacing w:after="80"/>
      </w:pPr>
      <w:r>
        <w:rPr>
          <w:b w:val="0"/>
          <w:i w:val="0"/>
        </w:rPr>
        <w:t>Lỗi chỉ mục nghĩa là Python không thể tìm thấy một mục tại chỉ mục mà bạn yêu cầu. Nếu lỗi chỉ mục xảy ra trong chương trình của bạn, hãy thử điều chỉnh chỉ mục bạn đang yêu cầu thêm hoặc bớt một đơn vị. Sau đó chạy lại chương trình để xem kết quả có đúng không.</w:t>
      </w:r>
    </w:p>
    <w:p>
      <w:pPr>
        <w:spacing w:after="80"/>
      </w:pPr>
      <w:r>
        <w:rPr>
          <w:b w:val="0"/>
          <w:i w:val="0"/>
        </w:rPr>
        <w:t xml:space="preserve">Hãy nhớ rằng bất cứ khi nào bạn muốn truy cập mục cuối cùng trong một danh sách, bạn nên dùng chỉ mục </w:t>
      </w:r>
      <w:r>
        <w:rPr>
          <w:rFonts w:ascii="Consolas" w:hAnsi="Consolas"/>
          <w:b w:val="0"/>
          <w:i w:val="0"/>
          <w:sz w:val="20"/>
        </w:rPr>
        <w:t>-1</w:t>
      </w:r>
      <w:r>
        <w:rPr>
          <w:b w:val="0"/>
          <w:i w:val="0"/>
        </w:rPr>
        <w:t>. Cách này sẽ luôn hoạt động, ngay cả khi danh sách của bạn đã thay đổi kích thước kể từ lần cuối bạn truy cập nó:</w:t>
      </w:r>
    </w:p>
    <w:p>
      <w:pPr>
        <w:spacing w:after="0"/>
        <w:ind w:left="360"/>
        <w:shd w:val="clear" w:color="auto" w:fill="F2F2F2"/>
      </w:pPr>
      <w:r>
        <w:rPr>
          <w:rFonts w:ascii="Consolas" w:hAnsi="Consolas"/>
          <w:b w:val="0"/>
          <w:i w:val="0"/>
          <w:sz w:val="18"/>
        </w:rPr>
        <w:t>motorcycles = ['honda', 'yamaha', 'suzuki']</w:t>
      </w:r>
    </w:p>
    <w:p>
      <w:pPr>
        <w:spacing w:after="0"/>
        <w:ind w:left="360"/>
        <w:shd w:val="clear" w:color="auto" w:fill="F2F2F2"/>
      </w:pPr>
      <w:r>
        <w:rPr>
          <w:rFonts w:ascii="Consolas" w:hAnsi="Consolas"/>
          <w:b w:val="0"/>
          <w:i w:val="0"/>
          <w:sz w:val="18"/>
        </w:rPr>
        <w:t>print(motorcycles[-1])</w:t>
      </w:r>
    </w:p>
    <w:p>
      <w:pPr>
        <w:spacing w:after="40"/>
      </w:pPr>
    </w:p>
    <w:p>
      <w:pPr>
        <w:spacing w:after="80"/>
      </w:pPr>
      <w:r>
        <w:rPr>
          <w:b w:val="0"/>
          <w:i w:val="0"/>
        </w:rPr>
        <w:t xml:space="preserve">Chỉ mục </w:t>
      </w:r>
      <w:r>
        <w:rPr>
          <w:rFonts w:ascii="Consolas" w:hAnsi="Consolas"/>
          <w:b w:val="0"/>
          <w:i w:val="0"/>
          <w:sz w:val="20"/>
        </w:rPr>
        <w:t>-1</w:t>
      </w:r>
      <w:r>
        <w:rPr>
          <w:b w:val="0"/>
          <w:i w:val="0"/>
        </w:rPr>
        <w:t xml:space="preserve"> luôn trả về mục cuối cùng trong một danh sách, trong trường hợp này là giá trị </w:t>
      </w:r>
      <w:r>
        <w:rPr>
          <w:rFonts w:ascii="Consolas" w:hAnsi="Consolas"/>
          <w:b w:val="0"/>
          <w:i w:val="0"/>
          <w:sz w:val="20"/>
        </w:rPr>
        <w:t>'suzuki'</w:t>
      </w:r>
      <w:r>
        <w:rPr>
          <w:b w:val="0"/>
          <w:i w:val="0"/>
        </w:rPr>
        <w:t>:</w:t>
      </w:r>
    </w:p>
    <w:p>
      <w:pPr>
        <w:spacing w:after="80"/>
      </w:pPr>
      <w:r>
        <w:rPr>
          <w:b w:val="0"/>
          <w:i w:val="0"/>
        </w:rPr>
        <w:t>suzuki</w:t>
      </w:r>
    </w:p>
    <w:p>
      <w:pPr>
        <w:spacing w:after="80"/>
      </w:pPr>
      <w:r>
        <w:rPr>
          <w:b w:val="0"/>
          <w:i w:val="0"/>
        </w:rPr>
        <w:t>Lần duy nhất cách này gây ra lỗi là khi bạn yêu cầu mục cuối cùng từ một danh sách rỗng:</w:t>
      </w:r>
    </w:p>
    <w:p>
      <w:pPr>
        <w:spacing w:after="80"/>
      </w:pPr>
      <w:r>
        <w:rPr>
          <w:b w:val="0"/>
          <w:i w:val="0"/>
        </w:rPr>
        <w:t>motorcycles = []</w:t>
      </w:r>
      <w:r>
        <w:br/>
      </w:r>
      <w:r>
        <w:rPr>
          <w:b w:val="0"/>
          <w:i w:val="0"/>
        </w:rPr>
        <w:t>print(motorcycles[-1])</w:t>
      </w:r>
    </w:p>
    <w:p>
      <w:pPr>
        <w:spacing w:after="80"/>
      </w:pPr>
      <w:r>
        <w:rPr>
          <w:b w:val="0"/>
          <w:i w:val="0"/>
        </w:rPr>
        <w:t xml:space="preserve">Không có phần tử nào trong </w:t>
      </w:r>
      <w:r>
        <w:rPr>
          <w:rFonts w:ascii="Consolas" w:hAnsi="Consolas"/>
          <w:b w:val="0"/>
          <w:i w:val="0"/>
          <w:sz w:val="20"/>
        </w:rPr>
        <w:t>motorcycles</w:t>
      </w:r>
      <w:r>
        <w:rPr>
          <w:b w:val="0"/>
          <w:i w:val="0"/>
        </w:rPr>
        <w:t>, nên Python trả về một lỗi chỉ mục (index error) khác:</w:t>
      </w:r>
    </w:p>
    <w:p>
      <w:pPr>
        <w:spacing w:after="80"/>
      </w:pPr>
      <w:r>
        <w:rPr>
          <w:b w:val="0"/>
          <w:i w:val="0"/>
        </w:rPr>
        <w:t>Traceback (most recent call last):</w:t>
      </w:r>
      <w:r>
        <w:br/>
      </w:r>
      <w:r>
        <w:rPr>
          <w:b w:val="0"/>
          <w:i w:val="0"/>
        </w:rPr>
        <w:t xml:space="preserve">  File "motorcyles.py", line 3, in &lt;module&gt;</w:t>
      </w:r>
      <w:r>
        <w:br/>
      </w:r>
      <w:r>
        <w:rPr>
          <w:b w:val="0"/>
          <w:i w:val="0"/>
        </w:rPr>
        <w:t xml:space="preserve">    print(motorcycles[-1])</w:t>
      </w:r>
      <w:r>
        <w:br/>
      </w:r>
      <w:r>
        <w:rPr>
          <w:b w:val="0"/>
          <w:i w:val="0"/>
        </w:rPr>
        <w:t xml:space="preserve">          ~~~~~~~~~~~^^^^</w:t>
      </w:r>
      <w:r>
        <w:br/>
      </w:r>
      <w:r>
        <w:rPr>
          <w:b w:val="0"/>
          <w:i w:val="0"/>
        </w:rPr>
        <w:t>IndexError: list index out of range</w:t>
      </w:r>
    </w:p>
    <w:p>
      <w:pPr>
        <w:spacing w:after="80"/>
      </w:pPr>
      <w:r>
        <w:rPr>
          <w:b w:val="0"/>
          <w:i w:val="0"/>
        </w:rPr>
        <w:t>Nếu gặp lỗi chỉ mục mà bạn không biết cách khắc phục, hãy thử in danh sách của bạn ra hoặc chỉ in độ dài của danh sách. Danh sách của bạn có thể trông khác hẳn so với những gì bạn nghĩ, đặc biệt nếu nó được chương trình quản lý một cách linh động. Việc xem danh sách thực tế, hoặc số lượng phần tử chính xác trong danh sách, có thể giúp bạn gỡ rối những lỗi logic như vậy.</w:t>
      </w:r>
    </w:p>
    <w:p>
      <w:pPr>
        <w:spacing w:before="120" w:after="40"/>
      </w:pPr>
      <w:r>
        <w:rPr>
          <w:b/>
          <w:sz w:val="21"/>
        </w:rPr>
        <w:t>Tự thực hành</w:t>
      </w:r>
    </w:p>
    <w:p>
      <w:pPr>
        <w:spacing w:after="80"/>
      </w:pPr>
      <w:r>
        <w:rPr>
          <w:b/>
          <w:i w:val="0"/>
        </w:rPr>
        <w:t>3-11. Lỗi cố ý:</w:t>
      </w:r>
      <w:r>
        <w:rPr>
          <w:b w:val="0"/>
          <w:i w:val="0"/>
        </w:rPr>
        <w:t xml:space="preserve"> Nếu bạn chưa từng gặp lỗi chỉ mục trong một chương trình nào của mình, hãy thử tạo ra một lỗi như vậy. Thay đổi một chỉ mục trong một chương trình của bạn để tạo ra lỗi chỉ mục. Nhớ sửa lại lỗi trước khi đóng chương trình.</w:t>
      </w:r>
    </w:p>
    <w:p>
      <w:pPr>
        <w:pStyle w:val="Heading2"/>
      </w:pPr>
      <w:r>
        <w:rPr>
          <w:rFonts w:ascii="Calibri" w:hAnsi="Calibri"/>
          <w:b/>
          <w:i w:val="0"/>
          <w:sz w:val="32"/>
        </w:rPr>
        <w:t>Tóm tắt</w:t>
      </w:r>
    </w:p>
    <w:p>
      <w:pPr>
        <w:spacing w:after="80"/>
      </w:pPr>
      <w:r>
        <w:rPr>
          <w:b w:val="0"/>
          <w:i w:val="0"/>
        </w:rPr>
        <w:t>Trong chương này, bạn đã học danh sách là gì và cách làm việc với từng phần tử riêng lẻ trong danh sách. Bạn đã học cách định nghĩa một danh sách và cách thêm, xóa các phần tử. Bạn đã học cách sắp xếp danh sách vĩnh viễn và tạm thời để hiển thị. Bạn cũng đã học cách tìm độ dài của một danh sách và cách tránh lỗi chỉ mục khi làm việc với danh sách.</w:t>
      </w:r>
    </w:p>
    <w:p>
      <w:pPr>
        <w:spacing w:after="80"/>
      </w:pPr>
      <w:r>
        <w:rPr>
          <w:b w:val="0"/>
          <w:i w:val="0"/>
        </w:rPr>
        <w:t>Trong Chương 4, bạn sẽ học cách làm việc với các phần tử trong danh sách hiệu quả hơn. Bằng cách lặp qua từng phần tử trong danh sách chỉ với vài dòng code, bạn sẽ có thể làm việc hiệu quả, ngay cả khi danh sách của bạn chứa hàng nghìn hay hàng triệu phần tử.</w:t>
      </w:r>
    </w:p>
    <w:p>
      <w:pPr>
        <w:pStyle w:val="Heading1"/>
      </w:pPr>
      <w:r>
        <w:rPr>
          <w:rFonts w:ascii="Calibri" w:hAnsi="Calibri"/>
          <w:b/>
          <w:i w:val="0"/>
          <w:sz w:val="38"/>
        </w:rPr>
        <w:t>4</w:t>
      </w:r>
      <w:r>
        <w:rPr>
          <w:rFonts w:ascii="Calibri" w:hAnsi="Calibri"/>
          <w:b/>
          <w:i w:val="0"/>
          <w:sz w:val="38"/>
        </w:rPr>
      </w:r>
      <w:r>
        <w:rPr>
          <w:rFonts w:ascii="Calibri" w:hAnsi="Calibri"/>
          <w:b/>
          <w:i w:val="0"/>
          <w:sz w:val="38"/>
        </w:rPr>
        <w:t>Làm việc với danh sách</w:t>
      </w:r>
    </w:p>
    <w:p>
      <w:pPr>
        <w:jc w:val="center"/>
      </w:pPr>
      <w:r>
        <w:drawing>
          <wp:inline xmlns:a="http://schemas.openxmlformats.org/drawingml/2006/main" xmlns:pic="http://schemas.openxmlformats.org/drawingml/2006/picture">
            <wp:extent cx="3867150" cy="3867150"/>
            <wp:docPr id="9" name="Picture 9"/>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3, bạn đã học cách tạo một danh sách đơn giản, và bạn đã học cách làm việc với từng phần tử riêng lẻ trong danh sách. Trong chương này, bạn sẽ học cách lặp qua toàn bộ một danh sách chỉ với vài dòng code, bất kể danh sách dài bao nhiêu. </w:t>
      </w:r>
      <w:r>
        <w:rPr>
          <w:b w:val="0"/>
          <w:i/>
        </w:rPr>
        <w:t>Việc lặp</w:t>
      </w:r>
      <w:r>
        <w:rPr>
          <w:b w:val="0"/>
          <w:i w:val="0"/>
        </w:rPr>
        <w:t xml:space="preserve"> cho phép bạn thực hiện cùng một hành động, hoặc một nhóm hành động, với mọi phần tử trong danh sách. Nhờ đó, bạn sẽ có thể làm việc hiệu quả với danh sách có độ dài bất kỳ, kể cả những danh sách có hàng nghìn hay thậm chí hàng triệu phần tử.</w:t>
      </w:r>
    </w:p>
    <w:p>
      <w:pPr>
        <w:pStyle w:val="Heading2"/>
      </w:pPr>
      <w:r>
        <w:rPr>
          <w:rFonts w:ascii="Calibri" w:hAnsi="Calibri"/>
          <w:b/>
          <w:i w:val="0"/>
          <w:sz w:val="32"/>
        </w:rPr>
        <w:t>Lặp qua toàn bộ một danh sách</w:t>
      </w:r>
    </w:p>
    <w:p>
      <w:pPr>
        <w:spacing w:after="80"/>
      </w:pPr>
      <w:r>
        <w:rPr>
          <w:b w:val="0"/>
          <w:i w:val="0"/>
        </w:rPr>
        <w:t xml:space="preserve">Bạn sẽ thường muốn chạy qua tất cả các mục trong một danh sách, thực hiện cùng một tác vụ với mỗi phần tử. Ví dụ, trong một trò chơi, bạn có thể muốn di chuyển mọi phần tử trên màn hình đi cùng một khoảng cách. Trong một danh sách số, bạn có thể muốn thực hiện cùng một phép tính thống kê trên mọi phần tử. Hoặc có thể bạn muốn hiển thị từng tiêu đề từ một danh sách bài viết trên một trang web. Khi bạn muốn làm cùng một hành động với mọi phần tử trong danh sách, bạn có thể dùng vòng lặp </w:t>
      </w:r>
      <w:r>
        <w:rPr>
          <w:rFonts w:ascii="Consolas" w:hAnsi="Consolas"/>
          <w:b w:val="0"/>
          <w:i w:val="0"/>
          <w:sz w:val="20"/>
        </w:rPr>
        <w:t>for</w:t>
      </w:r>
      <w:r>
        <w:rPr>
          <w:b w:val="0"/>
          <w:i w:val="0"/>
        </w:rPr>
        <w:t xml:space="preserve"> của Python.</w:t>
      </w:r>
    </w:p>
    <w:p>
      <w:pPr>
        <w:spacing w:after="80"/>
      </w:pPr>
      <w:r>
        <w:rPr>
          <w:b w:val="0"/>
          <w:i w:val="0"/>
        </w:rPr>
        <w:t xml:space="preserve">Giả sử ta có một danh sách tên các nhà ảo thuật, và ta muốn in ra từng cái tên trong danh sách. Ta có thể làm điều này bằng cách lấy từng cái tên ra khỏi danh sách một cách riêng lẻ, nhưng cách làm này có thể gây ra vài vấn đề. Thứ nhất, sẽ rất lặp đi lặp lại khi làm như vậy với một danh sách tên dài. Ngoài ra, ta sẽ phải thay đổi code mỗi khi độ dài của danh sách thay đổi. Dùng vòng lặp </w:t>
      </w:r>
      <w:r>
        <w:rPr>
          <w:rFonts w:ascii="Consolas" w:hAnsi="Consolas"/>
          <w:b w:val="0"/>
          <w:i w:val="0"/>
          <w:sz w:val="20"/>
        </w:rPr>
        <w:t>for</w:t>
      </w:r>
      <w:r>
        <w:rPr>
          <w:b w:val="0"/>
          <w:i w:val="0"/>
        </w:rPr>
        <w:t xml:space="preserve"> tránh được cả hai vấn đề này bằng cách để Python tự xử lý những chuyện đó ở bên trong.</w:t>
      </w:r>
    </w:p>
    <w:p>
      <w:pPr>
        <w:spacing w:after="80"/>
      </w:pPr>
      <w:r>
        <w:rPr>
          <w:b w:val="0"/>
          <w:i w:val="0"/>
        </w:rPr>
        <w:t xml:space="preserve">Hãy dùng vòng lặp </w:t>
      </w:r>
      <w:r>
        <w:rPr>
          <w:rFonts w:ascii="Consolas" w:hAnsi="Consolas"/>
          <w:b w:val="0"/>
          <w:i w:val="0"/>
          <w:sz w:val="20"/>
        </w:rPr>
        <w:t>for</w:t>
      </w:r>
      <w:r>
        <w:rPr>
          <w:b w:val="0"/>
          <w:i w:val="0"/>
        </w:rPr>
        <w:t xml:space="preserve"> để in ra từng cái tên trong danh sách các ảo thuật gia:</w:t>
      </w:r>
    </w:p>
    <w:p>
      <w:pPr>
        <w:spacing w:after="80"/>
      </w:pPr>
      <w:r>
        <w:rPr>
          <w:b w:val="0"/>
          <w:i w:val="0"/>
        </w:rPr>
        <w:t>magicians.py</w:t>
      </w:r>
    </w:p>
    <w:p>
      <w:pPr>
        <w:spacing w:after="80"/>
      </w:pPr>
      <w:r>
        <w:rPr>
          <w:b w:val="0"/>
          <w:i w:val="0"/>
        </w:rPr>
        <w:t>magicians = ['alice', 'david', 'carolina']</w:t>
      </w:r>
      <w:r>
        <w:br/>
      </w:r>
      <w:r>
        <w:rPr>
          <w:b w:val="0"/>
          <w:i w:val="0"/>
        </w:rPr>
        <w:t>for magician in magicians:</w:t>
      </w:r>
      <w:r>
        <w:br/>
      </w:r>
      <w:r>
        <w:rPr>
          <w:b w:val="0"/>
          <w:i w:val="0"/>
        </w:rPr>
        <w:t xml:space="preserve">    print(magician)</w:t>
      </w:r>
    </w:p>
    <w:p>
      <w:pPr>
        <w:spacing w:after="80"/>
      </w:pPr>
      <w:r>
        <w:rPr>
          <w:b w:val="0"/>
          <w:i w:val="0"/>
        </w:rPr>
        <w:t xml:space="preserve">Chúng ta bắt đầu bằng việc định nghĩa một danh sách, giống như đã làm ở Chương 3. Sau đó ta định nghĩa một vòng lặp </w:t>
      </w:r>
      <w:r>
        <w:rPr>
          <w:rFonts w:ascii="Consolas" w:hAnsi="Consolas"/>
          <w:b w:val="0"/>
          <w:i w:val="0"/>
          <w:sz w:val="20"/>
        </w:rPr>
        <w:t>for</w:t>
      </w:r>
      <w:r>
        <w:rPr>
          <w:b w:val="0"/>
          <w:i w:val="0"/>
        </w:rPr>
        <w:t xml:space="preserve">. Dòng này bảo Python lấy một cái tên từ danh sách </w:t>
      </w:r>
      <w:r>
        <w:rPr>
          <w:rFonts w:ascii="Consolas" w:hAnsi="Consolas"/>
          <w:b w:val="0"/>
          <w:i w:val="0"/>
          <w:sz w:val="20"/>
        </w:rPr>
        <w:t>magicians</w:t>
      </w:r>
      <w:r>
        <w:rPr>
          <w:b w:val="0"/>
          <w:i w:val="0"/>
        </w:rPr>
        <w:t xml:space="preserve">, rồi gán nó cho biến </w:t>
      </w:r>
      <w:r>
        <w:rPr>
          <w:rFonts w:ascii="Consolas" w:hAnsi="Consolas"/>
          <w:b w:val="0"/>
          <w:i w:val="0"/>
          <w:sz w:val="20"/>
        </w:rPr>
        <w:t>magician</w:t>
      </w:r>
      <w:r>
        <w:rPr>
          <w:b w:val="0"/>
          <w:i w:val="0"/>
        </w:rPr>
        <w:t xml:space="preserve">. Tiếp theo, ta bảo Python in ra cái tên vừa được gán cho </w:t>
      </w:r>
      <w:r>
        <w:rPr>
          <w:rFonts w:ascii="Consolas" w:hAnsi="Consolas"/>
          <w:b w:val="0"/>
          <w:i w:val="0"/>
          <w:sz w:val="20"/>
        </w:rPr>
        <w:t>magician</w:t>
      </w:r>
      <w:r>
        <w:rPr>
          <w:b w:val="0"/>
          <w:i w:val="0"/>
        </w:rPr>
        <w:t>. Sau đó Python lặp lại hai dòng cuối này, mỗi lần một cái tên trong danh sách. Đọc đoạn code này theo kiểu "Với mỗi ảo thuật gia trong danh sách các ảo thuật gia, in ra tên của ảo thuật gia đó" sẽ dễ hiểu hơn. Kết quả là in ra đơn giản từng cái tên trong danh sách:</w:t>
      </w:r>
    </w:p>
    <w:p>
      <w:pPr>
        <w:spacing w:after="80"/>
      </w:pPr>
      <w:r>
        <w:rPr>
          <w:b w:val="0"/>
          <w:i w:val="0"/>
        </w:rPr>
        <w:t>alice</w:t>
      </w:r>
      <w:r>
        <w:br/>
      </w:r>
      <w:r>
        <w:rPr>
          <w:b w:val="0"/>
          <w:i w:val="0"/>
        </w:rPr>
        <w:t>david</w:t>
      </w:r>
      <w:r>
        <w:br/>
      </w:r>
      <w:r>
        <w:rPr>
          <w:b w:val="0"/>
          <w:i w:val="0"/>
        </w:rPr>
        <w:t>carolina</w:t>
      </w:r>
    </w:p>
    <w:p>
      <w:pPr>
        <w:pStyle w:val="Heading3"/>
      </w:pPr>
      <w:r>
        <w:rPr>
          <w:rFonts w:ascii="Calibri" w:hAnsi="Calibri"/>
          <w:b/>
          <w:i w:val="0"/>
          <w:sz w:val="27"/>
        </w:rPr>
        <w:t>Nhìn kỹ hơn về vòng lặp</w:t>
      </w:r>
    </w:p>
    <w:p>
      <w:pPr>
        <w:spacing w:after="80"/>
      </w:pPr>
      <w:r>
        <w:rPr>
          <w:b w:val="0"/>
          <w:i w:val="0"/>
        </w:rPr>
        <w:t xml:space="preserve">Vòng lặp quan trọng vì đây là một trong những cách phổ biến nhất để máy tính tự động hóa các công việc lặp đi lặp lại. Ví dụ, với một vòng lặp đơn giản như trong </w:t>
      </w:r>
      <w:r>
        <w:rPr>
          <w:b w:val="0"/>
          <w:i/>
        </w:rPr>
        <w:t>magicians.py</w:t>
      </w:r>
      <w:r>
        <w:rPr>
          <w:b w:val="0"/>
          <w:i w:val="0"/>
        </w:rPr>
        <w:t>, ban đầu Python đọc dòng đầu tiên của vòng lặp:</w:t>
      </w:r>
    </w:p>
    <w:p>
      <w:pPr>
        <w:spacing w:after="80"/>
      </w:pPr>
      <w:r>
        <w:rPr>
          <w:b w:val="0"/>
          <w:i w:val="0"/>
        </w:rPr>
        <w:t>for magician in magicians:</w:t>
      </w:r>
    </w:p>
    <w:p>
      <w:pPr>
        <w:spacing w:after="80"/>
      </w:pPr>
      <w:r>
        <w:rPr>
          <w:b w:val="0"/>
          <w:i w:val="0"/>
        </w:rPr>
        <w:t xml:space="preserve">Dòng này bảo Python lấy giá trị đầu tiên từ danh sách </w:t>
      </w:r>
      <w:r>
        <w:rPr>
          <w:rFonts w:ascii="Consolas" w:hAnsi="Consolas"/>
          <w:b w:val="0"/>
          <w:i w:val="0"/>
          <w:sz w:val="20"/>
        </w:rPr>
        <w:t>magicians</w:t>
      </w:r>
      <w:r>
        <w:rPr>
          <w:b w:val="0"/>
          <w:i w:val="0"/>
        </w:rPr>
        <w:t xml:space="preserve"> và gán nó cho biến </w:t>
      </w:r>
      <w:r>
        <w:rPr>
          <w:rFonts w:ascii="Consolas" w:hAnsi="Consolas"/>
          <w:b w:val="0"/>
          <w:i w:val="0"/>
          <w:sz w:val="20"/>
        </w:rPr>
        <w:t>magician</w:t>
      </w:r>
      <w:r>
        <w:rPr>
          <w:b w:val="0"/>
          <w:i w:val="0"/>
        </w:rPr>
        <w:t xml:space="preserve">. Giá trị đầu tiên này là </w:t>
      </w:r>
      <w:r>
        <w:rPr>
          <w:rFonts w:ascii="Consolas" w:hAnsi="Consolas"/>
          <w:b w:val="0"/>
          <w:i w:val="0"/>
          <w:sz w:val="20"/>
        </w:rPr>
        <w:t>'alice'</w:t>
      </w:r>
      <w:r>
        <w:rPr>
          <w:b w:val="0"/>
          <w:i w:val="0"/>
        </w:rPr>
        <w:t>. Sau đó Python đọc dòng tiếp theo:</w:t>
      </w:r>
    </w:p>
    <w:p>
      <w:pPr>
        <w:spacing w:after="80"/>
      </w:pPr>
      <w:r>
        <w:rPr>
          <w:b w:val="0"/>
          <w:i w:val="0"/>
        </w:rPr>
        <w:t>print(magician)</w:t>
      </w:r>
    </w:p>
    <w:p>
      <w:pPr>
        <w:spacing w:after="80"/>
      </w:pPr>
      <w:r>
        <w:rPr>
          <w:b w:val="0"/>
          <w:i w:val="0"/>
        </w:rPr>
        <w:t xml:space="preserve">Python in ra giá trị hiện tại của </w:t>
      </w:r>
      <w:r>
        <w:rPr>
          <w:rFonts w:ascii="Consolas" w:hAnsi="Consolas"/>
          <w:b w:val="0"/>
          <w:i w:val="0"/>
          <w:sz w:val="20"/>
        </w:rPr>
        <w:t>magician</w:t>
      </w:r>
      <w:r>
        <w:rPr>
          <w:b w:val="0"/>
          <w:i w:val="0"/>
        </w:rPr>
        <w:t xml:space="preserve">, vẫn là </w:t>
      </w:r>
      <w:r>
        <w:rPr>
          <w:rFonts w:ascii="Consolas" w:hAnsi="Consolas"/>
          <w:b w:val="0"/>
          <w:i w:val="0"/>
          <w:sz w:val="20"/>
        </w:rPr>
        <w:t>'alice'</w:t>
      </w:r>
      <w:r>
        <w:rPr>
          <w:b w:val="0"/>
          <w:i w:val="0"/>
        </w:rPr>
        <w:t>. Vì danh sách còn nhiều giá trị khác, Python quay lại dòng đầu tiên của vòng lặp:</w:t>
      </w:r>
    </w:p>
    <w:p>
      <w:pPr>
        <w:spacing w:after="80"/>
      </w:pPr>
      <w:r>
        <w:rPr>
          <w:b w:val="0"/>
          <w:i w:val="0"/>
        </w:rPr>
        <w:t>for magician in magicians:</w:t>
      </w:r>
    </w:p>
    <w:p>
      <w:pPr>
        <w:spacing w:after="80"/>
      </w:pPr>
      <w:r>
        <w:rPr>
          <w:b w:val="0"/>
          <w:i w:val="0"/>
        </w:rPr>
        <w:t xml:space="preserve">Python lấy cái tên tiếp theo trong danh sách, </w:t>
      </w:r>
      <w:r>
        <w:rPr>
          <w:rFonts w:ascii="Consolas" w:hAnsi="Consolas"/>
          <w:b w:val="0"/>
          <w:i w:val="0"/>
          <w:sz w:val="20"/>
        </w:rPr>
        <w:t>'david'</w:t>
      </w:r>
      <w:r>
        <w:rPr>
          <w:b w:val="0"/>
          <w:i w:val="0"/>
        </w:rPr>
        <w:t xml:space="preserve">, và gán giá trị đó cho biến </w:t>
      </w:r>
      <w:r>
        <w:rPr>
          <w:rFonts w:ascii="Consolas" w:hAnsi="Consolas"/>
          <w:b w:val="0"/>
          <w:i w:val="0"/>
          <w:sz w:val="20"/>
        </w:rPr>
        <w:t>magician</w:t>
      </w:r>
      <w:r>
        <w:rPr>
          <w:b w:val="0"/>
          <w:i w:val="0"/>
        </w:rPr>
        <w:t>. Sau đó Python thực thi dòng:</w:t>
      </w:r>
    </w:p>
    <w:p>
      <w:pPr>
        <w:spacing w:after="80"/>
      </w:pPr>
      <w:r>
        <w:rPr>
          <w:b w:val="0"/>
          <w:i w:val="0"/>
        </w:rPr>
        <w:t>print(magician)</w:t>
      </w:r>
    </w:p>
    <w:p>
      <w:pPr>
        <w:spacing w:after="80"/>
      </w:pPr>
      <w:r>
        <w:rPr>
          <w:b w:val="0"/>
          <w:i w:val="0"/>
        </w:rPr>
        <w:t xml:space="preserve">Python in giá trị hiện tại của </w:t>
      </w:r>
      <w:r>
        <w:rPr>
          <w:rFonts w:ascii="Consolas" w:hAnsi="Consolas"/>
          <w:b w:val="0"/>
          <w:i w:val="0"/>
          <w:sz w:val="20"/>
        </w:rPr>
        <w:t>magician</w:t>
      </w:r>
      <w:r>
        <w:rPr>
          <w:b w:val="0"/>
          <w:i w:val="0"/>
        </w:rPr>
        <w:t xml:space="preserve"> một lần nữa, lúc này là </w:t>
      </w:r>
      <w:r>
        <w:rPr>
          <w:rFonts w:ascii="Consolas" w:hAnsi="Consolas"/>
          <w:b w:val="0"/>
          <w:i w:val="0"/>
          <w:sz w:val="20"/>
        </w:rPr>
        <w:t>'david'</w:t>
      </w:r>
      <w:r>
        <w:rPr>
          <w:b w:val="0"/>
          <w:i w:val="0"/>
        </w:rPr>
        <w:t xml:space="preserve">. Python lặp lại toàn bộ vòng lặp thêm một lần nữa với giá trị cuối cùng trong danh sách, </w:t>
      </w:r>
      <w:r>
        <w:rPr>
          <w:rFonts w:ascii="Consolas" w:hAnsi="Consolas"/>
          <w:b w:val="0"/>
          <w:i w:val="0"/>
          <w:sz w:val="20"/>
        </w:rPr>
        <w:t>'carolina'</w:t>
      </w:r>
      <w:r>
        <w:rPr>
          <w:b w:val="0"/>
          <w:i w:val="0"/>
        </w:rPr>
        <w:t xml:space="preserve">. Vì không còn giá trị nào trong danh sách nữa, Python chuyển sang dòng tiếp theo trong chương trình. Trong trường hợp này không có gì sau vòng lặp </w:t>
      </w:r>
      <w:r>
        <w:rPr>
          <w:rFonts w:ascii="Consolas" w:hAnsi="Consolas"/>
          <w:b w:val="0"/>
          <w:i w:val="0"/>
          <w:sz w:val="20"/>
        </w:rPr>
        <w:t>for</w:t>
      </w:r>
      <w:r>
        <w:rPr>
          <w:b w:val="0"/>
          <w:i w:val="0"/>
        </w:rPr>
        <w:t>, nên chương trình kết thúc.</w:t>
      </w:r>
    </w:p>
    <w:p>
      <w:pPr>
        <w:spacing w:after="80"/>
      </w:pPr>
      <w:r>
        <w:rPr>
          <w:b w:val="0"/>
          <w:i w:val="0"/>
        </w:rPr>
        <w:t>Khi bạn lần đầu sử dụng vòng lặp, hãy nhớ rằng tập hợp các bước sẽ được lặp lại một lần cho mỗi phần tử trong danh sách, bất kể danh sách có bao nhiêu phần tử. Nếu danh sách của bạn có một triệu phần tử, Python sẽ lặp lại các bước này một triệu lần—và thường là rất nhanh.</w:t>
      </w:r>
    </w:p>
    <w:p>
      <w:pPr>
        <w:spacing w:after="80"/>
      </w:pPr>
      <w:r>
        <w:rPr>
          <w:b w:val="0"/>
          <w:i w:val="0"/>
        </w:rPr>
        <w:t xml:space="preserve">Cũng cần lưu ý khi viết vòng lặp </w:t>
      </w:r>
      <w:r>
        <w:rPr>
          <w:rFonts w:ascii="Consolas" w:hAnsi="Consolas"/>
          <w:b w:val="0"/>
          <w:i w:val="0"/>
          <w:sz w:val="20"/>
        </w:rPr>
        <w:t>for</w:t>
      </w:r>
      <w:r>
        <w:rPr>
          <w:b w:val="0"/>
          <w:i w:val="0"/>
        </w:rPr>
        <w:t xml:space="preserve"> của riêng bạn rằng bạn có thể chọn bất kỳ tên nào bạn muốn cho biến tạm thời sẽ gắn với mỗi giá trị trong danh sách. Tuy nhiên, sẽ hữu ích hơn nếu chọn một cái tên có ý nghĩa đại diện cho một phần tử đơn lẻ trong danh sách. Ví dụ, đây là cách tốt để bắt đầu một vòng lặp </w:t>
      </w:r>
      <w:r>
        <w:rPr>
          <w:rFonts w:ascii="Consolas" w:hAnsi="Consolas"/>
          <w:b w:val="0"/>
          <w:i w:val="0"/>
          <w:sz w:val="20"/>
        </w:rPr>
        <w:t>for</w:t>
      </w:r>
      <w:r>
        <w:rPr>
          <w:b w:val="0"/>
          <w:i w:val="0"/>
        </w:rPr>
        <w:t xml:space="preserve"> cho danh sách mèo, danh sách chó, và một danh sách các đồ vật nói chung:</w:t>
      </w:r>
    </w:p>
    <w:p>
      <w:pPr>
        <w:spacing w:after="80"/>
      </w:pPr>
      <w:r>
        <w:rPr>
          <w:b w:val="0"/>
          <w:i w:val="0"/>
        </w:rPr>
        <w:t>for cat in cats:</w:t>
      </w:r>
      <w:r>
        <w:br/>
      </w:r>
      <w:r>
        <w:rPr>
          <w:b w:val="0"/>
          <w:i w:val="0"/>
        </w:rPr>
        <w:t>for dog in dogs:</w:t>
      </w:r>
      <w:r>
        <w:br/>
      </w:r>
      <w:r>
        <w:rPr>
          <w:b w:val="0"/>
          <w:i w:val="0"/>
        </w:rPr>
        <w:t>for item in list_of_items:</w:t>
      </w:r>
    </w:p>
    <w:p>
      <w:pPr>
        <w:spacing w:after="80"/>
      </w:pPr>
      <w:r>
        <w:rPr>
          <w:b w:val="0"/>
          <w:i w:val="0"/>
        </w:rPr>
        <w:t xml:space="preserve">Những quy ước đặt tên này có thể giúp bạn theo dõi hành động được thực hiện trên mỗi phần tử trong vòng lặp </w:t>
      </w:r>
      <w:r>
        <w:rPr>
          <w:rFonts w:ascii="Consolas" w:hAnsi="Consolas"/>
          <w:b w:val="0"/>
          <w:i w:val="0"/>
          <w:sz w:val="20"/>
        </w:rPr>
        <w:t>for</w:t>
      </w:r>
      <w:r>
        <w:rPr>
          <w:b w:val="0"/>
          <w:i w:val="0"/>
        </w:rPr>
        <w:t>. Việc dùng tên số ít và số nhiều có thể giúp bạn xác định xem một đoạn mã đang làm việc với một phần tử đơn lẻ từ danh sách hay với toàn bộ danh sách.</w:t>
      </w:r>
    </w:p>
    <w:p>
      <w:pPr>
        <w:pStyle w:val="Heading3"/>
      </w:pPr>
      <w:r>
        <w:rPr>
          <w:rFonts w:ascii="Calibri" w:hAnsi="Calibri"/>
          <w:b/>
          <w:i w:val="0"/>
          <w:sz w:val="27"/>
        </w:rPr>
        <w:t>Làm nhiều việc hơn trong vòng lặp for</w:t>
      </w:r>
    </w:p>
    <w:p>
      <w:pPr>
        <w:spacing w:after="80"/>
      </w:pPr>
      <w:r>
        <w:rPr>
          <w:b w:val="0"/>
          <w:i w:val="0"/>
        </w:rPr>
        <w:t xml:space="preserve">Bạn có thể làm gần như bất cứ điều gì với mỗi phần tử trong vòng lặp </w:t>
      </w:r>
      <w:r>
        <w:rPr>
          <w:rFonts w:ascii="Consolas" w:hAnsi="Consolas"/>
          <w:b w:val="0"/>
          <w:i w:val="0"/>
          <w:sz w:val="20"/>
        </w:rPr>
        <w:t>for</w:t>
      </w:r>
      <w:r>
        <w:rPr>
          <w:b w:val="0"/>
          <w:i w:val="0"/>
        </w:rPr>
        <w:t>. Hãy mở rộng ví dụ trước bằng cách in một thông điệp cho mỗi ảo thuật gia, nói với họ rằng họ đã trình diễn một màn ảo thuật tuyệt vời:</w:t>
      </w:r>
    </w:p>
    <w:p>
      <w:pPr>
        <w:spacing w:after="80"/>
      </w:pPr>
      <w:r>
        <w:rPr>
          <w:b w:val="0"/>
          <w:i w:val="0"/>
        </w:rPr>
        <w:t>magicians.py</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 xml:space="preserve">    print(f"{magician.title()}, that was a great trick!")</w:t>
      </w:r>
    </w:p>
    <w:p>
      <w:pPr>
        <w:spacing w:after="40"/>
      </w:pPr>
    </w:p>
    <w:p>
      <w:pPr>
        <w:spacing w:after="80"/>
      </w:pPr>
      <w:r>
        <w:rPr>
          <w:b w:val="0"/>
          <w:i w:val="0"/>
        </w:rPr>
        <w:t xml:space="preserve">Điểm khác biệt duy nhất trong đoạn mã này là chỗ chúng ta soạn một thông điệp cho mỗi ảo thuật gia, bắt đầu bằng tên của ảo thuật gia đó. Lần đầu tiên qua vòng lặp, giá trị của </w:t>
      </w:r>
      <w:r>
        <w:rPr>
          <w:rFonts w:ascii="Consolas" w:hAnsi="Consolas"/>
          <w:b w:val="0"/>
          <w:i w:val="0"/>
          <w:sz w:val="20"/>
        </w:rPr>
        <w:t>magician</w:t>
      </w:r>
      <w:r>
        <w:rPr>
          <w:b w:val="0"/>
          <w:i w:val="0"/>
        </w:rPr>
        <w:t xml:space="preserve"> là </w:t>
      </w:r>
      <w:r>
        <w:rPr>
          <w:rFonts w:ascii="Consolas" w:hAnsi="Consolas"/>
          <w:b w:val="0"/>
          <w:i w:val="0"/>
          <w:sz w:val="20"/>
        </w:rPr>
        <w:t>'alice'</w:t>
      </w:r>
      <w:r>
        <w:rPr>
          <w:b w:val="0"/>
          <w:i w:val="0"/>
        </w:rPr>
        <w:t xml:space="preserve">, nên Python bắt đầu thông điệp đầu tiên bằng tên </w:t>
      </w:r>
      <w:r>
        <w:rPr>
          <w:rFonts w:ascii="Consolas" w:hAnsi="Consolas"/>
          <w:b w:val="0"/>
          <w:i w:val="0"/>
          <w:sz w:val="20"/>
        </w:rPr>
        <w:t>'Alice'</w:t>
      </w:r>
      <w:r>
        <w:rPr>
          <w:b w:val="0"/>
          <w:i w:val="0"/>
        </w:rPr>
        <w:t xml:space="preserve">. Lần thứ hai qua vòng lặp, thông điệp sẽ bắt đầu bằng </w:t>
      </w:r>
      <w:r>
        <w:rPr>
          <w:rFonts w:ascii="Consolas" w:hAnsi="Consolas"/>
          <w:b w:val="0"/>
          <w:i w:val="0"/>
          <w:sz w:val="20"/>
        </w:rPr>
        <w:t>'David'</w:t>
      </w:r>
      <w:r>
        <w:rPr>
          <w:b w:val="0"/>
          <w:i w:val="0"/>
        </w:rPr>
        <w:t xml:space="preserve">, và lần thứ ba qua vòng lặp, thông điệp sẽ bắt đầu bằng </w:t>
      </w:r>
      <w:r>
        <w:rPr>
          <w:rFonts w:ascii="Consolas" w:hAnsi="Consolas"/>
          <w:b w:val="0"/>
          <w:i w:val="0"/>
          <w:sz w:val="20"/>
        </w:rPr>
        <w:t>'Carolina'</w:t>
      </w:r>
      <w:r>
        <w:rPr>
          <w:b w:val="0"/>
          <w:i w:val="0"/>
        </w:rPr>
        <w:t>.</w:t>
      </w:r>
    </w:p>
    <w:p>
      <w:pPr>
        <w:spacing w:after="80"/>
      </w:pPr>
      <w:r>
        <w:rPr>
          <w:b w:val="0"/>
          <w:i w:val="0"/>
        </w:rPr>
        <w:t>Kết quả hiển thị một thông điệp được cá nhân hóa cho mỗi ảo thuật gia trong danh sách:</w:t>
      </w:r>
    </w:p>
    <w:p>
      <w:pPr>
        <w:spacing w:after="80"/>
      </w:pPr>
      <w:r>
        <w:rPr>
          <w:b w:val="0"/>
          <w:i w:val="0"/>
        </w:rPr>
        <w:t>Alice, that was a great trick!</w:t>
      </w:r>
      <w:r>
        <w:br/>
      </w:r>
      <w:r>
        <w:rPr>
          <w:b w:val="0"/>
          <w:i w:val="0"/>
        </w:rPr>
        <w:t>David, that was a great trick!</w:t>
      </w:r>
      <w:r>
        <w:br/>
      </w:r>
      <w:r>
        <w:rPr>
          <w:b w:val="0"/>
          <w:i w:val="0"/>
        </w:rPr>
        <w:t>Carolina, that was a great trick!</w:t>
      </w:r>
    </w:p>
    <w:p>
      <w:pPr>
        <w:spacing w:after="80"/>
      </w:pPr>
      <w:r>
        <w:rPr>
          <w:b w:val="0"/>
          <w:i w:val="0"/>
        </w:rPr>
        <w:t xml:space="preserve">Bạn cũng có thể viết bao nhiêu dòng mã tùy thích trong vòng lặp </w:t>
      </w:r>
      <w:r>
        <w:rPr>
          <w:rFonts w:ascii="Consolas" w:hAnsi="Consolas"/>
          <w:b w:val="0"/>
          <w:i w:val="0"/>
          <w:sz w:val="20"/>
        </w:rPr>
        <w:t>for</w:t>
      </w:r>
      <w:r>
        <w:rPr>
          <w:b w:val="0"/>
          <w:i w:val="0"/>
        </w:rPr>
        <w:t xml:space="preserve">. Mỗi dòng được thụt lề sau dòng </w:t>
      </w:r>
      <w:r>
        <w:rPr>
          <w:rFonts w:ascii="Consolas" w:hAnsi="Consolas"/>
          <w:b w:val="0"/>
          <w:i w:val="0"/>
          <w:sz w:val="20"/>
        </w:rPr>
        <w:t>for magician in magicians</w:t>
      </w:r>
      <w:r>
        <w:rPr>
          <w:b w:val="0"/>
          <w:i w:val="0"/>
        </w:rPr>
        <w:t xml:space="preserve"> được coi là </w:t>
      </w:r>
      <w:r>
        <w:rPr>
          <w:b w:val="0"/>
          <w:i/>
        </w:rPr>
        <w:t>bên trong vòng lặp</w:t>
      </w:r>
      <w:r>
        <w:rPr>
          <w:b w:val="0"/>
          <w:i w:val="0"/>
        </w:rPr>
        <w:t>, và mỗi dòng được thụt lề sẽ được thực thi một lần cho mỗi giá trị trong danh sách. Do đó, bạn có thể làm bao nhiêu việc tùy thích với mỗi giá trị trong danh sách.</w:t>
      </w:r>
    </w:p>
    <w:p>
      <w:pPr>
        <w:spacing w:after="80"/>
      </w:pPr>
      <w:r>
        <w:rPr>
          <w:b w:val="0"/>
          <w:i w:val="0"/>
        </w:rPr>
        <w:t>Hãy thêm một dòng thứ hai vào thông điệp của chúng ta, nói với mỗi ảo thuật gia rằng chúng ta đang mong chờ màn ảo thuật tiếp theo của họ:</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 xml:space="preserve">    print(f"{magician.title()}, that was a great trick!")</w:t>
      </w:r>
    </w:p>
    <w:p>
      <w:pPr>
        <w:spacing w:after="0"/>
        <w:ind w:left="360"/>
        <w:shd w:val="clear" w:color="auto" w:fill="F2F2F2"/>
      </w:pPr>
      <w:r>
        <w:rPr>
          <w:rFonts w:ascii="Consolas" w:hAnsi="Consolas"/>
          <w:b w:val="0"/>
          <w:i w:val="0"/>
          <w:sz w:val="18"/>
        </w:rPr>
        <w:t xml:space="preserve">    print(f"I can't wait to see your next trick, {magician.title()}.\n")</w:t>
      </w:r>
    </w:p>
    <w:p>
      <w:pPr>
        <w:spacing w:after="40"/>
      </w:pPr>
    </w:p>
    <w:p>
      <w:pPr>
        <w:spacing w:after="80"/>
      </w:pPr>
      <w:r>
        <w:rPr>
          <w:b w:val="0"/>
          <w:i w:val="0"/>
        </w:rPr>
        <w:t xml:space="preserve">Vì chúng ta đã thụt lề cả hai lời gọi </w:t>
      </w:r>
      <w:r>
        <w:rPr>
          <w:rFonts w:ascii="Consolas" w:hAnsi="Consolas"/>
          <w:b w:val="0"/>
          <w:i w:val="0"/>
          <w:sz w:val="20"/>
        </w:rPr>
        <w:t>print()</w:t>
      </w:r>
      <w:r>
        <w:rPr>
          <w:b w:val="0"/>
          <w:i w:val="0"/>
        </w:rPr>
        <w:t>, mỗi dòng sẽ được thực thi một lần cho mỗi ảo thuật gia trong danh sách. Ký tự xuống dòng (</w:t>
      </w:r>
      <w:r>
        <w:rPr>
          <w:rFonts w:ascii="Consolas" w:hAnsi="Consolas"/>
          <w:b w:val="0"/>
          <w:i w:val="0"/>
          <w:sz w:val="20"/>
        </w:rPr>
        <w:t>"\n"</w:t>
      </w:r>
      <w:r>
        <w:rPr>
          <w:b w:val="0"/>
          <w:i w:val="0"/>
        </w:rPr>
        <w:t xml:space="preserve">) trong lời gọi </w:t>
      </w:r>
      <w:r>
        <w:rPr>
          <w:rFonts w:ascii="Consolas" w:hAnsi="Consolas"/>
          <w:b w:val="0"/>
          <w:i w:val="0"/>
          <w:sz w:val="20"/>
        </w:rPr>
        <w:t>print()</w:t>
      </w:r>
      <w:r>
        <w:rPr>
          <w:b w:val="0"/>
          <w:i w:val="0"/>
        </w:rPr>
        <w:t xml:space="preserve"> thứ hai sẽ chèn một dòng trống sau mỗi lần qua vòng lặp. Điều này tạo ra một tập hợp các thông điệp được nhóm gọn gàng cho mỗi người trong danh sách:</w:t>
      </w:r>
    </w:p>
    <w:p>
      <w:pPr>
        <w:spacing w:after="80"/>
      </w:pPr>
      <w:r>
        <w:rPr>
          <w:b w:val="0"/>
          <w:i w:val="0"/>
        </w:rPr>
        <w:t>Alice, đó là một màn ảo thuật tuyệt vời!</w:t>
      </w:r>
      <w:r>
        <w:br/>
      </w:r>
      <w:r>
        <w:rPr>
          <w:b w:val="0"/>
          <w:i w:val="0"/>
        </w:rPr>
        <w:t>Mình rất mong được xem màn ảo thuật tiếp theo của bạn, Alice.</w:t>
      </w:r>
      <w:r>
        <w:br/>
      </w:r>
      <w:r>
        <w:br/>
      </w:r>
      <w:r>
        <w:rPr>
          <w:b w:val="0"/>
          <w:i w:val="0"/>
        </w:rPr>
        <w:t>David, đó là một màn ảo thuật tuyệt vời!</w:t>
      </w:r>
      <w:r>
        <w:br/>
      </w:r>
      <w:r>
        <w:rPr>
          <w:b w:val="0"/>
          <w:i w:val="0"/>
        </w:rPr>
        <w:t>Mình rất mong được xem màn ảo thuật tiếp theo của bạn, David.</w:t>
      </w:r>
      <w:r>
        <w:br/>
      </w:r>
      <w:r>
        <w:br/>
      </w:r>
      <w:r>
        <w:rPr>
          <w:b w:val="0"/>
          <w:i w:val="0"/>
        </w:rPr>
        <w:t>Carolina, đó là một màn ảo thuật tuyệt vời!</w:t>
      </w:r>
      <w:r>
        <w:br/>
      </w:r>
      <w:r>
        <w:rPr>
          <w:b w:val="0"/>
          <w:i w:val="0"/>
        </w:rPr>
        <w:t>Mình rất mong được xem màn ảo thuật tiếp theo của bạn, Carolina.</w:t>
      </w:r>
    </w:p>
    <w:p>
      <w:pPr>
        <w:spacing w:after="80"/>
      </w:pPr>
      <w:r>
        <w:rPr>
          <w:b w:val="0"/>
          <w:i w:val="0"/>
        </w:rPr>
        <w:t xml:space="preserve">Bạn có thể dùng bao nhiêu dòng tùy thích trong vòng lặp </w:t>
      </w:r>
      <w:r>
        <w:rPr>
          <w:rFonts w:ascii="Consolas" w:hAnsi="Consolas"/>
          <w:b w:val="0"/>
          <w:i w:val="0"/>
          <w:sz w:val="20"/>
        </w:rPr>
        <w:t>for</w:t>
      </w:r>
      <w:r>
        <w:rPr>
          <w:b w:val="0"/>
          <w:i w:val="0"/>
        </w:rPr>
        <w:t xml:space="preserve"> của mình. Trong thực tế, bạn sẽ thường thấy hữu ích khi thực hiện nhiều thao tác khác nhau với mỗi phần tử trong danh sách khi dùng vòng lặp </w:t>
      </w:r>
      <w:r>
        <w:rPr>
          <w:rFonts w:ascii="Consolas" w:hAnsi="Consolas"/>
          <w:b w:val="0"/>
          <w:i w:val="0"/>
          <w:sz w:val="20"/>
        </w:rPr>
        <w:t>for</w:t>
      </w:r>
      <w:r>
        <w:rPr>
          <w:b w:val="0"/>
          <w:i w:val="0"/>
        </w:rPr>
        <w:t>.</w:t>
      </w:r>
    </w:p>
    <w:p>
      <w:pPr>
        <w:pStyle w:val="Heading3"/>
      </w:pPr>
      <w:r>
        <w:rPr>
          <w:rFonts w:ascii="Calibri" w:hAnsi="Calibri"/>
          <w:b/>
          <w:i w:val="0"/>
          <w:sz w:val="27"/>
        </w:rPr>
        <w:t>Làm gì đó sau vòng lặp for</w:t>
      </w:r>
    </w:p>
    <w:p>
      <w:pPr>
        <w:spacing w:after="80"/>
      </w:pPr>
      <w:r>
        <w:rPr>
          <w:b w:val="0"/>
          <w:i w:val="0"/>
        </w:rPr>
        <w:t xml:space="preserve">Điều gì xảy ra sau khi vòng lặp </w:t>
      </w:r>
      <w:r>
        <w:rPr>
          <w:rFonts w:ascii="Consolas" w:hAnsi="Consolas"/>
          <w:b w:val="0"/>
          <w:i w:val="0"/>
          <w:sz w:val="20"/>
        </w:rPr>
        <w:t>for</w:t>
      </w:r>
      <w:r>
        <w:rPr>
          <w:b w:val="0"/>
          <w:i w:val="0"/>
        </w:rPr>
        <w:t xml:space="preserve"> chạy xong? Thông thường, bạn sẽ muốn tóm tắt một khối kết quả hoặc chuyển sang công việc khác mà chương trình của bạn phải hoàn thành.</w:t>
      </w:r>
    </w:p>
    <w:p>
      <w:pPr>
        <w:spacing w:after="80"/>
      </w:pPr>
      <w:r>
        <w:rPr>
          <w:b w:val="0"/>
          <w:i w:val="0"/>
        </w:rPr>
        <w:t xml:space="preserve">Bất kỳ dòng mã nào sau vòng lặp </w:t>
      </w:r>
      <w:r>
        <w:rPr>
          <w:rFonts w:ascii="Consolas" w:hAnsi="Consolas"/>
          <w:b w:val="0"/>
          <w:i w:val="0"/>
          <w:sz w:val="20"/>
        </w:rPr>
        <w:t>for</w:t>
      </w:r>
      <w:r>
        <w:rPr>
          <w:b w:val="0"/>
          <w:i w:val="0"/>
        </w:rPr>
        <w:t xml:space="preserve"> mà không được thụt lề (indent) sẽ được thực thi một lần duy nhất, không lặp lại. Hãy viết một lời cảm ơn gửi đến cả nhóm ảo thuật gia, cảm ơn họ vì đã trình diễn một buổi biểu diễn tuyệt vời. Để hiển thị lời nhắn chung này sau khi tất cả các lời nhắn riêng lẻ đã được in ra, chúng ta đặt lời cảm ơn sau vòng lặp </w:t>
      </w:r>
      <w:r>
        <w:rPr>
          <w:rFonts w:ascii="Consolas" w:hAnsi="Consolas"/>
          <w:b w:val="0"/>
          <w:i w:val="0"/>
          <w:sz w:val="20"/>
        </w:rPr>
        <w:t>for</w:t>
      </w:r>
      <w:r>
        <w:rPr>
          <w:b w:val="0"/>
          <w:i w:val="0"/>
        </w:rPr>
        <w:t>, không thụt lề:</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 xml:space="preserve">    print(f"{magician.title()}, that was a great trick!")</w:t>
      </w:r>
    </w:p>
    <w:p>
      <w:pPr>
        <w:spacing w:after="0"/>
        <w:ind w:left="360"/>
        <w:shd w:val="clear" w:color="auto" w:fill="F2F2F2"/>
      </w:pPr>
      <w:r>
        <w:rPr>
          <w:rFonts w:ascii="Consolas" w:hAnsi="Consolas"/>
          <w:b w:val="0"/>
          <w:i w:val="0"/>
          <w:sz w:val="18"/>
        </w:rPr>
        <w:t xml:space="preserve">    print(f"I can't wait to see your next trick, {magician.title()}.\n")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print("Thank you, everyone. That was a great magic show!")</w:t>
      </w:r>
    </w:p>
    <w:p>
      <w:pPr>
        <w:spacing w:after="40"/>
      </w:pPr>
    </w:p>
    <w:p>
      <w:pPr>
        <w:spacing w:after="80"/>
      </w:pPr>
      <w:r>
        <w:rPr>
          <w:b w:val="0"/>
          <w:i w:val="0"/>
        </w:rPr>
        <w:t xml:space="preserve">Hai lần gọi </w:t>
      </w:r>
      <w:r>
        <w:rPr>
          <w:rFonts w:ascii="Consolas" w:hAnsi="Consolas"/>
          <w:b w:val="0"/>
          <w:i w:val="0"/>
          <w:sz w:val="20"/>
        </w:rPr>
        <w:t>print()</w:t>
      </w:r>
      <w:r>
        <w:rPr>
          <w:b w:val="0"/>
          <w:i w:val="0"/>
        </w:rPr>
        <w:t xml:space="preserve"> đầu tiên được lặp lại một lần cho mỗi ảo thuật gia trong danh sách, như bạn đã thấy ở trên. Tuy nhiên, vì dòng cuối cùng không được thụt lề, nó chỉ được in một lần:</w:t>
      </w:r>
    </w:p>
    <w:p>
      <w:pPr>
        <w:spacing w:after="80"/>
      </w:pPr>
      <w:r>
        <w:rPr>
          <w:b w:val="0"/>
          <w:i w:val="0"/>
        </w:rPr>
        <w:t>Alice, đó là một màn ảo thuật tuyệt vời!</w:t>
      </w:r>
      <w:r>
        <w:br/>
      </w:r>
      <w:r>
        <w:rPr>
          <w:b w:val="0"/>
          <w:i w:val="0"/>
        </w:rPr>
        <w:t>Mình rất mong được xem màn ảo thuật tiếp theo của bạn, Alice.</w:t>
      </w:r>
      <w:r>
        <w:br/>
      </w:r>
      <w:r>
        <w:br/>
      </w:r>
      <w:r>
        <w:rPr>
          <w:b w:val="0"/>
          <w:i w:val="0"/>
        </w:rPr>
        <w:t>David, đó là một màn ảo thuật tuyệt vời!</w:t>
      </w:r>
      <w:r>
        <w:br/>
      </w:r>
      <w:r>
        <w:rPr>
          <w:b w:val="0"/>
          <w:i w:val="0"/>
        </w:rPr>
        <w:t>Mình rất mong được xem màn ảo thuật tiếp theo của bạn, David.</w:t>
      </w:r>
      <w:r>
        <w:br/>
      </w:r>
      <w:r>
        <w:br/>
      </w:r>
      <w:r>
        <w:rPr>
          <w:b w:val="0"/>
          <w:i w:val="0"/>
        </w:rPr>
        <w:t>Carolina, đó là một màn ảo thuật tuyệt vời!</w:t>
      </w:r>
      <w:r>
        <w:br/>
      </w:r>
      <w:r>
        <w:rPr>
          <w:b w:val="0"/>
          <w:i w:val="0"/>
        </w:rPr>
        <w:t>Mình rất mong được xem màn ảo thuật tiếp theo của bạn, Carolina.</w:t>
      </w:r>
      <w:r>
        <w:br/>
      </w:r>
      <w:r>
        <w:br/>
      </w:r>
      <w:r>
        <w:rPr>
          <w:b w:val="0"/>
          <w:i w:val="0"/>
        </w:rPr>
        <w:t>Cảm ơn tất cả mọi người. Đó là một buổi biểu diễn ảo thuật tuyệt vời!</w:t>
      </w:r>
    </w:p>
    <w:p>
      <w:pPr>
        <w:spacing w:after="80"/>
      </w:pPr>
      <w:r>
        <w:rPr>
          <w:b w:val="0"/>
          <w:i w:val="0"/>
        </w:rPr>
        <w:t xml:space="preserve">Khi bạn xử lý dữ liệu bằng vòng lặp </w:t>
      </w:r>
      <w:r>
        <w:rPr>
          <w:rFonts w:ascii="Consolas" w:hAnsi="Consolas"/>
          <w:b w:val="0"/>
          <w:i w:val="0"/>
          <w:sz w:val="20"/>
        </w:rPr>
        <w:t>for</w:t>
      </w:r>
      <w:r>
        <w:rPr>
          <w:b w:val="0"/>
          <w:i w:val="0"/>
        </w:rPr>
        <w:t xml:space="preserve">, bạn sẽ thấy đây là một cách hay để tóm tắt một thao tác đã được thực hiện trên toàn bộ tập dữ liệu. Ví dụ, bạn có thể dùng vòng lặp </w:t>
      </w:r>
      <w:r>
        <w:rPr>
          <w:rFonts w:ascii="Consolas" w:hAnsi="Consolas"/>
          <w:b w:val="0"/>
          <w:i w:val="0"/>
          <w:sz w:val="20"/>
        </w:rPr>
        <w:t>for</w:t>
      </w:r>
      <w:r>
        <w:rPr>
          <w:b w:val="0"/>
          <w:i w:val="0"/>
        </w:rPr>
        <w:t xml:space="preserve"> để khởi tạo một trò chơi bằng cách chạy qua danh sách các nhân vật và hiển thị từng nhân vật lên màn hình. Sau đó, bạn có thể viết thêm một số mã sau vòng lặp này để hiển thị nút </w:t>
      </w:r>
      <w:r>
        <w:rPr>
          <w:b w:val="0"/>
          <w:i/>
        </w:rPr>
        <w:t>Play Now</w:t>
      </w:r>
      <w:r>
        <w:rPr>
          <w:b w:val="0"/>
          <w:i w:val="0"/>
        </w:rPr>
        <w:t xml:space="preserve"> sau khi tất cả các nhân vật đã được vẽ lên màn hình.</w:t>
      </w:r>
    </w:p>
    <w:p>
      <w:pPr>
        <w:pStyle w:val="Heading2"/>
      </w:pPr>
      <w:r>
        <w:rPr>
          <w:rFonts w:ascii="Calibri" w:hAnsi="Calibri"/>
          <w:b/>
          <w:i w:val="0"/>
          <w:sz w:val="32"/>
        </w:rPr>
        <w:t>Tránh lỗi thụt lề</w:t>
      </w:r>
    </w:p>
    <w:p>
      <w:pPr>
        <w:spacing w:after="80"/>
      </w:pPr>
      <w:r>
        <w:rPr>
          <w:b w:val="0"/>
          <w:i w:val="0"/>
        </w:rPr>
        <w:t xml:space="preserve">Python dùng thụt lề (indentation) để xác định cách một dòng, hoặc một nhóm dòng, liên quan đến phần còn lại của chương trình. Trong các ví dụ trước, những dòng in lời nhắn cho từng ảo thuật gia là một phần của vòng lặp </w:t>
      </w:r>
      <w:r>
        <w:rPr>
          <w:rFonts w:ascii="Consolas" w:hAnsi="Consolas"/>
          <w:b w:val="0"/>
          <w:i w:val="0"/>
          <w:sz w:val="20"/>
        </w:rPr>
        <w:t>for</w:t>
      </w:r>
      <w:r>
        <w:rPr>
          <w:b w:val="0"/>
          <w:i w:val="0"/>
        </w:rPr>
        <w:t xml:space="preserve"> vì chúng được thụt lề. Việc Python dùng thụt lề khiến mã rất dễ đọc. Về cơ bản, nó dùng khoảng trắng để buộc bạn viết mã được định dạng gọn gàng với cấu trúc trực quan rõ ràng. Trong các chương trình Python dài hơn, bạn sẽ nhận thấy các khối mã được thụt lề ở vài mức khác nhau. Các mức thụt lề này giúp bạn có cái nhìn tổng quan về cách tổ chức của toàn bộ chương trình.</w:t>
      </w:r>
    </w:p>
    <w:p>
      <w:pPr>
        <w:spacing w:after="80"/>
      </w:pPr>
      <w:r>
        <w:rPr>
          <w:b w:val="0"/>
          <w:i w:val="0"/>
        </w:rPr>
        <w:t xml:space="preserve">Khi bạn bắt đầu viết mã dựa vào thụt lề đúng cách, bạn cần chú ý đến một vài </w:t>
      </w:r>
      <w:r>
        <w:rPr>
          <w:b w:val="0"/>
          <w:i/>
        </w:rPr>
        <w:t>lỗi thụt lề</w:t>
      </w:r>
      <w:r>
        <w:rPr>
          <w:b w:val="0"/>
          <w:i w:val="0"/>
        </w:rPr>
        <w:t xml:space="preserve"> phổ biến. Ví dụ, đôi khi người ta thụt lề những dòng mã không cần thụt lề, hoặc quên thụt lề những dòng cần được thụt lề. Xem các ví dụ về những lỗi này ngay bây giờ sẽ giúp bạn tránh chúng trong tương lai và sửa chúng khi chúng xuất hiện trong chương trình của chính bạn.</w:t>
      </w:r>
    </w:p>
    <w:p>
      <w:pPr>
        <w:spacing w:after="80"/>
      </w:pPr>
      <w:r>
        <w:rPr>
          <w:b w:val="0"/>
          <w:i w:val="0"/>
        </w:rPr>
        <w:t>Hãy cùng xem xét một số lỗi thụt lề phổ biến hơn.</w:t>
      </w:r>
    </w:p>
    <w:p>
      <w:pPr>
        <w:pStyle w:val="Heading3"/>
      </w:pPr>
      <w:r>
        <w:rPr>
          <w:rFonts w:ascii="Calibri" w:hAnsi="Calibri"/>
          <w:b/>
          <w:i w:val="0"/>
          <w:sz w:val="27"/>
        </w:rPr>
        <w:t>Quên thụt lề</w:t>
      </w:r>
    </w:p>
    <w:p>
      <w:pPr>
        <w:spacing w:after="80"/>
      </w:pPr>
      <w:r>
        <w:rPr>
          <w:b w:val="0"/>
          <w:i w:val="0"/>
        </w:rPr>
        <w:t xml:space="preserve">Luôn thụt lề dòng sau câu lệnh </w:t>
      </w:r>
      <w:r>
        <w:rPr>
          <w:rFonts w:ascii="Consolas" w:hAnsi="Consolas"/>
          <w:b w:val="0"/>
          <w:i w:val="0"/>
          <w:sz w:val="20"/>
        </w:rPr>
        <w:t>for</w:t>
      </w:r>
      <w:r>
        <w:rPr>
          <w:b w:val="0"/>
          <w:i w:val="0"/>
        </w:rPr>
        <w:t xml:space="preserve"> trong một vòng lặp. Nếu bạn quên, Python sẽ nhắc bạn:</w:t>
      </w:r>
    </w:p>
    <w:p>
      <w:pPr>
        <w:spacing w:after="80"/>
      </w:pPr>
      <w:r>
        <w:rPr>
          <w:b w:val="0"/>
          <w:i w:val="0"/>
        </w:rPr>
        <w:t>magicians.py</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❶ print(magician)</w:t>
      </w:r>
    </w:p>
    <w:p>
      <w:pPr>
        <w:spacing w:after="40"/>
      </w:pPr>
    </w:p>
    <w:p>
      <w:pPr>
        <w:spacing w:after="80"/>
      </w:pPr>
      <w:r>
        <w:rPr>
          <w:b w:val="0"/>
          <w:i w:val="0"/>
        </w:rPr>
        <w:t xml:space="preserve">Lệnh gọi </w:t>
      </w:r>
      <w:r>
        <w:rPr>
          <w:rFonts w:ascii="Consolas" w:hAnsi="Consolas"/>
          <w:b w:val="0"/>
          <w:i w:val="0"/>
          <w:sz w:val="20"/>
        </w:rPr>
        <w:t>print()</w:t>
      </w:r>
      <w:r>
        <w:rPr>
          <w:b w:val="0"/>
          <w:i w:val="0"/>
        </w:rPr>
        <w:t xml:space="preserve"> ❶ đáng lẽ phải được thụt lề, nhưng nó lại không. Khi Python mong đợi một khối được thụt lề mà không tìm thấy, nó sẽ cho bạn biết nó gặp vấn đề ở dòng nào:</w:t>
      </w:r>
    </w:p>
    <w:p>
      <w:pPr>
        <w:spacing w:after="80"/>
      </w:pPr>
      <w:r>
        <w:rPr>
          <w:b w:val="0"/>
          <w:i w:val="0"/>
        </w:rPr>
        <w:t>File "magicians.py", line 3</w:t>
      </w:r>
      <w:r>
        <w:br/>
      </w:r>
      <w:r>
        <w:rPr>
          <w:b w:val="0"/>
          <w:i w:val="0"/>
        </w:rPr>
        <w:t xml:space="preserve">    print(magician)</w:t>
      </w:r>
      <w:r>
        <w:br/>
      </w:r>
      <w:r>
        <w:rPr>
          <w:b w:val="0"/>
          <w:i w:val="0"/>
        </w:rPr>
        <w:t xml:space="preserve">    ^</w:t>
      </w:r>
      <w:r>
        <w:br/>
      </w:r>
      <w:r>
        <w:rPr>
          <w:b w:val="0"/>
          <w:i w:val="0"/>
        </w:rPr>
        <w:t>IndentationError: expected an indented block after 'for' statement on line 2</w:t>
      </w:r>
    </w:p>
    <w:p>
      <w:pPr>
        <w:spacing w:after="80"/>
      </w:pPr>
      <w:r>
        <w:rPr>
          <w:b w:val="0"/>
          <w:i w:val="0"/>
        </w:rPr>
        <w:t xml:space="preserve">Bạn thường có thể giải quyết loại lỗi thụt lề này bằng cách thụt lề dòng hoặc các dòng ngay sau câu lệnh </w:t>
      </w:r>
      <w:r>
        <w:rPr>
          <w:rFonts w:ascii="Consolas" w:hAnsi="Consolas"/>
          <w:b w:val="0"/>
          <w:i w:val="0"/>
          <w:sz w:val="20"/>
        </w:rPr>
        <w:t>for</w:t>
      </w:r>
      <w:r>
        <w:rPr>
          <w:b w:val="0"/>
          <w:i w:val="0"/>
        </w:rPr>
        <w:t>.</w:t>
      </w:r>
    </w:p>
    <w:p>
      <w:pPr>
        <w:pStyle w:val="Heading3"/>
      </w:pPr>
      <w:r>
        <w:rPr>
          <w:rFonts w:ascii="Calibri" w:hAnsi="Calibri"/>
          <w:b/>
          <w:i w:val="0"/>
          <w:sz w:val="27"/>
        </w:rPr>
        <w:t>Quên thụt lề các dòng bổ sung</w:t>
      </w:r>
    </w:p>
    <w:p>
      <w:pPr>
        <w:spacing w:after="80"/>
      </w:pPr>
      <w:r>
        <w:rPr>
          <w:b w:val="0"/>
          <w:i w:val="0"/>
        </w:rPr>
        <w:t>Đôi khi vòng lặp của bạn sẽ chạy mà không có lỗi nào nhưng lại không tạo ra kết quả như mong đợi. Điều này có thể xảy ra khi bạn đang cố thực hiện nhiều tác vụ trong một vòng lặp và bạn quên thụt lề một số dòng của nó.</w:t>
      </w:r>
    </w:p>
    <w:p>
      <w:pPr>
        <w:spacing w:after="80"/>
      </w:pPr>
      <w:r>
        <w:rPr>
          <w:b w:val="0"/>
          <w:i w:val="0"/>
        </w:rPr>
        <w:t>Ví dụ, đây là những gì xảy ra khi chúng ta quên thụt lề dòng thứ hai trong vòng lặp thông báo cho mỗi ảo thuật gia rằng chúng ta đang mong chờ màn trình diễn tiếp theo của họ:</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 xml:space="preserve">    print(f"{magician.title()}, that was a great trick!")</w:t>
      </w:r>
    </w:p>
    <w:p>
      <w:pPr>
        <w:spacing w:after="0"/>
        <w:ind w:left="360"/>
        <w:shd w:val="clear" w:color="auto" w:fill="F2F2F2"/>
      </w:pPr>
      <w:r>
        <w:rPr>
          <w:rFonts w:ascii="Consolas" w:hAnsi="Consolas"/>
          <w:b w:val="0"/>
          <w:i w:val="0"/>
          <w:sz w:val="18"/>
        </w:rPr>
        <w:t>❶ print(f"I can't wait to see your next trick, {magician.title()}.\n")</w:t>
      </w:r>
    </w:p>
    <w:p>
      <w:pPr>
        <w:spacing w:after="40"/>
      </w:pPr>
    </w:p>
    <w:p>
      <w:pPr>
        <w:spacing w:after="80"/>
      </w:pPr>
      <w:r>
        <w:rPr>
          <w:b w:val="0"/>
          <w:i w:val="0"/>
        </w:rPr>
        <w:t xml:space="preserve">Lệnh gọi </w:t>
      </w:r>
      <w:r>
        <w:rPr>
          <w:rFonts w:ascii="Consolas" w:hAnsi="Consolas"/>
          <w:b w:val="0"/>
          <w:i w:val="0"/>
          <w:sz w:val="20"/>
        </w:rPr>
        <w:t>print()</w:t>
      </w:r>
      <w:r>
        <w:rPr>
          <w:b w:val="0"/>
          <w:i w:val="0"/>
        </w:rPr>
        <w:t xml:space="preserve"> thứ hai ❶ đáng lẽ phải được thụt lề, nhưng vì Python tìm thấy ít nhất một dòng được thụt lề sau câu lệnh </w:t>
      </w:r>
      <w:r>
        <w:rPr>
          <w:rFonts w:ascii="Consolas" w:hAnsi="Consolas"/>
          <w:b w:val="0"/>
          <w:i w:val="0"/>
          <w:sz w:val="20"/>
        </w:rPr>
        <w:t>for</w:t>
      </w:r>
      <w:r>
        <w:rPr>
          <w:b w:val="0"/>
          <w:i w:val="0"/>
        </w:rPr>
        <w:t xml:space="preserve">, nên nó không báo lỗi. Kết quả là, lệnh gọi </w:t>
      </w:r>
      <w:r>
        <w:rPr>
          <w:rFonts w:ascii="Consolas" w:hAnsi="Consolas"/>
          <w:b w:val="0"/>
          <w:i w:val="0"/>
          <w:sz w:val="20"/>
        </w:rPr>
        <w:t>print()</w:t>
      </w:r>
      <w:r>
        <w:rPr>
          <w:b w:val="0"/>
          <w:i w:val="0"/>
        </w:rPr>
        <w:t xml:space="preserve"> đầu tiên được thực thi một lần cho mỗi tên trong danh sách vì nó được thụt lề. Lệnh gọi </w:t>
      </w:r>
      <w:r>
        <w:rPr>
          <w:rFonts w:ascii="Consolas" w:hAnsi="Consolas"/>
          <w:b w:val="0"/>
          <w:i w:val="0"/>
          <w:sz w:val="20"/>
        </w:rPr>
        <w:t>print()</w:t>
      </w:r>
      <w:r>
        <w:rPr>
          <w:b w:val="0"/>
          <w:i w:val="0"/>
        </w:rPr>
        <w:t xml:space="preserve"> thứ hai không được thụt lề, nên nó chỉ được thực thi một lần sau khi vòng lặp chạy xong. Vì giá trị cuối cùng gắn với </w:t>
      </w:r>
      <w:r>
        <w:rPr>
          <w:rFonts w:ascii="Consolas" w:hAnsi="Consolas"/>
          <w:b w:val="0"/>
          <w:i w:val="0"/>
          <w:sz w:val="20"/>
        </w:rPr>
        <w:t>magician</w:t>
      </w:r>
      <w:r>
        <w:rPr>
          <w:b w:val="0"/>
          <w:i w:val="0"/>
        </w:rPr>
        <w:t xml:space="preserve"> là </w:t>
      </w:r>
      <w:r>
        <w:rPr>
          <w:rFonts w:ascii="Consolas" w:hAnsi="Consolas"/>
          <w:b w:val="0"/>
          <w:i w:val="0"/>
          <w:sz w:val="20"/>
        </w:rPr>
        <w:t>'carolina'</w:t>
      </w:r>
      <w:r>
        <w:rPr>
          <w:b w:val="0"/>
          <w:i w:val="0"/>
        </w:rPr>
        <w:t>, nên cô ấy là người duy nhất nhận được thông báo "mong chờ màn trình diễn tiếp theo":</w:t>
      </w:r>
    </w:p>
    <w:p>
      <w:pPr>
        <w:spacing w:after="80"/>
      </w:pPr>
      <w:r>
        <w:rPr>
          <w:b w:val="0"/>
          <w:i w:val="0"/>
        </w:rPr>
        <w:t>Alice, that was a great trick!</w:t>
      </w:r>
      <w:r>
        <w:br/>
      </w:r>
      <w:r>
        <w:rPr>
          <w:b w:val="0"/>
          <w:i w:val="0"/>
        </w:rPr>
        <w:t>David, that was a great trick!</w:t>
      </w:r>
      <w:r>
        <w:br/>
      </w:r>
      <w:r>
        <w:rPr>
          <w:b w:val="0"/>
          <w:i w:val="0"/>
        </w:rPr>
        <w:t>Carolina, that was a great trick!</w:t>
      </w:r>
      <w:r>
        <w:br/>
      </w:r>
      <w:r>
        <w:rPr>
          <w:b w:val="0"/>
          <w:i w:val="0"/>
        </w:rPr>
        <w:t>I can't wait to see your next trick, Carolina.</w:t>
      </w:r>
    </w:p>
    <w:p>
      <w:pPr>
        <w:spacing w:after="80"/>
      </w:pPr>
      <w:r>
        <w:rPr>
          <w:b w:val="0"/>
          <w:i w:val="0"/>
        </w:rPr>
        <w:t xml:space="preserve">Đây là một </w:t>
      </w:r>
      <w:r>
        <w:rPr>
          <w:b w:val="0"/>
          <w:i/>
        </w:rPr>
        <w:t>lỗi logic</w:t>
      </w:r>
      <w:r>
        <w:rPr>
          <w:b w:val="0"/>
          <w:i w:val="0"/>
        </w:rPr>
        <w:t>. Cú pháp là mã Python hợp lệ, nhưng mã không tạo ra kết quả mong muốn vì có vấn đề xảy ra trong logic của nó. Nếu bạn mong đợi thấy một hành động nào đó được lặp lại một lần cho mỗi mục trong danh sách mà nó chỉ được thực thi một lần, hãy xác định xem bạn có cần thụt lề một dòng hay một nhóm dòng hay không.</w:t>
      </w:r>
    </w:p>
    <w:p>
      <w:pPr>
        <w:pStyle w:val="Heading3"/>
      </w:pPr>
      <w:r>
        <w:rPr>
          <w:rFonts w:ascii="Calibri" w:hAnsi="Calibri"/>
          <w:b/>
          <w:i w:val="0"/>
          <w:sz w:val="27"/>
        </w:rPr>
        <w:t>Thụt lề không cần thiết</w:t>
      </w:r>
    </w:p>
    <w:p>
      <w:pPr>
        <w:spacing w:after="80"/>
      </w:pPr>
      <w:r>
        <w:rPr>
          <w:b w:val="0"/>
          <w:i w:val="0"/>
        </w:rPr>
        <w:t>Nếu bạn vô tình thụt lề một dòng không cần thụt lề, Python sẽ thông báo cho bạn về thụt lề bất ngờ đó:</w:t>
      </w:r>
    </w:p>
    <w:p>
      <w:pPr>
        <w:spacing w:after="80"/>
      </w:pPr>
      <w:r>
        <w:rPr>
          <w:b w:val="0"/>
          <w:i w:val="0"/>
        </w:rPr>
        <w:t>hello_world.py</w:t>
      </w:r>
    </w:p>
    <w:p>
      <w:pPr>
        <w:spacing w:after="80"/>
      </w:pPr>
      <w:r>
        <w:rPr>
          <w:b w:val="0"/>
          <w:i w:val="0"/>
        </w:rPr>
        <w:t>message = "Hello Python world!"</w:t>
      </w:r>
      <w:r>
        <w:br/>
      </w:r>
      <w:r>
        <w:rPr>
          <w:b w:val="0"/>
          <w:i w:val="0"/>
        </w:rPr>
        <w:t xml:space="preserve">    print(message)</w:t>
      </w:r>
    </w:p>
    <w:p>
      <w:pPr>
        <w:spacing w:after="80"/>
      </w:pPr>
      <w:r>
        <w:rPr>
          <w:b w:val="0"/>
          <w:i w:val="0"/>
        </w:rPr>
        <w:t xml:space="preserve">Chúng ta không cần thụt lề (indent) lời gọi </w:t>
      </w:r>
      <w:r>
        <w:rPr>
          <w:rFonts w:ascii="Consolas" w:hAnsi="Consolas"/>
          <w:b w:val="0"/>
          <w:i w:val="0"/>
          <w:sz w:val="20"/>
        </w:rPr>
        <w:t>print()</w:t>
      </w:r>
      <w:r>
        <w:rPr>
          <w:b w:val="0"/>
          <w:i w:val="0"/>
        </w:rPr>
        <w:t>, vì nó không nằm trong vòng lặp; do đó, Python báo lỗi như sau:</w:t>
      </w:r>
    </w:p>
    <w:p>
      <w:pPr>
        <w:spacing w:after="80"/>
      </w:pPr>
      <w:r>
        <w:rPr>
          <w:b w:val="0"/>
          <w:i w:val="0"/>
        </w:rPr>
        <w:t>File "hello_world.py", line 2</w:t>
      </w:r>
      <w:r>
        <w:br/>
      </w:r>
      <w:r>
        <w:rPr>
          <w:b w:val="0"/>
          <w:i w:val="0"/>
        </w:rPr>
        <w:t xml:space="preserve">    print(message)</w:t>
      </w:r>
      <w:r>
        <w:br/>
      </w:r>
      <w:r>
        <w:rPr>
          <w:b w:val="0"/>
          <w:i w:val="0"/>
        </w:rPr>
        <w:t xml:space="preserve">    ^</w:t>
      </w:r>
      <w:r>
        <w:br/>
      </w:r>
      <w:r>
        <w:rPr>
          <w:b w:val="0"/>
          <w:i w:val="0"/>
        </w:rPr>
        <w:t>IndentationError: unexpected indent</w:t>
      </w:r>
    </w:p>
    <w:p>
      <w:pPr>
        <w:spacing w:after="80"/>
      </w:pPr>
      <w:r>
        <w:rPr>
          <w:b w:val="0"/>
          <w:i w:val="0"/>
        </w:rPr>
        <w:t xml:space="preserve">Bạn có thể tránh những lỗi thụt lề bất ngờ bằng cách chỉ thụt lề khi bạn có lý do cụ thể để làm vậy. Trong các chương trình bạn đang viết ở thời điểm này, những dòng duy nhất bạn nên thụt lề là những hành động bạn muốn lặp lại cho mỗi phần tử trong vòng lặp </w:t>
      </w:r>
      <w:r>
        <w:rPr>
          <w:rFonts w:ascii="Consolas" w:hAnsi="Consolas"/>
          <w:b w:val="0"/>
          <w:i w:val="0"/>
          <w:sz w:val="20"/>
        </w:rPr>
        <w:t>for</w:t>
      </w:r>
      <w:r>
        <w:rPr>
          <w:b w:val="0"/>
          <w:i w:val="0"/>
        </w:rPr>
        <w:t>.</w:t>
      </w:r>
    </w:p>
    <w:p>
      <w:pPr>
        <w:pStyle w:val="Heading3"/>
      </w:pPr>
      <w:r>
        <w:rPr>
          <w:rFonts w:ascii="Calibri" w:hAnsi="Calibri"/>
          <w:b/>
          <w:i w:val="0"/>
          <w:sz w:val="27"/>
        </w:rPr>
        <w:t>Thụt lề không cần thiết sau vòng lặp</w:t>
      </w:r>
    </w:p>
    <w:p>
      <w:pPr>
        <w:spacing w:after="80"/>
      </w:pPr>
      <w:r>
        <w:rPr>
          <w:b w:val="0"/>
          <w:i w:val="0"/>
        </w:rPr>
        <w:t>Nếu bạn vô tình thụt lề đoạn mã lẽ ra phải chạy sau khi vòng lặp kết thúc, đoạn mã đó sẽ được lặp lại một lần cho mỗi phần tử trong danh sách. Đôi khi điều này khiến Python báo lỗi, nhưng thường thì nó sẽ dẫn đến một lỗi logic.</w:t>
      </w:r>
    </w:p>
    <w:p>
      <w:pPr>
        <w:spacing w:after="80"/>
      </w:pPr>
      <w:r>
        <w:rPr>
          <w:b w:val="0"/>
          <w:i w:val="0"/>
        </w:rPr>
        <w:t>Ví dụ, hãy xem điều gì xảy ra khi chúng ta vô tình thụt lề dòng cảm ơn các ảo thuật gia như một nhóm vì đã trình diễn một màn trình diễn tuyệt vời:</w:t>
      </w:r>
    </w:p>
    <w:p>
      <w:pPr>
        <w:spacing w:after="80"/>
      </w:pPr>
      <w:r>
        <w:rPr>
          <w:b w:val="0"/>
          <w:i w:val="0"/>
        </w:rPr>
        <w:t>magicians.py</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for magician in magicians:</w:t>
      </w:r>
    </w:p>
    <w:p>
      <w:pPr>
        <w:spacing w:after="0"/>
        <w:ind w:left="360"/>
        <w:shd w:val="clear" w:color="auto" w:fill="F2F2F2"/>
      </w:pPr>
      <w:r>
        <w:rPr>
          <w:rFonts w:ascii="Consolas" w:hAnsi="Consolas"/>
          <w:b w:val="0"/>
          <w:i w:val="0"/>
          <w:sz w:val="18"/>
        </w:rPr>
        <w:t xml:space="preserve">    print(f"{magician.title()}, that was a great trick!")</w:t>
      </w:r>
    </w:p>
    <w:p>
      <w:pPr>
        <w:spacing w:after="0"/>
        <w:ind w:left="360"/>
        <w:shd w:val="clear" w:color="auto" w:fill="F2F2F2"/>
      </w:pPr>
      <w:r>
        <w:rPr>
          <w:rFonts w:ascii="Consolas" w:hAnsi="Consolas"/>
          <w:b w:val="0"/>
          <w:i w:val="0"/>
          <w:sz w:val="18"/>
        </w:rPr>
        <w:t xml:space="preserve">    print(f"I can't wait to see your next trick, {magician.title()}.\n")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print("Thank you everyone, that was a great magic show!")</w:t>
      </w:r>
    </w:p>
    <w:p>
      <w:pPr>
        <w:spacing w:after="40"/>
      </w:pPr>
    </w:p>
    <w:p>
      <w:pPr>
        <w:spacing w:after="80"/>
      </w:pPr>
      <w:r>
        <w:rPr>
          <w:b w:val="0"/>
          <w:i w:val="0"/>
        </w:rPr>
        <w:t>Vì dòng cuối cùng ❶ được thụt lề, nó được in một lần cho mỗi người trong danh sách:</w:t>
      </w:r>
    </w:p>
    <w:p>
      <w:pPr>
        <w:spacing w:after="80"/>
      </w:pPr>
      <w:r>
        <w:rPr>
          <w:b w:val="0"/>
          <w:i w:val="0"/>
        </w:rPr>
        <w:t>Alice, that was a great trick!</w:t>
      </w:r>
      <w:r>
        <w:br/>
      </w:r>
      <w:r>
        <w:rPr>
          <w:b w:val="0"/>
          <w:i w:val="0"/>
        </w:rPr>
        <w:t>I can't wait to see your next trick, Alice.</w:t>
      </w:r>
      <w:r>
        <w:br/>
      </w:r>
      <w:r>
        <w:br/>
      </w:r>
      <w:r>
        <w:rPr>
          <w:b w:val="0"/>
          <w:i w:val="0"/>
        </w:rPr>
        <w:t>Thank you everyone, that was a great magic show!</w:t>
      </w:r>
      <w:r>
        <w:br/>
      </w:r>
      <w:r>
        <w:rPr>
          <w:b w:val="0"/>
          <w:i w:val="0"/>
        </w:rPr>
        <w:t>David, that was a great trick!</w:t>
      </w:r>
      <w:r>
        <w:br/>
      </w:r>
      <w:r>
        <w:rPr>
          <w:b w:val="0"/>
          <w:i w:val="0"/>
        </w:rPr>
        <w:t>I can't wait to see your next trick, David.</w:t>
      </w:r>
      <w:r>
        <w:br/>
      </w:r>
      <w:r>
        <w:br/>
      </w:r>
      <w:r>
        <w:rPr>
          <w:b w:val="0"/>
          <w:i w:val="0"/>
        </w:rPr>
        <w:t>Thank you everyone, that was a great magic show!</w:t>
      </w:r>
      <w:r>
        <w:br/>
      </w:r>
      <w:r>
        <w:rPr>
          <w:b w:val="0"/>
          <w:i w:val="0"/>
        </w:rPr>
        <w:t>Carolina, that was a great trick!</w:t>
      </w:r>
      <w:r>
        <w:br/>
      </w:r>
      <w:r>
        <w:rPr>
          <w:b w:val="0"/>
          <w:i w:val="0"/>
        </w:rPr>
        <w:t>I can't wait to see your next trick, Carolina.</w:t>
      </w:r>
      <w:r>
        <w:br/>
      </w:r>
      <w:r>
        <w:br/>
      </w:r>
      <w:r>
        <w:rPr>
          <w:b w:val="0"/>
          <w:i w:val="0"/>
        </w:rPr>
        <w:t>Thank you everyone, that was a great magic show!</w:t>
      </w:r>
    </w:p>
    <w:p>
      <w:pPr>
        <w:spacing w:after="80"/>
      </w:pPr>
      <w:r>
        <w:rPr>
          <w:b w:val="0"/>
          <w:i w:val="0"/>
        </w:rPr>
        <w:t>Đây là một lỗi logic khác, tương tự như lỗi trong phần "Quên thụt lề các dòng bổ sung" ở trang 54. Vì Python không biết bạn đang cố gắng đạt được điều gì với đoạn mã của mình, nó sẽ chạy tất cả đoạn mã được viết đúng cú pháp. Nếu một hành động bị lặp lại nhiều lần trong khi lẽ ra nó chỉ nên được thực thi một lần, có lẽ bạn cần bỏ thụt lề (unindent) đoạn mã cho hành động đó.</w:t>
      </w:r>
    </w:p>
    <w:p>
      <w:pPr>
        <w:pStyle w:val="Heading3"/>
      </w:pPr>
      <w:r>
        <w:rPr>
          <w:rFonts w:ascii="Calibri" w:hAnsi="Calibri"/>
          <w:b/>
          <w:i w:val="0"/>
          <w:sz w:val="27"/>
        </w:rPr>
        <w:t>Quên dấu hai chấm</w:t>
      </w:r>
    </w:p>
    <w:p>
      <w:pPr>
        <w:spacing w:after="80"/>
      </w:pPr>
      <w:r>
        <w:rPr>
          <w:b w:val="0"/>
          <w:i w:val="0"/>
        </w:rPr>
        <w:t xml:space="preserve">Dấu hai chấm ở cuối câu lệnh </w:t>
      </w:r>
      <w:r>
        <w:rPr>
          <w:rFonts w:ascii="Consolas" w:hAnsi="Consolas"/>
          <w:b w:val="0"/>
          <w:i w:val="0"/>
          <w:sz w:val="20"/>
        </w:rPr>
        <w:t>for</w:t>
      </w:r>
      <w:r>
        <w:rPr>
          <w:b w:val="0"/>
          <w:i w:val="0"/>
        </w:rPr>
        <w:t xml:space="preserve"> báo cho Python biết rằng dòng tiếp theo là phần bắt đầu của một vòng lặp.</w:t>
      </w:r>
    </w:p>
    <w:p>
      <w:pPr>
        <w:spacing w:after="0"/>
        <w:ind w:left="360"/>
        <w:shd w:val="clear" w:color="auto" w:fill="F2F2F2"/>
      </w:pPr>
      <w:r>
        <w:rPr>
          <w:rFonts w:ascii="Consolas" w:hAnsi="Consolas"/>
          <w:b w:val="0"/>
          <w:i w:val="0"/>
          <w:sz w:val="18"/>
        </w:rPr>
        <w:t>magicians = ['alice', 'david', 'carolina']</w:t>
      </w:r>
    </w:p>
    <w:p>
      <w:pPr>
        <w:spacing w:after="0"/>
        <w:ind w:left="360"/>
        <w:shd w:val="clear" w:color="auto" w:fill="F2F2F2"/>
      </w:pPr>
      <w:r>
        <w:rPr>
          <w:rFonts w:ascii="Consolas" w:hAnsi="Consolas"/>
          <w:b w:val="0"/>
          <w:i w:val="0"/>
          <w:sz w:val="18"/>
        </w:rPr>
        <w:t>❶ for magician in magicians</w:t>
      </w:r>
    </w:p>
    <w:p>
      <w:pPr>
        <w:spacing w:after="0"/>
        <w:ind w:left="360"/>
        <w:shd w:val="clear" w:color="auto" w:fill="F2F2F2"/>
      </w:pPr>
      <w:r>
        <w:rPr>
          <w:rFonts w:ascii="Consolas" w:hAnsi="Consolas"/>
          <w:b w:val="0"/>
          <w:i w:val="0"/>
          <w:sz w:val="18"/>
        </w:rPr>
        <w:t xml:space="preserve">    print(magician)</w:t>
      </w:r>
    </w:p>
    <w:p>
      <w:pPr>
        <w:spacing w:after="40"/>
      </w:pPr>
    </w:p>
    <w:p>
      <w:pPr>
        <w:spacing w:after="80"/>
      </w:pPr>
      <w:r>
        <w:rPr>
          <w:b w:val="0"/>
          <w:i w:val="0"/>
        </w:rPr>
        <w:t>Nếu bạn vô tình quên dấu hai chấm ❶, bạn sẽ gặp lỗi cú pháp (syntax error) vì Python không biết chính xác bạn đang cố gắng làm gì:</w:t>
      </w:r>
    </w:p>
    <w:p>
      <w:pPr>
        <w:spacing w:after="80"/>
      </w:pPr>
      <w:r>
        <w:rPr>
          <w:b w:val="0"/>
          <w:i w:val="0"/>
        </w:rPr>
        <w:t>File "magicians.py", line 2</w:t>
      </w:r>
      <w:r>
        <w:br/>
      </w:r>
      <w:r>
        <w:rPr>
          <w:b w:val="0"/>
          <w:i w:val="0"/>
        </w:rPr>
        <w:t xml:space="preserve">    for magician in magicians</w:t>
      </w:r>
      <w:r>
        <w:br/>
      </w:r>
      <w:r>
        <w:rPr>
          <w:b w:val="0"/>
          <w:i w:val="0"/>
        </w:rPr>
        <w:t xml:space="preserve">                             ^</w:t>
      </w:r>
      <w:r>
        <w:br/>
      </w:r>
      <w:r>
        <w:rPr>
          <w:b w:val="0"/>
          <w:i w:val="0"/>
        </w:rPr>
        <w:t>SyntaxError: expected ':'</w:t>
      </w:r>
    </w:p>
    <w:p>
      <w:pPr>
        <w:spacing w:after="80"/>
      </w:pPr>
      <w:r>
        <w:rPr>
          <w:b w:val="0"/>
          <w:i w:val="0"/>
        </w:rPr>
        <w:t xml:space="preserve">Python không biết được là bạn chỉ đơn giản quên dấu hai chấm, hay là bạn định viết thêm code để tạo một vòng lặp phức tạp hơn. Nếu trình thông dịch (interpreter) có thể nhận ra một cách sửa khả thi, nó sẽ gợi ý, chẳng hạn như thêm dấu hai chấm vào cuối dòng, đúng như nó làm ở đây với phản hồi </w:t>
      </w:r>
      <w:r>
        <w:rPr>
          <w:rFonts w:ascii="Consolas" w:hAnsi="Consolas"/>
          <w:b w:val="0"/>
          <w:i w:val="0"/>
          <w:sz w:val="20"/>
        </w:rPr>
        <w:t>expected ':'</w:t>
      </w:r>
      <w:r>
        <w:rPr>
          <w:b w:val="0"/>
          <w:i w:val="0"/>
        </w:rPr>
        <w:t>. Một số lỗi có cách sửa dễ dàng, rõ ràng, nhờ những gợi ý trong traceback của Python. Một số lỗi khác thì khó giải quyết hơn nhiều, kể cả khi cách sửa cuối cùng chỉ liên quan đến một ký tự. Đừng cảm thấy tệ khi một sửa lỗi nhỏ lại mất nhiều thời gian để tìm ra; bạn hoàn toàn không cô đơn trong trải nghiệm này đâu.</w:t>
      </w:r>
    </w:p>
    <w:p>
      <w:pPr>
        <w:spacing w:before="120" w:after="40"/>
      </w:pPr>
      <w:r>
        <w:rPr>
          <w:b/>
          <w:sz w:val="21"/>
        </w:rPr>
        <w:t>Tự thực hành</w:t>
      </w:r>
    </w:p>
    <w:p>
      <w:pPr>
        <w:spacing w:after="80"/>
      </w:pPr>
      <w:r>
        <w:rPr>
          <w:b/>
          <w:i w:val="0"/>
        </w:rPr>
        <w:t>4-1. Pizza:</w:t>
      </w:r>
      <w:r>
        <w:rPr>
          <w:b w:val="0"/>
          <w:i w:val="0"/>
        </w:rPr>
        <w:t xml:space="preserve"> Nghĩ đến ít nhất ba loại pizza yêu thích của bạn. Lưu tên các loại pizza này vào một danh sách, rồi dùng vòng lặp </w:t>
      </w:r>
      <w:r>
        <w:rPr>
          <w:rFonts w:ascii="Consolas" w:hAnsi="Consolas"/>
          <w:b w:val="0"/>
          <w:i w:val="0"/>
          <w:sz w:val="20"/>
        </w:rPr>
        <w:t>for</w:t>
      </w:r>
      <w:r>
        <w:rPr>
          <w:b w:val="0"/>
          <w:i w:val="0"/>
        </w:rPr>
        <w:t xml:space="preserve"> để in ra tên của từng loại pizza.</w:t>
      </w:r>
    </w:p>
    <w:p>
      <w:pPr>
        <w:spacing w:after="80"/>
        <w:ind w:left="360"/>
      </w:pPr>
      <w:r>
        <w:t xml:space="preserve">• </w:t>
      </w:r>
      <w:r>
        <w:rPr>
          <w:b w:val="0"/>
          <w:i w:val="0"/>
        </w:rPr>
        <w:t xml:space="preserve">Sửa vòng lặp </w:t>
      </w:r>
      <w:r>
        <w:rPr>
          <w:rFonts w:ascii="Consolas" w:hAnsi="Consolas"/>
          <w:b w:val="0"/>
          <w:i w:val="0"/>
          <w:sz w:val="20"/>
        </w:rPr>
        <w:t>for</w:t>
      </w:r>
      <w:r>
        <w:rPr>
          <w:b w:val="0"/>
          <w:i w:val="0"/>
        </w:rPr>
        <w:t xml:space="preserve"> của bạn để in một câu có chứa tên loại pizza, thay vì chỉ in tên loại pizza. Với mỗi loại pizza, bạn nên có một dòng kết quả chứa một câu đơn giản như </w:t>
      </w:r>
      <w:r>
        <w:rPr>
          <w:b w:val="0"/>
          <w:i/>
        </w:rPr>
        <w:t>I like pepperoni pizza</w:t>
      </w:r>
      <w:r>
        <w:rPr>
          <w:b w:val="0"/>
          <w:i w:val="0"/>
        </w:rPr>
        <w:t>.</w:t>
      </w:r>
    </w:p>
    <w:p>
      <w:pPr>
        <w:spacing w:after="80"/>
        <w:ind w:left="360"/>
      </w:pPr>
      <w:r>
        <w:t xml:space="preserve">• </w:t>
      </w:r>
      <w:r>
        <w:rPr>
          <w:b w:val="0"/>
          <w:i w:val="0"/>
        </w:rPr>
        <w:t xml:space="preserve">Thêm một dòng vào cuối chương trình, bên ngoài vòng lặp </w:t>
      </w:r>
      <w:r>
        <w:rPr>
          <w:rFonts w:ascii="Consolas" w:hAnsi="Consolas"/>
          <w:b w:val="0"/>
          <w:i w:val="0"/>
          <w:sz w:val="20"/>
        </w:rPr>
        <w:t>for</w:t>
      </w:r>
      <w:r>
        <w:rPr>
          <w:b w:val="0"/>
          <w:i w:val="0"/>
        </w:rPr>
        <w:t xml:space="preserve">, nói lên bạn thích pizza đến mức nào. Kết quả nên gồm ba dòng trở lên về những loại pizza bạn thích, rồi thêm một câu nữa, chẳng hạn như </w:t>
      </w:r>
      <w:r>
        <w:rPr>
          <w:b w:val="0"/>
          <w:i/>
        </w:rPr>
        <w:t>I really love pizza!</w:t>
      </w:r>
    </w:p>
    <w:p>
      <w:pPr>
        <w:spacing w:after="80"/>
      </w:pPr>
      <w:r>
        <w:rPr>
          <w:b/>
          <w:i w:val="0"/>
        </w:rPr>
        <w:t>4-2. Động vật:</w:t>
      </w:r>
      <w:r>
        <w:rPr>
          <w:b w:val="0"/>
          <w:i w:val="0"/>
        </w:rPr>
        <w:t xml:space="preserve"> Nghĩ đến ít nhất ba loài động vật khác nhau có chung một đặc điểm. Lưu tên các loài động vật này vào một danh sách, rồi dùng vòng lặp </w:t>
      </w:r>
      <w:r>
        <w:rPr>
          <w:rFonts w:ascii="Consolas" w:hAnsi="Consolas"/>
          <w:b w:val="0"/>
          <w:i w:val="0"/>
          <w:sz w:val="20"/>
        </w:rPr>
        <w:t>for</w:t>
      </w:r>
      <w:r>
        <w:rPr>
          <w:b w:val="0"/>
          <w:i w:val="0"/>
        </w:rPr>
        <w:t xml:space="preserve"> để in ra tên của từng loài.</w:t>
      </w:r>
    </w:p>
    <w:p>
      <w:pPr>
        <w:spacing w:after="80"/>
        <w:ind w:left="360"/>
      </w:pPr>
      <w:r>
        <w:t xml:space="preserve">• </w:t>
      </w:r>
      <w:r>
        <w:rPr>
          <w:b w:val="0"/>
          <w:i w:val="0"/>
        </w:rPr>
        <w:t xml:space="preserve">Sửa chương trình của bạn để in một câu về mỗi loài động vật, chẳng hạn như </w:t>
      </w:r>
      <w:r>
        <w:rPr>
          <w:b w:val="0"/>
          <w:i/>
        </w:rPr>
        <w:t>A dog would make a great pet.</w:t>
      </w:r>
    </w:p>
    <w:p>
      <w:pPr>
        <w:spacing w:after="80"/>
        <w:ind w:left="360"/>
      </w:pPr>
      <w:r>
        <w:t xml:space="preserve">• </w:t>
      </w:r>
      <w:r>
        <w:rPr>
          <w:b w:val="0"/>
          <w:i w:val="0"/>
        </w:rPr>
        <w:t xml:space="preserve">Thêm một dòng vào cuối chương trình, nói lên điểm chung của những loài động vật này. Bạn có thể in một câu, chẳng hạn như </w:t>
      </w:r>
      <w:r>
        <w:rPr>
          <w:b w:val="0"/>
          <w:i/>
        </w:rPr>
        <w:t>Any of these animals would make a great pet!</w:t>
      </w:r>
    </w:p>
    <w:p>
      <w:pPr>
        <w:pStyle w:val="Heading2"/>
      </w:pPr>
      <w:r>
        <w:rPr>
          <w:rFonts w:ascii="Calibri" w:hAnsi="Calibri"/>
          <w:b/>
          <w:i w:val="0"/>
          <w:sz w:val="32"/>
        </w:rPr>
        <w:t>Tạo danh sách số</w:t>
      </w:r>
    </w:p>
    <w:p>
      <w:pPr>
        <w:spacing w:after="80"/>
      </w:pPr>
      <w:r>
        <w:rPr>
          <w:b w:val="0"/>
          <w:i w:val="0"/>
        </w:rPr>
        <w:t>Có nhiều lý do để lưu một tập hợp số. Ví dụ, bạn sẽ cần theo dõi vị trí của từng nhân vật trong một trò chơi, và bạn cũng có thể muốn theo dõi điểm số cao của người chơi. Trong trực quan hóa dữ liệu (data visualization), bạn hầu như luôn làm việc với các tập hợp số, như nhiệt độ, khoảng cách, quy mô dân số, hay giá trị vĩ độ và kinh độ, cùng nhiều loại tập hợp số khác.</w:t>
      </w:r>
    </w:p>
    <w:p>
      <w:pPr>
        <w:spacing w:after="80"/>
      </w:pPr>
      <w:r>
        <w:rPr>
          <w:b w:val="0"/>
          <w:i w:val="0"/>
        </w:rPr>
        <w:t>Danh sách rất lý tưởng để lưu các tập hợp số, và Python cung cấp nhiều công cụ giúp bạn làm việc hiệu quả với danh sách số. Khi bạn đã hiểu cách dùng những công cụ này một cách hiệu quả, code của bạn sẽ chạy tốt kể cả khi danh sách chứa hàng triệu phần tử.</w:t>
      </w:r>
    </w:p>
    <w:p>
      <w:pPr>
        <w:pStyle w:val="Heading3"/>
      </w:pPr>
      <w:r>
        <w:rPr>
          <w:rFonts w:ascii="Calibri" w:hAnsi="Calibri"/>
          <w:b/>
          <w:i w:val="0"/>
          <w:sz w:val="27"/>
        </w:rPr>
        <w:t>Sử dụng hàm range()</w:t>
      </w:r>
    </w:p>
    <w:p>
      <w:pPr>
        <w:spacing w:after="80"/>
      </w:pPr>
      <w:r>
        <w:rPr>
          <w:b w:val="0"/>
          <w:i w:val="0"/>
        </w:rPr>
        <w:t xml:space="preserve">Hàm </w:t>
      </w:r>
      <w:r>
        <w:rPr>
          <w:rFonts w:ascii="Consolas" w:hAnsi="Consolas"/>
          <w:b w:val="0"/>
          <w:i w:val="0"/>
          <w:sz w:val="20"/>
        </w:rPr>
        <w:t>range()</w:t>
      </w:r>
      <w:r>
        <w:rPr>
          <w:b w:val="0"/>
          <w:i w:val="0"/>
        </w:rPr>
        <w:t xml:space="preserve"> của Python giúp bạn dễ dàng tạo ra một dãy số. Ví dụ, bạn có thể dùng hàm </w:t>
      </w:r>
      <w:r>
        <w:rPr>
          <w:rFonts w:ascii="Consolas" w:hAnsi="Consolas"/>
          <w:b w:val="0"/>
          <w:i w:val="0"/>
          <w:sz w:val="20"/>
        </w:rPr>
        <w:t>range()</w:t>
      </w:r>
      <w:r>
        <w:rPr>
          <w:b w:val="0"/>
          <w:i w:val="0"/>
        </w:rPr>
        <w:t xml:space="preserve"> để in một dãy số như thế này:</w:t>
      </w:r>
    </w:p>
    <w:p>
      <w:pPr>
        <w:spacing w:after="80"/>
      </w:pPr>
      <w:r>
        <w:rPr>
          <w:b w:val="0"/>
          <w:i w:val="0"/>
        </w:rPr>
        <w:t>first_numbers.py</w:t>
      </w:r>
    </w:p>
    <w:p>
      <w:pPr>
        <w:spacing w:after="80"/>
      </w:pPr>
      <w:r>
        <w:rPr>
          <w:b w:val="0"/>
          <w:i w:val="0"/>
        </w:rPr>
        <w:t>for value in range(1, 5):</w:t>
      </w:r>
      <w:r>
        <w:br/>
      </w:r>
      <w:r>
        <w:rPr>
          <w:b w:val="0"/>
          <w:i w:val="0"/>
        </w:rPr>
        <w:t xml:space="preserve">    print(value)</w:t>
      </w:r>
    </w:p>
    <w:p>
      <w:pPr>
        <w:spacing w:after="80"/>
      </w:pPr>
      <w:r>
        <w:rPr>
          <w:b w:val="0"/>
          <w:i w:val="0"/>
        </w:rPr>
        <w:t>Mặc dù đoạn code này trông có vẻ như sẽ in ra các số từ 1 đến 5, nhưng nó không in ra số 5:</w:t>
      </w:r>
    </w:p>
    <w:p>
      <w:pPr>
        <w:spacing w:after="80"/>
      </w:pPr>
      <w:r>
        <w:rPr>
          <w:b w:val="0"/>
          <w:i w:val="0"/>
        </w:rPr>
        <w:t>1</w:t>
      </w:r>
      <w:r>
        <w:br/>
      </w:r>
      <w:r>
        <w:rPr>
          <w:b w:val="0"/>
          <w:i w:val="0"/>
        </w:rPr>
        <w:t>2</w:t>
      </w:r>
      <w:r>
        <w:br/>
      </w:r>
      <w:r>
        <w:rPr>
          <w:b w:val="0"/>
          <w:i w:val="0"/>
        </w:rPr>
        <w:t>3</w:t>
      </w:r>
      <w:r>
        <w:br/>
      </w:r>
      <w:r>
        <w:rPr>
          <w:b w:val="0"/>
          <w:i w:val="0"/>
        </w:rPr>
        <w:t>4</w:t>
      </w:r>
    </w:p>
    <w:p>
      <w:pPr>
        <w:spacing w:after="80"/>
      </w:pPr>
      <w:r>
        <w:rPr>
          <w:b w:val="0"/>
          <w:i w:val="0"/>
        </w:rPr>
        <w:t xml:space="preserve">Trong ví dụ này, </w:t>
      </w:r>
      <w:r>
        <w:rPr>
          <w:rFonts w:ascii="Consolas" w:hAnsi="Consolas"/>
          <w:b w:val="0"/>
          <w:i w:val="0"/>
          <w:sz w:val="20"/>
        </w:rPr>
        <w:t>range()</w:t>
      </w:r>
      <w:r>
        <w:rPr>
          <w:b w:val="0"/>
          <w:i w:val="0"/>
        </w:rPr>
        <w:t xml:space="preserve"> chỉ in ra các số từ 1 đến 4. Đây là một kết quả khác của hiện tượng lệch một đơn vị (off-by-one) mà bạn sẽ thường gặp trong các ngôn ngữ lập trình. Hàm </w:t>
      </w:r>
      <w:r>
        <w:rPr>
          <w:rFonts w:ascii="Consolas" w:hAnsi="Consolas"/>
          <w:b w:val="0"/>
          <w:i w:val="0"/>
          <w:sz w:val="20"/>
        </w:rPr>
        <w:t>range()</w:t>
      </w:r>
      <w:r>
        <w:rPr>
          <w:b w:val="0"/>
          <w:i w:val="0"/>
        </w:rPr>
        <w:t xml:space="preserve"> khiến Python bắt đầu đếm từ giá trị đầu tiên bạn đưa vào, và dừng lại khi chạm đến giá trị thứ hai bạn cung cấp. Vì nó dừng ở giá trị thứ hai đó, nên kết quả đầu ra không bao giờ chứa giá trị kết thúc, trong trường hợp này sẽ là 5.</w:t>
      </w:r>
    </w:p>
    <w:p>
      <w:pPr>
        <w:spacing w:after="80"/>
      </w:pPr>
      <w:r>
        <w:rPr>
          <w:b w:val="0"/>
          <w:i w:val="0"/>
        </w:rPr>
        <w:t xml:space="preserve">Để in ra các số từ 1 đến 5, bạn sẽ dùng </w:t>
      </w:r>
      <w:r>
        <w:rPr>
          <w:rFonts w:ascii="Consolas" w:hAnsi="Consolas"/>
          <w:b w:val="0"/>
          <w:i w:val="0"/>
          <w:sz w:val="20"/>
        </w:rPr>
        <w:t>range(1, 6)</w:t>
      </w:r>
      <w:r>
        <w:rPr>
          <w:b w:val="0"/>
          <w:i w:val="0"/>
        </w:rPr>
        <w:t>:</w:t>
      </w:r>
    </w:p>
    <w:p>
      <w:pPr>
        <w:spacing w:after="0"/>
        <w:ind w:left="360"/>
        <w:shd w:val="clear" w:color="auto" w:fill="F2F2F2"/>
      </w:pPr>
      <w:r>
        <w:rPr>
          <w:rFonts w:ascii="Consolas" w:hAnsi="Consolas"/>
          <w:b w:val="0"/>
          <w:i w:val="0"/>
          <w:sz w:val="18"/>
        </w:rPr>
        <w:t>for value in range(1, 6):</w:t>
      </w:r>
    </w:p>
    <w:p>
      <w:pPr>
        <w:spacing w:after="0"/>
        <w:ind w:left="360"/>
        <w:shd w:val="clear" w:color="auto" w:fill="F2F2F2"/>
      </w:pPr>
      <w:r>
        <w:rPr>
          <w:rFonts w:ascii="Consolas" w:hAnsi="Consolas"/>
          <w:b w:val="0"/>
          <w:i w:val="0"/>
          <w:sz w:val="18"/>
        </w:rPr>
        <w:t xml:space="preserve">    print(value)</w:t>
      </w:r>
    </w:p>
    <w:p>
      <w:pPr>
        <w:spacing w:after="40"/>
      </w:pPr>
    </w:p>
    <w:p>
      <w:pPr>
        <w:spacing w:after="80"/>
      </w:pPr>
      <w:r>
        <w:rPr>
          <w:b w:val="0"/>
          <w:i w:val="0"/>
        </w:rPr>
        <w:t>Lần này kết quả bắt đầu từ 1 và kết thúc ở 5:</w:t>
      </w:r>
    </w:p>
    <w:p>
      <w:pPr>
        <w:spacing w:after="80"/>
      </w:pPr>
      <w:r>
        <w:rPr>
          <w:b w:val="0"/>
          <w:i w:val="0"/>
        </w:rPr>
        <w:t>1</w:t>
      </w:r>
      <w:r>
        <w:br/>
      </w:r>
      <w:r>
        <w:rPr>
          <w:b w:val="0"/>
          <w:i w:val="0"/>
        </w:rPr>
        <w:t>2</w:t>
      </w:r>
      <w:r>
        <w:br/>
      </w:r>
      <w:r>
        <w:rPr>
          <w:b w:val="0"/>
          <w:i w:val="0"/>
        </w:rPr>
        <w:t>3</w:t>
      </w:r>
      <w:r>
        <w:br/>
      </w:r>
      <w:r>
        <w:rPr>
          <w:b w:val="0"/>
          <w:i w:val="0"/>
        </w:rPr>
        <w:t>4</w:t>
      </w:r>
      <w:r>
        <w:br/>
      </w:r>
      <w:r>
        <w:rPr>
          <w:b w:val="0"/>
          <w:i w:val="0"/>
        </w:rPr>
        <w:t>5</w:t>
      </w:r>
    </w:p>
    <w:p>
      <w:pPr>
        <w:spacing w:after="80"/>
      </w:pPr>
      <w:r>
        <w:rPr>
          <w:b w:val="0"/>
          <w:i w:val="0"/>
        </w:rPr>
        <w:t xml:space="preserve">Nếu kết quả của bạn khác với điều bạn mong đợi khi dùng </w:t>
      </w:r>
      <w:r>
        <w:rPr>
          <w:rFonts w:ascii="Consolas" w:hAnsi="Consolas"/>
          <w:b w:val="0"/>
          <w:i w:val="0"/>
          <w:sz w:val="20"/>
        </w:rPr>
        <w:t>range()</w:t>
      </w:r>
      <w:r>
        <w:rPr>
          <w:b w:val="0"/>
          <w:i w:val="0"/>
        </w:rPr>
        <w:t>, hãy thử điều chỉnh giá trị kết thúc của bạn thêm 1.</w:t>
      </w:r>
    </w:p>
    <w:p>
      <w:pPr>
        <w:spacing w:after="80"/>
      </w:pPr>
      <w:r>
        <w:rPr>
          <w:b w:val="0"/>
          <w:i w:val="0"/>
        </w:rPr>
        <w:t xml:space="preserve">Bạn cũng có thể truyền cho </w:t>
      </w:r>
      <w:r>
        <w:rPr>
          <w:rFonts w:ascii="Consolas" w:hAnsi="Consolas"/>
          <w:b w:val="0"/>
          <w:i w:val="0"/>
          <w:sz w:val="20"/>
        </w:rPr>
        <w:t>range()</w:t>
      </w:r>
      <w:r>
        <w:rPr>
          <w:b w:val="0"/>
          <w:i w:val="0"/>
        </w:rPr>
        <w:t xml:space="preserve"> chỉ một đối số, và nó sẽ bắt đầu dãy số từ 0. Ví dụ, </w:t>
      </w:r>
      <w:r>
        <w:rPr>
          <w:rFonts w:ascii="Consolas" w:hAnsi="Consolas"/>
          <w:b w:val="0"/>
          <w:i w:val="0"/>
          <w:sz w:val="20"/>
        </w:rPr>
        <w:t>range(6)</w:t>
      </w:r>
      <w:r>
        <w:rPr>
          <w:b w:val="0"/>
          <w:i w:val="0"/>
        </w:rPr>
        <w:t xml:space="preserve"> sẽ trả về các số từ 0 đến 5.</w:t>
      </w:r>
    </w:p>
    <w:p>
      <w:pPr>
        <w:pStyle w:val="Heading3"/>
      </w:pPr>
      <w:r>
        <w:rPr>
          <w:rFonts w:ascii="Calibri" w:hAnsi="Calibri"/>
          <w:b/>
          <w:i w:val="0"/>
          <w:sz w:val="27"/>
        </w:rPr>
        <w:t>Dùng range() để tạo một danh sách các số</w:t>
      </w:r>
    </w:p>
    <w:p>
      <w:pPr>
        <w:spacing w:after="80"/>
      </w:pPr>
      <w:r>
        <w:rPr>
          <w:b w:val="0"/>
          <w:i w:val="0"/>
        </w:rPr>
        <w:t xml:space="preserve">Nếu bạn muốn tạo một danh sách các số, bạn có thể chuyển đổi trực tiếp kết quả của </w:t>
      </w:r>
      <w:r>
        <w:rPr>
          <w:rFonts w:ascii="Consolas" w:hAnsi="Consolas"/>
          <w:b w:val="0"/>
          <w:i w:val="0"/>
          <w:sz w:val="20"/>
        </w:rPr>
        <w:t>range()</w:t>
      </w:r>
      <w:r>
        <w:rPr>
          <w:b w:val="0"/>
          <w:i w:val="0"/>
        </w:rPr>
        <w:t xml:space="preserve"> thành một danh sách bằng hàm </w:t>
      </w:r>
      <w:r>
        <w:rPr>
          <w:rFonts w:ascii="Consolas" w:hAnsi="Consolas"/>
          <w:b w:val="0"/>
          <w:i w:val="0"/>
          <w:sz w:val="20"/>
        </w:rPr>
        <w:t>list()</w:t>
      </w:r>
      <w:r>
        <w:rPr>
          <w:b w:val="0"/>
          <w:i w:val="0"/>
        </w:rPr>
        <w:t xml:space="preserve">. Khi bạn bọc </w:t>
      </w:r>
      <w:r>
        <w:rPr>
          <w:rFonts w:ascii="Consolas" w:hAnsi="Consolas"/>
          <w:b w:val="0"/>
          <w:i w:val="0"/>
          <w:sz w:val="20"/>
        </w:rPr>
        <w:t>list()</w:t>
      </w:r>
      <w:r>
        <w:rPr>
          <w:b w:val="0"/>
          <w:i w:val="0"/>
        </w:rPr>
        <w:t xml:space="preserve"> quanh một lời gọi hàm </w:t>
      </w:r>
      <w:r>
        <w:rPr>
          <w:rFonts w:ascii="Consolas" w:hAnsi="Consolas"/>
          <w:b w:val="0"/>
          <w:i w:val="0"/>
          <w:sz w:val="20"/>
        </w:rPr>
        <w:t>range()</w:t>
      </w:r>
      <w:r>
        <w:rPr>
          <w:b w:val="0"/>
          <w:i w:val="0"/>
        </w:rPr>
        <w:t>, kết quả sẽ là một danh sách các số.</w:t>
      </w:r>
    </w:p>
    <w:p>
      <w:pPr>
        <w:spacing w:after="80"/>
      </w:pPr>
      <w:r>
        <w:rPr>
          <w:b w:val="0"/>
          <w:i w:val="0"/>
        </w:rPr>
        <w:t xml:space="preserve">Trong ví dụ ở phần trước, chúng ta chỉ đơn giản in ra một dãy số. Chúng ta có thể dùng </w:t>
      </w:r>
      <w:r>
        <w:rPr>
          <w:rFonts w:ascii="Consolas" w:hAnsi="Consolas"/>
          <w:b w:val="0"/>
          <w:i w:val="0"/>
          <w:sz w:val="20"/>
        </w:rPr>
        <w:t>list()</w:t>
      </w:r>
      <w:r>
        <w:rPr>
          <w:b w:val="0"/>
          <w:i w:val="0"/>
        </w:rPr>
        <w:t xml:space="preserve"> để chuyển đổi cùng tập hợp số đó thành một danh sách:</w:t>
      </w:r>
    </w:p>
    <w:p>
      <w:pPr>
        <w:spacing w:after="80"/>
      </w:pPr>
      <w:r>
        <w:rPr>
          <w:b w:val="0"/>
          <w:i w:val="0"/>
        </w:rPr>
        <w:t>numbers = list(range(1, 6))</w:t>
      </w:r>
      <w:r>
        <w:br/>
      </w:r>
      <w:r>
        <w:rPr>
          <w:b w:val="0"/>
          <w:i w:val="0"/>
        </w:rPr>
        <w:t>print(numbers)</w:t>
      </w:r>
    </w:p>
    <w:p>
      <w:pPr>
        <w:spacing w:after="80"/>
      </w:pPr>
      <w:r>
        <w:rPr>
          <w:b w:val="0"/>
          <w:i w:val="0"/>
        </w:rPr>
        <w:t>Đây là kết quả:</w:t>
      </w:r>
    </w:p>
    <w:p>
      <w:pPr>
        <w:spacing w:after="80"/>
      </w:pPr>
      <w:r>
        <w:rPr>
          <w:b w:val="0"/>
          <w:i w:val="0"/>
        </w:rPr>
        <w:t>[1, 2, 3, 4, 5]</w:t>
      </w:r>
    </w:p>
    <w:p>
      <w:pPr>
        <w:spacing w:after="80"/>
      </w:pPr>
      <w:r>
        <w:rPr>
          <w:b w:val="0"/>
          <w:i w:val="0"/>
        </w:rPr>
        <w:t xml:space="preserve">Chúng ta cũng có thể dùng hàm </w:t>
      </w:r>
      <w:r>
        <w:rPr>
          <w:rFonts w:ascii="Consolas" w:hAnsi="Consolas"/>
          <w:b w:val="0"/>
          <w:i w:val="0"/>
          <w:sz w:val="20"/>
        </w:rPr>
        <w:t>range()</w:t>
      </w:r>
      <w:r>
        <w:rPr>
          <w:b w:val="0"/>
          <w:i w:val="0"/>
        </w:rPr>
        <w:t xml:space="preserve"> để bảo Python bỏ qua các số trong một khoảng cho trước. Nếu bạn truyền thêm đối số thứ ba vào </w:t>
      </w:r>
      <w:r>
        <w:rPr>
          <w:rFonts w:ascii="Consolas" w:hAnsi="Consolas"/>
          <w:b w:val="0"/>
          <w:i w:val="0"/>
          <w:sz w:val="20"/>
        </w:rPr>
        <w:t>range()</w:t>
      </w:r>
      <w:r>
        <w:rPr>
          <w:b w:val="0"/>
          <w:i w:val="0"/>
        </w:rPr>
        <w:t>, Python sẽ dùng giá trị đó làm bước nhảy (step size) khi tạo các số.</w:t>
      </w:r>
    </w:p>
    <w:p>
      <w:pPr>
        <w:spacing w:after="80"/>
      </w:pPr>
      <w:r>
        <w:rPr>
          <w:b w:val="0"/>
          <w:i w:val="0"/>
        </w:rPr>
        <w:t>Ví dụ, đây là cách liệt kê các số chẵn từ 1 đến 10:</w:t>
      </w:r>
    </w:p>
    <w:p>
      <w:pPr>
        <w:spacing w:after="80"/>
      </w:pPr>
      <w:r>
        <w:rPr>
          <w:b w:val="0"/>
          <w:i w:val="0"/>
        </w:rPr>
        <w:t>even_numbers.py</w:t>
      </w:r>
    </w:p>
    <w:p>
      <w:pPr>
        <w:spacing w:after="80"/>
      </w:pPr>
      <w:r>
        <w:rPr>
          <w:b w:val="0"/>
          <w:i w:val="0"/>
        </w:rPr>
        <w:t>even_numbers = list(range(2, 11, 2))</w:t>
      </w:r>
      <w:r>
        <w:br/>
      </w:r>
      <w:r>
        <w:rPr>
          <w:b w:val="0"/>
          <w:i w:val="0"/>
        </w:rPr>
        <w:t>print(even_numbers)</w:t>
      </w:r>
    </w:p>
    <w:p>
      <w:pPr>
        <w:spacing w:after="80"/>
      </w:pPr>
      <w:r>
        <w:rPr>
          <w:b w:val="0"/>
          <w:i w:val="0"/>
        </w:rPr>
        <w:t xml:space="preserve">Trong ví dụ này, hàm </w:t>
      </w:r>
      <w:r>
        <w:rPr>
          <w:rFonts w:ascii="Consolas" w:hAnsi="Consolas"/>
          <w:b w:val="0"/>
          <w:i w:val="0"/>
          <w:sz w:val="20"/>
        </w:rPr>
        <w:t>range()</w:t>
      </w:r>
      <w:r>
        <w:rPr>
          <w:b w:val="0"/>
          <w:i w:val="0"/>
        </w:rPr>
        <w:t xml:space="preserve"> bắt đầu với giá trị 2 rồi cộng thêm 2 vào giá trị đó. Nó cộng thêm 2 liên tục cho đến khi đạt hoặc vượt qua giá trị kết thúc là 11, và cho ra kết quả này:</w:t>
      </w:r>
    </w:p>
    <w:p>
      <w:pPr>
        <w:spacing w:after="80"/>
      </w:pPr>
      <w:r>
        <w:rPr>
          <w:b w:val="0"/>
          <w:i w:val="0"/>
        </w:rPr>
        <w:t>[2, 4, 6, 8, 10]</w:t>
      </w:r>
    </w:p>
    <w:p>
      <w:pPr>
        <w:spacing w:after="80"/>
      </w:pPr>
      <w:r>
        <w:rPr>
          <w:b w:val="0"/>
          <w:i w:val="0"/>
        </w:rPr>
        <w:t xml:space="preserve">Bạn có thể tạo gần như bất kỳ tập số nào mình muốn bằng hàm </w:t>
      </w:r>
      <w:r>
        <w:rPr>
          <w:rFonts w:ascii="Consolas" w:hAnsi="Consolas"/>
          <w:b w:val="0"/>
          <w:i w:val="0"/>
          <w:sz w:val="20"/>
        </w:rPr>
        <w:t>range()</w:t>
      </w:r>
      <w:r>
        <w:rPr>
          <w:b w:val="0"/>
          <w:i w:val="0"/>
        </w:rPr>
        <w:t>. Ví dụ, thử nghĩ xem bạn sẽ tạo danh sách 10 số chính phương đầu tiên (tức là bình phương của từng số nguyên từ 1 đến 10) như thế nào. Trong Python, hai dấu hoa thị (</w:t>
      </w:r>
      <w:r>
        <w:rPr>
          <w:rFonts w:ascii="Consolas" w:hAnsi="Consolas"/>
          <w:b w:val="0"/>
          <w:i w:val="0"/>
          <w:sz w:val="20"/>
        </w:rPr>
        <w:t>**</w:t>
      </w:r>
      <w:r>
        <w:rPr>
          <w:b w:val="0"/>
          <w:i w:val="0"/>
        </w:rPr>
        <w:t>) biểu thị phép lũy thừa. Đây là cách bạn có thể đưa 10 số chính phương đầu tiên vào một danh sách:</w:t>
      </w:r>
    </w:p>
    <w:p>
      <w:pPr>
        <w:spacing w:after="80"/>
      </w:pPr>
      <w:r>
        <w:rPr>
          <w:b w:val="0"/>
          <w:i w:val="0"/>
        </w:rPr>
        <w:t>square_numbers.py</w:t>
      </w:r>
    </w:p>
    <w:p>
      <w:pPr>
        <w:spacing w:after="0"/>
        <w:ind w:left="360"/>
        <w:shd w:val="clear" w:color="auto" w:fill="F2F2F2"/>
      </w:pPr>
      <w:r>
        <w:rPr>
          <w:rFonts w:ascii="Consolas" w:hAnsi="Consolas"/>
          <w:b w:val="0"/>
          <w:i w:val="0"/>
          <w:sz w:val="18"/>
        </w:rPr>
        <w:t>squares = []</w:t>
      </w:r>
    </w:p>
    <w:p>
      <w:pPr>
        <w:spacing w:after="0"/>
        <w:ind w:left="360"/>
        <w:shd w:val="clear" w:color="auto" w:fill="F2F2F2"/>
      </w:pPr>
      <w:r>
        <w:rPr>
          <w:rFonts w:ascii="Consolas" w:hAnsi="Consolas"/>
          <w:b w:val="0"/>
          <w:i w:val="0"/>
          <w:sz w:val="18"/>
        </w:rPr>
        <w:t>for value in range(1, 11):</w:t>
      </w:r>
    </w:p>
    <w:p>
      <w:pPr>
        <w:spacing w:after="0"/>
        <w:ind w:left="360"/>
        <w:shd w:val="clear" w:color="auto" w:fill="F2F2F2"/>
      </w:pPr>
      <w:r>
        <w:rPr>
          <w:rFonts w:ascii="Consolas" w:hAnsi="Consolas"/>
          <w:b w:val="0"/>
          <w:i w:val="0"/>
          <w:sz w:val="18"/>
        </w:rPr>
        <w:t>❶     square = value ** 2</w:t>
      </w:r>
    </w:p>
    <w:p>
      <w:pPr>
        <w:spacing w:after="0"/>
        <w:ind w:left="360"/>
        <w:shd w:val="clear" w:color="auto" w:fill="F2F2F2"/>
      </w:pPr>
      <w:r>
        <w:rPr>
          <w:rFonts w:ascii="Consolas" w:hAnsi="Consolas"/>
          <w:b w:val="0"/>
          <w:i w:val="0"/>
          <w:sz w:val="18"/>
        </w:rPr>
        <w:t>❷     squares.append(square)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print(squares)</w:t>
      </w:r>
    </w:p>
    <w:p>
      <w:pPr>
        <w:spacing w:after="40"/>
      </w:pPr>
    </w:p>
    <w:p>
      <w:pPr>
        <w:spacing w:after="80"/>
      </w:pPr>
      <w:r>
        <w:rPr>
          <w:b w:val="0"/>
          <w:i w:val="0"/>
        </w:rPr>
        <w:t xml:space="preserve">Chúng ta bắt đầu với một danh sách rỗng tên là </w:t>
      </w:r>
      <w:r>
        <w:rPr>
          <w:rFonts w:ascii="Consolas" w:hAnsi="Consolas"/>
          <w:b w:val="0"/>
          <w:i w:val="0"/>
          <w:sz w:val="20"/>
        </w:rPr>
        <w:t>squares</w:t>
      </w:r>
      <w:r>
        <w:rPr>
          <w:b w:val="0"/>
          <w:i w:val="0"/>
        </w:rPr>
        <w:t xml:space="preserve">. Sau đó, ta bảo Python lặp qua từng giá trị từ 1 đến 10 bằng hàm </w:t>
      </w:r>
      <w:r>
        <w:rPr>
          <w:rFonts w:ascii="Consolas" w:hAnsi="Consolas"/>
          <w:b w:val="0"/>
          <w:i w:val="0"/>
          <w:sz w:val="20"/>
        </w:rPr>
        <w:t>range()</w:t>
      </w:r>
      <w:r>
        <w:rPr>
          <w:b w:val="0"/>
          <w:i w:val="0"/>
        </w:rPr>
        <w:t xml:space="preserve">. Bên trong vòng lặp, giá trị hiện tại được nâng lên lũy thừa bậc hai và gán cho biến </w:t>
      </w:r>
      <w:r>
        <w:rPr>
          <w:rFonts w:ascii="Consolas" w:hAnsi="Consolas"/>
          <w:b w:val="0"/>
          <w:i w:val="0"/>
          <w:sz w:val="20"/>
        </w:rPr>
        <w:t>square</w:t>
      </w:r>
      <w:r>
        <w:rPr>
          <w:b w:val="0"/>
          <w:i w:val="0"/>
        </w:rPr>
        <w:t xml:space="preserve"> ❶. Mỗi giá trị mới của </w:t>
      </w:r>
      <w:r>
        <w:rPr>
          <w:rFonts w:ascii="Consolas" w:hAnsi="Consolas"/>
          <w:b w:val="0"/>
          <w:i w:val="0"/>
          <w:sz w:val="20"/>
        </w:rPr>
        <w:t>square</w:t>
      </w:r>
      <w:r>
        <w:rPr>
          <w:b w:val="0"/>
          <w:i w:val="0"/>
        </w:rPr>
        <w:t xml:space="preserve"> sau đó được thêm (append) vào danh sách </w:t>
      </w:r>
      <w:r>
        <w:rPr>
          <w:rFonts w:ascii="Consolas" w:hAnsi="Consolas"/>
          <w:b w:val="0"/>
          <w:i w:val="0"/>
          <w:sz w:val="20"/>
        </w:rPr>
        <w:t>squares</w:t>
      </w:r>
      <w:r>
        <w:rPr>
          <w:b w:val="0"/>
          <w:i w:val="0"/>
        </w:rPr>
        <w:t xml:space="preserve"> ❷. Cuối cùng, khi vòng lặp chạy xong, danh sách các số chính phương được in ra:</w:t>
      </w:r>
    </w:p>
    <w:p>
      <w:pPr>
        <w:spacing w:after="80"/>
      </w:pPr>
      <w:r>
        <w:rPr>
          <w:b w:val="0"/>
          <w:i w:val="0"/>
        </w:rPr>
        <w:t>[1, 4, 9, 16, 25, 36, 49, 64, 81, 100]</w:t>
      </w:r>
    </w:p>
    <w:p>
      <w:pPr>
        <w:spacing w:after="80"/>
      </w:pPr>
      <w:r>
        <w:rPr>
          <w:b w:val="0"/>
          <w:i w:val="0"/>
        </w:rPr>
        <w:t xml:space="preserve">Để viết đoạn code này gọn hơn, hãy bỏ biến tạm </w:t>
      </w:r>
      <w:r>
        <w:rPr>
          <w:rFonts w:ascii="Consolas" w:hAnsi="Consolas"/>
          <w:b w:val="0"/>
          <w:i w:val="0"/>
          <w:sz w:val="20"/>
        </w:rPr>
        <w:t>square</w:t>
      </w:r>
      <w:r>
        <w:rPr>
          <w:b w:val="0"/>
          <w:i w:val="0"/>
        </w:rPr>
        <w:t xml:space="preserve"> và thêm trực tiếp từng giá trị mới vào danh sách:</w:t>
      </w:r>
    </w:p>
    <w:p>
      <w:pPr>
        <w:spacing w:after="0"/>
        <w:ind w:left="360"/>
        <w:shd w:val="clear" w:color="auto" w:fill="F2F2F2"/>
      </w:pPr>
      <w:r>
        <w:rPr>
          <w:rFonts w:ascii="Consolas" w:hAnsi="Consolas"/>
          <w:b w:val="0"/>
          <w:i w:val="0"/>
          <w:sz w:val="18"/>
        </w:rPr>
        <w:t>squares = []</w:t>
      </w:r>
    </w:p>
    <w:p>
      <w:pPr>
        <w:spacing w:after="0"/>
        <w:ind w:left="360"/>
        <w:shd w:val="clear" w:color="auto" w:fill="F2F2F2"/>
      </w:pPr>
      <w:r>
        <w:rPr>
          <w:rFonts w:ascii="Consolas" w:hAnsi="Consolas"/>
          <w:b w:val="0"/>
          <w:i w:val="0"/>
          <w:sz w:val="18"/>
        </w:rPr>
        <w:t>for value in range(1,11):</w:t>
      </w:r>
    </w:p>
    <w:p>
      <w:pPr>
        <w:spacing w:after="0"/>
        <w:ind w:left="360"/>
        <w:shd w:val="clear" w:color="auto" w:fill="F2F2F2"/>
      </w:pPr>
      <w:r>
        <w:rPr>
          <w:rFonts w:ascii="Consolas" w:hAnsi="Consolas"/>
          <w:b w:val="0"/>
          <w:i w:val="0"/>
          <w:sz w:val="18"/>
        </w:rPr>
        <w:t xml:space="preserve">    squares.append(value**2)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print(squares)</w:t>
      </w:r>
    </w:p>
    <w:p>
      <w:pPr>
        <w:spacing w:after="40"/>
      </w:pPr>
    </w:p>
    <w:p>
      <w:pPr>
        <w:spacing w:after="80"/>
      </w:pPr>
      <w:r>
        <w:rPr>
          <w:b w:val="0"/>
          <w:i w:val="0"/>
        </w:rPr>
        <w:t xml:space="preserve">Dòng này làm đúng công việc như các dòng bên trong vòng lặp </w:t>
      </w:r>
      <w:r>
        <w:rPr>
          <w:rFonts w:ascii="Consolas" w:hAnsi="Consolas"/>
          <w:b w:val="0"/>
          <w:i w:val="0"/>
          <w:sz w:val="20"/>
        </w:rPr>
        <w:t>for</w:t>
      </w:r>
      <w:r>
        <w:rPr>
          <w:b w:val="0"/>
          <w:i w:val="0"/>
        </w:rPr>
        <w:t xml:space="preserve"> ở đoạn code trước. Mỗi giá trị trong vòng lặp được nâng lên lũy thừa bậc hai rồi được thêm ngay vào danh sách các số chính phương.</w:t>
      </w:r>
    </w:p>
    <w:p>
      <w:pPr>
        <w:spacing w:after="80"/>
      </w:pPr>
      <w:r>
        <w:rPr>
          <w:b w:val="0"/>
          <w:i w:val="0"/>
        </w:rPr>
        <w:t>Bạn có thể dùng một trong hai cách này khi tạo những danh sách phức tạp hơn. Đôi khi dùng biến tạm giúp code dễ đọc hơn; những lúc khác nó lại khiến code dài dòng không cần thiết. Hãy tập trung trước tiên vào việc viết code mà bạn hiểu rõ ràng và làm đúng điều bạn muốn. Sau đó, khi xem lại code, hãy tìm những cách hiệu quả hơn.</w:t>
      </w:r>
    </w:p>
    <w:p>
      <w:pPr>
        <w:pStyle w:val="Heading3"/>
      </w:pPr>
      <w:r>
        <w:rPr>
          <w:rFonts w:ascii="Calibri" w:hAnsi="Calibri"/>
          <w:b/>
          <w:i w:val="0"/>
          <w:sz w:val="27"/>
        </w:rPr>
        <w:t>Thống kê đơn giản với một danh sách số</w:t>
      </w:r>
    </w:p>
    <w:p>
      <w:pPr>
        <w:spacing w:after="80"/>
      </w:pPr>
      <w:r>
        <w:rPr>
          <w:b w:val="0"/>
          <w:i w:val="0"/>
        </w:rPr>
        <w:t>Có vài hàm Python khá hữu ích khi bạn làm việc với danh sách các số. Ví dụ, bạn có thể dễ dàng tìm giá trị nhỏ nhất, lớn nhất và tổng của một danh sách số:</w:t>
      </w:r>
    </w:p>
    <w:p>
      <w:pPr>
        <w:spacing w:after="0"/>
        <w:ind w:left="360"/>
        <w:shd w:val="clear" w:color="auto" w:fill="F2F2F2"/>
      </w:pPr>
      <w:r>
        <w:rPr>
          <w:rFonts w:ascii="Consolas" w:hAnsi="Consolas"/>
          <w:b w:val="0"/>
          <w:i w:val="0"/>
          <w:sz w:val="18"/>
        </w:rPr>
        <w:t xml:space="preserve">&gt;&gt;&gt; </w:t>
      </w:r>
      <w:r>
        <w:rPr>
          <w:rFonts w:ascii="Consolas" w:hAnsi="Consolas"/>
          <w:b/>
          <w:i w:val="0"/>
          <w:sz w:val="18"/>
        </w:rPr>
        <w:t>digits = [1, 2, 3, 4, 5, 6, 7, 8, 9, 0]</w:t>
      </w:r>
    </w:p>
    <w:p>
      <w:pPr>
        <w:spacing w:after="0"/>
        <w:ind w:left="360"/>
        <w:shd w:val="clear" w:color="auto" w:fill="F2F2F2"/>
      </w:pPr>
      <w:r>
        <w:rPr>
          <w:rFonts w:ascii="Consolas" w:hAnsi="Consolas"/>
          <w:b w:val="0"/>
          <w:i w:val="0"/>
          <w:sz w:val="18"/>
        </w:rPr>
        <w:t xml:space="preserve">&gt;&gt;&gt; </w:t>
      </w:r>
      <w:r>
        <w:rPr>
          <w:rFonts w:ascii="Consolas" w:hAnsi="Consolas"/>
          <w:b/>
          <w:i w:val="0"/>
          <w:sz w:val="18"/>
        </w:rPr>
        <w:t>min(digits)</w:t>
      </w:r>
    </w:p>
    <w:p>
      <w:pPr>
        <w:spacing w:after="0"/>
        <w:ind w:left="360"/>
        <w:shd w:val="clear" w:color="auto" w:fill="F2F2F2"/>
      </w:pPr>
      <w:r>
        <w:rPr>
          <w:rFonts w:ascii="Consolas" w:hAnsi="Consolas"/>
          <w:b w:val="0"/>
          <w:i w:val="0"/>
          <w:sz w:val="18"/>
        </w:rPr>
        <w:t>0</w:t>
      </w:r>
    </w:p>
    <w:p>
      <w:pPr>
        <w:spacing w:after="0"/>
        <w:ind w:left="360"/>
        <w:shd w:val="clear" w:color="auto" w:fill="F2F2F2"/>
      </w:pPr>
      <w:r>
        <w:rPr>
          <w:rFonts w:ascii="Consolas" w:hAnsi="Consolas"/>
          <w:b w:val="0"/>
          <w:i w:val="0"/>
          <w:sz w:val="18"/>
        </w:rPr>
        <w:t xml:space="preserve">&gt;&gt;&gt; </w:t>
      </w:r>
      <w:r>
        <w:rPr>
          <w:rFonts w:ascii="Consolas" w:hAnsi="Consolas"/>
          <w:b/>
          <w:i w:val="0"/>
          <w:sz w:val="18"/>
        </w:rPr>
        <w:t>max(digits)</w:t>
      </w:r>
    </w:p>
    <w:p>
      <w:pPr>
        <w:spacing w:after="0"/>
        <w:ind w:left="360"/>
        <w:shd w:val="clear" w:color="auto" w:fill="F2F2F2"/>
      </w:pPr>
      <w:r>
        <w:rPr>
          <w:rFonts w:ascii="Consolas" w:hAnsi="Consolas"/>
          <w:b w:val="0"/>
          <w:i w:val="0"/>
          <w:sz w:val="18"/>
        </w:rPr>
        <w:t>9</w:t>
      </w:r>
    </w:p>
    <w:p>
      <w:pPr>
        <w:spacing w:after="0"/>
        <w:ind w:left="360"/>
        <w:shd w:val="clear" w:color="auto" w:fill="F2F2F2"/>
      </w:pPr>
      <w:r>
        <w:rPr>
          <w:rFonts w:ascii="Consolas" w:hAnsi="Consolas"/>
          <w:b w:val="0"/>
          <w:i w:val="0"/>
          <w:sz w:val="18"/>
        </w:rPr>
        <w:t xml:space="preserve">&gt;&gt;&gt; </w:t>
      </w:r>
      <w:r>
        <w:rPr>
          <w:rFonts w:ascii="Consolas" w:hAnsi="Consolas"/>
          <w:b/>
          <w:i w:val="0"/>
          <w:sz w:val="18"/>
        </w:rPr>
        <w:t>sum(digits)</w:t>
      </w:r>
    </w:p>
    <w:p>
      <w:pPr>
        <w:spacing w:after="0"/>
        <w:ind w:left="360"/>
        <w:shd w:val="clear" w:color="auto" w:fill="F2F2F2"/>
      </w:pPr>
      <w:r>
        <w:rPr>
          <w:rFonts w:ascii="Consolas" w:hAnsi="Consolas"/>
          <w:b w:val="0"/>
          <w:i w:val="0"/>
          <w:sz w:val="18"/>
        </w:rPr>
        <w:t>45</w:t>
      </w:r>
    </w:p>
    <w:p>
      <w:pPr>
        <w:spacing w:after="40"/>
      </w:pPr>
    </w:p>
    <w:p>
      <w:pPr>
        <w:spacing w:before="120" w:after="40"/>
      </w:pPr>
      <w:r>
        <w:rPr>
          <w:b/>
          <w:sz w:val="21"/>
        </w:rPr>
        <w:t>Ghi chú</w:t>
      </w:r>
    </w:p>
    <w:p>
      <w:pPr>
        <w:spacing w:after="80"/>
      </w:pPr>
      <w:r>
        <w:rPr>
          <w:b w:val="0"/>
          <w:i w:val="0"/>
        </w:rPr>
        <w:t>Các ví dụ trong phần này dùng những danh sách số ngắn, vừa vặn trên trang giấy. Chúng cũng sẽ hoạt động y như vậy nếu danh sách của bạn chứa cả triệu con số hoặc hơn.</w:t>
      </w:r>
    </w:p>
    <w:p>
      <w:pPr>
        <w:pStyle w:val="Heading3"/>
      </w:pPr>
      <w:r>
        <w:rPr>
          <w:rFonts w:ascii="Calibri" w:hAnsi="Calibri"/>
          <w:b/>
          <w:i w:val="0"/>
          <w:sz w:val="27"/>
        </w:rPr>
        <w:t>List Comprehension (biểu thức tạo danh sách)</w:t>
      </w:r>
    </w:p>
    <w:p>
      <w:pPr>
        <w:spacing w:after="80"/>
      </w:pPr>
      <w:r>
        <w:rPr>
          <w:b w:val="0"/>
          <w:i w:val="0"/>
        </w:rPr>
        <w:t xml:space="preserve">Cách làm được mô tả ở trên để tạo danh sách </w:t>
      </w:r>
      <w:r>
        <w:rPr>
          <w:rFonts w:ascii="Consolas" w:hAnsi="Consolas"/>
          <w:b w:val="0"/>
          <w:i w:val="0"/>
          <w:sz w:val="20"/>
        </w:rPr>
        <w:t>squares</w:t>
      </w:r>
      <w:r>
        <w:rPr>
          <w:b w:val="0"/>
          <w:i w:val="0"/>
        </w:rPr>
        <w:t xml:space="preserve"> gồm ba hoặc bốn dòng code. Một </w:t>
      </w:r>
      <w:r>
        <w:rPr>
          <w:b w:val="0"/>
          <w:i/>
        </w:rPr>
        <w:t>list comprehension</w:t>
      </w:r>
      <w:r>
        <w:rPr>
          <w:b w:val="0"/>
          <w:i w:val="0"/>
        </w:rPr>
        <w:t xml:space="preserve"> cho phép bạn tạo đúng danh sách đó chỉ với một dòng code. List comprehension kết hợp vòng lặp </w:t>
      </w:r>
      <w:r>
        <w:rPr>
          <w:rFonts w:ascii="Consolas" w:hAnsi="Consolas"/>
          <w:b w:val="0"/>
          <w:i w:val="0"/>
          <w:sz w:val="20"/>
        </w:rPr>
        <w:t>for</w:t>
      </w:r>
      <w:r>
        <w:rPr>
          <w:b w:val="0"/>
          <w:i w:val="0"/>
        </w:rPr>
        <w:t xml:space="preserve"> và việc tạo phần tử mới vào một dòng, đồng thời tự động thêm từng phần tử mới vào. List comprehension không phải lúc nào cũng được giới thiệu cho người mới bắt đầu, nhưng mình đưa vào đây vì bạn rất có thể sẽ gặp chúng ngay khi bắt đầu xem code của người khác.</w:t>
      </w:r>
    </w:p>
    <w:p>
      <w:pPr>
        <w:spacing w:after="80"/>
      </w:pPr>
      <w:r>
        <w:rPr>
          <w:b w:val="0"/>
          <w:i w:val="0"/>
        </w:rPr>
        <w:t>Ví dụ sau đây tạo đúng danh sách số chính phương mà bạn đã thấy ở trên, nhưng dùng list comprehension:</w:t>
      </w:r>
    </w:p>
    <w:p>
      <w:pPr>
        <w:spacing w:after="80"/>
      </w:pPr>
      <w:r>
        <w:rPr>
          <w:b w:val="0"/>
          <w:i w:val="0"/>
        </w:rPr>
        <w:t>squares.py</w:t>
      </w:r>
    </w:p>
    <w:p>
      <w:pPr>
        <w:spacing w:after="80"/>
      </w:pPr>
      <w:r>
        <w:rPr>
          <w:b w:val="0"/>
          <w:i w:val="0"/>
        </w:rPr>
        <w:t>squares = [value**2 for value in range(1, 11)]</w:t>
      </w:r>
      <w:r>
        <w:br/>
      </w:r>
      <w:r>
        <w:rPr>
          <w:b w:val="0"/>
          <w:i w:val="0"/>
        </w:rPr>
        <w:t>print(squares)</w:t>
      </w:r>
    </w:p>
    <w:p>
      <w:pPr>
        <w:spacing w:after="80"/>
      </w:pPr>
      <w:r>
        <w:rPr>
          <w:b w:val="0"/>
          <w:i w:val="0"/>
        </w:rPr>
        <w:t xml:space="preserve">Để dùng cú pháp này, hãy bắt đầu bằng một cái tên mô tả rõ cho danh sách, chẳng hạn </w:t>
      </w:r>
      <w:r>
        <w:rPr>
          <w:rFonts w:ascii="Consolas" w:hAnsi="Consolas"/>
          <w:b w:val="0"/>
          <w:i w:val="0"/>
          <w:sz w:val="20"/>
        </w:rPr>
        <w:t>squares</w:t>
      </w:r>
      <w:r>
        <w:rPr>
          <w:b w:val="0"/>
          <w:i w:val="0"/>
        </w:rPr>
        <w:t xml:space="preserve">. Tiếp theo, mở một cặp dấu ngoặc vuông và định nghĩa biểu thức cho các giá trị bạn muốn lưu vào danh sách mới. Trong ví dụ này, biểu thức là </w:t>
      </w:r>
      <w:r>
        <w:rPr>
          <w:rFonts w:ascii="Consolas" w:hAnsi="Consolas"/>
          <w:b w:val="0"/>
          <w:i w:val="0"/>
          <w:sz w:val="20"/>
        </w:rPr>
        <w:t>value**2</w:t>
      </w:r>
      <w:r>
        <w:rPr>
          <w:b w:val="0"/>
          <w:i w:val="0"/>
        </w:rPr>
        <w:t xml:space="preserve">, tức là nâng giá trị lên lũy thừa bậc hai. Sau đó, viết một vòng lặp </w:t>
      </w:r>
      <w:r>
        <w:rPr>
          <w:rFonts w:ascii="Consolas" w:hAnsi="Consolas"/>
          <w:b w:val="0"/>
          <w:i w:val="0"/>
          <w:sz w:val="20"/>
        </w:rPr>
        <w:t>for</w:t>
      </w:r>
      <w:r>
        <w:rPr>
          <w:b w:val="0"/>
          <w:i w:val="0"/>
        </w:rPr>
        <w:t xml:space="preserve"> để tạo ra các số bạn muốn đưa vào biểu thức, rồi đóng ngoặc vuông lại. Vòng lặp </w:t>
      </w:r>
      <w:r>
        <w:rPr>
          <w:rFonts w:ascii="Consolas" w:hAnsi="Consolas"/>
          <w:b w:val="0"/>
          <w:i w:val="0"/>
          <w:sz w:val="20"/>
        </w:rPr>
        <w:t>for</w:t>
      </w:r>
      <w:r>
        <w:rPr>
          <w:b w:val="0"/>
          <w:i w:val="0"/>
        </w:rPr>
        <w:t xml:space="preserve"> trong ví dụ này là </w:t>
      </w:r>
      <w:r>
        <w:rPr>
          <w:rFonts w:ascii="Consolas" w:hAnsi="Consolas"/>
          <w:b w:val="0"/>
          <w:i w:val="0"/>
          <w:sz w:val="20"/>
        </w:rPr>
        <w:t>for value in range(1, 11)</w:t>
      </w:r>
      <w:r>
        <w:rPr>
          <w:b w:val="0"/>
          <w:i w:val="0"/>
        </w:rPr>
        <w:t xml:space="preserve">, nó đưa các giá trị từ 1 đến 10 vào biểu thức </w:t>
      </w:r>
      <w:r>
        <w:rPr>
          <w:rFonts w:ascii="Consolas" w:hAnsi="Consolas"/>
          <w:b w:val="0"/>
          <w:i w:val="0"/>
          <w:sz w:val="20"/>
        </w:rPr>
        <w:t>value**2</w:t>
      </w:r>
      <w:r>
        <w:rPr>
          <w:b w:val="0"/>
          <w:i w:val="0"/>
        </w:rPr>
        <w:t xml:space="preserve">. Lưu ý rằng không có dấu hai chấm ở cuối câu lệnh </w:t>
      </w:r>
      <w:r>
        <w:rPr>
          <w:rFonts w:ascii="Consolas" w:hAnsi="Consolas"/>
          <w:b w:val="0"/>
          <w:i w:val="0"/>
          <w:sz w:val="20"/>
        </w:rPr>
        <w:t>for</w:t>
      </w:r>
      <w:r>
        <w:rPr>
          <w:b w:val="0"/>
          <w:i w:val="0"/>
        </w:rPr>
        <w:t>.</w:t>
      </w:r>
    </w:p>
    <w:p>
      <w:pPr>
        <w:spacing w:after="80"/>
      </w:pPr>
      <w:r>
        <w:rPr>
          <w:b w:val="0"/>
          <w:i w:val="0"/>
        </w:rPr>
        <w:t>Kết quả là đúng danh sách số chính phương mà bạn đã thấy ở trên:</w:t>
      </w:r>
    </w:p>
    <w:p>
      <w:pPr>
        <w:spacing w:after="80"/>
      </w:pPr>
      <w:r>
        <w:rPr>
          <w:b w:val="0"/>
          <w:i w:val="0"/>
        </w:rPr>
        <w:t>[1, 4, 9, 16, 25, 36, 49, 64, 81, 100]</w:t>
      </w:r>
    </w:p>
    <w:p>
      <w:pPr>
        <w:spacing w:after="80"/>
      </w:pPr>
      <w:r>
        <w:rPr>
          <w:b w:val="0"/>
          <w:i w:val="0"/>
        </w:rPr>
        <w:t>Viết list comprehension của riêng bạn cần chút luyện tập, nhưng bạn sẽ thấy chúng rất đáng công một khi đã thoải mái với việc tạo danh sách thông thường. Khi bạn phải viết ba bốn dòng code để tạo danh sách và bắt đầu thấy lặp đi lặp lại, hãy cân nhắc viết list comprehension của riêng mình.</w:t>
      </w:r>
    </w:p>
    <w:p>
      <w:pPr>
        <w:spacing w:before="120" w:after="40"/>
      </w:pPr>
      <w:r>
        <w:rPr>
          <w:b/>
          <w:sz w:val="21"/>
        </w:rPr>
        <w:t>Tự thực hành</w:t>
      </w:r>
    </w:p>
    <w:p>
      <w:pPr>
        <w:spacing w:after="80"/>
      </w:pPr>
      <w:r>
        <w:rPr>
          <w:b/>
          <w:i w:val="0"/>
        </w:rPr>
        <w:t>4-3. Đếm đến hai mươi:</w:t>
      </w:r>
      <w:r>
        <w:rPr>
          <w:b w:val="0"/>
          <w:i w:val="0"/>
        </w:rPr>
        <w:t xml:space="preserve"> Dùng vòng lặp </w:t>
      </w:r>
      <w:r>
        <w:rPr>
          <w:rFonts w:ascii="Consolas" w:hAnsi="Consolas"/>
          <w:b w:val="0"/>
          <w:i w:val="0"/>
          <w:sz w:val="20"/>
        </w:rPr>
        <w:t>for</w:t>
      </w:r>
      <w:r>
        <w:rPr>
          <w:b w:val="0"/>
          <w:i w:val="0"/>
        </w:rPr>
        <w:t xml:space="preserve"> để in các số từ 1 đến 20, bao gồm cả 20.</w:t>
      </w:r>
    </w:p>
    <w:p>
      <w:pPr>
        <w:spacing w:after="80"/>
      </w:pPr>
      <w:r>
        <w:rPr>
          <w:b/>
          <w:i w:val="0"/>
        </w:rPr>
        <w:t>4-4. Một triệu:</w:t>
      </w:r>
      <w:r>
        <w:rPr>
          <w:b w:val="0"/>
          <w:i w:val="0"/>
        </w:rPr>
        <w:t xml:space="preserve"> Tạo một danh sách các số từ một đến một triệu, rồi dùng vòng lặp </w:t>
      </w:r>
      <w:r>
        <w:rPr>
          <w:rFonts w:ascii="Consolas" w:hAnsi="Consolas"/>
          <w:b w:val="0"/>
          <w:i w:val="0"/>
          <w:sz w:val="20"/>
        </w:rPr>
        <w:t>for</w:t>
      </w:r>
      <w:r>
        <w:rPr>
          <w:b w:val="0"/>
          <w:i w:val="0"/>
        </w:rPr>
        <w:t xml:space="preserve"> để in các số đó. (Nếu việc in ra mất quá nhiều thời gian, hãy dừng lại bằng cách nhấn CTRL-C hoặc đóng cửa sổ kết quả.)</w:t>
      </w:r>
    </w:p>
    <w:p>
      <w:pPr>
        <w:spacing w:after="80"/>
      </w:pPr>
      <w:r>
        <w:rPr>
          <w:b/>
          <w:i w:val="0"/>
        </w:rPr>
        <w:t>4-5. Tính tổng một triệu:</w:t>
      </w:r>
      <w:r>
        <w:rPr>
          <w:b w:val="0"/>
          <w:i w:val="0"/>
        </w:rPr>
        <w:t xml:space="preserve"> Tạo một danh sách các số từ một đến một triệu, rồi dùng </w:t>
      </w:r>
      <w:r>
        <w:rPr>
          <w:rFonts w:ascii="Consolas" w:hAnsi="Consolas"/>
          <w:b w:val="0"/>
          <w:i w:val="0"/>
          <w:sz w:val="20"/>
        </w:rPr>
        <w:t>min()</w:t>
      </w:r>
      <w:r>
        <w:rPr>
          <w:b w:val="0"/>
          <w:i w:val="0"/>
        </w:rPr>
        <w:t xml:space="preserve"> và </w:t>
      </w:r>
      <w:r>
        <w:rPr>
          <w:rFonts w:ascii="Consolas" w:hAnsi="Consolas"/>
          <w:b w:val="0"/>
          <w:i w:val="0"/>
          <w:sz w:val="20"/>
        </w:rPr>
        <w:t>max()</w:t>
      </w:r>
      <w:r>
        <w:rPr>
          <w:b w:val="0"/>
          <w:i w:val="0"/>
        </w:rPr>
        <w:t xml:space="preserve"> để chắc chắn rằng danh sách của bạn thực sự bắt đầu từ một và kết thúc ở một triệu. Ngoài ra, hãy dùng hàm </w:t>
      </w:r>
      <w:r>
        <w:rPr>
          <w:rFonts w:ascii="Consolas" w:hAnsi="Consolas"/>
          <w:b w:val="0"/>
          <w:i w:val="0"/>
          <w:sz w:val="20"/>
        </w:rPr>
        <w:t>sum()</w:t>
      </w:r>
      <w:r>
        <w:rPr>
          <w:b w:val="0"/>
          <w:i w:val="0"/>
        </w:rPr>
        <w:t xml:space="preserve"> để xem Python có thể cộng một triệu số nhanh đến mức nào.</w:t>
      </w:r>
    </w:p>
    <w:p>
      <w:pPr>
        <w:spacing w:after="80"/>
      </w:pPr>
      <w:r>
        <w:rPr>
          <w:b/>
          <w:i w:val="0"/>
        </w:rPr>
        <w:t>4-6. Số lẻ:</w:t>
      </w:r>
      <w:r>
        <w:rPr>
          <w:b w:val="0"/>
          <w:i w:val="0"/>
        </w:rPr>
        <w:t xml:space="preserve"> Dùng đối số thứ ba của hàm </w:t>
      </w:r>
      <w:r>
        <w:rPr>
          <w:rFonts w:ascii="Consolas" w:hAnsi="Consolas"/>
          <w:b w:val="0"/>
          <w:i w:val="0"/>
          <w:sz w:val="20"/>
        </w:rPr>
        <w:t>range()</w:t>
      </w:r>
      <w:r>
        <w:rPr>
          <w:b w:val="0"/>
          <w:i w:val="0"/>
        </w:rPr>
        <w:t xml:space="preserve"> để tạo một danh sách các số lẻ từ 1 đến 20. Dùng vòng lặp </w:t>
      </w:r>
      <w:r>
        <w:rPr>
          <w:rFonts w:ascii="Consolas" w:hAnsi="Consolas"/>
          <w:b w:val="0"/>
          <w:i w:val="0"/>
          <w:sz w:val="20"/>
        </w:rPr>
        <w:t>for</w:t>
      </w:r>
      <w:r>
        <w:rPr>
          <w:b w:val="0"/>
          <w:i w:val="0"/>
        </w:rPr>
        <w:t xml:space="preserve"> để in từng số.</w:t>
      </w:r>
    </w:p>
    <w:p>
      <w:pPr>
        <w:spacing w:after="80"/>
      </w:pPr>
      <w:r>
        <w:rPr>
          <w:b/>
          <w:i w:val="0"/>
        </w:rPr>
        <w:t>4-7. Bội số của ba:</w:t>
      </w:r>
      <w:r>
        <w:rPr>
          <w:b w:val="0"/>
          <w:i w:val="0"/>
        </w:rPr>
        <w:t xml:space="preserve"> Tạo một danh sách các bội số của 3, từ 3 đến 30. Dùng vòng lặp </w:t>
      </w:r>
      <w:r>
        <w:rPr>
          <w:rFonts w:ascii="Consolas" w:hAnsi="Consolas"/>
          <w:b w:val="0"/>
          <w:i w:val="0"/>
          <w:sz w:val="20"/>
        </w:rPr>
        <w:t>for</w:t>
      </w:r>
      <w:r>
        <w:rPr>
          <w:b w:val="0"/>
          <w:i w:val="0"/>
        </w:rPr>
        <w:t xml:space="preserve"> để in các số trong danh sách của bạn.</w:t>
      </w:r>
    </w:p>
    <w:p>
      <w:pPr>
        <w:spacing w:after="80"/>
      </w:pPr>
      <w:r>
        <w:rPr>
          <w:b/>
          <w:i w:val="0"/>
        </w:rPr>
        <w:t>4-8. Lập phương:</w:t>
      </w:r>
      <w:r>
        <w:rPr>
          <w:b w:val="0"/>
          <w:i w:val="0"/>
        </w:rPr>
        <w:t xml:space="preserve"> Một số được nâng lên lũy thừa bậc ba được gọi là một </w:t>
      </w:r>
      <w:r>
        <w:rPr>
          <w:b w:val="0"/>
          <w:i/>
        </w:rPr>
        <w:t>lập phương</w:t>
      </w:r>
      <w:r>
        <w:rPr>
          <w:b w:val="0"/>
          <w:i w:val="0"/>
        </w:rPr>
        <w:t xml:space="preserve">. Ví dụ, lập phương của 2 được viết là </w:t>
      </w:r>
      <w:r>
        <w:rPr>
          <w:rFonts w:ascii="Consolas" w:hAnsi="Consolas"/>
          <w:b w:val="0"/>
          <w:i w:val="0"/>
          <w:sz w:val="20"/>
        </w:rPr>
        <w:t>2**3</w:t>
      </w:r>
      <w:r>
        <w:rPr>
          <w:b w:val="0"/>
          <w:i w:val="0"/>
        </w:rPr>
        <w:t xml:space="preserve"> trong Python. Hãy tạo một danh sách gồm 10 lập phương đầu tiên (tức là lập phương của từng số nguyên từ 1 đến 10), rồi dùng vòng lặp </w:t>
      </w:r>
      <w:r>
        <w:rPr>
          <w:rFonts w:ascii="Consolas" w:hAnsi="Consolas"/>
          <w:b w:val="0"/>
          <w:i w:val="0"/>
          <w:sz w:val="20"/>
        </w:rPr>
        <w:t>for</w:t>
      </w:r>
      <w:r>
        <w:rPr>
          <w:b w:val="0"/>
          <w:i w:val="0"/>
        </w:rPr>
        <w:t xml:space="preserve"> để in ra giá trị của từng lập phương.</w:t>
      </w:r>
    </w:p>
    <w:p>
      <w:pPr>
        <w:spacing w:after="80"/>
      </w:pPr>
      <w:r>
        <w:rPr>
          <w:b/>
          <w:i w:val="0"/>
        </w:rPr>
        <w:t>4-9. Tạo lập phương bằng list comprehension:</w:t>
      </w:r>
      <w:r>
        <w:rPr>
          <w:b w:val="0"/>
          <w:i w:val="0"/>
        </w:rPr>
        <w:t xml:space="preserve"> Dùng list comprehension để tạo một danh sách gồm 10 lập phương đầu tiên.</w:t>
      </w:r>
    </w:p>
    <w:p>
      <w:pPr>
        <w:pStyle w:val="Heading2"/>
      </w:pPr>
      <w:r>
        <w:rPr>
          <w:rFonts w:ascii="Calibri" w:hAnsi="Calibri"/>
          <w:b/>
          <w:i w:val="0"/>
          <w:sz w:val="32"/>
        </w:rPr>
        <w:t>Làm việc với một phần của danh sách</w:t>
      </w:r>
    </w:p>
    <w:p>
      <w:pPr>
        <w:spacing w:after="80"/>
      </w:pPr>
      <w:r>
        <w:rPr>
          <w:b w:val="0"/>
          <w:i w:val="0"/>
        </w:rPr>
        <w:t xml:space="preserve">Trong Chương 3, bạn đã học cách truy cập từng phần tử riêng lẻ trong một danh sách, và trong chương này bạn đang học cách xử lý toàn bộ các phần tử trong một danh sách. Bạn cũng có thể làm việc với một nhóm phần tử cụ thể trong danh sách, được gọi là một </w:t>
      </w:r>
      <w:r>
        <w:rPr>
          <w:b w:val="0"/>
          <w:i/>
        </w:rPr>
        <w:t>slice</w:t>
      </w:r>
      <w:r>
        <w:rPr>
          <w:b w:val="0"/>
          <w:i w:val="0"/>
        </w:rPr>
        <w:t xml:space="preserve"> (lát cắt) trong Python.</w:t>
      </w:r>
    </w:p>
    <w:p>
      <w:pPr>
        <w:pStyle w:val="Heading3"/>
      </w:pPr>
      <w:r>
        <w:rPr>
          <w:rFonts w:ascii="Calibri" w:hAnsi="Calibri"/>
          <w:b/>
          <w:i w:val="0"/>
          <w:sz w:val="27"/>
        </w:rPr>
        <w:t>Cắt một danh sách</w:t>
      </w:r>
    </w:p>
    <w:p>
      <w:pPr>
        <w:spacing w:after="80"/>
      </w:pPr>
      <w:r>
        <w:rPr>
          <w:b w:val="0"/>
          <w:i w:val="0"/>
        </w:rPr>
        <w:t xml:space="preserve">Để tạo một slice, bạn chỉ định chỉ số (index) của phần tử đầu tiên và phần tử cuối cùng mà bạn muốn làm việc. Giống như với hàm </w:t>
      </w:r>
      <w:r>
        <w:rPr>
          <w:rFonts w:ascii="Consolas" w:hAnsi="Consolas"/>
          <w:b w:val="0"/>
          <w:i w:val="0"/>
          <w:sz w:val="20"/>
        </w:rPr>
        <w:t>range()</w:t>
      </w:r>
      <w:r>
        <w:rPr>
          <w:b w:val="0"/>
          <w:i w:val="0"/>
        </w:rPr>
        <w:t xml:space="preserve">, Python dừng lại trước phần tử thứ hai mà bạn chỉ định một bậc. Để in ra ba phần tử đầu tiên trong một danh sách, bạn sẽ yêu cầu các chỉ số từ </w:t>
      </w:r>
      <w:r>
        <w:rPr>
          <w:rFonts w:ascii="Consolas" w:hAnsi="Consolas"/>
          <w:b w:val="0"/>
          <w:i w:val="0"/>
          <w:sz w:val="20"/>
        </w:rPr>
        <w:t>0</w:t>
      </w:r>
      <w:r>
        <w:rPr>
          <w:b w:val="0"/>
          <w:i w:val="0"/>
        </w:rPr>
        <w:t xml:space="preserve"> đến </w:t>
      </w:r>
      <w:r>
        <w:rPr>
          <w:rFonts w:ascii="Consolas" w:hAnsi="Consolas"/>
          <w:b w:val="0"/>
          <w:i w:val="0"/>
          <w:sz w:val="20"/>
        </w:rPr>
        <w:t>3</w:t>
      </w:r>
      <w:r>
        <w:rPr>
          <w:b w:val="0"/>
          <w:i w:val="0"/>
        </w:rPr>
        <w:t xml:space="preserve">, tức là sẽ trả về các phần tử </w:t>
      </w:r>
      <w:r>
        <w:rPr>
          <w:rFonts w:ascii="Consolas" w:hAnsi="Consolas"/>
          <w:b w:val="0"/>
          <w:i w:val="0"/>
          <w:sz w:val="20"/>
        </w:rPr>
        <w:t>0</w:t>
      </w:r>
      <w:r>
        <w:rPr>
          <w:b w:val="0"/>
          <w:i w:val="0"/>
        </w:rPr>
        <w:t xml:space="preserve">, </w:t>
      </w:r>
      <w:r>
        <w:rPr>
          <w:rFonts w:ascii="Consolas" w:hAnsi="Consolas"/>
          <w:b w:val="0"/>
          <w:i w:val="0"/>
          <w:sz w:val="20"/>
        </w:rPr>
        <w:t>1</w:t>
      </w:r>
      <w:r>
        <w:rPr>
          <w:b w:val="0"/>
          <w:i w:val="0"/>
        </w:rPr>
        <w:t xml:space="preserve"> và </w:t>
      </w:r>
      <w:r>
        <w:rPr>
          <w:rFonts w:ascii="Consolas" w:hAnsi="Consolas"/>
          <w:b w:val="0"/>
          <w:i w:val="0"/>
          <w:sz w:val="20"/>
        </w:rPr>
        <w:t>2</w:t>
      </w:r>
      <w:r>
        <w:rPr>
          <w:b w:val="0"/>
          <w:i w:val="0"/>
        </w:rPr>
        <w:t>.</w:t>
      </w:r>
    </w:p>
    <w:p>
      <w:pPr>
        <w:spacing w:after="80"/>
      </w:pPr>
      <w:r>
        <w:rPr>
          <w:b w:val="0"/>
          <w:i w:val="0"/>
        </w:rPr>
        <w:t>Ví dụ sau đây liên quan đến một danh sách các cầu thủ trong một đội:</w:t>
      </w:r>
    </w:p>
    <w:p>
      <w:pPr>
        <w:spacing w:after="80"/>
      </w:pPr>
      <w:r>
        <w:rPr>
          <w:b w:val="0"/>
          <w:i w:val="0"/>
        </w:rPr>
        <w:t>players.py</w:t>
      </w:r>
    </w:p>
    <w:p>
      <w:pPr>
        <w:spacing w:after="80"/>
      </w:pPr>
      <w:r>
        <w:rPr>
          <w:b w:val="0"/>
          <w:i w:val="0"/>
        </w:rPr>
        <w:t>players = ['charles', 'martina', 'michael', 'florence', 'eli']</w:t>
      </w:r>
      <w:r>
        <w:br/>
      </w:r>
      <w:r>
        <w:rPr>
          <w:b w:val="0"/>
          <w:i w:val="0"/>
        </w:rPr>
        <w:t>print(players[0:3])</w:t>
      </w:r>
    </w:p>
    <w:p>
      <w:pPr>
        <w:spacing w:after="80"/>
      </w:pPr>
      <w:r>
        <w:rPr>
          <w:b w:val="0"/>
          <w:i w:val="0"/>
        </w:rPr>
        <w:t>Đoạn code này in ra một lát cắt (slice) của danh sách. Kết quả vẫn giữ nguyên cấu trúc của danh sách, và bao gồm ba người chơi đầu tiên trong danh sách:</w:t>
      </w:r>
    </w:p>
    <w:p>
      <w:pPr>
        <w:spacing w:after="80"/>
      </w:pPr>
      <w:r>
        <w:rPr>
          <w:b w:val="0"/>
          <w:i w:val="0"/>
        </w:rPr>
        <w:t>['charles', 'martina', 'michael']</w:t>
      </w:r>
    </w:p>
    <w:p>
      <w:pPr>
        <w:spacing w:after="80"/>
      </w:pPr>
      <w:r>
        <w:rPr>
          <w:b w:val="0"/>
          <w:i w:val="0"/>
        </w:rPr>
        <w:t xml:space="preserve">Bạn có thể tạo ra bất kỳ tập con nào của một danh sách. Ví dụ, nếu bạn muốn lấy các phần tử thứ hai, thứ ba và thứ tư trong danh sách, bạn sẽ bắt đầu lát cắt tại chỉ số (index) </w:t>
      </w:r>
      <w:r>
        <w:rPr>
          <w:rFonts w:ascii="Consolas" w:hAnsi="Consolas"/>
          <w:b w:val="0"/>
          <w:i w:val="0"/>
          <w:sz w:val="20"/>
        </w:rPr>
        <w:t>1</w:t>
      </w:r>
      <w:r>
        <w:rPr>
          <w:b w:val="0"/>
          <w:i w:val="0"/>
        </w:rPr>
        <w:t xml:space="preserve"> và kết thúc tại chỉ số </w:t>
      </w:r>
      <w:r>
        <w:rPr>
          <w:rFonts w:ascii="Consolas" w:hAnsi="Consolas"/>
          <w:b w:val="0"/>
          <w:i w:val="0"/>
          <w:sz w:val="20"/>
        </w:rPr>
        <w:t>4</w:t>
      </w:r>
      <w:r>
        <w:rPr>
          <w:b w:val="0"/>
          <w:i w:val="0"/>
        </w:rPr>
        <w:t>:</w:t>
      </w:r>
    </w:p>
    <w:p>
      <w:pPr>
        <w:spacing w:after="0"/>
        <w:ind w:left="360"/>
        <w:shd w:val="clear" w:color="auto" w:fill="F2F2F2"/>
      </w:pPr>
      <w:r>
        <w:rPr>
          <w:rFonts w:ascii="Consolas" w:hAnsi="Consolas"/>
          <w:b w:val="0"/>
          <w:i w:val="0"/>
          <w:sz w:val="18"/>
        </w:rPr>
        <w:t>players = ['charles', 'martina', 'michael', 'florence', 'eli']</w:t>
      </w:r>
    </w:p>
    <w:p>
      <w:pPr>
        <w:spacing w:after="0"/>
        <w:ind w:left="360"/>
        <w:shd w:val="clear" w:color="auto" w:fill="F2F2F2"/>
      </w:pPr>
      <w:r>
        <w:rPr>
          <w:rFonts w:ascii="Consolas" w:hAnsi="Consolas"/>
          <w:b w:val="0"/>
          <w:i w:val="0"/>
          <w:sz w:val="18"/>
        </w:rPr>
        <w:t>print(players[1:4])</w:t>
      </w:r>
    </w:p>
    <w:p>
      <w:pPr>
        <w:spacing w:after="40"/>
      </w:pPr>
    </w:p>
    <w:p>
      <w:pPr>
        <w:spacing w:after="80"/>
      </w:pPr>
      <w:r>
        <w:rPr>
          <w:b w:val="0"/>
          <w:i w:val="0"/>
        </w:rPr>
        <w:t xml:space="preserve">Lần này lát cắt bắt đầu bằng </w:t>
      </w:r>
      <w:r>
        <w:rPr>
          <w:rFonts w:ascii="Consolas" w:hAnsi="Consolas"/>
          <w:b w:val="0"/>
          <w:i w:val="0"/>
          <w:sz w:val="20"/>
        </w:rPr>
        <w:t>'martina'</w:t>
      </w:r>
      <w:r>
        <w:rPr>
          <w:b w:val="0"/>
          <w:i w:val="0"/>
        </w:rPr>
        <w:t xml:space="preserve"> và kết thúc bằng </w:t>
      </w:r>
      <w:r>
        <w:rPr>
          <w:rFonts w:ascii="Consolas" w:hAnsi="Consolas"/>
          <w:b w:val="0"/>
          <w:i w:val="0"/>
          <w:sz w:val="20"/>
        </w:rPr>
        <w:t>'florence'</w:t>
      </w:r>
      <w:r>
        <w:rPr>
          <w:b w:val="0"/>
          <w:i w:val="0"/>
        </w:rPr>
        <w:t>:</w:t>
      </w:r>
    </w:p>
    <w:p>
      <w:pPr>
        <w:spacing w:after="80"/>
      </w:pPr>
      <w:r>
        <w:rPr>
          <w:b w:val="0"/>
          <w:i w:val="0"/>
        </w:rPr>
        <w:t>['martina', 'michael', 'florence']</w:t>
      </w:r>
    </w:p>
    <w:p>
      <w:pPr>
        <w:spacing w:after="80"/>
      </w:pPr>
      <w:r>
        <w:rPr>
          <w:b w:val="0"/>
          <w:i w:val="0"/>
        </w:rPr>
        <w:t>Nếu bạn bỏ qua chỉ số đầu tiên trong một lát cắt, Python sẽ tự động bắt đầu lát cắt từ đầu danh sách:</w:t>
      </w:r>
    </w:p>
    <w:p>
      <w:pPr>
        <w:spacing w:after="0"/>
        <w:ind w:left="360"/>
        <w:shd w:val="clear" w:color="auto" w:fill="F2F2F2"/>
      </w:pPr>
      <w:r>
        <w:rPr>
          <w:rFonts w:ascii="Consolas" w:hAnsi="Consolas"/>
          <w:b w:val="0"/>
          <w:i w:val="0"/>
          <w:sz w:val="18"/>
        </w:rPr>
        <w:t>players = ['charles', 'martina', 'michael', 'florence', 'eli']</w:t>
      </w:r>
    </w:p>
    <w:p>
      <w:pPr>
        <w:spacing w:after="0"/>
        <w:ind w:left="360"/>
        <w:shd w:val="clear" w:color="auto" w:fill="F2F2F2"/>
      </w:pPr>
      <w:r>
        <w:rPr>
          <w:rFonts w:ascii="Consolas" w:hAnsi="Consolas"/>
          <w:b w:val="0"/>
          <w:i w:val="0"/>
          <w:sz w:val="18"/>
        </w:rPr>
        <w:t>print(players[:4])</w:t>
      </w:r>
    </w:p>
    <w:p>
      <w:pPr>
        <w:spacing w:after="40"/>
      </w:pPr>
    </w:p>
    <w:p>
      <w:pPr>
        <w:spacing w:after="80"/>
      </w:pPr>
      <w:r>
        <w:rPr>
          <w:b w:val="0"/>
          <w:i w:val="0"/>
        </w:rPr>
        <w:t>Không có chỉ số bắt đầu, Python sẽ bắt đầu từ đầu danh sách:</w:t>
      </w:r>
    </w:p>
    <w:p>
      <w:pPr>
        <w:spacing w:after="80"/>
      </w:pPr>
      <w:r>
        <w:rPr>
          <w:b w:val="0"/>
          <w:i w:val="0"/>
        </w:rPr>
        <w:t>['charles', 'martina', 'michael', 'florence']</w:t>
      </w:r>
    </w:p>
    <w:p>
      <w:pPr>
        <w:spacing w:after="80"/>
      </w:pPr>
      <w:r>
        <w:rPr>
          <w:b w:val="0"/>
          <w:i w:val="0"/>
        </w:rPr>
        <w:t xml:space="preserve">Cú pháp tương tự cũng hoạt động nếu bạn muốn một lát cắt bao gồm phần cuối của danh sách. Ví dụ, nếu bạn muốn lấy tất cả các phần tử từ phần tử thứ ba cho đến phần tử cuối cùng, bạn có thể bắt đầu với chỉ số </w:t>
      </w:r>
      <w:r>
        <w:rPr>
          <w:rFonts w:ascii="Consolas" w:hAnsi="Consolas"/>
          <w:b w:val="0"/>
          <w:i w:val="0"/>
          <w:sz w:val="20"/>
        </w:rPr>
        <w:t>2</w:t>
      </w:r>
      <w:r>
        <w:rPr>
          <w:b w:val="0"/>
          <w:i w:val="0"/>
        </w:rPr>
        <w:t xml:space="preserve"> và bỏ qua chỉ số thứ hai:</w:t>
      </w:r>
    </w:p>
    <w:p>
      <w:pPr>
        <w:spacing w:after="0"/>
        <w:ind w:left="360"/>
        <w:shd w:val="clear" w:color="auto" w:fill="F2F2F2"/>
      </w:pPr>
      <w:r>
        <w:rPr>
          <w:rFonts w:ascii="Consolas" w:hAnsi="Consolas"/>
          <w:b w:val="0"/>
          <w:i w:val="0"/>
          <w:sz w:val="18"/>
        </w:rPr>
        <w:t>players = ['charles', 'martina', 'michael', 'florence', 'eli']</w:t>
      </w:r>
    </w:p>
    <w:p>
      <w:pPr>
        <w:spacing w:after="0"/>
        <w:ind w:left="360"/>
        <w:shd w:val="clear" w:color="auto" w:fill="F2F2F2"/>
      </w:pPr>
      <w:r>
        <w:rPr>
          <w:rFonts w:ascii="Consolas" w:hAnsi="Consolas"/>
          <w:b w:val="0"/>
          <w:i w:val="0"/>
          <w:sz w:val="18"/>
        </w:rPr>
        <w:t>print(players[2:])</w:t>
      </w:r>
    </w:p>
    <w:p>
      <w:pPr>
        <w:spacing w:after="40"/>
      </w:pPr>
    </w:p>
    <w:p>
      <w:pPr>
        <w:spacing w:after="80"/>
      </w:pPr>
      <w:r>
        <w:rPr>
          <w:b w:val="0"/>
          <w:i w:val="0"/>
        </w:rPr>
        <w:t>Python trả về tất cả các phần tử từ phần tử thứ ba cho đến hết danh sách:</w:t>
      </w:r>
    </w:p>
    <w:p>
      <w:pPr>
        <w:spacing w:after="80"/>
      </w:pPr>
      <w:r>
        <w:rPr>
          <w:b w:val="0"/>
          <w:i w:val="0"/>
        </w:rPr>
        <w:t>['michael', 'florence', 'eli']</w:t>
      </w:r>
    </w:p>
    <w:p>
      <w:pPr>
        <w:spacing w:after="80"/>
      </w:pPr>
      <w:r>
        <w:rPr>
          <w:b w:val="0"/>
          <w:i w:val="0"/>
        </w:rPr>
        <w:t xml:space="preserve">Cú pháp này cho phép bạn xuất ra tất cả các phần tử từ bất kỳ điểm nào trong danh sách cho đến hết, bất kể độ dài của danh sách là bao nhiêu. Nhớ lại rằng chỉ số âm trả về một phần tử cách cuối danh sách một khoảng nhất định; do đó, bạn có thể xuất ra bất kỳ lát cắt nào tính từ cuối danh sách. Ví dụ, nếu chúng ta muốn xuất ra ba người chơi cuối cùng trong danh sách, chúng ta có thể dùng lát cắt </w:t>
      </w:r>
      <w:r>
        <w:rPr>
          <w:rFonts w:ascii="Consolas" w:hAnsi="Consolas"/>
          <w:b w:val="0"/>
          <w:i w:val="0"/>
          <w:sz w:val="20"/>
        </w:rPr>
        <w:t>players[-3:]</w:t>
      </w:r>
      <w:r>
        <w:rPr>
          <w:b w:val="0"/>
          <w:i w:val="0"/>
        </w:rPr>
        <w:t>:</w:t>
      </w:r>
    </w:p>
    <w:p>
      <w:pPr>
        <w:spacing w:after="0"/>
        <w:ind w:left="360"/>
        <w:shd w:val="clear" w:color="auto" w:fill="F2F2F2"/>
      </w:pPr>
      <w:r>
        <w:rPr>
          <w:rFonts w:ascii="Consolas" w:hAnsi="Consolas"/>
          <w:b w:val="0"/>
          <w:i w:val="0"/>
          <w:sz w:val="18"/>
        </w:rPr>
        <w:t>players = ['charles', 'martina', 'michael', 'florence', 'eli']</w:t>
      </w:r>
    </w:p>
    <w:p>
      <w:pPr>
        <w:spacing w:after="0"/>
        <w:ind w:left="360"/>
        <w:shd w:val="clear" w:color="auto" w:fill="F2F2F2"/>
      </w:pPr>
      <w:r>
        <w:rPr>
          <w:rFonts w:ascii="Consolas" w:hAnsi="Consolas"/>
          <w:b w:val="0"/>
          <w:i w:val="0"/>
          <w:sz w:val="18"/>
        </w:rPr>
        <w:t>print(players[-3:])</w:t>
      </w:r>
    </w:p>
    <w:p>
      <w:pPr>
        <w:spacing w:after="40"/>
      </w:pPr>
    </w:p>
    <w:p>
      <w:pPr>
        <w:spacing w:after="80"/>
      </w:pPr>
      <w:r>
        <w:rPr>
          <w:b w:val="0"/>
          <w:i w:val="0"/>
        </w:rPr>
        <w:t>Đoạn này in ra tên của ba người chơi cuối cùng và sẽ vẫn hoạt động đúng khi danh sách người chơi thay đổi kích thước.</w:t>
      </w:r>
    </w:p>
    <w:p>
      <w:pPr>
        <w:spacing w:before="120" w:after="40"/>
      </w:pPr>
      <w:r>
        <w:rPr>
          <w:b/>
          <w:sz w:val="21"/>
        </w:rPr>
        <w:t>Ghi chú</w:t>
      </w:r>
    </w:p>
    <w:p>
      <w:pPr>
        <w:spacing w:after="80"/>
      </w:pPr>
      <w:r>
        <w:rPr>
          <w:b w:val="0"/>
          <w:i w:val="0"/>
        </w:rPr>
        <w:t>Bạn có thể thêm giá trị thứ ba vào trong dấu ngoặc để chỉ định một lát cắt (slice). Nếu có giá trị thứ ba, nó sẽ cho Python biết cần bỏ qua bao nhiêu phần tử giữa các phần tử trong phạm vi đã chỉ định.</w:t>
      </w:r>
    </w:p>
    <w:p>
      <w:pPr>
        <w:pStyle w:val="Heading3"/>
      </w:pPr>
      <w:r>
        <w:rPr>
          <w:rFonts w:ascii="Calibri" w:hAnsi="Calibri"/>
          <w:b/>
          <w:i w:val="0"/>
          <w:sz w:val="27"/>
        </w:rPr>
        <w:t>Lặp qua một lát cắt</w:t>
      </w:r>
    </w:p>
    <w:p>
      <w:pPr>
        <w:spacing w:after="80"/>
      </w:pPr>
      <w:r>
        <w:rPr>
          <w:b w:val="0"/>
          <w:i w:val="0"/>
        </w:rPr>
        <w:t xml:space="preserve">Bạn có thể dùng lát cắt trong vòng lặp </w:t>
      </w:r>
      <w:r>
        <w:rPr>
          <w:rFonts w:ascii="Consolas" w:hAnsi="Consolas"/>
          <w:b w:val="0"/>
          <w:i w:val="0"/>
          <w:sz w:val="20"/>
        </w:rPr>
        <w:t>for</w:t>
      </w:r>
      <w:r>
        <w:rPr>
          <w:b w:val="0"/>
          <w:i w:val="0"/>
        </w:rPr>
        <w:t xml:space="preserve"> nếu muốn lặp qua một tập con các phần tử trong danh sách. Trong ví dụ tiếp theo, chúng ta lặp qua ba cầu thủ đầu tiên và in tên của họ như một phần của danh sách đơn giản:</w:t>
      </w:r>
    </w:p>
    <w:p>
      <w:pPr>
        <w:spacing w:after="0"/>
        <w:ind w:left="360"/>
        <w:shd w:val="clear" w:color="auto" w:fill="F2F2F2"/>
      </w:pPr>
      <w:r>
        <w:rPr>
          <w:rFonts w:ascii="Consolas" w:hAnsi="Consolas"/>
          <w:b w:val="0"/>
          <w:i w:val="0"/>
          <w:sz w:val="18"/>
        </w:rPr>
        <w:t>players = ['charles', 'martina', 'michael', 'florence', 'eli']</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print("Here are the first three players on my team:")</w:t>
      </w:r>
    </w:p>
    <w:p>
      <w:pPr>
        <w:spacing w:after="0"/>
        <w:ind w:left="360"/>
        <w:shd w:val="clear" w:color="auto" w:fill="F2F2F2"/>
      </w:pPr>
      <w:r>
        <w:rPr>
          <w:rFonts w:ascii="Consolas" w:hAnsi="Consolas"/>
          <w:b w:val="0"/>
          <w:i w:val="0"/>
          <w:sz w:val="18"/>
        </w:rPr>
        <w:t>❶ for player in players[:3]:</w:t>
      </w:r>
    </w:p>
    <w:p>
      <w:pPr>
        <w:spacing w:after="0"/>
        <w:ind w:left="360"/>
        <w:shd w:val="clear" w:color="auto" w:fill="F2F2F2"/>
      </w:pPr>
      <w:r>
        <w:rPr>
          <w:rFonts w:ascii="Consolas" w:hAnsi="Consolas"/>
          <w:b w:val="0"/>
          <w:i w:val="0"/>
          <w:sz w:val="18"/>
        </w:rPr>
        <w:t xml:space="preserve">    print(player.title())</w:t>
      </w:r>
    </w:p>
    <w:p>
      <w:pPr>
        <w:spacing w:after="40"/>
      </w:pPr>
    </w:p>
    <w:p>
      <w:pPr>
        <w:spacing w:after="80"/>
      </w:pPr>
      <w:r>
        <w:rPr>
          <w:b w:val="0"/>
          <w:i w:val="0"/>
        </w:rPr>
        <w:t>Thay vì lặp qua toàn bộ danh sách cầu thủ, Python chỉ lặp qua ba cái tên đầu tiên ❶:</w:t>
      </w:r>
    </w:p>
    <w:p>
      <w:pPr>
        <w:spacing w:after="80"/>
      </w:pPr>
      <w:r>
        <w:rPr>
          <w:b w:val="0"/>
          <w:i w:val="0"/>
        </w:rPr>
        <w:t>Đây là ba cầu thủ đầu tiên trong đội của tôi:</w:t>
      </w:r>
      <w:r>
        <w:br/>
      </w:r>
      <w:r>
        <w:rPr>
          <w:b w:val="0"/>
          <w:i w:val="0"/>
        </w:rPr>
        <w:t>Charles</w:t>
      </w:r>
      <w:r>
        <w:br/>
      </w:r>
      <w:r>
        <w:rPr>
          <w:b w:val="0"/>
          <w:i w:val="0"/>
        </w:rPr>
        <w:t>Martina</w:t>
      </w:r>
      <w:r>
        <w:br/>
      </w:r>
      <w:r>
        <w:rPr>
          <w:b w:val="0"/>
          <w:i w:val="0"/>
        </w:rPr>
        <w:t>Michael</w:t>
      </w:r>
    </w:p>
    <w:p>
      <w:pPr>
        <w:spacing w:after="80"/>
      </w:pPr>
      <w:r>
        <w:rPr>
          <w:b w:val="0"/>
          <w:i w:val="0"/>
        </w:rPr>
        <w:t>Lát cắt rất hữu ích trong nhiều tình huống. Ví dụ, khi bạn đang tạo một trò chơi, bạn có thể thêm điểm số cuối cùng của người chơi vào một danh sách mỗi khi người đó chơi xong. Sau đó, bạn có thể lấy ba điểm số cao nhất của một người chơi bằng cách sắp xếp danh sách theo thứ tự giảm dần và lấy một lát cắt chỉ gồm ba điểm số đầu tiên. Khi làm việc với dữ liệu, bạn có thể dùng lát cắt để xử lý dữ liệu theo từng khối có kích thước cụ thể. Hoặc, khi xây dựng một ứng dụng web, bạn có thể dùng lát cắt để hiển thị thông tin thành một chuỗi các trang với lượng thông tin phù hợp trên mỗi trang.</w:t>
      </w:r>
    </w:p>
    <w:p>
      <w:pPr>
        <w:pStyle w:val="Heading3"/>
      </w:pPr>
      <w:r>
        <w:rPr>
          <w:rFonts w:ascii="Calibri" w:hAnsi="Calibri"/>
          <w:b/>
          <w:i w:val="0"/>
          <w:sz w:val="27"/>
        </w:rPr>
        <w:t>Sao chép một danh sách</w:t>
      </w:r>
    </w:p>
    <w:p>
      <w:pPr>
        <w:spacing w:after="80"/>
      </w:pPr>
      <w:r>
        <w:rPr>
          <w:b w:val="0"/>
          <w:i w:val="0"/>
        </w:rPr>
        <w:t>Thường thì bạn sẽ muốn bắt đầu từ một danh sách đã có và tạo một danh sách hoàn toàn mới dựa trên danh sách đầu tiên. Hãy cùng khám phá cách sao chép một danh sách hoạt động và xem xét một tình huống mà việc sao chép danh sách tỏ ra hữu ích.</w:t>
      </w:r>
    </w:p>
    <w:p>
      <w:pPr>
        <w:spacing w:after="80"/>
      </w:pPr>
      <w:r>
        <w:rPr>
          <w:b w:val="0"/>
          <w:i w:val="0"/>
        </w:rPr>
        <w:t>Để sao chép một danh sách, bạn có thể tạo một lát cắt bao gồm toàn bộ danh sách gốc bằng cách bỏ qua chỉ số đầu và chỉ số thứ hai (</w:t>
      </w:r>
      <w:r>
        <w:rPr>
          <w:rFonts w:ascii="Consolas" w:hAnsi="Consolas"/>
          <w:b w:val="0"/>
          <w:i w:val="0"/>
          <w:sz w:val="20"/>
        </w:rPr>
        <w:t>[:]</w:t>
      </w:r>
      <w:r>
        <w:rPr>
          <w:b w:val="0"/>
          <w:i w:val="0"/>
        </w:rPr>
        <w:t>). Điều này cho Python biết tạo một lát cắt bắt đầu từ phần tử đầu tiên và kết thúc ở phần tử cuối cùng, tạo ra một bản sao của toàn bộ danh sách.</w:t>
      </w:r>
    </w:p>
    <w:p>
      <w:pPr>
        <w:spacing w:after="80"/>
      </w:pPr>
      <w:r>
        <w:rPr>
          <w:b w:val="0"/>
          <w:i w:val="0"/>
        </w:rPr>
        <w:t>Ví dụ, hãy tưởng tượng chúng ta có một danh sách các món ăn yêu thích và muốn tạo một danh sách riêng gồm các món ăn mà một người bạn thích. Người bạn này thích mọi thứ trong danh sách của chúng ta, nên chúng ta có thể tạo danh sách của họ bằng cách sao chép danh sách của mình:</w:t>
      </w:r>
    </w:p>
    <w:p>
      <w:pPr>
        <w:spacing w:after="80"/>
      </w:pPr>
      <w:r>
        <w:rPr>
          <w:b w:val="0"/>
          <w:i w:val="0"/>
        </w:rPr>
        <w:t>foods.py</w:t>
      </w:r>
    </w:p>
    <w:p>
      <w:pPr>
        <w:spacing w:after="0"/>
        <w:ind w:left="360"/>
        <w:shd w:val="clear" w:color="auto" w:fill="F2F2F2"/>
      </w:pPr>
      <w:r>
        <w:rPr>
          <w:rFonts w:ascii="Consolas" w:hAnsi="Consolas"/>
          <w:b w:val="0"/>
          <w:i w:val="0"/>
          <w:sz w:val="18"/>
        </w:rPr>
        <w:t>my_foods = ['pizza', 'falafel', 'carrot cake']</w:t>
      </w:r>
    </w:p>
    <w:p>
      <w:pPr>
        <w:spacing w:after="0"/>
        <w:ind w:left="360"/>
        <w:shd w:val="clear" w:color="auto" w:fill="F2F2F2"/>
      </w:pPr>
      <w:r>
        <w:rPr>
          <w:rFonts w:ascii="Consolas" w:hAnsi="Consolas"/>
          <w:b w:val="0"/>
          <w:i w:val="0"/>
          <w:sz w:val="18"/>
        </w:rPr>
        <w:t>❶ friend_foods = 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print("My favorite foods are:")</w:t>
      </w:r>
    </w:p>
    <w:p>
      <w:pPr>
        <w:spacing w:after="0"/>
        <w:ind w:left="360"/>
        <w:shd w:val="clear" w:color="auto" w:fill="F2F2F2"/>
      </w:pPr>
      <w:r>
        <w:rPr>
          <w:rFonts w:ascii="Consolas" w:hAnsi="Consolas"/>
          <w:b w:val="0"/>
          <w:i w:val="0"/>
          <w:sz w:val="18"/>
        </w:rPr>
        <w:t>print(my_foods)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print("\nMy friend's favorite foods are:")</w:t>
      </w:r>
    </w:p>
    <w:p>
      <w:pPr>
        <w:spacing w:after="0"/>
        <w:ind w:left="360"/>
        <w:shd w:val="clear" w:color="auto" w:fill="F2F2F2"/>
      </w:pPr>
      <w:r>
        <w:rPr>
          <w:rFonts w:ascii="Consolas" w:hAnsi="Consolas"/>
          <w:b w:val="0"/>
          <w:i w:val="0"/>
          <w:sz w:val="18"/>
        </w:rPr>
        <w:t>print(friend_foods)</w:t>
      </w:r>
    </w:p>
    <w:p>
      <w:pPr>
        <w:spacing w:after="40"/>
      </w:pPr>
    </w:p>
    <w:p>
      <w:pPr>
        <w:spacing w:after="80"/>
      </w:pPr>
      <w:r>
        <w:rPr>
          <w:b w:val="0"/>
          <w:i w:val="0"/>
        </w:rPr>
        <w:t xml:space="preserve">Đầu tiên, chúng ta tạo một danh sách các món ăn mình thích gọi là </w:t>
      </w:r>
      <w:r>
        <w:rPr>
          <w:rFonts w:ascii="Consolas" w:hAnsi="Consolas"/>
          <w:b w:val="0"/>
          <w:i w:val="0"/>
          <w:sz w:val="20"/>
        </w:rPr>
        <w:t>my_foods</w:t>
      </w:r>
      <w:r>
        <w:rPr>
          <w:b w:val="0"/>
          <w:i w:val="0"/>
        </w:rPr>
        <w:t xml:space="preserve">. Sau đó chúng ta tạo một danh sách mới gọi là </w:t>
      </w:r>
      <w:r>
        <w:rPr>
          <w:rFonts w:ascii="Consolas" w:hAnsi="Consolas"/>
          <w:b w:val="0"/>
          <w:i w:val="0"/>
          <w:sz w:val="20"/>
        </w:rPr>
        <w:t>friend_foods</w:t>
      </w:r>
      <w:r>
        <w:rPr>
          <w:b w:val="0"/>
          <w:i w:val="0"/>
        </w:rPr>
        <w:t xml:space="preserve">. Chúng ta tạo một bản sao của </w:t>
      </w:r>
      <w:r>
        <w:rPr>
          <w:rFonts w:ascii="Consolas" w:hAnsi="Consolas"/>
          <w:b w:val="0"/>
          <w:i w:val="0"/>
          <w:sz w:val="20"/>
        </w:rPr>
        <w:t>my_foods</w:t>
      </w:r>
      <w:r>
        <w:rPr>
          <w:b w:val="0"/>
          <w:i w:val="0"/>
        </w:rPr>
        <w:t xml:space="preserve"> bằng cách yêu cầu một lát cắt của </w:t>
      </w:r>
      <w:r>
        <w:rPr>
          <w:rFonts w:ascii="Consolas" w:hAnsi="Consolas"/>
          <w:b w:val="0"/>
          <w:i w:val="0"/>
          <w:sz w:val="20"/>
        </w:rPr>
        <w:t>my_foods</w:t>
      </w:r>
      <w:r>
        <w:rPr>
          <w:b w:val="0"/>
          <w:i w:val="0"/>
        </w:rPr>
        <w:t xml:space="preserve"> mà không chỉ định chỉ số nào ❶, và gán bản sao đó cho </w:t>
      </w:r>
      <w:r>
        <w:rPr>
          <w:rFonts w:ascii="Consolas" w:hAnsi="Consolas"/>
          <w:b w:val="0"/>
          <w:i w:val="0"/>
          <w:sz w:val="20"/>
        </w:rPr>
        <w:t>friend_foods</w:t>
      </w:r>
      <w:r>
        <w:rPr>
          <w:b w:val="0"/>
          <w:i w:val="0"/>
        </w:rPr>
        <w:t>. Khi in từng danh sách, chúng ta thấy cả hai đều chứa cùng các món ăn:</w:t>
      </w:r>
    </w:p>
    <w:p>
      <w:pPr>
        <w:spacing w:after="80"/>
      </w:pPr>
      <w:r>
        <w:rPr>
          <w:b w:val="0"/>
          <w:i w:val="0"/>
        </w:rPr>
        <w:t>Các món ăn yêu thích của tôi là:</w:t>
      </w:r>
      <w:r>
        <w:br/>
      </w:r>
      <w:r>
        <w:rPr>
          <w:b w:val="0"/>
          <w:i w:val="0"/>
        </w:rPr>
        <w:t>['pizza', 'falafel', 'carrot cake']</w:t>
      </w:r>
      <w:r>
        <w:br/>
      </w:r>
      <w:r>
        <w:br/>
      </w:r>
      <w:r>
        <w:rPr>
          <w:b w:val="0"/>
          <w:i w:val="0"/>
        </w:rPr>
        <w:t>Các món ăn yêu thích của bạn tôi là:</w:t>
      </w:r>
      <w:r>
        <w:br/>
      </w:r>
      <w:r>
        <w:rPr>
          <w:b w:val="0"/>
          <w:i w:val="0"/>
        </w:rPr>
        <w:t>['pizza', 'falafel', 'carrot cake']</w:t>
      </w:r>
    </w:p>
    <w:p>
      <w:pPr>
        <w:spacing w:after="80"/>
      </w:pPr>
      <w:r>
        <w:rPr>
          <w:b w:val="0"/>
          <w:i w:val="0"/>
        </w:rPr>
        <w:t>Để chứng minh rằng chúng ta thực sự có hai danh sách riêng biệt, chúng ta sẽ thêm một món ăn mới vào mỗi danh sách và cho thấy mỗi danh sách theo dõi đúng các món ăn yêu thích của người tương ứng:</w:t>
      </w:r>
    </w:p>
    <w:p>
      <w:pPr>
        <w:spacing w:after="0"/>
        <w:ind w:left="360"/>
        <w:shd w:val="clear" w:color="auto" w:fill="F2F2F2"/>
      </w:pPr>
      <w:r>
        <w:rPr>
          <w:rFonts w:ascii="Consolas" w:hAnsi="Consolas"/>
          <w:b w:val="0"/>
          <w:i w:val="0"/>
          <w:sz w:val="18"/>
        </w:rPr>
        <w:t>my_foods = ['pizza', 'falafel', 'carrot cake']</w:t>
      </w:r>
    </w:p>
    <w:p>
      <w:pPr>
        <w:spacing w:after="0"/>
        <w:ind w:left="360"/>
        <w:shd w:val="clear" w:color="auto" w:fill="F2F2F2"/>
      </w:pPr>
      <w:r>
        <w:rPr>
          <w:rFonts w:ascii="Consolas" w:hAnsi="Consolas"/>
          <w:b w:val="0"/>
          <w:i w:val="0"/>
          <w:sz w:val="18"/>
        </w:rPr>
        <w:t>❶ friend_foods = 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my_foods.append('cannoli')</w:t>
      </w:r>
    </w:p>
    <w:p>
      <w:pPr>
        <w:spacing w:after="0"/>
        <w:ind w:left="360"/>
        <w:shd w:val="clear" w:color="auto" w:fill="F2F2F2"/>
      </w:pPr>
      <w:r>
        <w:rPr>
          <w:rFonts w:ascii="Consolas" w:hAnsi="Consolas"/>
          <w:b w:val="0"/>
          <w:i w:val="0"/>
          <w:sz w:val="18"/>
        </w:rPr>
        <w:t>❸ friend_foods.append('ice cream')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print("My favorite foods are:")</w:t>
      </w:r>
    </w:p>
    <w:p>
      <w:pPr>
        <w:spacing w:after="0"/>
        <w:ind w:left="360"/>
        <w:shd w:val="clear" w:color="auto" w:fill="F2F2F2"/>
      </w:pPr>
      <w:r>
        <w:rPr>
          <w:rFonts w:ascii="Consolas" w:hAnsi="Consolas"/>
          <w:b w:val="0"/>
          <w:i w:val="0"/>
          <w:sz w:val="18"/>
        </w:rPr>
        <w:t>print(my_foods)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print("\nMy friend's favorite foods are:")</w:t>
      </w:r>
    </w:p>
    <w:p>
      <w:pPr>
        <w:spacing w:after="0"/>
        <w:ind w:left="360"/>
        <w:shd w:val="clear" w:color="auto" w:fill="F2F2F2"/>
      </w:pPr>
      <w:r>
        <w:rPr>
          <w:rFonts w:ascii="Consolas" w:hAnsi="Consolas"/>
          <w:b w:val="0"/>
          <w:i w:val="0"/>
          <w:sz w:val="18"/>
        </w:rPr>
        <w:t>print(friend_foods)</w:t>
      </w:r>
    </w:p>
    <w:p>
      <w:pPr>
        <w:spacing w:after="40"/>
      </w:pPr>
    </w:p>
    <w:p>
      <w:pPr>
        <w:spacing w:after="80"/>
      </w:pPr>
      <w:r>
        <w:rPr>
          <w:b w:val="0"/>
          <w:i w:val="0"/>
        </w:rPr>
        <w:t xml:space="preserve">Chúng ta sao chép các mục gốc trong </w:t>
      </w:r>
      <w:r>
        <w:rPr>
          <w:rFonts w:ascii="Consolas" w:hAnsi="Consolas"/>
          <w:b w:val="0"/>
          <w:i w:val="0"/>
          <w:sz w:val="20"/>
        </w:rPr>
        <w:t>my_foods</w:t>
      </w:r>
      <w:r>
        <w:rPr>
          <w:b w:val="0"/>
          <w:i w:val="0"/>
        </w:rPr>
        <w:t xml:space="preserve"> sang danh sách mới </w:t>
      </w:r>
      <w:r>
        <w:rPr>
          <w:rFonts w:ascii="Consolas" w:hAnsi="Consolas"/>
          <w:b w:val="0"/>
          <w:i w:val="0"/>
          <w:sz w:val="20"/>
        </w:rPr>
        <w:t>friend_foods</w:t>
      </w:r>
      <w:r>
        <w:rPr>
          <w:b w:val="0"/>
          <w:i w:val="0"/>
        </w:rPr>
        <w:t xml:space="preserve">, giống như chúng ta đã làm trong ví dụ trước ❶. Tiếp theo, chúng ta thêm một món ăn mới vào mỗi danh sách: chúng ta thêm </w:t>
      </w:r>
      <w:r>
        <w:rPr>
          <w:rFonts w:ascii="Consolas" w:hAnsi="Consolas"/>
          <w:b w:val="0"/>
          <w:i w:val="0"/>
          <w:sz w:val="20"/>
        </w:rPr>
        <w:t>'cannoli'</w:t>
      </w:r>
      <w:r>
        <w:rPr>
          <w:b w:val="0"/>
          <w:i w:val="0"/>
        </w:rPr>
        <w:t xml:space="preserve"> vào </w:t>
      </w:r>
      <w:r>
        <w:rPr>
          <w:rFonts w:ascii="Consolas" w:hAnsi="Consolas"/>
          <w:b w:val="0"/>
          <w:i w:val="0"/>
          <w:sz w:val="20"/>
        </w:rPr>
        <w:t>my_foods</w:t>
      </w:r>
      <w:r>
        <w:rPr>
          <w:b w:val="0"/>
          <w:i w:val="0"/>
        </w:rPr>
        <w:t xml:space="preserve"> ❷, và chúng ta thêm </w:t>
      </w:r>
      <w:r>
        <w:rPr>
          <w:rFonts w:ascii="Consolas" w:hAnsi="Consolas"/>
          <w:b w:val="0"/>
          <w:i w:val="0"/>
          <w:sz w:val="20"/>
        </w:rPr>
        <w:t>'ice cream'</w:t>
      </w:r>
      <w:r>
        <w:rPr>
          <w:b w:val="0"/>
          <w:i w:val="0"/>
        </w:rPr>
        <w:t xml:space="preserve"> vào </w:t>
      </w:r>
      <w:r>
        <w:rPr>
          <w:rFonts w:ascii="Consolas" w:hAnsi="Consolas"/>
          <w:b w:val="0"/>
          <w:i w:val="0"/>
          <w:sz w:val="20"/>
        </w:rPr>
        <w:t>friend_foods</w:t>
      </w:r>
      <w:r>
        <w:rPr>
          <w:b w:val="0"/>
          <w:i w:val="0"/>
        </w:rPr>
        <w:t xml:space="preserve"> ❸. Sau đó chúng ta in hai danh sách để xem liệu mỗi món ăn này có nằm trong danh sách phù hợp hay không:</w:t>
      </w:r>
    </w:p>
    <w:p>
      <w:pPr>
        <w:spacing w:after="80"/>
      </w:pPr>
      <w:r>
        <w:rPr>
          <w:b w:val="0"/>
          <w:i w:val="0"/>
        </w:rPr>
        <w:t>Món ăn yêu thích của tôi là:</w:t>
      </w:r>
      <w:r>
        <w:br/>
      </w:r>
      <w:r>
        <w:rPr>
          <w:b w:val="0"/>
          <w:i w:val="0"/>
        </w:rPr>
        <w:t>['pizza', 'falafel', 'carrot cake', 'cannoli']</w:t>
      </w:r>
      <w:r>
        <w:br/>
      </w:r>
      <w:r>
        <w:br/>
      </w:r>
      <w:r>
        <w:rPr>
          <w:b w:val="0"/>
          <w:i w:val="0"/>
        </w:rPr>
        <w:t>Món ăn yêu thích của bạn tôi là:</w:t>
      </w:r>
      <w:r>
        <w:br/>
      </w:r>
      <w:r>
        <w:rPr>
          <w:b w:val="0"/>
          <w:i w:val="0"/>
        </w:rPr>
        <w:t>['pizza', 'falafel', 'carrot cake', 'ice cream']</w:t>
      </w:r>
    </w:p>
    <w:p>
      <w:pPr>
        <w:spacing w:after="80"/>
      </w:pPr>
      <w:r>
        <w:rPr>
          <w:b w:val="0"/>
          <w:i w:val="0"/>
        </w:rPr>
        <w:t xml:space="preserve">Kết quả hiển thị cho thấy </w:t>
      </w:r>
      <w:r>
        <w:rPr>
          <w:rFonts w:ascii="Consolas" w:hAnsi="Consolas"/>
          <w:b w:val="0"/>
          <w:i w:val="0"/>
          <w:sz w:val="20"/>
        </w:rPr>
        <w:t>'cannoli'</w:t>
      </w:r>
      <w:r>
        <w:rPr>
          <w:b w:val="0"/>
          <w:i w:val="0"/>
        </w:rPr>
        <w:t xml:space="preserve"> giờ đây xuất hiện trong danh sách món ăn yêu thích của chúng ta nhưng </w:t>
      </w:r>
      <w:r>
        <w:rPr>
          <w:rFonts w:ascii="Consolas" w:hAnsi="Consolas"/>
          <w:b w:val="0"/>
          <w:i w:val="0"/>
          <w:sz w:val="20"/>
        </w:rPr>
        <w:t>'ice cream'</w:t>
      </w:r>
      <w:r>
        <w:rPr>
          <w:b w:val="0"/>
          <w:i w:val="0"/>
        </w:rPr>
        <w:t xml:space="preserve"> thì không. Chúng ta có thể thấy rằng </w:t>
      </w:r>
      <w:r>
        <w:rPr>
          <w:rFonts w:ascii="Consolas" w:hAnsi="Consolas"/>
          <w:b w:val="0"/>
          <w:i w:val="0"/>
          <w:sz w:val="20"/>
        </w:rPr>
        <w:t>'ice cream'</w:t>
      </w:r>
      <w:r>
        <w:rPr>
          <w:b w:val="0"/>
          <w:i w:val="0"/>
        </w:rPr>
        <w:t xml:space="preserve"> giờ đây xuất hiện trong danh sách của bạn tôi nhưng </w:t>
      </w:r>
      <w:r>
        <w:rPr>
          <w:rFonts w:ascii="Consolas" w:hAnsi="Consolas"/>
          <w:b w:val="0"/>
          <w:i w:val="0"/>
          <w:sz w:val="20"/>
        </w:rPr>
        <w:t>'cannoli'</w:t>
      </w:r>
      <w:r>
        <w:rPr>
          <w:b w:val="0"/>
          <w:i w:val="0"/>
        </w:rPr>
        <w:t xml:space="preserve"> thì không. Nếu chúng ta chỉ đơn giản gán </w:t>
      </w:r>
      <w:r>
        <w:rPr>
          <w:rFonts w:ascii="Consolas" w:hAnsi="Consolas"/>
          <w:b w:val="0"/>
          <w:i w:val="0"/>
          <w:sz w:val="20"/>
        </w:rPr>
        <w:t>friend_foods</w:t>
      </w:r>
      <w:r>
        <w:rPr>
          <w:b w:val="0"/>
          <w:i w:val="0"/>
        </w:rPr>
        <w:t xml:space="preserve"> bằng </w:t>
      </w:r>
      <w:r>
        <w:rPr>
          <w:rFonts w:ascii="Consolas" w:hAnsi="Consolas"/>
          <w:b w:val="0"/>
          <w:i w:val="0"/>
          <w:sz w:val="20"/>
        </w:rPr>
        <w:t>my_foods</w:t>
      </w:r>
      <w:r>
        <w:rPr>
          <w:b w:val="0"/>
          <w:i w:val="0"/>
        </w:rPr>
        <w:t>, chúng ta sẽ không tạo ra hai danh sách riêng biệt. Ví dụ, đây là điều xảy ra khi bạn thử sao chép một danh sách mà không dùng slice (lát cắt):</w:t>
      </w:r>
    </w:p>
    <w:p>
      <w:pPr>
        <w:spacing w:after="0"/>
        <w:ind w:left="360"/>
        <w:shd w:val="clear" w:color="auto" w:fill="F2F2F2"/>
      </w:pPr>
      <w:r>
        <w:rPr>
          <w:rFonts w:ascii="Consolas" w:hAnsi="Consolas"/>
          <w:b w:val="0"/>
          <w:i w:val="0"/>
          <w:sz w:val="18"/>
        </w:rPr>
        <w:t>my_foods = ['pizza', 'falafel', 'carrot cake']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This doesn't work:</w:t>
      </w:r>
    </w:p>
    <w:p>
      <w:pPr>
        <w:spacing w:after="0"/>
        <w:ind w:left="360"/>
        <w:shd w:val="clear" w:color="auto" w:fill="F2F2F2"/>
      </w:pPr>
      <w:r>
        <w:rPr>
          <w:rFonts w:ascii="Consolas" w:hAnsi="Consolas"/>
          <w:b w:val="0"/>
          <w:i w:val="0"/>
          <w:sz w:val="18"/>
        </w:rPr>
        <w:t>friend_foods = 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my_foods.append('cannoli')</w:t>
      </w:r>
    </w:p>
    <w:p>
      <w:pPr>
        <w:spacing w:after="0"/>
        <w:ind w:left="360"/>
        <w:shd w:val="clear" w:color="auto" w:fill="F2F2F2"/>
      </w:pPr>
      <w:r>
        <w:rPr>
          <w:rFonts w:ascii="Consolas" w:hAnsi="Consolas"/>
          <w:b w:val="0"/>
          <w:i w:val="0"/>
          <w:sz w:val="18"/>
        </w:rPr>
        <w:t>friend_foods.append('ice cream')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print("My favorite foods are:")</w:t>
      </w:r>
    </w:p>
    <w:p>
      <w:pPr>
        <w:spacing w:after="0"/>
        <w:ind w:left="360"/>
        <w:shd w:val="clear" w:color="auto" w:fill="F2F2F2"/>
      </w:pPr>
      <w:r>
        <w:rPr>
          <w:rFonts w:ascii="Consolas" w:hAnsi="Consolas"/>
          <w:b w:val="0"/>
          <w:i w:val="0"/>
          <w:sz w:val="18"/>
        </w:rPr>
        <w:t>print(my_foods)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print("\nMy friend's favorite foods are:")</w:t>
      </w:r>
    </w:p>
    <w:p>
      <w:pPr>
        <w:spacing w:after="0"/>
        <w:ind w:left="360"/>
        <w:shd w:val="clear" w:color="auto" w:fill="F2F2F2"/>
      </w:pPr>
      <w:r>
        <w:rPr>
          <w:rFonts w:ascii="Consolas" w:hAnsi="Consolas"/>
          <w:b w:val="0"/>
          <w:i w:val="0"/>
          <w:sz w:val="18"/>
        </w:rPr>
        <w:t>print(friend_foods)</w:t>
      </w:r>
    </w:p>
    <w:p>
      <w:pPr>
        <w:spacing w:after="40"/>
      </w:pPr>
    </w:p>
    <w:p>
      <w:pPr>
        <w:spacing w:after="80"/>
      </w:pPr>
      <w:r>
        <w:rPr>
          <w:b w:val="0"/>
          <w:i w:val="0"/>
        </w:rPr>
        <w:t xml:space="preserve">Thay vì gán một bản sao của </w:t>
      </w:r>
      <w:r>
        <w:rPr>
          <w:rFonts w:ascii="Consolas" w:hAnsi="Consolas"/>
          <w:b w:val="0"/>
          <w:i w:val="0"/>
          <w:sz w:val="20"/>
        </w:rPr>
        <w:t>my_foods</w:t>
      </w:r>
      <w:r>
        <w:rPr>
          <w:b w:val="0"/>
          <w:i w:val="0"/>
        </w:rPr>
        <w:t xml:space="preserve"> cho </w:t>
      </w:r>
      <w:r>
        <w:rPr>
          <w:rFonts w:ascii="Consolas" w:hAnsi="Consolas"/>
          <w:b w:val="0"/>
          <w:i w:val="0"/>
          <w:sz w:val="20"/>
        </w:rPr>
        <w:t>friend_foods</w:t>
      </w:r>
      <w:r>
        <w:rPr>
          <w:b w:val="0"/>
          <w:i w:val="0"/>
        </w:rPr>
        <w:t xml:space="preserve">, chúng ta đặt </w:t>
      </w:r>
      <w:r>
        <w:rPr>
          <w:rFonts w:ascii="Consolas" w:hAnsi="Consolas"/>
          <w:b w:val="0"/>
          <w:i w:val="0"/>
          <w:sz w:val="20"/>
        </w:rPr>
        <w:t>friend_foods</w:t>
      </w:r>
      <w:r>
        <w:rPr>
          <w:b w:val="0"/>
          <w:i w:val="0"/>
        </w:rPr>
        <w:t xml:space="preserve"> bằng </w:t>
      </w:r>
      <w:r>
        <w:rPr>
          <w:rFonts w:ascii="Consolas" w:hAnsi="Consolas"/>
          <w:b w:val="0"/>
          <w:i w:val="0"/>
          <w:sz w:val="20"/>
        </w:rPr>
        <w:t>my_foods</w:t>
      </w:r>
      <w:r>
        <w:rPr>
          <w:b w:val="0"/>
          <w:i w:val="0"/>
        </w:rPr>
        <w:t xml:space="preserve">. Cú pháp này thực ra bảo Python liên kết biến mới </w:t>
      </w:r>
      <w:r>
        <w:rPr>
          <w:rFonts w:ascii="Consolas" w:hAnsi="Consolas"/>
          <w:b w:val="0"/>
          <w:i w:val="0"/>
          <w:sz w:val="20"/>
        </w:rPr>
        <w:t>friend_foods</w:t>
      </w:r>
      <w:r>
        <w:rPr>
          <w:b w:val="0"/>
          <w:i w:val="0"/>
        </w:rPr>
        <w:t xml:space="preserve"> với danh sách vốn đã được liên kết với </w:t>
      </w:r>
      <w:r>
        <w:rPr>
          <w:rFonts w:ascii="Consolas" w:hAnsi="Consolas"/>
          <w:b w:val="0"/>
          <w:i w:val="0"/>
          <w:sz w:val="20"/>
        </w:rPr>
        <w:t>my_foods</w:t>
      </w:r>
      <w:r>
        <w:rPr>
          <w:b w:val="0"/>
          <w:i w:val="0"/>
        </w:rPr>
        <w:t xml:space="preserve">, nên giờ đây cả hai biến đều trỏ đến cùng một danh sách. Kết quả là, khi chúng ta thêm </w:t>
      </w:r>
      <w:r>
        <w:rPr>
          <w:rFonts w:ascii="Consolas" w:hAnsi="Consolas"/>
          <w:b w:val="0"/>
          <w:i w:val="0"/>
          <w:sz w:val="20"/>
        </w:rPr>
        <w:t>'cannoli'</w:t>
      </w:r>
      <w:r>
        <w:rPr>
          <w:b w:val="0"/>
          <w:i w:val="0"/>
        </w:rPr>
        <w:t xml:space="preserve"> vào </w:t>
      </w:r>
      <w:r>
        <w:rPr>
          <w:rFonts w:ascii="Consolas" w:hAnsi="Consolas"/>
          <w:b w:val="0"/>
          <w:i w:val="0"/>
          <w:sz w:val="20"/>
        </w:rPr>
        <w:t>my_foods</w:t>
      </w:r>
      <w:r>
        <w:rPr>
          <w:b w:val="0"/>
          <w:i w:val="0"/>
        </w:rPr>
        <w:t xml:space="preserve">, nó cũng sẽ xuất hiện trong </w:t>
      </w:r>
      <w:r>
        <w:rPr>
          <w:rFonts w:ascii="Consolas" w:hAnsi="Consolas"/>
          <w:b w:val="0"/>
          <w:i w:val="0"/>
          <w:sz w:val="20"/>
        </w:rPr>
        <w:t>friend_foods</w:t>
      </w:r>
      <w:r>
        <w:rPr>
          <w:b w:val="0"/>
          <w:i w:val="0"/>
        </w:rPr>
        <w:t xml:space="preserve">. Tương tự, </w:t>
      </w:r>
      <w:r>
        <w:rPr>
          <w:rFonts w:ascii="Consolas" w:hAnsi="Consolas"/>
          <w:b w:val="0"/>
          <w:i w:val="0"/>
          <w:sz w:val="20"/>
        </w:rPr>
        <w:t>'ice cream'</w:t>
      </w:r>
      <w:r>
        <w:rPr>
          <w:b w:val="0"/>
          <w:i w:val="0"/>
        </w:rPr>
        <w:t xml:space="preserve"> sẽ xuất hiện trong cả hai danh sách, dù nó có vẻ chỉ được thêm vào </w:t>
      </w:r>
      <w:r>
        <w:rPr>
          <w:rFonts w:ascii="Consolas" w:hAnsi="Consolas"/>
          <w:b w:val="0"/>
          <w:i w:val="0"/>
          <w:sz w:val="20"/>
        </w:rPr>
        <w:t>friend_foods</w:t>
      </w:r>
      <w:r>
        <w:rPr>
          <w:b w:val="0"/>
          <w:i w:val="0"/>
        </w:rPr>
        <w:t>.</w:t>
      </w:r>
    </w:p>
    <w:p>
      <w:pPr>
        <w:spacing w:after="80"/>
      </w:pPr>
      <w:r>
        <w:rPr>
          <w:b w:val="0"/>
          <w:i w:val="0"/>
        </w:rPr>
        <w:t>Kết quả hiển thị cho thấy cả hai danh sách giờ đây giống hệt nhau, điều mà chúng ta không hề mong muốn:</w:t>
      </w:r>
    </w:p>
    <w:p>
      <w:pPr>
        <w:spacing w:after="80"/>
      </w:pPr>
      <w:r>
        <w:rPr>
          <w:b w:val="0"/>
          <w:i w:val="0"/>
        </w:rPr>
        <w:t>Món ăn yêu thích của tôi là:</w:t>
      </w:r>
      <w:r>
        <w:br/>
      </w:r>
      <w:r>
        <w:rPr>
          <w:b w:val="0"/>
          <w:i w:val="0"/>
        </w:rPr>
        <w:t>['pizza', 'falafel', 'carrot cake', 'cannoli', 'ice cream']</w:t>
      </w:r>
      <w:r>
        <w:br/>
      </w:r>
      <w:r>
        <w:br/>
      </w:r>
      <w:r>
        <w:rPr>
          <w:b w:val="0"/>
          <w:i w:val="0"/>
        </w:rPr>
        <w:t>Món ăn yêu thích của bạn tôi là:</w:t>
      </w:r>
      <w:r>
        <w:br/>
      </w:r>
      <w:r>
        <w:rPr>
          <w:b w:val="0"/>
          <w:i w:val="0"/>
        </w:rPr>
        <w:t>['pizza', 'falafel', 'carrot cake', 'cannoli', 'ice cream']</w:t>
      </w:r>
    </w:p>
    <w:p>
      <w:pPr>
        <w:spacing w:before="120" w:after="40"/>
      </w:pPr>
      <w:r>
        <w:rPr>
          <w:b/>
          <w:sz w:val="21"/>
        </w:rPr>
        <w:t>Ghi chú</w:t>
      </w:r>
    </w:p>
    <w:p>
      <w:pPr>
        <w:spacing w:after="80"/>
      </w:pPr>
      <w:r>
        <w:rPr>
          <w:b w:val="0"/>
          <w:i w:val="0"/>
        </w:rPr>
        <w:t>Bây giờ bạn đừng bận tâm đến các chi tiết trong ví dụ này. Nếu bạn đang cố làm việc với một bản sao của danh sách mà thấy hành vi bất ngờ, hãy chắc chắn rằng bạn đang sao chép danh sách bằng slice, như chúng ta đã làm trong ví dụ đầu tiên.</w:t>
      </w:r>
    </w:p>
    <w:p>
      <w:pPr>
        <w:spacing w:before="120" w:after="40"/>
      </w:pPr>
      <w:r>
        <w:rPr>
          <w:b/>
          <w:sz w:val="21"/>
        </w:rPr>
        <w:t>Tự thực hành</w:t>
      </w:r>
    </w:p>
    <w:p>
      <w:pPr>
        <w:spacing w:after="80"/>
      </w:pPr>
      <w:r>
        <w:rPr>
          <w:b/>
          <w:i w:val="0"/>
        </w:rPr>
        <w:t>4-10. Slices:</w:t>
      </w:r>
      <w:r>
        <w:rPr>
          <w:b w:val="0"/>
          <w:i w:val="0"/>
        </w:rPr>
        <w:t xml:space="preserve"> Dùng một trong các chương trình bạn đã viết trong chương này, thêm vài dòng vào cuối chương trình để thực hiện những việc sau:</w:t>
      </w:r>
    </w:p>
    <w:p>
      <w:pPr>
        <w:spacing w:after="80"/>
        <w:ind w:left="360"/>
      </w:pPr>
      <w:r>
        <w:t xml:space="preserve">• </w:t>
      </w:r>
      <w:r>
        <w:rPr>
          <w:b w:val="0"/>
          <w:i w:val="0"/>
        </w:rPr>
        <w:t xml:space="preserve">In thông báo </w:t>
      </w:r>
      <w:r>
        <w:rPr>
          <w:b w:val="0"/>
          <w:i/>
        </w:rPr>
        <w:t>The first three items in the list are:</w:t>
      </w:r>
      <w:r>
        <w:rPr>
          <w:b w:val="0"/>
          <w:i w:val="0"/>
        </w:rPr>
        <w:t>. Sau đó dùng slice để in ba mục đầu tiên từ danh sách của chương trình đó.</w:t>
      </w:r>
    </w:p>
    <w:p>
      <w:pPr>
        <w:spacing w:after="80"/>
        <w:ind w:left="360"/>
      </w:pPr>
      <w:r>
        <w:t xml:space="preserve">• </w:t>
      </w:r>
      <w:r>
        <w:rPr>
          <w:b w:val="0"/>
          <w:i w:val="0"/>
        </w:rPr>
        <w:t xml:space="preserve">In thông báo </w:t>
      </w:r>
      <w:r>
        <w:rPr>
          <w:b w:val="0"/>
          <w:i/>
        </w:rPr>
        <w:t>Three items from the middle of the list are:</w:t>
      </w:r>
      <w:r>
        <w:rPr>
          <w:b w:val="0"/>
          <w:i w:val="0"/>
        </w:rPr>
        <w:t>. Sau đó dùng slice để in ba mục ở giữa danh sách.</w:t>
      </w:r>
    </w:p>
    <w:p>
      <w:pPr>
        <w:spacing w:after="80"/>
        <w:ind w:left="360"/>
      </w:pPr>
      <w:r>
        <w:t xml:space="preserve">• </w:t>
      </w:r>
      <w:r>
        <w:rPr>
          <w:b w:val="0"/>
          <w:i w:val="0"/>
        </w:rPr>
        <w:t xml:space="preserve">In thông báo </w:t>
      </w:r>
      <w:r>
        <w:rPr>
          <w:b w:val="0"/>
          <w:i/>
        </w:rPr>
        <w:t>The last three items in the list are:</w:t>
      </w:r>
      <w:r>
        <w:rPr>
          <w:b w:val="0"/>
          <w:i w:val="0"/>
        </w:rPr>
        <w:t>. Sau đó dùng slice để in ba mục cuối cùng trong danh sách.</w:t>
      </w:r>
    </w:p>
    <w:p>
      <w:pPr>
        <w:spacing w:after="80"/>
      </w:pPr>
      <w:r>
        <w:rPr>
          <w:b/>
          <w:i w:val="0"/>
        </w:rPr>
        <w:t>4-11. My Pizzas, Your Pizzas:</w:t>
      </w:r>
      <w:r>
        <w:rPr>
          <w:b w:val="0"/>
          <w:i w:val="0"/>
        </w:rPr>
        <w:t xml:space="preserve"> Bắt đầu với chương trình của bạn từ Bài tập 4-1 (trang 56). Tạo một bản sao của danh sách pizza, và đặt tên nó là </w:t>
      </w:r>
      <w:r>
        <w:rPr>
          <w:rFonts w:ascii="Consolas" w:hAnsi="Consolas"/>
          <w:b w:val="0"/>
          <w:i w:val="0"/>
          <w:sz w:val="20"/>
        </w:rPr>
        <w:t>friend_pizzas</w:t>
      </w:r>
      <w:r>
        <w:rPr>
          <w:b w:val="0"/>
          <w:i w:val="0"/>
        </w:rPr>
        <w:t>. Sau đó, làm những việc sau:</w:t>
      </w:r>
    </w:p>
    <w:p>
      <w:pPr>
        <w:spacing w:after="80"/>
        <w:ind w:left="360"/>
      </w:pPr>
      <w:r>
        <w:t xml:space="preserve">• </w:t>
      </w:r>
      <w:r>
        <w:rPr>
          <w:b w:val="0"/>
          <w:i w:val="0"/>
        </w:rPr>
        <w:t>Thêm một chiếc pizza mới vào danh sách ban đầu.</w:t>
      </w:r>
    </w:p>
    <w:p>
      <w:pPr>
        <w:spacing w:after="80"/>
        <w:ind w:left="360"/>
      </w:pPr>
      <w:r>
        <w:t xml:space="preserve">• </w:t>
      </w:r>
      <w:r>
        <w:rPr>
          <w:b w:val="0"/>
          <w:i w:val="0"/>
        </w:rPr>
        <w:t xml:space="preserve">Thêm một chiếc pizza khác vào danh sách </w:t>
      </w:r>
      <w:r>
        <w:rPr>
          <w:rFonts w:ascii="Consolas" w:hAnsi="Consolas"/>
          <w:b w:val="0"/>
          <w:i w:val="0"/>
          <w:sz w:val="20"/>
        </w:rPr>
        <w:t>friend_pizzas</w:t>
      </w:r>
      <w:r>
        <w:rPr>
          <w:b w:val="0"/>
          <w:i w:val="0"/>
        </w:rPr>
        <w:t>.</w:t>
      </w:r>
    </w:p>
    <w:p>
      <w:pPr>
        <w:spacing w:after="80"/>
        <w:ind w:left="360"/>
      </w:pPr>
      <w:r>
        <w:t xml:space="preserve">• </w:t>
      </w:r>
      <w:r>
        <w:rPr>
          <w:b w:val="0"/>
          <w:i w:val="0"/>
        </w:rPr>
        <w:t xml:space="preserve">Chứng minh rằng bạn có hai danh sách riêng biệt. In thông báo </w:t>
      </w:r>
      <w:r>
        <w:rPr>
          <w:b w:val="0"/>
          <w:i/>
        </w:rPr>
        <w:t>My favorite pizzas are:</w:t>
      </w:r>
      <w:r>
        <w:rPr>
          <w:b w:val="0"/>
          <w:i w:val="0"/>
        </w:rPr>
        <w:t xml:space="preserve">, sau đó dùng vòng lặp </w:t>
      </w:r>
      <w:r>
        <w:rPr>
          <w:rFonts w:ascii="Consolas" w:hAnsi="Consolas"/>
          <w:b w:val="0"/>
          <w:i w:val="0"/>
          <w:sz w:val="20"/>
        </w:rPr>
        <w:t>for</w:t>
      </w:r>
      <w:r>
        <w:rPr>
          <w:b w:val="0"/>
          <w:i w:val="0"/>
        </w:rPr>
        <w:t xml:space="preserve"> để in danh sách thứ nhất. In thông báo </w:t>
      </w:r>
      <w:r>
        <w:rPr>
          <w:b w:val="0"/>
          <w:i/>
        </w:rPr>
        <w:t>My friend’s favorite pizzas are:</w:t>
      </w:r>
      <w:r>
        <w:rPr>
          <w:b w:val="0"/>
          <w:i w:val="0"/>
        </w:rPr>
        <w:t xml:space="preserve">, sau đó dùng vòng lặp </w:t>
      </w:r>
      <w:r>
        <w:rPr>
          <w:rFonts w:ascii="Consolas" w:hAnsi="Consolas"/>
          <w:b w:val="0"/>
          <w:i w:val="0"/>
          <w:sz w:val="20"/>
        </w:rPr>
        <w:t>for</w:t>
      </w:r>
      <w:r>
        <w:rPr>
          <w:b w:val="0"/>
          <w:i w:val="0"/>
        </w:rPr>
        <w:t xml:space="preserve"> để in danh sách thứ hai. Đảm bảo rằng mỗi chiếc pizza mới được lưu vào đúng danh sách phù hợp.</w:t>
      </w:r>
    </w:p>
    <w:p>
      <w:pPr>
        <w:spacing w:after="80"/>
      </w:pPr>
      <w:r>
        <w:rPr>
          <w:b/>
          <w:i w:val="0"/>
        </w:rPr>
        <w:t>4-12. Nhiều vòng lặp hơn:</w:t>
      </w:r>
      <w:r>
        <w:rPr>
          <w:b w:val="0"/>
          <w:i w:val="0"/>
        </w:rPr>
        <w:t xml:space="preserve"> Tất cả các phiên bản của </w:t>
      </w:r>
      <w:r>
        <w:rPr>
          <w:b w:val="0"/>
          <w:i/>
        </w:rPr>
        <w:t>foods.py</w:t>
      </w:r>
      <w:r>
        <w:rPr>
          <w:b w:val="0"/>
          <w:i w:val="0"/>
        </w:rPr>
        <w:t xml:space="preserve"> trong phần này đều tránh dùng vòng lặp </w:t>
      </w:r>
      <w:r>
        <w:rPr>
          <w:rFonts w:ascii="Consolas" w:hAnsi="Consolas"/>
          <w:b w:val="0"/>
          <w:i w:val="0"/>
          <w:sz w:val="20"/>
        </w:rPr>
        <w:t>for</w:t>
      </w:r>
      <w:r>
        <w:rPr>
          <w:b w:val="0"/>
          <w:i w:val="0"/>
        </w:rPr>
        <w:t xml:space="preserve"> khi in, để tiết kiệm không gian. Hãy chọn một phiên bản của </w:t>
      </w:r>
      <w:r>
        <w:rPr>
          <w:b w:val="0"/>
          <w:i/>
        </w:rPr>
        <w:t>foods.py</w:t>
      </w:r>
      <w:r>
        <w:rPr>
          <w:b w:val="0"/>
          <w:i w:val="0"/>
        </w:rPr>
        <w:t xml:space="preserve">, và viết hai vòng lặp </w:t>
      </w:r>
      <w:r>
        <w:rPr>
          <w:rFonts w:ascii="Consolas" w:hAnsi="Consolas"/>
          <w:b w:val="0"/>
          <w:i w:val="0"/>
          <w:sz w:val="20"/>
        </w:rPr>
        <w:t>for</w:t>
      </w:r>
      <w:r>
        <w:rPr>
          <w:b w:val="0"/>
          <w:i w:val="0"/>
        </w:rPr>
        <w:t xml:space="preserve"> để in từng danh sách đồ ăn.</w:t>
      </w:r>
    </w:p>
    <w:p>
      <w:pPr>
        <w:pStyle w:val="Heading2"/>
      </w:pPr>
      <w:r>
        <w:rPr>
          <w:rFonts w:ascii="Calibri" w:hAnsi="Calibri"/>
          <w:b/>
          <w:i w:val="0"/>
          <w:sz w:val="32"/>
        </w:rPr>
        <w:t>Tuple</w:t>
      </w:r>
    </w:p>
    <w:p>
      <w:pPr>
        <w:spacing w:after="80"/>
      </w:pPr>
      <w:r>
        <w:rPr>
          <w:b w:val="0"/>
          <w:i w:val="0"/>
        </w:rPr>
        <w:t xml:space="preserve">Danh sách (list) rất phù hợp để lưu trữ tập hợp các mục có thể thay đổi trong suốt vòng đời của chương trình. Khả năng chỉnh sửa danh sách đặc biệt quan trọng khi bạn làm việc với danh sách người dùng trên một trang web hoặc danh sách nhân vật trong một trò chơi. Tuy nhiên, đôi khi bạn sẽ muốn tạo một danh sách các mục không thể thay đổi. Tuple cho phép bạn làm đúng điều đó. Python gọi những giá trị không thể thay đổi là </w:t>
      </w:r>
      <w:r>
        <w:rPr>
          <w:b w:val="0"/>
          <w:i/>
        </w:rPr>
        <w:t>bất biến</w:t>
      </w:r>
      <w:r>
        <w:rPr>
          <w:b w:val="0"/>
          <w:i w:val="0"/>
        </w:rPr>
        <w:t xml:space="preserve"> (immutable), và một danh sách bất biến được gọi là </w:t>
      </w:r>
      <w:r>
        <w:rPr>
          <w:b w:val="0"/>
          <w:i/>
        </w:rPr>
        <w:t>tuple</w:t>
      </w:r>
      <w:r>
        <w:rPr>
          <w:b w:val="0"/>
          <w:i w:val="0"/>
        </w:rPr>
        <w:t>.</w:t>
      </w:r>
    </w:p>
    <w:p>
      <w:pPr>
        <w:pStyle w:val="Heading3"/>
      </w:pPr>
      <w:r>
        <w:rPr>
          <w:rFonts w:ascii="Calibri" w:hAnsi="Calibri"/>
          <w:b/>
          <w:i w:val="0"/>
          <w:sz w:val="27"/>
        </w:rPr>
        <w:t>Định nghĩa một tuple</w:t>
      </w:r>
    </w:p>
    <w:p>
      <w:pPr>
        <w:spacing w:after="80"/>
      </w:pPr>
      <w:r>
        <w:rPr>
          <w:b w:val="0"/>
          <w:i w:val="0"/>
        </w:rPr>
        <w:t>Một tuple trông giống hệt một danh sách, chỉ khác là bạn dùng dấu ngoặc đơn thay vì dấu ngoặc vuông. Sau khi định nghĩa một tuple, bạn có thể truy cập từng phần tử bằng chỉ số (index) của mỗi mục, giống như bạn làm với danh sách.</w:t>
      </w:r>
    </w:p>
    <w:p>
      <w:pPr>
        <w:spacing w:after="80"/>
      </w:pPr>
      <w:r>
        <w:rPr>
          <w:b w:val="0"/>
          <w:i w:val="0"/>
        </w:rPr>
        <w:t>Ví dụ, nếu chúng ta có một hình chữ nhật luôn phải có kích thước cố định, chúng ta có thể đảm bảo kích thước của nó không thay đổi bằng cách đưa các chiều vào một tuple:</w:t>
      </w:r>
    </w:p>
    <w:p>
      <w:pPr>
        <w:spacing w:after="80"/>
      </w:pPr>
      <w:r>
        <w:rPr>
          <w:b w:val="0"/>
          <w:i w:val="0"/>
        </w:rPr>
        <w:t>dimensions.py</w:t>
      </w:r>
    </w:p>
    <w:p>
      <w:pPr>
        <w:spacing w:after="80"/>
      </w:pPr>
      <w:r>
        <w:rPr>
          <w:b w:val="0"/>
          <w:i w:val="0"/>
        </w:rPr>
        <w:t>dimensions = (200, 50)</w:t>
      </w:r>
      <w:r>
        <w:br/>
      </w:r>
      <w:r>
        <w:rPr>
          <w:b w:val="0"/>
          <w:i w:val="0"/>
        </w:rPr>
        <w:t>print(dimensions[0])</w:t>
      </w:r>
      <w:r>
        <w:br/>
      </w:r>
      <w:r>
        <w:rPr>
          <w:b w:val="0"/>
          <w:i w:val="0"/>
        </w:rPr>
        <w:t>print(dimensions[1])</w:t>
      </w:r>
    </w:p>
    <w:p>
      <w:pPr>
        <w:spacing w:after="80"/>
      </w:pPr>
      <w:r>
        <w:rPr>
          <w:b w:val="0"/>
          <w:i w:val="0"/>
        </w:rPr>
        <w:t xml:space="preserve">Chúng ta định nghĩa tuple </w:t>
      </w:r>
      <w:r>
        <w:rPr>
          <w:rFonts w:ascii="Consolas" w:hAnsi="Consolas"/>
          <w:b w:val="0"/>
          <w:i w:val="0"/>
          <w:sz w:val="20"/>
        </w:rPr>
        <w:t>dimensions</w:t>
      </w:r>
      <w:r>
        <w:rPr>
          <w:b w:val="0"/>
          <w:i w:val="0"/>
        </w:rPr>
        <w:t>, dùng dấu ngoặc đơn thay vì dấu ngoặc vuông. Sau đó chúng ta in từng phần tử trong tuple riêng lẻ, dùng cú pháp giống như chúng ta vẫn dùng để truy cập các phần tử trong danh sách:</w:t>
      </w:r>
    </w:p>
    <w:p>
      <w:pPr>
        <w:spacing w:after="80"/>
      </w:pPr>
      <w:r>
        <w:rPr>
          <w:b w:val="0"/>
          <w:i w:val="0"/>
        </w:rPr>
        <w:t>200</w:t>
      </w:r>
      <w:r>
        <w:br/>
      </w:r>
      <w:r>
        <w:rPr>
          <w:b w:val="0"/>
          <w:i w:val="0"/>
        </w:rPr>
        <w:t>50</w:t>
      </w:r>
    </w:p>
    <w:p>
      <w:pPr>
        <w:spacing w:after="80"/>
      </w:pPr>
      <w:r>
        <w:rPr>
          <w:b w:val="0"/>
          <w:i w:val="0"/>
        </w:rPr>
        <w:t xml:space="preserve">Hãy xem điều gì xảy ra nếu chúng ta thử thay đổi một trong các mục trong tuple </w:t>
      </w:r>
      <w:r>
        <w:rPr>
          <w:rFonts w:ascii="Consolas" w:hAnsi="Consolas"/>
          <w:b w:val="0"/>
          <w:i w:val="0"/>
          <w:sz w:val="20"/>
        </w:rPr>
        <w:t>dimensions</w:t>
      </w:r>
      <w:r>
        <w:rPr>
          <w:b w:val="0"/>
          <w:i w:val="0"/>
        </w:rPr>
        <w:t>:</w:t>
      </w:r>
    </w:p>
    <w:p>
      <w:pPr>
        <w:spacing w:after="0"/>
        <w:ind w:left="360"/>
        <w:shd w:val="clear" w:color="auto" w:fill="F2F2F2"/>
      </w:pPr>
      <w:r>
        <w:rPr>
          <w:rFonts w:ascii="Consolas" w:hAnsi="Consolas"/>
          <w:b w:val="0"/>
          <w:i w:val="0"/>
          <w:sz w:val="18"/>
        </w:rPr>
        <w:t>dimensions = (200, 50)</w:t>
      </w:r>
    </w:p>
    <w:p>
      <w:pPr>
        <w:spacing w:after="0"/>
        <w:ind w:left="360"/>
        <w:shd w:val="clear" w:color="auto" w:fill="F2F2F2"/>
      </w:pPr>
      <w:r>
        <w:rPr>
          <w:rFonts w:ascii="Consolas" w:hAnsi="Consolas"/>
          <w:b w:val="0"/>
          <w:i w:val="0"/>
          <w:sz w:val="18"/>
        </w:rPr>
        <w:t>dimensions[0] = 250</w:t>
      </w:r>
    </w:p>
    <w:p>
      <w:pPr>
        <w:spacing w:after="40"/>
      </w:pPr>
    </w:p>
    <w:p>
      <w:pPr>
        <w:spacing w:after="80"/>
      </w:pPr>
      <w:r>
        <w:rPr>
          <w:b w:val="0"/>
          <w:i w:val="0"/>
        </w:rPr>
        <w:t>Đoạn mã này cố gắng thay đổi giá trị của chiều thứ nhất, nhưng Python trả về lỗi kiểu (type error). Vì chúng ta đang cố thay đổi một tuple (bộ giá trị), điều không thể làm được với kiểu đối tượng đó, Python báo cho chúng ta biết rằng không thể gán giá trị mới cho một phần tử trong tuple:</w:t>
      </w:r>
    </w:p>
    <w:p>
      <w:pPr>
        <w:spacing w:after="80"/>
      </w:pPr>
      <w:r>
        <w:rPr>
          <w:b w:val="0"/>
          <w:i w:val="0"/>
        </w:rPr>
        <w:t>Traceback (most recent call last):</w:t>
      </w:r>
      <w:r>
        <w:br/>
      </w:r>
      <w:r>
        <w:rPr>
          <w:b w:val="0"/>
          <w:i w:val="0"/>
        </w:rPr>
        <w:t xml:space="preserve">  File "dimensions.py", line 2, in &lt;module&gt;</w:t>
      </w:r>
      <w:r>
        <w:br/>
      </w:r>
      <w:r>
        <w:rPr>
          <w:b w:val="0"/>
          <w:i w:val="0"/>
        </w:rPr>
        <w:t xml:space="preserve">    dimensions[0] = 250</w:t>
      </w:r>
      <w:r>
        <w:br/>
      </w:r>
      <w:r>
        <w:rPr>
          <w:b w:val="0"/>
          <w:i w:val="0"/>
        </w:rPr>
        <w:t>TypeError: 'tuple' object does not support item assignment</w:t>
      </w:r>
    </w:p>
    <w:p>
      <w:pPr>
        <w:spacing w:after="80"/>
      </w:pPr>
      <w:r>
        <w:rPr>
          <w:b w:val="0"/>
          <w:i w:val="0"/>
        </w:rPr>
        <w:t>Điều này rất có lợi vì chúng ta muốn Python báo lỗi khi một dòng mã cố gắng thay đổi kích thước của hình chữ nhật.</w:t>
      </w:r>
    </w:p>
    <w:p>
      <w:pPr>
        <w:spacing w:before="120" w:after="40"/>
      </w:pPr>
      <w:r>
        <w:rPr>
          <w:b/>
          <w:sz w:val="21"/>
        </w:rPr>
        <w:t>Ghi chú</w:t>
      </w:r>
    </w:p>
    <w:p>
      <w:pPr>
        <w:spacing w:after="80"/>
      </w:pPr>
      <w:r>
        <w:rPr>
          <w:b w:val="0"/>
          <w:i w:val="0"/>
        </w:rPr>
        <w:t>Về mặt kỹ thuật, tuple được định nghĩa bởi sự hiện diện của dấu phẩy; dấu ngoặc đơn chỉ làm cho chúng trông gọn gàng và dễ đọc hơn. Nếu bạn muốn định nghĩa một tuple chỉ có một phần tử, bạn cần thêm dấu phẩy ở cuối:</w:t>
      </w:r>
    </w:p>
    <w:p>
      <w:pPr>
        <w:spacing w:after="0"/>
        <w:ind w:left="360"/>
        <w:shd w:val="clear" w:color="auto" w:fill="F2F2F2"/>
      </w:pPr>
      <w:r>
        <w:rPr>
          <w:rFonts w:ascii="Consolas" w:hAnsi="Consolas"/>
          <w:b w:val="0"/>
          <w:i w:val="0"/>
          <w:sz w:val="18"/>
        </w:rPr>
        <w:t>my_t = (3,)</w:t>
      </w:r>
    </w:p>
    <w:p>
      <w:pPr>
        <w:spacing w:after="40"/>
      </w:pPr>
    </w:p>
    <w:p>
      <w:pPr>
        <w:spacing w:after="80"/>
      </w:pPr>
      <w:r>
        <w:rPr>
          <w:b w:val="0"/>
          <w:i w:val="0"/>
        </w:rPr>
        <w:t>Việc tạo một tuple chỉ có một phần tử thường không có nhiều ý nghĩa, nhưng điều này có thể xảy ra khi các tuple được tạo tự động.</w:t>
      </w:r>
    </w:p>
    <w:p>
      <w:pPr>
        <w:pStyle w:val="Heading3"/>
      </w:pPr>
      <w:r>
        <w:rPr>
          <w:rFonts w:ascii="Calibri" w:hAnsi="Calibri"/>
          <w:b/>
          <w:i w:val="0"/>
          <w:sz w:val="27"/>
        </w:rPr>
        <w:t>Lặp qua tất cả các giá trị trong một tuple</w:t>
      </w:r>
    </w:p>
    <w:p>
      <w:pPr>
        <w:spacing w:after="80"/>
      </w:pPr>
      <w:r>
        <w:rPr>
          <w:b w:val="0"/>
          <w:i w:val="0"/>
        </w:rPr>
        <w:t xml:space="preserve">Bạn có thể lặp qua tất cả các giá trị trong một tuple bằng vòng lặp </w:t>
      </w:r>
      <w:r>
        <w:rPr>
          <w:rFonts w:ascii="Consolas" w:hAnsi="Consolas"/>
          <w:b w:val="0"/>
          <w:i w:val="0"/>
          <w:sz w:val="20"/>
        </w:rPr>
        <w:t>for</w:t>
      </w:r>
      <w:r>
        <w:rPr>
          <w:b w:val="0"/>
          <w:i w:val="0"/>
        </w:rPr>
        <w:t>, giống như bạn đã làm với list (danh sách):</w:t>
      </w:r>
    </w:p>
    <w:p>
      <w:pPr>
        <w:spacing w:after="0"/>
        <w:ind w:left="360"/>
        <w:shd w:val="clear" w:color="auto" w:fill="F2F2F2"/>
      </w:pPr>
      <w:r>
        <w:rPr>
          <w:rFonts w:ascii="Consolas" w:hAnsi="Consolas"/>
          <w:b w:val="0"/>
          <w:i w:val="0"/>
          <w:sz w:val="18"/>
        </w:rPr>
        <w:t>dimensions = (200, 50)</w:t>
      </w:r>
    </w:p>
    <w:p>
      <w:pPr>
        <w:spacing w:after="0"/>
        <w:ind w:left="360"/>
        <w:shd w:val="clear" w:color="auto" w:fill="F2F2F2"/>
      </w:pPr>
      <w:r>
        <w:rPr>
          <w:rFonts w:ascii="Consolas" w:hAnsi="Consolas"/>
          <w:b w:val="0"/>
          <w:i w:val="0"/>
          <w:sz w:val="18"/>
        </w:rPr>
        <w:t>for dimension in dimensions:</w:t>
      </w:r>
    </w:p>
    <w:p>
      <w:pPr>
        <w:spacing w:after="0"/>
        <w:ind w:left="360"/>
        <w:shd w:val="clear" w:color="auto" w:fill="F2F2F2"/>
      </w:pPr>
      <w:r>
        <w:rPr>
          <w:rFonts w:ascii="Consolas" w:hAnsi="Consolas"/>
          <w:b w:val="0"/>
          <w:i w:val="0"/>
          <w:sz w:val="18"/>
        </w:rPr>
        <w:t xml:space="preserve">    print(dimension)</w:t>
      </w:r>
    </w:p>
    <w:p>
      <w:pPr>
        <w:spacing w:after="40"/>
      </w:pPr>
    </w:p>
    <w:p>
      <w:pPr>
        <w:spacing w:after="80"/>
      </w:pPr>
      <w:r>
        <w:rPr>
          <w:b w:val="0"/>
          <w:i w:val="0"/>
        </w:rPr>
        <w:t>Python trả về tất cả các phần tử trong tuple, giống như nó sẽ làm với một list:</w:t>
      </w:r>
    </w:p>
    <w:p>
      <w:pPr>
        <w:spacing w:after="80"/>
      </w:pPr>
      <w:r>
        <w:rPr>
          <w:b w:val="0"/>
          <w:i w:val="0"/>
        </w:rPr>
        <w:t>200</w:t>
      </w:r>
      <w:r>
        <w:br/>
      </w:r>
      <w:r>
        <w:rPr>
          <w:b w:val="0"/>
          <w:i w:val="0"/>
        </w:rPr>
        <w:t>50</w:t>
      </w:r>
    </w:p>
    <w:p>
      <w:pPr>
        <w:pStyle w:val="Heading3"/>
      </w:pPr>
      <w:r>
        <w:rPr>
          <w:rFonts w:ascii="Calibri" w:hAnsi="Calibri"/>
          <w:b/>
          <w:i w:val="0"/>
          <w:sz w:val="27"/>
        </w:rPr>
        <w:t>Ghi đè lên một tuple</w:t>
      </w:r>
    </w:p>
    <w:p>
      <w:pPr>
        <w:spacing w:after="80"/>
      </w:pPr>
      <w:r>
        <w:rPr>
          <w:b w:val="0"/>
          <w:i w:val="0"/>
        </w:rPr>
        <w:t>Mặc dù bạn không thể sửa đổi một tuple, bạn có thể gán một giá trị mới cho biến đại diện cho tuple đó. Ví dụ, nếu chúng ta muốn thay đổi kích thước của hình chữ nhật này, chúng ta có thể định nghĩa lại toàn bộ tuple:</w:t>
      </w:r>
    </w:p>
    <w:p>
      <w:pPr>
        <w:spacing w:after="0"/>
        <w:ind w:left="360"/>
        <w:shd w:val="clear" w:color="auto" w:fill="F2F2F2"/>
      </w:pPr>
      <w:r>
        <w:rPr>
          <w:rFonts w:ascii="Consolas" w:hAnsi="Consolas"/>
          <w:b w:val="0"/>
          <w:i w:val="0"/>
          <w:sz w:val="18"/>
        </w:rPr>
        <w:t>dimensions = (200, 50)</w:t>
      </w:r>
    </w:p>
    <w:p>
      <w:pPr>
        <w:spacing w:after="0"/>
        <w:ind w:left="360"/>
        <w:shd w:val="clear" w:color="auto" w:fill="F2F2F2"/>
      </w:pPr>
      <w:r>
        <w:rPr>
          <w:rFonts w:ascii="Consolas" w:hAnsi="Consolas"/>
          <w:b w:val="0"/>
          <w:i w:val="0"/>
          <w:sz w:val="18"/>
        </w:rPr>
        <w:t>print("Original dimensions:")</w:t>
      </w:r>
    </w:p>
    <w:p>
      <w:pPr>
        <w:spacing w:after="0"/>
        <w:ind w:left="360"/>
        <w:shd w:val="clear" w:color="auto" w:fill="F2F2F2"/>
      </w:pPr>
      <w:r>
        <w:rPr>
          <w:rFonts w:ascii="Consolas" w:hAnsi="Consolas"/>
          <w:b w:val="0"/>
          <w:i w:val="0"/>
          <w:sz w:val="18"/>
        </w:rPr>
        <w:t>for dimension in dimensions:</w:t>
      </w:r>
    </w:p>
    <w:p>
      <w:pPr>
        <w:spacing w:after="0"/>
        <w:ind w:left="360"/>
        <w:shd w:val="clear" w:color="auto" w:fill="F2F2F2"/>
      </w:pPr>
      <w:r>
        <w:rPr>
          <w:rFonts w:ascii="Consolas" w:hAnsi="Consolas"/>
          <w:b w:val="0"/>
          <w:i w:val="0"/>
          <w:sz w:val="18"/>
        </w:rPr>
        <w:t xml:space="preserve">    print(dimension)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dimensions = (400, 100)</w:t>
      </w:r>
    </w:p>
    <w:p>
      <w:pPr>
        <w:spacing w:after="0"/>
        <w:ind w:left="360"/>
        <w:shd w:val="clear" w:color="auto" w:fill="F2F2F2"/>
      </w:pPr>
      <w:r>
        <w:rPr>
          <w:rFonts w:ascii="Consolas" w:hAnsi="Consolas"/>
          <w:b w:val="0"/>
          <w:i w:val="0"/>
          <w:sz w:val="18"/>
        </w:rPr>
        <w:t>print("\nModified dimensions:")</w:t>
      </w:r>
    </w:p>
    <w:p>
      <w:pPr>
        <w:spacing w:after="0"/>
        <w:ind w:left="360"/>
        <w:shd w:val="clear" w:color="auto" w:fill="F2F2F2"/>
      </w:pPr>
      <w:r>
        <w:rPr>
          <w:rFonts w:ascii="Consolas" w:hAnsi="Consolas"/>
          <w:b w:val="0"/>
          <w:i w:val="0"/>
          <w:sz w:val="18"/>
        </w:rPr>
        <w:t>for dimension in dimensions:</w:t>
      </w:r>
    </w:p>
    <w:p>
      <w:pPr>
        <w:spacing w:after="0"/>
        <w:ind w:left="360"/>
        <w:shd w:val="clear" w:color="auto" w:fill="F2F2F2"/>
      </w:pPr>
      <w:r>
        <w:rPr>
          <w:rFonts w:ascii="Consolas" w:hAnsi="Consolas"/>
          <w:b w:val="0"/>
          <w:i w:val="0"/>
          <w:sz w:val="18"/>
        </w:rPr>
        <w:t xml:space="preserve">    print(dimension)</w:t>
      </w:r>
    </w:p>
    <w:p>
      <w:pPr>
        <w:spacing w:after="40"/>
      </w:pPr>
    </w:p>
    <w:p>
      <w:pPr>
        <w:spacing w:after="80"/>
      </w:pPr>
      <w:r>
        <w:rPr>
          <w:b w:val="0"/>
          <w:i w:val="0"/>
        </w:rPr>
        <w:t xml:space="preserve">Bốn dòng đầu tiên định nghĩa tuple ban đầu và in ra các kích thước khởi tạo. Sau đó chúng ta gán một tuple mới cho biến </w:t>
      </w:r>
      <w:r>
        <w:rPr>
          <w:rFonts w:ascii="Consolas" w:hAnsi="Consolas"/>
          <w:b w:val="0"/>
          <w:i w:val="0"/>
          <w:sz w:val="20"/>
        </w:rPr>
        <w:t>dimensions</w:t>
      </w:r>
      <w:r>
        <w:rPr>
          <w:b w:val="0"/>
          <w:i w:val="0"/>
        </w:rPr>
        <w:t>, và in ra các giá trị mới. Lần này Python không báo lỗi, vì việc gán lại một biến là hợp lệ:</w:t>
      </w:r>
    </w:p>
    <w:p>
      <w:pPr>
        <w:spacing w:after="80"/>
      </w:pPr>
      <w:r>
        <w:rPr>
          <w:b w:val="0"/>
          <w:i w:val="0"/>
        </w:rPr>
        <w:t>Original dimensions:</w:t>
      </w:r>
      <w:r>
        <w:br/>
      </w:r>
      <w:r>
        <w:rPr>
          <w:b w:val="0"/>
          <w:i w:val="0"/>
        </w:rPr>
        <w:t>200</w:t>
      </w:r>
      <w:r>
        <w:br/>
      </w:r>
      <w:r>
        <w:rPr>
          <w:b w:val="0"/>
          <w:i w:val="0"/>
        </w:rPr>
        <w:t>50</w:t>
      </w:r>
      <w:r>
        <w:br/>
      </w:r>
      <w:r>
        <w:br/>
      </w:r>
      <w:r>
        <w:rPr>
          <w:b w:val="0"/>
          <w:i w:val="0"/>
        </w:rPr>
        <w:t>Modified dimensions:</w:t>
      </w:r>
      <w:r>
        <w:br/>
      </w:r>
      <w:r>
        <w:rPr>
          <w:b w:val="0"/>
          <w:i w:val="0"/>
        </w:rPr>
        <w:t>400</w:t>
      </w:r>
      <w:r>
        <w:br/>
      </w:r>
      <w:r>
        <w:rPr>
          <w:b w:val="0"/>
          <w:i w:val="0"/>
        </w:rPr>
        <w:t>100</w:t>
      </w:r>
    </w:p>
    <w:p>
      <w:pPr>
        <w:spacing w:after="80"/>
      </w:pPr>
      <w:r>
        <w:rPr>
          <w:b w:val="0"/>
          <w:i w:val="0"/>
        </w:rPr>
        <w:t>So với list, tuple là cấu trúc dữ liệu đơn giản hơn. Hãy dùng chúng khi bạn muốn lưu một tập giá trị không nên bị thay đổi trong suốt vòng đời của chương trình.</w:t>
      </w:r>
    </w:p>
    <w:p>
      <w:pPr>
        <w:spacing w:before="120" w:after="40"/>
      </w:pPr>
      <w:r>
        <w:rPr>
          <w:b/>
          <w:sz w:val="21"/>
        </w:rPr>
        <w:t>Tự thực hành</w:t>
      </w:r>
    </w:p>
    <w:p>
      <w:pPr>
        <w:spacing w:after="80"/>
      </w:pPr>
      <w:r>
        <w:rPr>
          <w:b/>
          <w:i w:val="0"/>
        </w:rPr>
        <w:t>4-13. Tiệc buffet:</w:t>
      </w:r>
      <w:r>
        <w:rPr>
          <w:b w:val="0"/>
          <w:i w:val="0"/>
        </w:rPr>
        <w:t xml:space="preserve"> Một nhà hàng buffet chỉ phục vụ năm món ăn cơ bản. Hãy nghĩ ra năm món ăn đơn giản và lưu chúng vào một tuple.</w:t>
      </w:r>
    </w:p>
    <w:p>
      <w:pPr>
        <w:spacing w:after="80"/>
        <w:ind w:left="360"/>
      </w:pPr>
      <w:r>
        <w:t xml:space="preserve">• </w:t>
      </w:r>
      <w:r>
        <w:rPr>
          <w:b w:val="0"/>
          <w:i w:val="0"/>
        </w:rPr>
        <w:t xml:space="preserve">Dùng vòng lặp </w:t>
      </w:r>
      <w:r>
        <w:rPr>
          <w:rFonts w:ascii="Consolas" w:hAnsi="Consolas"/>
          <w:b w:val="0"/>
          <w:i w:val="0"/>
          <w:sz w:val="20"/>
        </w:rPr>
        <w:t>for</w:t>
      </w:r>
      <w:r>
        <w:rPr>
          <w:b w:val="0"/>
          <w:i w:val="0"/>
        </w:rPr>
        <w:t xml:space="preserve"> để in ra từng món mà nhà hàng phục vụ.</w:t>
      </w:r>
    </w:p>
    <w:p>
      <w:pPr>
        <w:spacing w:after="80"/>
        <w:ind w:left="360"/>
      </w:pPr>
      <w:r>
        <w:t xml:space="preserve">• </w:t>
      </w:r>
      <w:r>
        <w:rPr>
          <w:b w:val="0"/>
          <w:i w:val="0"/>
        </w:rPr>
        <w:t>Thử sửa một trong các mục và kiểm tra xem Python có từ chối thay đổi đó không.</w:t>
      </w:r>
    </w:p>
    <w:p>
      <w:pPr>
        <w:spacing w:after="80"/>
        <w:ind w:left="360"/>
      </w:pPr>
      <w:r>
        <w:t xml:space="preserve">• </w:t>
      </w:r>
      <w:r>
        <w:rPr>
          <w:b w:val="0"/>
          <w:i w:val="0"/>
        </w:rPr>
        <w:t xml:space="preserve">Nhà hàng đổi thực đơn, thay hai món bằng hai món khác. Thêm một dòng viết lại tuple, rồi dùng vòng lặp </w:t>
      </w:r>
      <w:r>
        <w:rPr>
          <w:rFonts w:ascii="Consolas" w:hAnsi="Consolas"/>
          <w:b w:val="0"/>
          <w:i w:val="0"/>
          <w:sz w:val="20"/>
        </w:rPr>
        <w:t>for</w:t>
      </w:r>
      <w:r>
        <w:rPr>
          <w:b w:val="0"/>
          <w:i w:val="0"/>
        </w:rPr>
        <w:t xml:space="preserve"> để in ra từng món trong thực đơn đã sửa.</w:t>
      </w:r>
    </w:p>
    <w:p>
      <w:pPr>
        <w:pStyle w:val="Heading2"/>
      </w:pPr>
      <w:r>
        <w:rPr>
          <w:rFonts w:ascii="Calibri" w:hAnsi="Calibri"/>
          <w:b/>
          <w:i w:val="0"/>
          <w:sz w:val="32"/>
        </w:rPr>
        <w:t>Trình bày code của bạn</w:t>
      </w:r>
    </w:p>
    <w:p>
      <w:pPr>
        <w:spacing w:after="80"/>
      </w:pPr>
      <w:r>
        <w:rPr>
          <w:b w:val="0"/>
          <w:i w:val="0"/>
        </w:rPr>
        <w:t>Giờ bạn đã viết những chương trình dài hơn, thật hợp lý khi học cách trình bày code của mình một cách nhất quán. Hãy dành thời gian để làm cho code của bạn dễ đọc nhất có thể. Viết code dễ đọc giúp bạn theo dõi chương trình đang làm gì và cũng giúp người khác hiểu code của bạn.</w:t>
      </w:r>
    </w:p>
    <w:p>
      <w:pPr>
        <w:spacing w:after="80"/>
      </w:pPr>
      <w:r>
        <w:rPr>
          <w:b w:val="0"/>
          <w:i w:val="0"/>
        </w:rPr>
        <w:t>Các lập trình viên Python đã thống nhất với nhau một số quy ước trình bày để đảm bảo code của mọi người đều được cấu trúc theo cách gần giống nhau. Khi đã học cách viết code Python sạch sẽ, bạn sẽ có thể hiểu được cấu trúc tổng thể của code Python của bất kỳ ai khác, miễn là họ tuân theo cùng những hướng dẫn đó. Nếu bạn mong muốn trở thành lập trình viên chuyên nghiệp vào một lúc nào đó, bạn nên bắt đầu tuân theo những hướng dẫn này càng sớm càng tốt để hình thành thói quen tốt.</w:t>
      </w:r>
    </w:p>
    <w:p>
      <w:pPr>
        <w:pStyle w:val="Heading3"/>
      </w:pPr>
      <w:r>
        <w:rPr>
          <w:rFonts w:ascii="Calibri" w:hAnsi="Calibri"/>
          <w:b/>
          <w:i w:val="0"/>
          <w:sz w:val="27"/>
        </w:rPr>
        <w:t>Hướng dẫn trình bày</w:t>
      </w:r>
    </w:p>
    <w:p>
      <w:pPr>
        <w:spacing w:after="80"/>
      </w:pPr>
      <w:r>
        <w:rPr>
          <w:b w:val="0"/>
          <w:i w:val="0"/>
        </w:rPr>
        <w:t xml:space="preserve">Khi ai đó muốn thay đổi ngôn ngữ Python, họ viết một </w:t>
      </w:r>
      <w:r>
        <w:rPr>
          <w:b w:val="0"/>
          <w:i/>
        </w:rPr>
        <w:t>Python Enhancement Proposal (PEP)</w:t>
      </w:r>
      <w:r>
        <w:rPr>
          <w:b w:val="0"/>
          <w:i w:val="0"/>
        </w:rPr>
        <w:t xml:space="preserve"> – tức Đề xuất cải tiến Python. Một trong những PEP lâu đời nhất là </w:t>
      </w:r>
      <w:r>
        <w:rPr>
          <w:b w:val="0"/>
          <w:i/>
        </w:rPr>
        <w:t>PEP 8</w:t>
      </w:r>
      <w:r>
        <w:rPr>
          <w:b w:val="0"/>
          <w:i w:val="0"/>
        </w:rPr>
        <w:t>, hướng dẫn các lập trình viên Python cách trình bày code của họ. PEP 8 khá dài, nhưng phần lớn nội dung liên quan đến những cấu trúc lập trình phức tạp hơn những gì bạn đã thấy từ trước tới giờ.</w:t>
      </w:r>
    </w:p>
    <w:p>
      <w:pPr>
        <w:spacing w:after="80"/>
      </w:pPr>
      <w:r>
        <w:rPr>
          <w:b w:val="0"/>
          <w:i w:val="0"/>
        </w:rPr>
        <w:t>Hướng dẫn trình bày của Python được viết dựa trên sự hiểu biết rằng code được đọc nhiều hơn được viết. Bạn sẽ viết code một lần rồi bắt đầu đọc nó khi gỡ lỗi. Khi thêm tính năng vào chương trình, bạn sẽ dành nhiều thời gian hơn để đọc code của mình. Khi chia sẻ code với các lập trình viên khác, họ cũng sẽ đọc code của bạn.</w:t>
      </w:r>
    </w:p>
    <w:p>
      <w:pPr>
        <w:spacing w:after="80"/>
      </w:pPr>
      <w:r>
        <w:rPr>
          <w:b w:val="0"/>
          <w:i w:val="0"/>
        </w:rPr>
        <w:t>Khi phải chọn giữa việc viết code dễ viết hơn hay code dễ đọc hơn, các lập trình viên Python gần như luôn khuyến khích bạn viết code dễ đọc hơn. Những hướng dẫn sau sẽ giúp bạn viết code rõ ràng ngay từ đầu.</w:t>
      </w:r>
    </w:p>
    <w:p>
      <w:pPr>
        <w:pStyle w:val="Heading3"/>
      </w:pPr>
      <w:r>
        <w:rPr>
          <w:rFonts w:ascii="Calibri" w:hAnsi="Calibri"/>
          <w:b/>
          <w:i w:val="0"/>
          <w:sz w:val="27"/>
        </w:rPr>
        <w:t>Thụt lề</w:t>
      </w:r>
    </w:p>
    <w:p>
      <w:pPr>
        <w:spacing w:after="80"/>
      </w:pPr>
      <w:r>
        <w:rPr>
          <w:b w:val="0"/>
          <w:i w:val="0"/>
        </w:rPr>
        <w:t>PEP 8 khuyên bạn nên dùng bốn dấu cách cho mỗi cấp thụt lề. Dùng bốn dấu cách giúp dễ đọc hơn, đồng thời vẫn đủ chỗ cho nhiều cấp thụt lề trên mỗi dòng.</w:t>
      </w:r>
    </w:p>
    <w:p>
      <w:pPr>
        <w:spacing w:after="80"/>
      </w:pPr>
      <w:r>
        <w:rPr>
          <w:b w:val="0"/>
          <w:i w:val="0"/>
        </w:rPr>
        <w:t>Trong các tài liệu soạn thảo văn bản, người ta thường dùng phím tab thay vì dấu cách để thụt lề. Cách này hiệu quả với tài liệu soạn thảo, nhưng trình thông dịch Python sẽ bối rối khi tab bị trộn lẫn với dấu cách. Mọi trình soạn thảo văn bản đều có cài đặt cho phép bạn dùng phím TAB nhưng tự động chuyển mỗi tab thành một số dấu cách nhất định. Bạn nhất định nên dùng phím TAB, nhưng cũng phải đảm bảo trình soạn thảo của bạn được thiết lập để chèn dấu cách thay vì tab vào tài liệu.</w:t>
      </w:r>
    </w:p>
    <w:p>
      <w:pPr>
        <w:spacing w:after="80"/>
      </w:pPr>
      <w:r>
        <w:rPr>
          <w:b w:val="0"/>
          <w:i w:val="0"/>
        </w:rPr>
        <w:t>Trộn lẫn tab và dấu cách trong file có thể gây ra những vấn đề rất khó chẩn đoán. Nếu bạn nghĩ mình đang trộn lẫn tab và dấu cách, bạn có thể chuyển tất cả tab trong file thành dấu cách trong hầu hết các trình soạn thảo.</w:t>
      </w:r>
    </w:p>
    <w:p>
      <w:pPr>
        <w:pStyle w:val="Heading3"/>
      </w:pPr>
      <w:r>
        <w:rPr>
          <w:rFonts w:ascii="Calibri" w:hAnsi="Calibri"/>
          <w:b/>
          <w:i w:val="0"/>
          <w:sz w:val="27"/>
        </w:rPr>
        <w:t>Độ dài dòng</w:t>
      </w:r>
    </w:p>
    <w:p>
      <w:pPr>
        <w:spacing w:after="80"/>
      </w:pPr>
      <w:r>
        <w:rPr>
          <w:b w:val="0"/>
          <w:i w:val="0"/>
        </w:rPr>
        <w:t>Nhiều lập trình viên Python khuyên rằng mỗi dòng nên ngắn hơn 80 ký tự. Trước đây, hướng dẫn này ra đời vì hầu hết máy tính chỉ hiển thị được 79 ký tự trên một dòng trong cửa sổ terminal. Hiện nay, người ta có thể hiển thị những dòng dài hơn nhiều trên màn hình, nhưng vẫn có những lý do khác để tuân theo độ dài dòng chuẩn 79 ký tự.</w:t>
      </w:r>
    </w:p>
    <w:p>
      <w:pPr>
        <w:spacing w:after="80"/>
      </w:pPr>
      <w:r>
        <w:rPr>
          <w:b w:val="0"/>
          <w:i w:val="0"/>
        </w:rPr>
        <w:t>Các lập trình viên chuyên nghiệp thường mở nhiều file trên cùng một màn hình, và việc dùng độ dài dòng chuẩn cho phép họ nhìn thấy trọn vẹn các dòng trong hai hoặc ba file được mở cạnh nhau trên màn hình. PEP 8 cũng khuyên bạn giới hạn tất cả chú thích của mình ở 72 ký tự mỗi dòng, vì một số công cụ tạo tài liệu tự động cho các dự án lớn sẽ thêm các ký tự định dạng vào đầu mỗi dòng chú thích.</w:t>
      </w:r>
    </w:p>
    <w:p>
      <w:pPr>
        <w:spacing w:after="80"/>
      </w:pPr>
      <w:r>
        <w:rPr>
          <w:b w:val="0"/>
          <w:i w:val="0"/>
        </w:rPr>
        <w:t>Các hướng dẫn của PEP 8 về độ dài dòng không phải là bất di bất dịch, và một số nhóm thích giới hạn 99 ký tự hơn. Đừng quá lo lắng về độ dài dòng trong code khi bạn đang học, nhưng hãy biết rằng những người làm việc cộng tác gần như luôn tuân theo các hướng dẫn của PEP 8. Hầu hết các trình soạn thảo cho phép bạn thiết lập một dấu hiệu trực quan, thường là một đường thẳng đứng trên màn hình, để chỉ cho bạn biết các giới hạn này nằm ở đâu.</w:t>
      </w:r>
    </w:p>
    <w:p>
      <w:pPr>
        <w:spacing w:before="120" w:after="40"/>
      </w:pPr>
      <w:r>
        <w:rPr>
          <w:b/>
          <w:sz w:val="21"/>
        </w:rPr>
        <w:t>Ghi chú</w:t>
      </w:r>
    </w:p>
    <w:p>
      <w:pPr>
        <w:spacing w:after="80"/>
      </w:pPr>
      <w:r>
        <w:rPr>
          <w:b w:val="0"/>
          <w:i w:val="0"/>
        </w:rPr>
        <w:t>Phụ lục B sẽ chỉ cho bạn cách cấu hình trình soạn thảo văn bản để nó luôn chèn bốn dấu cách mỗi khi bạn nhấn phím TAB và hiển thị một đường hướng dẫn thẳng đứng giúp bạn tuân theo giới hạn 79 ký tự.</w:t>
      </w:r>
    </w:p>
    <w:p>
      <w:pPr>
        <w:pStyle w:val="Heading3"/>
      </w:pPr>
      <w:r>
        <w:rPr>
          <w:rFonts w:ascii="Calibri" w:hAnsi="Calibri"/>
          <w:b/>
          <w:i w:val="0"/>
          <w:sz w:val="27"/>
        </w:rPr>
        <w:t>Dòng trống</w:t>
      </w:r>
    </w:p>
    <w:p>
      <w:pPr>
        <w:spacing w:after="80"/>
      </w:pPr>
      <w:r>
        <w:rPr>
          <w:b w:val="0"/>
          <w:i w:val="0"/>
        </w:rPr>
        <w:t>Để nhóm các phần trong chương trình của bạn một cách trực quan, hãy dùng các dòng trống. Bạn nên dùng dòng trống để sắp xếp các file của mình, nhưng đừng lạm dụng quá. Bằng cách làm theo các ví dụ trong cuốn sách này, bạn sẽ đạt được sự cân bằng hợp lý. Ví dụ, nếu bạn có năm dòng code để tạo một danh sách rồi sau đó là ba dòng khác để làm gì đó với danh sách đó, thì việc đặt một dòng trống giữa hai phần là hợp lý. Tuy nhiên, bạn không nên đặt ba hoặc bốn dòng trống giữa hai phần.</w:t>
      </w:r>
    </w:p>
    <w:p>
      <w:pPr>
        <w:spacing w:after="80"/>
      </w:pPr>
      <w:r>
        <w:rPr>
          <w:b w:val="0"/>
          <w:i w:val="0"/>
        </w:rPr>
        <w:t>Dòng trống không ảnh hưởng đến cách code của bạn chạy, nhưng chúng ảnh hưởng đến độ dễ đọc của code. Trình thông dịch Python dùng thụt lề ngang để hiểu ý nghĩa code của bạn, nhưng nó bỏ qua khoảng cách dọc.</w:t>
      </w:r>
    </w:p>
    <w:p>
      <w:pPr>
        <w:pStyle w:val="Heading3"/>
      </w:pPr>
      <w:r>
        <w:rPr>
          <w:rFonts w:ascii="Calibri" w:hAnsi="Calibri"/>
          <w:b/>
          <w:i w:val="0"/>
          <w:sz w:val="27"/>
        </w:rPr>
        <w:t>Các hướng dẫn về phong cách khác</w:t>
      </w:r>
    </w:p>
    <w:p>
      <w:pPr>
        <w:spacing w:after="80"/>
      </w:pPr>
      <w:r>
        <w:rPr>
          <w:b w:val="0"/>
          <w:i w:val="0"/>
        </w:rPr>
        <w:t>PEP 8 có nhiều khuyến nghị về phong cách bổ sung, nhưng hầu hết các hướng dẫn đều liên quan đến những chương trình phức tạp hơn những gì bạn đang viết ở thời điểm này. Khi bạn học những cấu trúc Python phức tạp hơn, tôi sẽ chia sẻ những phần liên quan trong các hướng dẫn của PEP 8.</w:t>
      </w:r>
    </w:p>
    <w:p>
      <w:pPr>
        <w:spacing w:before="120" w:after="40"/>
      </w:pPr>
      <w:r>
        <w:rPr>
          <w:b/>
          <w:sz w:val="21"/>
        </w:rPr>
        <w:t>Tự thực hành</w:t>
      </w:r>
    </w:p>
    <w:p>
      <w:pPr>
        <w:spacing w:after="80"/>
      </w:pPr>
      <w:r>
        <w:rPr>
          <w:b/>
          <w:i w:val="0"/>
        </w:rPr>
        <w:t>4-14. PEP 8:</w:t>
      </w:r>
      <w:r>
        <w:rPr>
          <w:b w:val="0"/>
          <w:i w:val="0"/>
        </w:rPr>
        <w:t xml:space="preserve"> Hãy xem qua hướng dẫn phong cách PEP 8 gốc tại https://python.org/dev/peps/pep-0008. Bây giờ bạn sẽ chưa dùng đến nhiều, nhưng có thể sẽ thú vị nếu bạn lướt qua nó.</w:t>
      </w:r>
    </w:p>
    <w:p>
      <w:pPr>
        <w:spacing w:after="80"/>
      </w:pPr>
      <w:r>
        <w:rPr>
          <w:b/>
          <w:i w:val="0"/>
        </w:rPr>
        <w:t>4-15. Xem lại mã nguồn:</w:t>
      </w:r>
      <w:r>
        <w:rPr>
          <w:b w:val="0"/>
          <w:i w:val="0"/>
        </w:rPr>
        <w:t xml:space="preserve"> Chọn ba trong số các chương trình bạn đã viết trong chương này và sửa từng chương trình để tuân thủ PEP 8.</w:t>
      </w:r>
    </w:p>
    <w:p>
      <w:pPr>
        <w:spacing w:after="80"/>
        <w:ind w:left="360"/>
      </w:pPr>
      <w:r>
        <w:t xml:space="preserve">• </w:t>
      </w:r>
      <w:r>
        <w:rPr>
          <w:b w:val="0"/>
          <w:i w:val="0"/>
        </w:rPr>
        <w:t>Dùng bốn dấu cách cho mỗi cấp thụt lề. Đặt trình soạn thảo văn bản của bạn chèn bốn dấu cách mỗi khi bạn nhấn phím TAB, nếu bạn chưa làm điều đó (xem Phụ lục B để biết hướng dẫn cách làm).</w:t>
      </w:r>
    </w:p>
    <w:p>
      <w:pPr>
        <w:spacing w:after="80"/>
        <w:ind w:left="360"/>
      </w:pPr>
      <w:r>
        <w:t xml:space="preserve">• </w:t>
      </w:r>
      <w:r>
        <w:rPr>
          <w:b w:val="0"/>
          <w:i w:val="0"/>
        </w:rPr>
        <w:t>Dùng ít hơn 80 ký tự trên mỗi dòng, và đặt trình soạn thảo của bạn hiển thị một đường dóng dọc ở vị trí ký tự thứ 80.</w:t>
      </w:r>
    </w:p>
    <w:p>
      <w:pPr>
        <w:spacing w:after="80"/>
        <w:ind w:left="360"/>
      </w:pPr>
      <w:r>
        <w:t xml:space="preserve">• </w:t>
      </w:r>
      <w:r>
        <w:rPr>
          <w:b w:val="0"/>
          <w:i w:val="0"/>
        </w:rPr>
        <w:t>Đừng dùng quá nhiều dòng trống trong các tệp chương trình của bạn.</w:t>
      </w:r>
    </w:p>
    <w:p>
      <w:pPr>
        <w:pStyle w:val="Heading2"/>
      </w:pPr>
      <w:r>
        <w:rPr>
          <w:rFonts w:ascii="Calibri" w:hAnsi="Calibri"/>
          <w:b/>
          <w:i w:val="0"/>
          <w:sz w:val="32"/>
        </w:rPr>
        <w:t>Tóm tắt</w:t>
      </w:r>
    </w:p>
    <w:p>
      <w:pPr>
        <w:spacing w:after="80"/>
      </w:pPr>
      <w:r>
        <w:rPr>
          <w:b w:val="0"/>
          <w:i w:val="0"/>
        </w:rPr>
        <w:t xml:space="preserve">Trong chương này, bạn đã học cách làm việc hiệu quả với các phần tử trong một danh sách. Bạn đã học cách duyệt qua một danh sách bằng vòng lặp </w:t>
      </w:r>
      <w:r>
        <w:rPr>
          <w:rFonts w:ascii="Consolas" w:hAnsi="Consolas"/>
          <w:b w:val="0"/>
          <w:i w:val="0"/>
          <w:sz w:val="20"/>
        </w:rPr>
        <w:t>for</w:t>
      </w:r>
      <w:r>
        <w:rPr>
          <w:b w:val="0"/>
          <w:i w:val="0"/>
        </w:rPr>
        <w:t>, cách Python dùng thụt lề để cấu trúc một chương trình, và cách tránh một số lỗi thụt lề thường gặp. Bạn đã học cách tạo các danh sách số đơn giản, cũng như một vài thao tác bạn có thể thực hiện trên danh sách số. Bạn đã học cách cắt một danh sách để làm việc với một tập con các phần tử và cách sao chép danh sách đúng cách bằng cách cắt. Bạn cũng đã học về tuple, thứ mang lại một mức độ bảo vệ cho một tập giá trị không nên thay đổi, và cách định dạng mã ngày càng phức tạp của bạn để dễ đọc.</w:t>
      </w:r>
    </w:p>
    <w:p>
      <w:pPr>
        <w:spacing w:after="80"/>
      </w:pPr>
      <w:r>
        <w:rPr>
          <w:b w:val="0"/>
          <w:i w:val="0"/>
        </w:rPr>
        <w:t xml:space="preserve">Trong Chương 5, bạn sẽ học cách phản hồi thích hợp với các điều kiện khác nhau bằng cách dùng câu lệnh </w:t>
      </w:r>
      <w:r>
        <w:rPr>
          <w:rFonts w:ascii="Consolas" w:hAnsi="Consolas"/>
          <w:b w:val="0"/>
          <w:i w:val="0"/>
          <w:sz w:val="20"/>
        </w:rPr>
        <w:t>if</w:t>
      </w:r>
      <w:r>
        <w:rPr>
          <w:b w:val="0"/>
          <w:i w:val="0"/>
        </w:rPr>
        <w:t xml:space="preserve">. Bạn sẽ học cách nối chuỗi các tập kiểm tra điều kiện tương đối phức tạp để phản hồi thích hợp đúng với loại tình huống hoặc thông tin bạn đang tìm kiếm. Bạn cũng sẽ học cách dùng câu lệnh </w:t>
      </w:r>
      <w:r>
        <w:rPr>
          <w:rFonts w:ascii="Consolas" w:hAnsi="Consolas"/>
          <w:b w:val="0"/>
          <w:i w:val="0"/>
          <w:sz w:val="20"/>
        </w:rPr>
        <w:t>if</w:t>
      </w:r>
      <w:r>
        <w:rPr>
          <w:b w:val="0"/>
          <w:i w:val="0"/>
        </w:rPr>
        <w:t xml:space="preserve"> trong khi lặp qua một danh sách để thực hiện các hành động cụ thể với những phần tử được chọn từ một danh sách.</w:t>
      </w:r>
    </w:p>
    <w:p>
      <w:pPr>
        <w:pStyle w:val="Heading1"/>
      </w:pPr>
      <w:r>
        <w:rPr>
          <w:rFonts w:ascii="Calibri" w:hAnsi="Calibri"/>
          <w:b/>
          <w:i w:val="0"/>
          <w:sz w:val="38"/>
        </w:rPr>
        <w:t>5</w:t>
      </w:r>
      <w:r>
        <w:rPr>
          <w:rFonts w:ascii="Calibri" w:hAnsi="Calibri"/>
          <w:b/>
          <w:i w:val="0"/>
          <w:sz w:val="38"/>
        </w:rPr>
      </w:r>
      <w:r>
        <w:rPr>
          <w:rFonts w:ascii="Calibri" w:hAnsi="Calibri"/>
          <w:b/>
          <w:i w:val="0"/>
          <w:sz w:val="38"/>
        </w:rPr>
        <w:t>Các câu lệnh if</w:t>
      </w:r>
    </w:p>
    <w:p>
      <w:pPr>
        <w:jc w:val="center"/>
      </w:pPr>
      <w:r>
        <w:drawing>
          <wp:inline xmlns:a="http://schemas.openxmlformats.org/drawingml/2006/main" xmlns:pic="http://schemas.openxmlformats.org/drawingml/2006/picture">
            <wp:extent cx="3867150" cy="3867150"/>
            <wp:docPr id="10" name="Picture 10"/>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Lập trình thường liên quan đến việc xem xét một tập hợp các điều kiện và quyết định hành động nào cần thực hiện dựa trên những điều kiện đó. Câu lệnh </w:t>
      </w:r>
      <w:r>
        <w:rPr>
          <w:rFonts w:ascii="Consolas" w:hAnsi="Consolas"/>
          <w:b w:val="0"/>
          <w:i w:val="0"/>
          <w:sz w:val="20"/>
        </w:rPr>
        <w:t>if</w:t>
      </w:r>
      <w:r>
        <w:rPr>
          <w:b w:val="0"/>
          <w:i w:val="0"/>
        </w:rPr>
        <w:t xml:space="preserve"> của Python cho phép bạn xem xét trạng thái hiện tại của một chương trình và phản hồi thích hợp với trạng thái đó.</w:t>
      </w:r>
    </w:p>
    <w:p>
      <w:pPr>
        <w:spacing w:after="80"/>
      </w:pPr>
      <w:r>
        <w:rPr>
          <w:b w:val="0"/>
          <w:i w:val="0"/>
        </w:rPr>
        <w:t xml:space="preserve">Trong chương này, bạn sẽ học cách viết các kiểm tra điều kiện, cho phép bạn kiểm tra bất kỳ điều kiện nào bạn quan tâm. Bạn sẽ học cách viết các câu lệnh </w:t>
      </w:r>
      <w:r>
        <w:rPr>
          <w:rFonts w:ascii="Consolas" w:hAnsi="Consolas"/>
          <w:b w:val="0"/>
          <w:i w:val="0"/>
          <w:sz w:val="20"/>
        </w:rPr>
        <w:t>if</w:t>
      </w:r>
      <w:r>
        <w:rPr>
          <w:b w:val="0"/>
          <w:i w:val="0"/>
        </w:rPr>
        <w:t xml:space="preserve"> đơn giản, và bạn sẽ học cách tạo một chuỗi câu lệnh </w:t>
      </w:r>
      <w:r>
        <w:rPr>
          <w:rFonts w:ascii="Consolas" w:hAnsi="Consolas"/>
          <w:b w:val="0"/>
          <w:i w:val="0"/>
          <w:sz w:val="20"/>
        </w:rPr>
        <w:t>if</w:t>
      </w:r>
      <w:r>
        <w:rPr>
          <w:b w:val="0"/>
          <w:i w:val="0"/>
        </w:rPr>
        <w:t xml:space="preserve"> phức tạp hơn để xác định khi nào các điều kiện chính xác bạn muốn đang hiện diện. Sau đó bạn sẽ áp dụng khái niệm này cho danh sách, để bạn có thể viết một vòng lặp </w:t>
      </w:r>
      <w:r>
        <w:rPr>
          <w:rFonts w:ascii="Consolas" w:hAnsi="Consolas"/>
          <w:b w:val="0"/>
          <w:i w:val="0"/>
          <w:sz w:val="20"/>
        </w:rPr>
        <w:t>for</w:t>
      </w:r>
      <w:r>
        <w:rPr>
          <w:b w:val="0"/>
          <w:i w:val="0"/>
        </w:rPr>
        <w:t xml:space="preserve"> xử lý hầu hết các phần tử trong danh sách theo một cách nhưng xử lý một số phần tử có giá trị cụ thể theo một cách khác.</w:t>
      </w:r>
    </w:p>
    <w:p>
      <w:pPr>
        <w:pStyle w:val="Heading2"/>
      </w:pPr>
      <w:r>
        <w:rPr>
          <w:rFonts w:ascii="Calibri" w:hAnsi="Calibri"/>
          <w:b/>
          <w:i w:val="0"/>
          <w:sz w:val="32"/>
        </w:rPr>
        <w:t>Một ví dụ đơn giản</w:t>
      </w:r>
    </w:p>
    <w:p>
      <w:pPr>
        <w:spacing w:after="80"/>
      </w:pPr>
      <w:r>
        <w:rPr>
          <w:b w:val="0"/>
          <w:i w:val="0"/>
        </w:rPr>
        <w:t xml:space="preserve">Ví dụ sau đây cho thấy cách các kiểm tra </w:t>
      </w:r>
      <w:r>
        <w:rPr>
          <w:rFonts w:ascii="Consolas" w:hAnsi="Consolas"/>
          <w:b w:val="0"/>
          <w:i w:val="0"/>
          <w:sz w:val="20"/>
        </w:rPr>
        <w:t>if</w:t>
      </w:r>
      <w:r>
        <w:rPr>
          <w:b w:val="0"/>
          <w:i w:val="0"/>
        </w:rPr>
        <w:t xml:space="preserve"> giúp bạn phản hồi đúng với những tình huống đặc biệt. Hãy tưởng tượng bạn có một danh sách các loại xe và bạn muốn in ra tên của từng loại xe. Tên xe là danh từ riêng, nên tên của hầu hết các loại xe nên được in ở dạng chữ hoa đầu từ. Tuy nhiên, giá trị </w:t>
      </w:r>
      <w:r>
        <w:rPr>
          <w:rFonts w:ascii="Consolas" w:hAnsi="Consolas"/>
          <w:b w:val="0"/>
          <w:i w:val="0"/>
          <w:sz w:val="20"/>
        </w:rPr>
        <w:t>'bmw'</w:t>
      </w:r>
      <w:r>
        <w:rPr>
          <w:b w:val="0"/>
          <w:i w:val="0"/>
        </w:rPr>
        <w:t xml:space="preserve"> nên được in hoàn toàn bằng chữ hoa. Đoạn mã sau đây lặp qua một danh sách tên xe và tìm giá trị </w:t>
      </w:r>
      <w:r>
        <w:rPr>
          <w:rFonts w:ascii="Consolas" w:hAnsi="Consolas"/>
          <w:b w:val="0"/>
          <w:i w:val="0"/>
          <w:sz w:val="20"/>
        </w:rPr>
        <w:t>'bmw'</w:t>
      </w:r>
      <w:r>
        <w:rPr>
          <w:b w:val="0"/>
          <w:i w:val="0"/>
        </w:rPr>
        <w:t xml:space="preserve">. Mỗi khi giá trị là </w:t>
      </w:r>
      <w:r>
        <w:rPr>
          <w:rFonts w:ascii="Consolas" w:hAnsi="Consolas"/>
          <w:b w:val="0"/>
          <w:i w:val="0"/>
          <w:sz w:val="20"/>
        </w:rPr>
        <w:t>'bmw'</w:t>
      </w:r>
      <w:r>
        <w:rPr>
          <w:b w:val="0"/>
          <w:i w:val="0"/>
        </w:rPr>
        <w:t>, nó được in bằng chữ hoa thay vì chữ hoa đầu từ:</w:t>
      </w:r>
    </w:p>
    <w:p>
      <w:pPr>
        <w:spacing w:after="80"/>
      </w:pPr>
      <w:r>
        <w:rPr>
          <w:b w:val="0"/>
          <w:i w:val="0"/>
        </w:rPr>
        <w:t>cars.py</w:t>
      </w:r>
    </w:p>
    <w:p>
      <w:pPr>
        <w:spacing w:after="0"/>
        <w:ind w:left="360"/>
        <w:shd w:val="clear" w:color="auto" w:fill="F2F2F2"/>
      </w:pPr>
      <w:r>
        <w:rPr>
          <w:rFonts w:ascii="Consolas" w:hAnsi="Consolas"/>
          <w:b w:val="0"/>
          <w:i w:val="0"/>
          <w:sz w:val="18"/>
        </w:rPr>
        <w:t>cars = ['audi', 'bmw', 'subaru', 'toyota']</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car in cars:</w:t>
      </w:r>
    </w:p>
    <w:p>
      <w:pPr>
        <w:spacing w:after="0"/>
        <w:ind w:left="360"/>
        <w:shd w:val="clear" w:color="auto" w:fill="F2F2F2"/>
      </w:pPr>
      <w:r>
        <w:rPr>
          <w:rFonts w:ascii="Consolas" w:hAnsi="Consolas"/>
          <w:b w:val="0"/>
          <w:i w:val="0"/>
          <w:sz w:val="18"/>
        </w:rPr>
        <w:t>❶     if car == 'bmw':</w:t>
      </w:r>
    </w:p>
    <w:p>
      <w:pPr>
        <w:spacing w:after="0"/>
        <w:ind w:left="360"/>
        <w:shd w:val="clear" w:color="auto" w:fill="F2F2F2"/>
      </w:pPr>
      <w:r>
        <w:rPr>
          <w:rFonts w:ascii="Consolas" w:hAnsi="Consolas"/>
          <w:b w:val="0"/>
          <w:i w:val="0"/>
          <w:sz w:val="18"/>
        </w:rPr>
        <w:t xml:space="preserve">        print(car.upper())</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print(car.title())</w:t>
      </w:r>
    </w:p>
    <w:p>
      <w:pPr>
        <w:spacing w:after="40"/>
      </w:pPr>
    </w:p>
    <w:p>
      <w:pPr>
        <w:spacing w:after="80"/>
      </w:pPr>
      <w:r>
        <w:rPr>
          <w:b w:val="0"/>
          <w:i w:val="0"/>
        </w:rPr>
        <w:t xml:space="preserve">Vòng lặp trong ví dụ này trước tiên kiểm tra xem giá trị hiện tại của </w:t>
      </w:r>
      <w:r>
        <w:rPr>
          <w:rFonts w:ascii="Consolas" w:hAnsi="Consolas"/>
          <w:b w:val="0"/>
          <w:i w:val="0"/>
          <w:sz w:val="20"/>
        </w:rPr>
        <w:t>car</w:t>
      </w:r>
      <w:r>
        <w:rPr>
          <w:b w:val="0"/>
          <w:i w:val="0"/>
        </w:rPr>
        <w:t xml:space="preserve"> có phải là </w:t>
      </w:r>
      <w:r>
        <w:rPr>
          <w:rFonts w:ascii="Consolas" w:hAnsi="Consolas"/>
          <w:b w:val="0"/>
          <w:i w:val="0"/>
          <w:sz w:val="20"/>
        </w:rPr>
        <w:t>'bmw'</w:t>
      </w:r>
      <w:r>
        <w:rPr>
          <w:b w:val="0"/>
          <w:i w:val="0"/>
        </w:rPr>
        <w:t xml:space="preserve"> không ❶. Nếu đúng, giá trị được in bằng chữ in hoa. Nếu giá trị của </w:t>
      </w:r>
      <w:r>
        <w:rPr>
          <w:rFonts w:ascii="Consolas" w:hAnsi="Consolas"/>
          <w:b w:val="0"/>
          <w:i w:val="0"/>
          <w:sz w:val="20"/>
        </w:rPr>
        <w:t>car</w:t>
      </w:r>
      <w:r>
        <w:rPr>
          <w:b w:val="0"/>
          <w:i w:val="0"/>
        </w:rPr>
        <w:t xml:space="preserve"> là bất cứ thứ gì khác ngoài </w:t>
      </w:r>
      <w:r>
        <w:rPr>
          <w:rFonts w:ascii="Consolas" w:hAnsi="Consolas"/>
          <w:b w:val="0"/>
          <w:i w:val="0"/>
          <w:sz w:val="20"/>
        </w:rPr>
        <w:t>'bmw'</w:t>
      </w:r>
      <w:r>
        <w:rPr>
          <w:b w:val="0"/>
          <w:i w:val="0"/>
        </w:rPr>
        <w:t>, nó được in bằng chữ in hoa đầu từ:</w:t>
      </w:r>
    </w:p>
    <w:p>
      <w:pPr>
        <w:spacing w:after="80"/>
      </w:pPr>
      <w:r>
        <w:rPr>
          <w:b w:val="0"/>
          <w:i w:val="0"/>
        </w:rPr>
        <w:t>Audi</w:t>
      </w:r>
      <w:r>
        <w:br/>
      </w:r>
      <w:r>
        <w:rPr>
          <w:b w:val="0"/>
          <w:i w:val="0"/>
        </w:rPr>
        <w:t>BMW</w:t>
      </w:r>
      <w:r>
        <w:br/>
      </w:r>
      <w:r>
        <w:rPr>
          <w:b w:val="0"/>
          <w:i w:val="0"/>
        </w:rPr>
        <w:t>Subaru</w:t>
      </w:r>
      <w:r>
        <w:br/>
      </w:r>
      <w:r>
        <w:rPr>
          <w:b w:val="0"/>
          <w:i w:val="0"/>
        </w:rPr>
        <w:t>Toyota</w:t>
      </w:r>
    </w:p>
    <w:p>
      <w:pPr>
        <w:spacing w:after="80"/>
      </w:pPr>
      <w:r>
        <w:rPr>
          <w:b w:val="0"/>
          <w:i w:val="0"/>
        </w:rPr>
        <w:t>Ví dụ này kết hợp một số khái niệm bạn sẽ học trong chương này. Hãy bắt đầu bằng việc xem xét các loại kiểm tra bạn có thể dùng để xem xét các điều kiện trong chương trình của mình.</w:t>
      </w:r>
    </w:p>
    <w:p>
      <w:pPr>
        <w:pStyle w:val="Heading2"/>
      </w:pPr>
      <w:r>
        <w:rPr>
          <w:rFonts w:ascii="Calibri" w:hAnsi="Calibri"/>
          <w:b/>
          <w:i w:val="0"/>
          <w:sz w:val="32"/>
        </w:rPr>
        <w:t>Các phép kiểm tra điều kiện</w:t>
      </w:r>
    </w:p>
    <w:p>
      <w:pPr>
        <w:spacing w:after="80"/>
      </w:pPr>
      <w:r>
        <w:rPr>
          <w:b w:val="0"/>
          <w:i w:val="0"/>
        </w:rPr>
        <w:t xml:space="preserve">Trọng tâm của mọi câu lệnh </w:t>
      </w:r>
      <w:r>
        <w:rPr>
          <w:rFonts w:ascii="Consolas" w:hAnsi="Consolas"/>
          <w:b w:val="0"/>
          <w:i w:val="0"/>
          <w:sz w:val="20"/>
        </w:rPr>
        <w:t>if</w:t>
      </w:r>
      <w:r>
        <w:rPr>
          <w:b w:val="0"/>
          <w:i w:val="0"/>
        </w:rPr>
        <w:t xml:space="preserve"> là một biểu thức có thể được đánh giá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và được gọi là một </w:t>
      </w:r>
      <w:r>
        <w:rPr>
          <w:b w:val="0"/>
          <w:i/>
        </w:rPr>
        <w:t>phép kiểm tra điều kiện</w:t>
      </w:r>
      <w:r>
        <w:rPr>
          <w:b w:val="0"/>
          <w:i w:val="0"/>
        </w:rPr>
        <w:t xml:space="preserve">. Python dùng các giá trị </w:t>
      </w:r>
      <w:r>
        <w:rPr>
          <w:rFonts w:ascii="Consolas" w:hAnsi="Consolas"/>
          <w:b w:val="0"/>
          <w:i w:val="0"/>
          <w:sz w:val="20"/>
        </w:rPr>
        <w:t>True</w:t>
      </w:r>
      <w:r>
        <w:rPr>
          <w:b w:val="0"/>
          <w:i w:val="0"/>
        </w:rPr>
        <w:t xml:space="preserve"> và </w:t>
      </w:r>
      <w:r>
        <w:rPr>
          <w:rFonts w:ascii="Consolas" w:hAnsi="Consolas"/>
          <w:b w:val="0"/>
          <w:i w:val="0"/>
          <w:sz w:val="20"/>
        </w:rPr>
        <w:t>False</w:t>
      </w:r>
      <w:r>
        <w:rPr>
          <w:b w:val="0"/>
          <w:i w:val="0"/>
        </w:rPr>
        <w:t xml:space="preserve"> để quyết định xem đoạn mã trong câu lệnh </w:t>
      </w:r>
      <w:r>
        <w:rPr>
          <w:rFonts w:ascii="Consolas" w:hAnsi="Consolas"/>
          <w:b w:val="0"/>
          <w:i w:val="0"/>
          <w:sz w:val="20"/>
        </w:rPr>
        <w:t>if</w:t>
      </w:r>
      <w:r>
        <w:rPr>
          <w:b w:val="0"/>
          <w:i w:val="0"/>
        </w:rPr>
        <w:t xml:space="preserve"> có nên được thực thi hay không. Nếu một phép kiểm tra điều kiện cho kết quả là </w:t>
      </w:r>
      <w:r>
        <w:rPr>
          <w:rFonts w:ascii="Consolas" w:hAnsi="Consolas"/>
          <w:b w:val="0"/>
          <w:i w:val="0"/>
          <w:sz w:val="20"/>
        </w:rPr>
        <w:t>True</w:t>
      </w:r>
      <w:r>
        <w:rPr>
          <w:b w:val="0"/>
          <w:i w:val="0"/>
        </w:rPr>
        <w:t xml:space="preserve">, Python sẽ thực thi đoạn mã theo sau câu lệnh </w:t>
      </w:r>
      <w:r>
        <w:rPr>
          <w:rFonts w:ascii="Consolas" w:hAnsi="Consolas"/>
          <w:b w:val="0"/>
          <w:i w:val="0"/>
          <w:sz w:val="20"/>
        </w:rPr>
        <w:t>if</w:t>
      </w:r>
      <w:r>
        <w:rPr>
          <w:b w:val="0"/>
          <w:i w:val="0"/>
        </w:rPr>
        <w:t xml:space="preserve">. Nếu phép kiểm tra cho kết quả là </w:t>
      </w:r>
      <w:r>
        <w:rPr>
          <w:rFonts w:ascii="Consolas" w:hAnsi="Consolas"/>
          <w:b w:val="0"/>
          <w:i w:val="0"/>
          <w:sz w:val="20"/>
        </w:rPr>
        <w:t>False</w:t>
      </w:r>
      <w:r>
        <w:rPr>
          <w:b w:val="0"/>
          <w:i w:val="0"/>
        </w:rPr>
        <w:t xml:space="preserve">, Python sẽ bỏ qua đoạn mã theo sau câu lệnh </w:t>
      </w:r>
      <w:r>
        <w:rPr>
          <w:rFonts w:ascii="Consolas" w:hAnsi="Consolas"/>
          <w:b w:val="0"/>
          <w:i w:val="0"/>
          <w:sz w:val="20"/>
        </w:rPr>
        <w:t>if</w:t>
      </w:r>
      <w:r>
        <w:rPr>
          <w:b w:val="0"/>
          <w:i w:val="0"/>
        </w:rPr>
        <w:t>.</w:t>
      </w:r>
    </w:p>
    <w:p>
      <w:pPr>
        <w:pStyle w:val="Heading3"/>
      </w:pPr>
      <w:r>
        <w:rPr>
          <w:rFonts w:ascii="Calibri" w:hAnsi="Calibri"/>
          <w:b/>
          <w:i w:val="0"/>
          <w:sz w:val="27"/>
        </w:rPr>
        <w:t>Kiểm tra sự bằng nhau</w:t>
      </w:r>
    </w:p>
    <w:p>
      <w:pPr>
        <w:spacing w:after="80"/>
      </w:pPr>
      <w:r>
        <w:rPr>
          <w:b w:val="0"/>
          <w:i w:val="0"/>
        </w:rPr>
        <w:t>Hầu hết các phép kiểm tra điều kiện đều so sánh giá trị hiện tại của một biến với một giá trị cụ thể mà bạn quan tâm. Phép kiểm tra điều kiện đơn giản nhất kiểm tra xem giá trị của một biến có bằng với giá trị mà bạn quan tâm hay không: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'bmw'</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'bmw'</w:t>
      </w:r>
    </w:p>
    <w:p>
      <w:pPr>
        <w:spacing w:after="0"/>
        <w:ind w:left="360"/>
        <w:shd w:val="clear" w:color="auto" w:fill="F2F2F2"/>
      </w:pPr>
      <w:r>
        <w:rPr>
          <w:rFonts w:ascii="Consolas" w:hAnsi="Consolas"/>
          <w:b w:val="0"/>
          <w:i w:val="0"/>
          <w:sz w:val="18"/>
        </w:rPr>
        <w:t>True</w:t>
      </w:r>
    </w:p>
    <w:p>
      <w:pPr>
        <w:spacing w:after="40"/>
      </w:pPr>
    </w:p>
    <w:p>
      <w:pPr>
        <w:spacing w:after="80"/>
      </w:pPr>
      <w:r>
        <w:rPr>
          <w:b w:val="0"/>
          <w:i w:val="0"/>
        </w:rPr>
        <w:t xml:space="preserve">Dòng đầu tiên đặt giá trị của </w:t>
      </w:r>
      <w:r>
        <w:rPr>
          <w:rFonts w:ascii="Consolas" w:hAnsi="Consolas"/>
          <w:b w:val="0"/>
          <w:i w:val="0"/>
          <w:sz w:val="20"/>
        </w:rPr>
        <w:t>car</w:t>
      </w:r>
      <w:r>
        <w:rPr>
          <w:b w:val="0"/>
          <w:i w:val="0"/>
        </w:rPr>
        <w:t xml:space="preserve"> thành </w:t>
      </w:r>
      <w:r>
        <w:rPr>
          <w:rFonts w:ascii="Consolas" w:hAnsi="Consolas"/>
          <w:b w:val="0"/>
          <w:i w:val="0"/>
          <w:sz w:val="20"/>
        </w:rPr>
        <w:t>'bmw'</w:t>
      </w:r>
      <w:r>
        <w:rPr>
          <w:b w:val="0"/>
          <w:i w:val="0"/>
        </w:rPr>
        <w:t xml:space="preserve"> bằng cách dùng một dấu bằng đơn, như bạn đã thấy rất nhiều lần rồi. Dòng tiếp theo kiểm tra xem giá trị của </w:t>
      </w:r>
      <w:r>
        <w:rPr>
          <w:rFonts w:ascii="Consolas" w:hAnsi="Consolas"/>
          <w:b w:val="0"/>
          <w:i w:val="0"/>
          <w:sz w:val="20"/>
        </w:rPr>
        <w:t>car</w:t>
      </w:r>
      <w:r>
        <w:rPr>
          <w:b w:val="0"/>
          <w:i w:val="0"/>
        </w:rPr>
        <w:t xml:space="preserve"> có phải là </w:t>
      </w:r>
      <w:r>
        <w:rPr>
          <w:rFonts w:ascii="Consolas" w:hAnsi="Consolas"/>
          <w:b w:val="0"/>
          <w:i w:val="0"/>
          <w:sz w:val="20"/>
        </w:rPr>
        <w:t>'bmw'</w:t>
      </w:r>
      <w:r>
        <w:rPr>
          <w:b w:val="0"/>
          <w:i w:val="0"/>
        </w:rPr>
        <w:t xml:space="preserve"> không bằng cách dùng dấu bằng đôi (</w:t>
      </w:r>
      <w:r>
        <w:rPr>
          <w:rFonts w:ascii="Consolas" w:hAnsi="Consolas"/>
          <w:b w:val="0"/>
          <w:i w:val="0"/>
          <w:sz w:val="20"/>
        </w:rPr>
        <w:t>==</w:t>
      </w:r>
      <w:r>
        <w:rPr>
          <w:b w:val="0"/>
          <w:i w:val="0"/>
        </w:rPr>
        <w:t xml:space="preserve">). </w:t>
      </w:r>
      <w:r>
        <w:rPr>
          <w:b w:val="0"/>
          <w:i/>
        </w:rPr>
        <w:t>Toán tử so sánh bằng</w:t>
      </w:r>
      <w:r>
        <w:rPr>
          <w:b w:val="0"/>
          <w:i w:val="0"/>
        </w:rPr>
        <w:t xml:space="preserve"> này trả về </w:t>
      </w:r>
      <w:r>
        <w:rPr>
          <w:rFonts w:ascii="Consolas" w:hAnsi="Consolas"/>
          <w:b w:val="0"/>
          <w:i w:val="0"/>
          <w:sz w:val="20"/>
        </w:rPr>
        <w:t>True</w:t>
      </w:r>
      <w:r>
        <w:rPr>
          <w:b w:val="0"/>
          <w:i w:val="0"/>
        </w:rPr>
        <w:t xml:space="preserve"> nếu các giá trị ở bên trái và bên phải của toán tử khớp nhau, và trả về </w:t>
      </w:r>
      <w:r>
        <w:rPr>
          <w:rFonts w:ascii="Consolas" w:hAnsi="Consolas"/>
          <w:b w:val="0"/>
          <w:i w:val="0"/>
          <w:sz w:val="20"/>
        </w:rPr>
        <w:t>False</w:t>
      </w:r>
      <w:r>
        <w:rPr>
          <w:b w:val="0"/>
          <w:i w:val="0"/>
        </w:rPr>
        <w:t xml:space="preserve"> nếu chúng không khớp. Các giá trị trong ví dụ này khớp nhau, nên Python trả về </w:t>
      </w:r>
      <w:r>
        <w:rPr>
          <w:rFonts w:ascii="Consolas" w:hAnsi="Consolas"/>
          <w:b w:val="0"/>
          <w:i w:val="0"/>
          <w:sz w:val="20"/>
        </w:rPr>
        <w:t>True</w:t>
      </w:r>
      <w:r>
        <w:rPr>
          <w:b w:val="0"/>
          <w:i w:val="0"/>
        </w:rPr>
        <w:t>.</w:t>
      </w:r>
    </w:p>
    <w:p>
      <w:pPr>
        <w:spacing w:after="80"/>
      </w:pPr>
      <w:r>
        <w:rPr>
          <w:b w:val="0"/>
          <w:i w:val="0"/>
        </w:rPr>
        <w:t xml:space="preserve">Khi giá trị của </w:t>
      </w:r>
      <w:r>
        <w:rPr>
          <w:rFonts w:ascii="Consolas" w:hAnsi="Consolas"/>
          <w:b w:val="0"/>
          <w:i w:val="0"/>
          <w:sz w:val="20"/>
        </w:rPr>
        <w:t>car</w:t>
      </w:r>
      <w:r>
        <w:rPr>
          <w:b w:val="0"/>
          <w:i w:val="0"/>
        </w:rPr>
        <w:t xml:space="preserve"> là bất cứ thứ gì khác ngoài </w:t>
      </w:r>
      <w:r>
        <w:rPr>
          <w:rFonts w:ascii="Consolas" w:hAnsi="Consolas"/>
          <w:b w:val="0"/>
          <w:i w:val="0"/>
          <w:sz w:val="20"/>
        </w:rPr>
        <w:t>'bmw'</w:t>
      </w:r>
      <w:r>
        <w:rPr>
          <w:b w:val="0"/>
          <w:i w:val="0"/>
        </w:rPr>
        <w:t xml:space="preserve">, phép kiểm tra này trả về </w:t>
      </w:r>
      <w:r>
        <w:rPr>
          <w:rFonts w:ascii="Consolas" w:hAnsi="Consolas"/>
          <w:b w:val="0"/>
          <w:i w:val="0"/>
          <w:sz w:val="20"/>
        </w:rPr>
        <w:t>False</w:t>
      </w:r>
      <w:r>
        <w:rPr>
          <w:b w:val="0"/>
          <w:i w:val="0"/>
        </w:rPr>
        <w: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'audi'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'bmw'</w:t>
      </w:r>
    </w:p>
    <w:p>
      <w:pPr>
        <w:spacing w:after="0"/>
        <w:ind w:left="360"/>
        <w:shd w:val="clear" w:color="auto" w:fill="F2F2F2"/>
      </w:pPr>
      <w:r>
        <w:rPr>
          <w:rFonts w:ascii="Consolas" w:hAnsi="Consolas"/>
          <w:b w:val="0"/>
          <w:i w:val="0"/>
          <w:sz w:val="18"/>
        </w:rPr>
        <w:t>False</w:t>
      </w:r>
    </w:p>
    <w:p>
      <w:pPr>
        <w:spacing w:after="40"/>
      </w:pPr>
    </w:p>
    <w:p>
      <w:pPr>
        <w:spacing w:after="80"/>
      </w:pPr>
      <w:r>
        <w:rPr>
          <w:b w:val="0"/>
          <w:i w:val="0"/>
        </w:rPr>
        <w:t xml:space="preserve">Một dấu bằng đơn thực ra là một câu lệnh; bạn có thể đọc dòng mã đầu tiên ở đây là "Đặt giá trị của </w:t>
      </w:r>
      <w:r>
        <w:rPr>
          <w:rFonts w:ascii="Consolas" w:hAnsi="Consolas"/>
          <w:b w:val="0"/>
          <w:i w:val="0"/>
          <w:sz w:val="20"/>
        </w:rPr>
        <w:t>car</w:t>
      </w:r>
      <w:r>
        <w:rPr>
          <w:b w:val="0"/>
          <w:i w:val="0"/>
        </w:rPr>
        <w:t xml:space="preserve"> bằng </w:t>
      </w:r>
      <w:r>
        <w:rPr>
          <w:rFonts w:ascii="Consolas" w:hAnsi="Consolas"/>
          <w:b w:val="0"/>
          <w:i w:val="0"/>
          <w:sz w:val="20"/>
        </w:rPr>
        <w:t>'audi'</w:t>
      </w:r>
      <w:r>
        <w:rPr>
          <w:b w:val="0"/>
          <w:i w:val="0"/>
        </w:rPr>
        <w:t xml:space="preserve">." Mặt khác, một dấu bằng đôi đặt ra một câu hỏi: "Giá trị của </w:t>
      </w:r>
      <w:r>
        <w:rPr>
          <w:rFonts w:ascii="Consolas" w:hAnsi="Consolas"/>
          <w:b w:val="0"/>
          <w:i w:val="0"/>
          <w:sz w:val="20"/>
        </w:rPr>
        <w:t>car</w:t>
      </w:r>
      <w:r>
        <w:rPr>
          <w:b w:val="0"/>
          <w:i w:val="0"/>
        </w:rPr>
        <w:t xml:space="preserve"> có bằng </w:t>
      </w:r>
      <w:r>
        <w:rPr>
          <w:rFonts w:ascii="Consolas" w:hAnsi="Consolas"/>
          <w:b w:val="0"/>
          <w:i w:val="0"/>
          <w:sz w:val="20"/>
        </w:rPr>
        <w:t>'bmw'</w:t>
      </w:r>
      <w:r>
        <w:rPr>
          <w:b w:val="0"/>
          <w:i w:val="0"/>
        </w:rPr>
        <w:t xml:space="preserve"> không?" Hầu hết các ngôn ngữ lập trình đều dùng dấu bằng theo cách này.</w:t>
      </w:r>
    </w:p>
    <w:p>
      <w:pPr>
        <w:pStyle w:val="Heading3"/>
      </w:pPr>
      <w:r>
        <w:rPr>
          <w:rFonts w:ascii="Calibri" w:hAnsi="Calibri"/>
          <w:b/>
          <w:i w:val="0"/>
          <w:sz w:val="27"/>
        </w:rPr>
        <w:t>Bỏ qua chữ hoa chữ thường khi kiểm tra sự bằng nhau</w:t>
      </w:r>
    </w:p>
    <w:p>
      <w:pPr>
        <w:spacing w:after="80"/>
      </w:pPr>
      <w:r>
        <w:rPr>
          <w:b w:val="0"/>
          <w:i w:val="0"/>
        </w:rPr>
        <w:t>Việc kiểm tra sự bằng nhau trong Python có phân biệt chữ hoa chữ thường. Ví dụ, hai giá trị có cách viết hoa khác nhau không được coi là bằng nhau:</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'Audi'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'audi'</w:t>
      </w:r>
    </w:p>
    <w:p>
      <w:pPr>
        <w:spacing w:after="0"/>
        <w:ind w:left="360"/>
        <w:shd w:val="clear" w:color="auto" w:fill="F2F2F2"/>
      </w:pPr>
      <w:r>
        <w:rPr>
          <w:rFonts w:ascii="Consolas" w:hAnsi="Consolas"/>
          <w:b w:val="0"/>
          <w:i w:val="0"/>
          <w:sz w:val="18"/>
        </w:rPr>
        <w:t>False</w:t>
      </w:r>
    </w:p>
    <w:p>
      <w:pPr>
        <w:spacing w:after="40"/>
      </w:pPr>
    </w:p>
    <w:p>
      <w:pPr>
        <w:spacing w:after="80"/>
      </w:pPr>
      <w:r>
        <w:rPr>
          <w:b w:val="0"/>
          <w:i w:val="0"/>
        </w:rPr>
        <w:t>Nếu chữ hoa chữ thường quan trọng, hành vi này là có lợi. Nhưng nếu chữ hoa chữ thường không quan trọng và thay vào đó bạn chỉ muốn kiểm tra giá trị của một biến, bạn có thể chuyển giá trị của biến thành chữ thường trước khi thực hiện so sánh:</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'Audi'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car.lower() == 'audi'</w:t>
      </w:r>
    </w:p>
    <w:p>
      <w:pPr>
        <w:spacing w:after="0"/>
        <w:ind w:left="360"/>
        <w:shd w:val="clear" w:color="auto" w:fill="F2F2F2"/>
      </w:pPr>
      <w:r>
        <w:rPr>
          <w:rFonts w:ascii="Consolas" w:hAnsi="Consolas"/>
          <w:b w:val="0"/>
          <w:i w:val="0"/>
          <w:sz w:val="18"/>
        </w:rPr>
        <w:t>True</w:t>
      </w:r>
    </w:p>
    <w:p>
      <w:pPr>
        <w:spacing w:after="40"/>
      </w:pPr>
    </w:p>
    <w:p>
      <w:pPr>
        <w:spacing w:after="80"/>
      </w:pPr>
      <w:r>
        <w:rPr>
          <w:b w:val="0"/>
          <w:i w:val="0"/>
        </w:rPr>
        <w:t xml:space="preserve">Bài kiểm tra này sẽ trả về </w:t>
      </w:r>
      <w:r>
        <w:rPr>
          <w:rFonts w:ascii="Consolas" w:hAnsi="Consolas"/>
          <w:b w:val="0"/>
          <w:i w:val="0"/>
          <w:sz w:val="20"/>
        </w:rPr>
        <w:t>True</w:t>
      </w:r>
      <w:r>
        <w:rPr>
          <w:b w:val="0"/>
          <w:i w:val="0"/>
        </w:rPr>
        <w:t xml:space="preserve"> bất kể giá trị </w:t>
      </w:r>
      <w:r>
        <w:rPr>
          <w:rFonts w:ascii="Consolas" w:hAnsi="Consolas"/>
          <w:b w:val="0"/>
          <w:i w:val="0"/>
          <w:sz w:val="20"/>
        </w:rPr>
        <w:t>'Audi'</w:t>
      </w:r>
      <w:r>
        <w:rPr>
          <w:b w:val="0"/>
          <w:i w:val="0"/>
        </w:rPr>
        <w:t xml:space="preserve"> được viết hoa viết thường thế nào, vì giờ đây bài kiểm tra không phân biệt chữ hoa chữ thường nữa. Phương thức </w:t>
      </w:r>
      <w:r>
        <w:rPr>
          <w:rFonts w:ascii="Consolas" w:hAnsi="Consolas"/>
          <w:b w:val="0"/>
          <w:i w:val="0"/>
          <w:sz w:val="20"/>
        </w:rPr>
        <w:t>lower()</w:t>
      </w:r>
      <w:r>
        <w:rPr>
          <w:b w:val="0"/>
          <w:i w:val="0"/>
        </w:rPr>
        <w:t xml:space="preserve"> không làm thay đổi giá trị ban đầu được lưu trong </w:t>
      </w:r>
      <w:r>
        <w:rPr>
          <w:rFonts w:ascii="Consolas" w:hAnsi="Consolas"/>
          <w:b w:val="0"/>
          <w:i w:val="0"/>
          <w:sz w:val="20"/>
        </w:rPr>
        <w:t>car</w:t>
      </w:r>
      <w:r>
        <w:rPr>
          <w:b w:val="0"/>
          <w:i w:val="0"/>
        </w:rPr>
        <w:t>, nên bạn có thể thực hiện kiểu so sánh này mà không ảnh hưởng đến biến gốc: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 = 'Audi'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car.lower() == 'audi'</w:t>
      </w:r>
    </w:p>
    <w:p>
      <w:pPr>
        <w:spacing w:after="0"/>
        <w:ind w:left="360"/>
        <w:shd w:val="clear" w:color="auto" w:fill="F2F2F2"/>
      </w:pPr>
      <w:r>
        <w:rPr>
          <w:rFonts w:ascii="Consolas" w:hAnsi="Consolas"/>
          <w:b w:val="0"/>
          <w:i w:val="0"/>
          <w:sz w:val="18"/>
        </w:rPr>
        <w:t>True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car</w:t>
      </w:r>
    </w:p>
    <w:p>
      <w:pPr>
        <w:spacing w:after="0"/>
        <w:ind w:left="360"/>
        <w:shd w:val="clear" w:color="auto" w:fill="F2F2F2"/>
      </w:pPr>
      <w:r>
        <w:rPr>
          <w:rFonts w:ascii="Consolas" w:hAnsi="Consolas"/>
          <w:b w:val="0"/>
          <w:i w:val="0"/>
          <w:sz w:val="18"/>
        </w:rPr>
        <w:t>'Audi'</w:t>
      </w:r>
    </w:p>
    <w:p>
      <w:pPr>
        <w:spacing w:after="40"/>
      </w:pPr>
    </w:p>
    <w:p>
      <w:pPr>
        <w:spacing w:after="80"/>
      </w:pPr>
      <w:r>
        <w:rPr>
          <w:b w:val="0"/>
          <w:i w:val="0"/>
        </w:rPr>
        <w:t xml:space="preserve">Đầu tiên, ta gán chuỗi viết hoa chữ đầu </w:t>
      </w:r>
      <w:r>
        <w:rPr>
          <w:rFonts w:ascii="Consolas" w:hAnsi="Consolas"/>
          <w:b w:val="0"/>
          <w:i w:val="0"/>
          <w:sz w:val="20"/>
        </w:rPr>
        <w:t>'Audi'</w:t>
      </w:r>
      <w:r>
        <w:rPr>
          <w:b w:val="0"/>
          <w:i w:val="0"/>
        </w:rPr>
        <w:t xml:space="preserve"> cho biến </w:t>
      </w:r>
      <w:r>
        <w:rPr>
          <w:rFonts w:ascii="Consolas" w:hAnsi="Consolas"/>
          <w:b w:val="0"/>
          <w:i w:val="0"/>
          <w:sz w:val="20"/>
        </w:rPr>
        <w:t>car</w:t>
      </w:r>
      <w:r>
        <w:rPr>
          <w:b w:val="0"/>
          <w:i w:val="0"/>
        </w:rPr>
        <w:t xml:space="preserve">. Sau đó, ta chuyển giá trị của </w:t>
      </w:r>
      <w:r>
        <w:rPr>
          <w:rFonts w:ascii="Consolas" w:hAnsi="Consolas"/>
          <w:b w:val="0"/>
          <w:i w:val="0"/>
          <w:sz w:val="20"/>
        </w:rPr>
        <w:t>car</w:t>
      </w:r>
      <w:r>
        <w:rPr>
          <w:b w:val="0"/>
          <w:i w:val="0"/>
        </w:rPr>
        <w:t xml:space="preserve"> thành chữ thường rồi so sánh giá trị chữ thường đó với chuỗi </w:t>
      </w:r>
      <w:r>
        <w:rPr>
          <w:rFonts w:ascii="Consolas" w:hAnsi="Consolas"/>
          <w:b w:val="0"/>
          <w:i w:val="0"/>
          <w:sz w:val="20"/>
        </w:rPr>
        <w:t>'audi'</w:t>
      </w:r>
      <w:r>
        <w:rPr>
          <w:b w:val="0"/>
          <w:i w:val="0"/>
        </w:rPr>
        <w:t xml:space="preserve">. Hai chuỗi khớp nhau, nên Python trả về </w:t>
      </w:r>
      <w:r>
        <w:rPr>
          <w:rFonts w:ascii="Consolas" w:hAnsi="Consolas"/>
          <w:b w:val="0"/>
          <w:i w:val="0"/>
          <w:sz w:val="20"/>
        </w:rPr>
        <w:t>True</w:t>
      </w:r>
      <w:r>
        <w:rPr>
          <w:b w:val="0"/>
          <w:i w:val="0"/>
        </w:rPr>
        <w:t xml:space="preserve">. Ta thấy rằng giá trị được lưu trong </w:t>
      </w:r>
      <w:r>
        <w:rPr>
          <w:rFonts w:ascii="Consolas" w:hAnsi="Consolas"/>
          <w:b w:val="0"/>
          <w:i w:val="0"/>
          <w:sz w:val="20"/>
        </w:rPr>
        <w:t>car</w:t>
      </w:r>
      <w:r>
        <w:rPr>
          <w:b w:val="0"/>
          <w:i w:val="0"/>
        </w:rPr>
        <w:t xml:space="preserve"> không hề bị ảnh hưởng bởi phương thức </w:t>
      </w:r>
      <w:r>
        <w:rPr>
          <w:rFonts w:ascii="Consolas" w:hAnsi="Consolas"/>
          <w:b w:val="0"/>
          <w:i w:val="0"/>
          <w:sz w:val="20"/>
        </w:rPr>
        <w:t>lower()</w:t>
      </w:r>
      <w:r>
        <w:rPr>
          <w:b w:val="0"/>
          <w:i w:val="0"/>
        </w:rPr>
        <w:t>.</w:t>
      </w:r>
    </w:p>
    <w:p>
      <w:pPr>
        <w:spacing w:after="80"/>
      </w:pPr>
      <w:r>
        <w:rPr>
          <w:b w:val="0"/>
          <w:i w:val="0"/>
        </w:rPr>
        <w:t xml:space="preserve">Các trang web cũng áp đặt những quy tắc nhất định cho dữ liệu người dùng nhập theo cách tương tự như vậy. Chẳng hạn, một trang web có thể dùng bài kiểm tra điều kiện như thế này để đảm bảo mỗi người dùng có một tên đăng nhập thực sự duy nhất, chứ không chỉ là một biến thể viết hoa viết thường của tên đăng nhập người khác. Khi ai đó gửi một tên đăng nhập mới, tên đăng nhập mới đó sẽ được chuyển thành chữ thường và so sánh với phiên bản chữ thường của tất cả tên đăng nhập hiện có. Trong quá trình kiểm tra này, một tên đăng nhập như </w:t>
      </w:r>
      <w:r>
        <w:rPr>
          <w:rFonts w:ascii="Consolas" w:hAnsi="Consolas"/>
          <w:b w:val="0"/>
          <w:i w:val="0"/>
          <w:sz w:val="20"/>
        </w:rPr>
        <w:t>'John'</w:t>
      </w:r>
      <w:r>
        <w:rPr>
          <w:b w:val="0"/>
          <w:i w:val="0"/>
        </w:rPr>
        <w:t xml:space="preserve"> sẽ bị từ chối nếu bất kỳ biến thể nào của </w:t>
      </w:r>
      <w:r>
        <w:rPr>
          <w:rFonts w:ascii="Consolas" w:hAnsi="Consolas"/>
          <w:b w:val="0"/>
          <w:i w:val="0"/>
          <w:sz w:val="20"/>
        </w:rPr>
        <w:t>'john'</w:t>
      </w:r>
      <w:r>
        <w:rPr>
          <w:b w:val="0"/>
          <w:i w:val="0"/>
        </w:rPr>
        <w:t xml:space="preserve"> đã được sử dụng.</w:t>
      </w:r>
    </w:p>
    <w:p>
      <w:pPr>
        <w:pStyle w:val="Heading3"/>
      </w:pPr>
      <w:r>
        <w:rPr>
          <w:rFonts w:ascii="Calibri" w:hAnsi="Calibri"/>
          <w:b/>
          <w:i w:val="0"/>
          <w:sz w:val="27"/>
        </w:rPr>
        <w:t>Kiểm tra bất đẳng thức</w:t>
      </w:r>
    </w:p>
    <w:p>
      <w:pPr>
        <w:spacing w:after="80"/>
      </w:pPr>
      <w:r>
        <w:rPr>
          <w:b w:val="0"/>
          <w:i w:val="0"/>
        </w:rPr>
        <w:t xml:space="preserve">Khi bạn muốn xác định xem hai giá trị có khác nhau không, bạn có thể dùng </w:t>
      </w:r>
      <w:r>
        <w:rPr>
          <w:b w:val="0"/>
          <w:i/>
        </w:rPr>
        <w:t>toán tử bất đẳng thức</w:t>
      </w:r>
      <w:r>
        <w:rPr>
          <w:b w:val="0"/>
          <w:i w:val="0"/>
        </w:rPr>
        <w:t xml:space="preserve"> (</w:t>
      </w:r>
      <w:r>
        <w:rPr>
          <w:rFonts w:ascii="Consolas" w:hAnsi="Consolas"/>
          <w:b w:val="0"/>
          <w:i w:val="0"/>
          <w:sz w:val="20"/>
        </w:rPr>
        <w:t>!=</w:t>
      </w:r>
      <w:r>
        <w:rPr>
          <w:b w:val="0"/>
          <w:i w:val="0"/>
        </w:rPr>
        <w:t xml:space="preserve">). Hãy dùng một câu lệnh </w:t>
      </w:r>
      <w:r>
        <w:rPr>
          <w:rFonts w:ascii="Consolas" w:hAnsi="Consolas"/>
          <w:b w:val="0"/>
          <w:i w:val="0"/>
          <w:sz w:val="20"/>
        </w:rPr>
        <w:t>if</w:t>
      </w:r>
      <w:r>
        <w:rPr>
          <w:b w:val="0"/>
          <w:i w:val="0"/>
        </w:rPr>
        <w:t xml:space="preserve"> khác để xem cách sử dụng toán tử bất đẳng thức. Ta sẽ lưu một loại nhân bánh pizza được yêu cầu vào một biến rồi in ra một thông báo nếu người đó không gọi cá cơm (anchovies):</w:t>
      </w:r>
    </w:p>
    <w:p>
      <w:pPr>
        <w:spacing w:after="80"/>
      </w:pPr>
      <w:r>
        <w:rPr>
          <w:b w:val="0"/>
          <w:i w:val="0"/>
        </w:rPr>
        <w:t>toppings.py</w:t>
      </w:r>
    </w:p>
    <w:p>
      <w:pPr>
        <w:spacing w:after="80"/>
      </w:pPr>
      <w:r>
        <w:rPr>
          <w:b w:val="0"/>
          <w:i w:val="0"/>
        </w:rPr>
        <w:t>requested_topping = 'mushrooms'</w:t>
      </w:r>
      <w:r>
        <w:br/>
      </w:r>
      <w:r>
        <w:br/>
      </w:r>
      <w:r>
        <w:rPr>
          <w:b w:val="0"/>
          <w:i w:val="0"/>
        </w:rPr>
        <w:t>if requested_topping != 'anchovies':</w:t>
      </w:r>
      <w:r>
        <w:br/>
      </w:r>
      <w:r>
        <w:rPr>
          <w:b w:val="0"/>
          <w:i w:val="0"/>
        </w:rPr>
        <w:t xml:space="preserve">    print("Hold the anchovies!")</w:t>
      </w:r>
    </w:p>
    <w:p>
      <w:pPr>
        <w:spacing w:after="80"/>
      </w:pPr>
      <w:r>
        <w:rPr>
          <w:b w:val="0"/>
          <w:i w:val="0"/>
        </w:rPr>
        <w:t xml:space="preserve">Đoạn mã này so sánh giá trị của </w:t>
      </w:r>
      <w:r>
        <w:rPr>
          <w:rFonts w:ascii="Consolas" w:hAnsi="Consolas"/>
          <w:b w:val="0"/>
          <w:i w:val="0"/>
          <w:sz w:val="20"/>
        </w:rPr>
        <w:t>requested_topping</w:t>
      </w:r>
      <w:r>
        <w:rPr>
          <w:b w:val="0"/>
          <w:i w:val="0"/>
        </w:rPr>
        <w:t xml:space="preserve"> với giá trị </w:t>
      </w:r>
      <w:r>
        <w:rPr>
          <w:rFonts w:ascii="Consolas" w:hAnsi="Consolas"/>
          <w:b w:val="0"/>
          <w:i w:val="0"/>
          <w:sz w:val="20"/>
        </w:rPr>
        <w:t>'anchovies'</w:t>
      </w:r>
      <w:r>
        <w:rPr>
          <w:b w:val="0"/>
          <w:i w:val="0"/>
        </w:rPr>
        <w:t xml:space="preserve">. Nếu hai giá trị này không khớp, Python trả về </w:t>
      </w:r>
      <w:r>
        <w:rPr>
          <w:rFonts w:ascii="Consolas" w:hAnsi="Consolas"/>
          <w:b w:val="0"/>
          <w:i w:val="0"/>
          <w:sz w:val="20"/>
        </w:rPr>
        <w:t>True</w:t>
      </w:r>
      <w:r>
        <w:rPr>
          <w:b w:val="0"/>
          <w:i w:val="0"/>
        </w:rPr>
        <w:t xml:space="preserve"> và thực thi đoạn mã theo sau câu lệnh </w:t>
      </w:r>
      <w:r>
        <w:rPr>
          <w:rFonts w:ascii="Consolas" w:hAnsi="Consolas"/>
          <w:b w:val="0"/>
          <w:i w:val="0"/>
          <w:sz w:val="20"/>
        </w:rPr>
        <w:t>if</w:t>
      </w:r>
      <w:r>
        <w:rPr>
          <w:b w:val="0"/>
          <w:i w:val="0"/>
        </w:rPr>
        <w:t xml:space="preserve">. Nếu hai giá trị khớp nhau, Python trả về </w:t>
      </w:r>
      <w:r>
        <w:rPr>
          <w:rFonts w:ascii="Consolas" w:hAnsi="Consolas"/>
          <w:b w:val="0"/>
          <w:i w:val="0"/>
          <w:sz w:val="20"/>
        </w:rPr>
        <w:t>False</w:t>
      </w:r>
      <w:r>
        <w:rPr>
          <w:b w:val="0"/>
          <w:i w:val="0"/>
        </w:rPr>
        <w:t xml:space="preserve"> và không chạy đoạn mã theo sau câu lệnh </w:t>
      </w:r>
      <w:r>
        <w:rPr>
          <w:rFonts w:ascii="Consolas" w:hAnsi="Consolas"/>
          <w:b w:val="0"/>
          <w:i w:val="0"/>
          <w:sz w:val="20"/>
        </w:rPr>
        <w:t>if</w:t>
      </w:r>
      <w:r>
        <w:rPr>
          <w:b w:val="0"/>
          <w:i w:val="0"/>
        </w:rPr>
        <w:t>.</w:t>
      </w:r>
    </w:p>
    <w:p>
      <w:pPr>
        <w:spacing w:after="80"/>
      </w:pPr>
      <w:r>
        <w:rPr>
          <w:b w:val="0"/>
          <w:i w:val="0"/>
        </w:rPr>
        <w:t xml:space="preserve">Vì giá trị của </w:t>
      </w:r>
      <w:r>
        <w:rPr>
          <w:rFonts w:ascii="Consolas" w:hAnsi="Consolas"/>
          <w:b w:val="0"/>
          <w:i w:val="0"/>
          <w:sz w:val="20"/>
        </w:rPr>
        <w:t>requested_topping</w:t>
      </w:r>
      <w:r>
        <w:rPr>
          <w:b w:val="0"/>
          <w:i w:val="0"/>
        </w:rPr>
        <w:t xml:space="preserve"> không phải là </w:t>
      </w:r>
      <w:r>
        <w:rPr>
          <w:rFonts w:ascii="Consolas" w:hAnsi="Consolas"/>
          <w:b w:val="0"/>
          <w:i w:val="0"/>
          <w:sz w:val="20"/>
        </w:rPr>
        <w:t>'anchovies'</w:t>
      </w:r>
      <w:r>
        <w:rPr>
          <w:b w:val="0"/>
          <w:i w:val="0"/>
        </w:rPr>
        <w:t xml:space="preserve">, nên hàm </w:t>
      </w:r>
      <w:r>
        <w:rPr>
          <w:rFonts w:ascii="Consolas" w:hAnsi="Consolas"/>
          <w:b w:val="0"/>
          <w:i w:val="0"/>
          <w:sz w:val="20"/>
        </w:rPr>
        <w:t>print()</w:t>
      </w:r>
      <w:r>
        <w:rPr>
          <w:b w:val="0"/>
          <w:i w:val="0"/>
        </w:rPr>
        <w:t xml:space="preserve"> được thực thi:</w:t>
      </w:r>
    </w:p>
    <w:p>
      <w:pPr>
        <w:spacing w:after="80"/>
      </w:pPr>
      <w:r>
        <w:rPr>
          <w:b w:val="0"/>
          <w:i w:val="0"/>
        </w:rPr>
        <w:t>Hold the anchovies!</w:t>
      </w:r>
    </w:p>
    <w:p>
      <w:pPr>
        <w:spacing w:after="80"/>
      </w:pPr>
      <w:r>
        <w:rPr>
          <w:b w:val="0"/>
          <w:i w:val="0"/>
        </w:rPr>
        <w:t>Hầu hết các biểu thức điều kiện bạn viết sẽ kiểm tra sự bằng nhau, nhưng đôi khi bạn sẽ thấy kiểm tra bất đẳng thức hiệu quả hơn.</w:t>
      </w:r>
    </w:p>
    <w:p>
      <w:pPr>
        <w:pStyle w:val="Heading3"/>
      </w:pPr>
      <w:r>
        <w:rPr>
          <w:rFonts w:ascii="Calibri" w:hAnsi="Calibri"/>
          <w:b/>
          <w:i w:val="0"/>
          <w:sz w:val="27"/>
        </w:rPr>
        <w:t>So sánh số</w:t>
      </w:r>
    </w:p>
    <w:p>
      <w:pPr>
        <w:spacing w:after="80"/>
      </w:pPr>
      <w:r>
        <w:rPr>
          <w:b w:val="0"/>
          <w:i w:val="0"/>
        </w:rPr>
        <w:t>Kiểm tra các giá trị số khá đơn giản. Ví dụ, đoạn mã sau kiểm tra xem một người có 18 tuổi không: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18</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18</w:t>
      </w:r>
    </w:p>
    <w:p>
      <w:pPr>
        <w:spacing w:after="0"/>
        <w:ind w:left="360"/>
        <w:shd w:val="clear" w:color="auto" w:fill="F2F2F2"/>
      </w:pPr>
      <w:r>
        <w:rPr>
          <w:rFonts w:ascii="Consolas" w:hAnsi="Consolas"/>
          <w:b w:val="0"/>
          <w:i w:val="0"/>
          <w:sz w:val="18"/>
        </w:rPr>
        <w:t>True</w:t>
      </w:r>
    </w:p>
    <w:p>
      <w:pPr>
        <w:spacing w:after="40"/>
      </w:pPr>
    </w:p>
    <w:p>
      <w:pPr>
        <w:spacing w:after="80"/>
      </w:pPr>
      <w:r>
        <w:rPr>
          <w:b w:val="0"/>
          <w:i w:val="0"/>
        </w:rPr>
        <w:t>Bạn cũng có thể kiểm tra xem hai số có khác nhau không. Ví dụ, đoạn mã sau in ra một thông báo nếu câu trả lời đưa ra không đúng:</w:t>
      </w:r>
    </w:p>
    <w:p>
      <w:pPr>
        <w:spacing w:after="80"/>
      </w:pPr>
      <w:r>
        <w:rPr>
          <w:b w:val="0"/>
          <w:i w:val="0"/>
        </w:rPr>
        <w:t>magic_number.py</w:t>
      </w:r>
    </w:p>
    <w:p>
      <w:pPr>
        <w:spacing w:after="80"/>
      </w:pPr>
      <w:r>
        <w:rPr>
          <w:b w:val="0"/>
          <w:i w:val="0"/>
        </w:rPr>
        <w:t>answer = 17</w:t>
      </w:r>
      <w:r>
        <w:br/>
      </w:r>
      <w:r>
        <w:rPr>
          <w:b w:val="0"/>
          <w:i w:val="0"/>
        </w:rPr>
        <w:t>if answer != 42:</w:t>
      </w:r>
      <w:r>
        <w:br/>
      </w:r>
      <w:r>
        <w:rPr>
          <w:b w:val="0"/>
          <w:i w:val="0"/>
        </w:rPr>
        <w:t xml:space="preserve">    print("That is not the correct answer. Please try again!")</w:t>
      </w:r>
    </w:p>
    <w:p>
      <w:pPr>
        <w:spacing w:after="80"/>
      </w:pPr>
      <w:r>
        <w:rPr>
          <w:b w:val="0"/>
          <w:i w:val="0"/>
        </w:rPr>
        <w:t xml:space="preserve">Phép kiểm tra điều kiện thành công, vì giá trị của </w:t>
      </w:r>
      <w:r>
        <w:rPr>
          <w:rFonts w:ascii="Consolas" w:hAnsi="Consolas"/>
          <w:b w:val="0"/>
          <w:i w:val="0"/>
          <w:sz w:val="20"/>
        </w:rPr>
        <w:t>answer</w:t>
      </w:r>
      <w:r>
        <w:rPr>
          <w:b w:val="0"/>
          <w:i w:val="0"/>
        </w:rPr>
        <w:t xml:space="preserve"> (</w:t>
      </w:r>
      <w:r>
        <w:rPr>
          <w:rFonts w:ascii="Consolas" w:hAnsi="Consolas"/>
          <w:b w:val="0"/>
          <w:i w:val="0"/>
          <w:sz w:val="20"/>
        </w:rPr>
        <w:t>17</w:t>
      </w:r>
      <w:r>
        <w:rPr>
          <w:b w:val="0"/>
          <w:i w:val="0"/>
        </w:rPr>
        <w:t xml:space="preserve">) không bằng </w:t>
      </w:r>
      <w:r>
        <w:rPr>
          <w:rFonts w:ascii="Consolas" w:hAnsi="Consolas"/>
          <w:b w:val="0"/>
          <w:i w:val="0"/>
          <w:sz w:val="20"/>
        </w:rPr>
        <w:t>42</w:t>
      </w:r>
      <w:r>
        <w:rPr>
          <w:b w:val="0"/>
          <w:i w:val="0"/>
        </w:rPr>
        <w:t>. Vì phép kiểm tra thành công, khối mã được thụt lề sẽ được thực thi:</w:t>
      </w:r>
    </w:p>
    <w:p>
      <w:pPr>
        <w:spacing w:after="80"/>
      </w:pPr>
      <w:r>
        <w:rPr>
          <w:b w:val="0"/>
          <w:i w:val="0"/>
        </w:rPr>
        <w:t>That is not the correct answer. Please try again!</w:t>
      </w:r>
    </w:p>
    <w:p>
      <w:pPr>
        <w:spacing w:after="80"/>
      </w:pPr>
      <w:r>
        <w:rPr>
          <w:b w:val="0"/>
          <w:i w:val="0"/>
        </w:rPr>
        <w:t>Bạn cũng có thể đưa nhiều phép so sánh toán học khác nhau vào câu lệnh điều kiện của mình, chẳng hạn như nhỏ hơn, nhỏ hơn hoặc bằng, lớn hơn, và lớn hơn hoặc bằng: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19</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&lt; 21</w:t>
      </w:r>
    </w:p>
    <w:p>
      <w:pPr>
        <w:spacing w:after="0"/>
        <w:ind w:left="360"/>
        <w:shd w:val="clear" w:color="auto" w:fill="F2F2F2"/>
      </w:pPr>
      <w:r>
        <w:rPr>
          <w:rFonts w:ascii="Consolas" w:hAnsi="Consolas"/>
          <w:b w:val="0"/>
          <w:i w:val="0"/>
          <w:sz w:val="18"/>
        </w:rPr>
        <w:t>True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&lt;= 21</w:t>
      </w:r>
    </w:p>
    <w:p>
      <w:pPr>
        <w:spacing w:after="0"/>
        <w:ind w:left="360"/>
        <w:shd w:val="clear" w:color="auto" w:fill="F2F2F2"/>
      </w:pPr>
      <w:r>
        <w:rPr>
          <w:rFonts w:ascii="Consolas" w:hAnsi="Consolas"/>
          <w:b w:val="0"/>
          <w:i w:val="0"/>
          <w:sz w:val="18"/>
        </w:rPr>
        <w:t>True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&gt; 21</w:t>
      </w:r>
    </w:p>
    <w:p>
      <w:pPr>
        <w:spacing w:after="0"/>
        <w:ind w:left="360"/>
        <w:shd w:val="clear" w:color="auto" w:fill="F2F2F2"/>
      </w:pPr>
      <w:r>
        <w:rPr>
          <w:rFonts w:ascii="Consolas" w:hAnsi="Consolas"/>
          <w:b w:val="0"/>
          <w:i w:val="0"/>
          <w:sz w:val="18"/>
        </w:rPr>
        <w:t>False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&gt;= 21</w:t>
      </w:r>
    </w:p>
    <w:p>
      <w:pPr>
        <w:spacing w:after="0"/>
        <w:ind w:left="360"/>
        <w:shd w:val="clear" w:color="auto" w:fill="F2F2F2"/>
      </w:pPr>
      <w:r>
        <w:rPr>
          <w:rFonts w:ascii="Consolas" w:hAnsi="Consolas"/>
          <w:b w:val="0"/>
          <w:i w:val="0"/>
          <w:sz w:val="18"/>
        </w:rPr>
        <w:t>False</w:t>
      </w:r>
    </w:p>
    <w:p>
      <w:pPr>
        <w:spacing w:after="40"/>
      </w:pPr>
    </w:p>
    <w:p>
      <w:pPr>
        <w:spacing w:after="80"/>
      </w:pPr>
      <w:r>
        <w:rPr>
          <w:b w:val="0"/>
          <w:i w:val="0"/>
        </w:rPr>
        <w:t xml:space="preserve">Mỗi phép so sánh toán học đều có thể được dùng như một phần của câu lệnh </w:t>
      </w:r>
      <w:r>
        <w:rPr>
          <w:rFonts w:ascii="Consolas" w:hAnsi="Consolas"/>
          <w:b w:val="0"/>
          <w:i w:val="0"/>
          <w:sz w:val="20"/>
        </w:rPr>
        <w:t>if</w:t>
      </w:r>
      <w:r>
        <w:rPr>
          <w:b w:val="0"/>
          <w:i w:val="0"/>
        </w:rPr>
        <w:t>, giúp bạn phát hiện chính xác các điều kiện mình quan tâm.</w:t>
      </w:r>
    </w:p>
    <w:p>
      <w:pPr>
        <w:pStyle w:val="Heading3"/>
      </w:pPr>
      <w:r>
        <w:rPr>
          <w:rFonts w:ascii="Calibri" w:hAnsi="Calibri"/>
          <w:b/>
          <w:i w:val="0"/>
          <w:sz w:val="27"/>
        </w:rPr>
        <w:t>Kiểm tra nhiều điều kiện</w:t>
      </w:r>
    </w:p>
    <w:p>
      <w:pPr>
        <w:spacing w:after="80"/>
      </w:pPr>
      <w:r>
        <w:rPr>
          <w:b w:val="0"/>
          <w:i w:val="0"/>
        </w:rPr>
        <w:t xml:space="preserve">Có thể bạn muốn kiểm tra nhiều điều kiện cùng một lúc. Ví dụ, đôi khi bạn cần hai điều kiện đều là </w:t>
      </w:r>
      <w:r>
        <w:rPr>
          <w:rFonts w:ascii="Consolas" w:hAnsi="Consolas"/>
          <w:b w:val="0"/>
          <w:i w:val="0"/>
          <w:sz w:val="20"/>
        </w:rPr>
        <w:t>True</w:t>
      </w:r>
      <w:r>
        <w:rPr>
          <w:b w:val="0"/>
          <w:i w:val="0"/>
        </w:rPr>
        <w:t xml:space="preserve"> mới thực hiện một hành động. Những lúc khác, bạn có thể hài lòng chỉ với một điều kiện là </w:t>
      </w:r>
      <w:r>
        <w:rPr>
          <w:rFonts w:ascii="Consolas" w:hAnsi="Consolas"/>
          <w:b w:val="0"/>
          <w:i w:val="0"/>
          <w:sz w:val="20"/>
        </w:rPr>
        <w:t>True</w:t>
      </w:r>
      <w:r>
        <w:rPr>
          <w:b w:val="0"/>
          <w:i w:val="0"/>
        </w:rPr>
        <w:t xml:space="preserve">. Từ khóa </w:t>
      </w:r>
      <w:r>
        <w:rPr>
          <w:rFonts w:ascii="Consolas" w:hAnsi="Consolas"/>
          <w:b w:val="0"/>
          <w:i w:val="0"/>
          <w:sz w:val="20"/>
        </w:rPr>
        <w:t>and</w:t>
      </w:r>
      <w:r>
        <w:rPr>
          <w:b w:val="0"/>
          <w:i w:val="0"/>
        </w:rPr>
        <w:t xml:space="preserve"> và </w:t>
      </w:r>
      <w:r>
        <w:rPr>
          <w:rFonts w:ascii="Consolas" w:hAnsi="Consolas"/>
          <w:b w:val="0"/>
          <w:i w:val="0"/>
          <w:sz w:val="20"/>
        </w:rPr>
        <w:t>or</w:t>
      </w:r>
      <w:r>
        <w:rPr>
          <w:b w:val="0"/>
          <w:i w:val="0"/>
        </w:rPr>
        <w:t xml:space="preserve"> sẽ giúp bạn trong những tình huống này.</w:t>
      </w:r>
    </w:p>
    <w:p>
      <w:pPr>
        <w:pStyle w:val="Heading4"/>
      </w:pPr>
      <w:r>
        <w:rPr>
          <w:rFonts w:ascii="Calibri" w:hAnsi="Calibri"/>
          <w:b/>
          <w:i w:val="0"/>
          <w:sz w:val="24"/>
        </w:rPr>
        <w:t>Dùng and để kiểm tra nhiều điều kiện</w:t>
      </w:r>
    </w:p>
    <w:p>
      <w:pPr>
        <w:spacing w:after="80"/>
      </w:pPr>
      <w:r>
        <w:rPr>
          <w:b w:val="0"/>
          <w:i w:val="0"/>
        </w:rPr>
        <w:t xml:space="preserve">Để kiểm tra xem hai điều kiện có cùng </w:t>
      </w:r>
      <w:r>
        <w:rPr>
          <w:rFonts w:ascii="Consolas" w:hAnsi="Consolas"/>
          <w:b w:val="0"/>
          <w:i w:val="0"/>
          <w:sz w:val="20"/>
        </w:rPr>
        <w:t>True</w:t>
      </w:r>
      <w:r>
        <w:rPr>
          <w:b w:val="0"/>
          <w:i w:val="0"/>
        </w:rPr>
        <w:t xml:space="preserve"> một lúc hay không, hãy dùng từ khóa </w:t>
      </w:r>
      <w:r>
        <w:rPr>
          <w:rFonts w:ascii="Consolas" w:hAnsi="Consolas"/>
          <w:b w:val="0"/>
          <w:i w:val="0"/>
          <w:sz w:val="20"/>
        </w:rPr>
        <w:t>and</w:t>
      </w:r>
      <w:r>
        <w:rPr>
          <w:b w:val="0"/>
          <w:i w:val="0"/>
        </w:rPr>
        <w:t xml:space="preserve"> để kết hợp hai phép kiểm tra điều kiện; nếu mỗi phép kiểm tra đều thành công, cả biểu thức sẽ cho kết quả </w:t>
      </w:r>
      <w:r>
        <w:rPr>
          <w:rFonts w:ascii="Consolas" w:hAnsi="Consolas"/>
          <w:b w:val="0"/>
          <w:i w:val="0"/>
          <w:sz w:val="20"/>
        </w:rPr>
        <w:t>True</w:t>
      </w:r>
      <w:r>
        <w:rPr>
          <w:b w:val="0"/>
          <w:i w:val="0"/>
        </w:rPr>
        <w:t xml:space="preserve">. Nếu một trong hai phép kiểm tra thất bại hoặc cả hai đều thất bại, biểu thức sẽ cho kết quả </w:t>
      </w:r>
      <w:r>
        <w:rPr>
          <w:rFonts w:ascii="Consolas" w:hAnsi="Consolas"/>
          <w:b w:val="0"/>
          <w:i w:val="0"/>
          <w:sz w:val="20"/>
        </w:rPr>
        <w:t>False</w:t>
      </w:r>
      <w:r>
        <w:rPr>
          <w:b w:val="0"/>
          <w:i w:val="0"/>
        </w:rPr>
        <w:t>.</w:t>
      </w:r>
    </w:p>
    <w:p>
      <w:pPr>
        <w:spacing w:after="80"/>
      </w:pPr>
      <w:r>
        <w:rPr>
          <w:b w:val="0"/>
          <w:i w:val="0"/>
        </w:rPr>
        <w:t>Ví dụ, bạn có thể kiểm tra xem hai người có cùng trên 21 tuổi hay không bằng phép kiểm tra sau:</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age_0 = 22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age_1 = 18</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age_0 &gt;= 21 and age_1 &gt;= 21</w:t>
      </w:r>
    </w:p>
    <w:p>
      <w:pPr>
        <w:spacing w:after="0"/>
        <w:ind w:left="360"/>
        <w:shd w:val="clear" w:color="auto" w:fill="F2F2F2"/>
      </w:pPr>
      <w:r>
        <w:rPr>
          <w:rFonts w:ascii="Consolas" w:hAnsi="Consolas"/>
          <w:b w:val="0"/>
          <w:i w:val="0"/>
          <w:sz w:val="18"/>
        </w:rPr>
        <w:t>False</w:t>
      </w:r>
    </w:p>
    <w:p>
      <w:pPr>
        <w:spacing w:after="0"/>
        <w:ind w:left="360"/>
        <w:shd w:val="clear" w:color="auto" w:fill="F2F2F2"/>
      </w:pPr>
      <w:r>
        <w:rPr>
          <w:rFonts w:ascii="Consolas" w:hAnsi="Consolas"/>
          <w:b w:val="0"/>
          <w:i w:val="0"/>
          <w:sz w:val="18"/>
        </w:rPr>
        <w:t xml:space="preserve">❷ &gt;&gt;&gt; </w:t>
      </w:r>
      <w:r>
        <w:rPr>
          <w:rFonts w:ascii="Consolas" w:hAnsi="Consolas"/>
          <w:b/>
          <w:i w:val="0"/>
          <w:sz w:val="18"/>
        </w:rPr>
        <w:t>age_1 = 22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age_0 &gt;= 21 and age_1 &gt;= 21</w:t>
      </w:r>
    </w:p>
    <w:p>
      <w:pPr>
        <w:spacing w:after="0"/>
        <w:ind w:left="360"/>
        <w:shd w:val="clear" w:color="auto" w:fill="F2F2F2"/>
      </w:pPr>
      <w:r>
        <w:rPr>
          <w:rFonts w:ascii="Consolas" w:hAnsi="Consolas"/>
          <w:b w:val="0"/>
          <w:i w:val="0"/>
          <w:sz w:val="18"/>
        </w:rPr>
        <w:t>True</w:t>
      </w:r>
    </w:p>
    <w:p>
      <w:pPr>
        <w:spacing w:after="40"/>
      </w:pPr>
    </w:p>
    <w:p>
      <w:pPr>
        <w:spacing w:after="80"/>
      </w:pPr>
      <w:r>
        <w:rPr>
          <w:b w:val="0"/>
          <w:i w:val="0"/>
        </w:rPr>
        <w:t xml:space="preserve">Đầu tiên, ta định nghĩa hai độ tuổi, </w:t>
      </w:r>
      <w:r>
        <w:rPr>
          <w:rFonts w:ascii="Consolas" w:hAnsi="Consolas"/>
          <w:b w:val="0"/>
          <w:i w:val="0"/>
          <w:sz w:val="20"/>
        </w:rPr>
        <w:t>age_0</w:t>
      </w:r>
      <w:r>
        <w:rPr>
          <w:b w:val="0"/>
          <w:i w:val="0"/>
        </w:rPr>
        <w:t xml:space="preserve"> và </w:t>
      </w:r>
      <w:r>
        <w:rPr>
          <w:rFonts w:ascii="Consolas" w:hAnsi="Consolas"/>
          <w:b w:val="0"/>
          <w:i w:val="0"/>
          <w:sz w:val="20"/>
        </w:rPr>
        <w:t>age_1</w:t>
      </w:r>
      <w:r>
        <w:rPr>
          <w:b w:val="0"/>
          <w:i w:val="0"/>
        </w:rPr>
        <w:t xml:space="preserve">. Sau đó ta kiểm tra xem cả hai độ tuổi có từ 21 trở lên hay không ❶. Phép kiểm tra bên trái thành công, nhưng phép kiểm tra bên phải thất bại, nên cả biểu thức điều kiện cho kết quả </w:t>
      </w:r>
      <w:r>
        <w:rPr>
          <w:rFonts w:ascii="Consolas" w:hAnsi="Consolas"/>
          <w:b w:val="0"/>
          <w:i w:val="0"/>
          <w:sz w:val="20"/>
        </w:rPr>
        <w:t>False</w:t>
      </w:r>
      <w:r>
        <w:rPr>
          <w:b w:val="0"/>
          <w:i w:val="0"/>
        </w:rPr>
        <w:t xml:space="preserve">. Tiếp theo ta đổi </w:t>
      </w:r>
      <w:r>
        <w:rPr>
          <w:rFonts w:ascii="Consolas" w:hAnsi="Consolas"/>
          <w:b w:val="0"/>
          <w:i w:val="0"/>
          <w:sz w:val="20"/>
        </w:rPr>
        <w:t>age_1</w:t>
      </w:r>
      <w:r>
        <w:rPr>
          <w:b w:val="0"/>
          <w:i w:val="0"/>
        </w:rPr>
        <w:t xml:space="preserve"> thành 22 ❷. Giá trị của </w:t>
      </w:r>
      <w:r>
        <w:rPr>
          <w:rFonts w:ascii="Consolas" w:hAnsi="Consolas"/>
          <w:b w:val="0"/>
          <w:i w:val="0"/>
          <w:sz w:val="20"/>
        </w:rPr>
        <w:t>age_1</w:t>
      </w:r>
      <w:r>
        <w:rPr>
          <w:b w:val="0"/>
          <w:i w:val="0"/>
        </w:rPr>
        <w:t xml:space="preserve"> giờ đã lớn hơn 21, nên cả hai phép kiểm tra riêng lẻ đều thành công, khiến cả biểu thức điều kiện cho kết quả </w:t>
      </w:r>
      <w:r>
        <w:rPr>
          <w:rFonts w:ascii="Consolas" w:hAnsi="Consolas"/>
          <w:b w:val="0"/>
          <w:i w:val="0"/>
          <w:sz w:val="20"/>
        </w:rPr>
        <w:t>True</w:t>
      </w:r>
      <w:r>
        <w:rPr>
          <w:b w:val="0"/>
          <w:i w:val="0"/>
        </w:rPr>
        <w:t>.</w:t>
      </w:r>
    </w:p>
    <w:p>
      <w:pPr>
        <w:spacing w:after="80"/>
      </w:pPr>
      <w:r>
        <w:rPr>
          <w:b w:val="0"/>
          <w:i w:val="0"/>
        </w:rPr>
        <w:t>Để dễ đọc hơn, bạn có thể dùng dấu ngoặc đơn bao quanh từng phép kiểm tra riêng lẻ, nhưng điều này không bắt buộc. Nếu dùng dấu ngoặc đơn, phép kiểm tra của bạn sẽ trông như thế này:</w:t>
      </w:r>
    </w:p>
    <w:p>
      <w:pPr>
        <w:spacing w:after="80"/>
      </w:pPr>
      <w:r>
        <w:rPr>
          <w:b w:val="0"/>
          <w:i w:val="0"/>
        </w:rPr>
        <w:t>(age_0 &gt;= 21) and (age_1 &gt;= 21)</w:t>
      </w:r>
    </w:p>
    <w:p>
      <w:pPr>
        <w:pStyle w:val="Heading4"/>
      </w:pPr>
      <w:r>
        <w:rPr>
          <w:rFonts w:ascii="Calibri" w:hAnsi="Calibri"/>
          <w:b/>
          <w:i w:val="0"/>
          <w:sz w:val="24"/>
        </w:rPr>
        <w:t>Dùng or để kiểm tra nhiều điều kiện</w:t>
      </w:r>
    </w:p>
    <w:p>
      <w:pPr>
        <w:spacing w:after="80"/>
      </w:pPr>
      <w:r>
        <w:rPr>
          <w:b w:val="0"/>
          <w:i w:val="0"/>
        </w:rPr>
        <w:t xml:space="preserve">Từ khóa </w:t>
      </w:r>
      <w:r>
        <w:rPr>
          <w:rFonts w:ascii="Consolas" w:hAnsi="Consolas"/>
          <w:b w:val="0"/>
          <w:i w:val="0"/>
          <w:sz w:val="20"/>
        </w:rPr>
        <w:t>or</w:t>
      </w:r>
      <w:r>
        <w:rPr>
          <w:b w:val="0"/>
          <w:i w:val="0"/>
        </w:rPr>
        <w:t xml:space="preserve"> cũng cho phép bạn kiểm tra nhiều điều kiện, nhưng nó đúng khi một trong hai hoặc cả hai điều kiện riêng lẻ đúng. Một biểu thức </w:t>
      </w:r>
      <w:r>
        <w:rPr>
          <w:rFonts w:ascii="Consolas" w:hAnsi="Consolas"/>
          <w:b w:val="0"/>
          <w:i w:val="0"/>
          <w:sz w:val="20"/>
        </w:rPr>
        <w:t>or</w:t>
      </w:r>
      <w:r>
        <w:rPr>
          <w:b w:val="0"/>
          <w:i w:val="0"/>
        </w:rPr>
        <w:t xml:space="preserve"> chỉ sai khi cả hai điều kiện riêng lẻ đều sai.</w:t>
      </w:r>
    </w:p>
    <w:p>
      <w:pPr>
        <w:spacing w:after="80"/>
      </w:pPr>
      <w:r>
        <w:rPr>
          <w:b w:val="0"/>
          <w:i w:val="0"/>
        </w:rPr>
        <w:t>Hãy xét lại hai độ tuổi, nhưng lần này chúng ta sẽ chỉ tìm xem có một người trên 21 tuổi hay không: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age_0 = 22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age_1 = 18</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age_0 &gt;= 21 or age_1 &gt;= 21</w:t>
      </w:r>
    </w:p>
    <w:p>
      <w:pPr>
        <w:spacing w:after="0"/>
        <w:ind w:left="360"/>
        <w:shd w:val="clear" w:color="auto" w:fill="F2F2F2"/>
      </w:pPr>
      <w:r>
        <w:rPr>
          <w:rFonts w:ascii="Consolas" w:hAnsi="Consolas"/>
          <w:b w:val="0"/>
          <w:i w:val="0"/>
          <w:sz w:val="18"/>
        </w:rPr>
        <w:t>True</w:t>
      </w:r>
    </w:p>
    <w:p>
      <w:pPr>
        <w:spacing w:after="0"/>
        <w:ind w:left="360"/>
        <w:shd w:val="clear" w:color="auto" w:fill="F2F2F2"/>
      </w:pPr>
      <w:r>
        <w:rPr>
          <w:rFonts w:ascii="Consolas" w:hAnsi="Consolas"/>
          <w:b w:val="0"/>
          <w:i w:val="0"/>
          <w:sz w:val="18"/>
        </w:rPr>
        <w:t xml:space="preserve">❷ &gt;&gt;&gt; </w:t>
      </w:r>
      <w:r>
        <w:rPr>
          <w:rFonts w:ascii="Consolas" w:hAnsi="Consolas"/>
          <w:b/>
          <w:i w:val="0"/>
          <w:sz w:val="18"/>
        </w:rPr>
        <w:t>age_0 = 18</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age_0 &gt;= 21 or age_1 &gt;= 21</w:t>
      </w:r>
    </w:p>
    <w:p>
      <w:pPr>
        <w:spacing w:after="0"/>
        <w:ind w:left="360"/>
        <w:shd w:val="clear" w:color="auto" w:fill="F2F2F2"/>
      </w:pPr>
      <w:r>
        <w:rPr>
          <w:rFonts w:ascii="Consolas" w:hAnsi="Consolas"/>
          <w:b w:val="0"/>
          <w:i w:val="0"/>
          <w:sz w:val="18"/>
        </w:rPr>
        <w:t>False</w:t>
      </w:r>
    </w:p>
    <w:p>
      <w:pPr>
        <w:spacing w:after="40"/>
      </w:pPr>
    </w:p>
    <w:p>
      <w:pPr>
        <w:spacing w:after="80"/>
      </w:pPr>
      <w:r>
        <w:rPr>
          <w:b w:val="0"/>
          <w:i w:val="0"/>
        </w:rPr>
        <w:t xml:space="preserve">Chúng ta lại bắt đầu với hai biến độ tuổi. Vì điều kiện kiểm tra </w:t>
      </w:r>
      <w:r>
        <w:rPr>
          <w:rFonts w:ascii="Consolas" w:hAnsi="Consolas"/>
          <w:b w:val="0"/>
          <w:i w:val="0"/>
          <w:sz w:val="20"/>
        </w:rPr>
        <w:t>age_0</w:t>
      </w:r>
      <w:r>
        <w:rPr>
          <w:b w:val="0"/>
          <w:i w:val="0"/>
        </w:rPr>
        <w:t xml:space="preserve"> ❶ đúng, nên toàn bộ biểu thức cho kết quả </w:t>
      </w:r>
      <w:r>
        <w:rPr>
          <w:rFonts w:ascii="Consolas" w:hAnsi="Consolas"/>
          <w:b w:val="0"/>
          <w:i w:val="0"/>
          <w:sz w:val="20"/>
        </w:rPr>
        <w:t>True</w:t>
      </w:r>
      <w:r>
        <w:rPr>
          <w:b w:val="0"/>
          <w:i w:val="0"/>
        </w:rPr>
        <w:t xml:space="preserve">. Sau đó ta giảm </w:t>
      </w:r>
      <w:r>
        <w:rPr>
          <w:rFonts w:ascii="Consolas" w:hAnsi="Consolas"/>
          <w:b w:val="0"/>
          <w:i w:val="0"/>
          <w:sz w:val="20"/>
        </w:rPr>
        <w:t>age_0</w:t>
      </w:r>
      <w:r>
        <w:rPr>
          <w:b w:val="0"/>
          <w:i w:val="0"/>
        </w:rPr>
        <w:t xml:space="preserve"> xuống 18. Ở lần kiểm tra cuối cùng ❷, cả hai điều kiện đều sai và toàn bộ biểu thức cho kết quả </w:t>
      </w:r>
      <w:r>
        <w:rPr>
          <w:rFonts w:ascii="Consolas" w:hAnsi="Consolas"/>
          <w:b w:val="0"/>
          <w:i w:val="0"/>
          <w:sz w:val="20"/>
        </w:rPr>
        <w:t>False</w:t>
      </w:r>
      <w:r>
        <w:rPr>
          <w:b w:val="0"/>
          <w:i w:val="0"/>
        </w:rPr>
        <w:t>.</w:t>
      </w:r>
    </w:p>
    <w:p>
      <w:pPr>
        <w:pStyle w:val="Heading3"/>
      </w:pPr>
      <w:r>
        <w:rPr>
          <w:rFonts w:ascii="Calibri" w:hAnsi="Calibri"/>
          <w:b/>
          <w:i w:val="0"/>
          <w:sz w:val="27"/>
        </w:rPr>
        <w:t>Kiểm tra xem một giá trị có nằm trong danh sách hay không</w:t>
      </w:r>
    </w:p>
    <w:p>
      <w:pPr>
        <w:spacing w:after="80"/>
      </w:pPr>
      <w:r>
        <w:rPr>
          <w:b w:val="0"/>
          <w:i w:val="0"/>
        </w:rPr>
        <w:t>Đôi khi việc kiểm tra xem một danh sách có chứa một giá trị nào đó hay không là rất quan trọng trước khi thực hiện một hành động. Ví dụ, bạn có thể muốn kiểm tra xem một tên người dùng mới đã tồn tại trong danh sách các tên người dùng hiện có hay chưa trước khi hoàn tất việc đăng ký của ai đó trên một trang web. Trong một dự án bản đồ, bạn có thể muốn kiểm tra xem một địa điểm được gửi lên đã tồn tại trong danh sách các địa điểm đã biết hay chưa.</w:t>
      </w:r>
    </w:p>
    <w:p>
      <w:pPr>
        <w:spacing w:after="80"/>
      </w:pPr>
      <w:r>
        <w:rPr>
          <w:b w:val="0"/>
          <w:i w:val="0"/>
        </w:rPr>
        <w:t xml:space="preserve">Để tìm hiểu xem một giá trị cụ thể đã có trong danh sách hay chưa, hãy dùng từ khóa </w:t>
      </w:r>
      <w:r>
        <w:rPr>
          <w:rFonts w:ascii="Consolas" w:hAnsi="Consolas"/>
          <w:b w:val="0"/>
          <w:i w:val="0"/>
          <w:sz w:val="20"/>
        </w:rPr>
        <w:t>in</w:t>
      </w:r>
      <w:r>
        <w:rPr>
          <w:b w:val="0"/>
          <w:i w:val="0"/>
        </w:rPr>
        <w:t>. Hãy xét một đoạn mã mà bạn có thể viết cho một tiệm pizza. Chúng ta sẽ tạo một danh sách các loại topping mà khách hàng yêu cầu cho một chiếc pizza, rồi kiểm tra xem một số topping nhất định có nằm trong danh sách hay không.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requested_toppings = ['mushrooms', 'onions', 'pineapple']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'mushrooms' in requested_toppings</w:t>
      </w:r>
    </w:p>
    <w:p>
      <w:pPr>
        <w:spacing w:after="0"/>
        <w:ind w:left="360"/>
        <w:shd w:val="clear" w:color="auto" w:fill="F2F2F2"/>
      </w:pPr>
      <w:r>
        <w:rPr>
          <w:rFonts w:ascii="Consolas" w:hAnsi="Consolas"/>
          <w:b w:val="0"/>
          <w:i w:val="0"/>
          <w:sz w:val="18"/>
        </w:rPr>
        <w:t>True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'pepperoni' in requested_toppings</w:t>
      </w:r>
    </w:p>
    <w:p>
      <w:pPr>
        <w:spacing w:after="0"/>
        <w:ind w:left="360"/>
        <w:shd w:val="clear" w:color="auto" w:fill="F2F2F2"/>
      </w:pPr>
      <w:r>
        <w:rPr>
          <w:rFonts w:ascii="Consolas" w:hAnsi="Consolas"/>
          <w:b w:val="0"/>
          <w:i w:val="0"/>
          <w:sz w:val="18"/>
        </w:rPr>
        <w:t>False</w:t>
      </w:r>
    </w:p>
    <w:p>
      <w:pPr>
        <w:spacing w:after="40"/>
      </w:pPr>
    </w:p>
    <w:p>
      <w:pPr>
        <w:spacing w:after="80"/>
      </w:pPr>
      <w:r>
        <w:rPr>
          <w:b w:val="0"/>
          <w:i w:val="0"/>
        </w:rPr>
        <w:t xml:space="preserve">Từ khóa </w:t>
      </w:r>
      <w:r>
        <w:rPr>
          <w:rFonts w:ascii="Consolas" w:hAnsi="Consolas"/>
          <w:b w:val="0"/>
          <w:i w:val="0"/>
          <w:sz w:val="20"/>
        </w:rPr>
        <w:t>in</w:t>
      </w:r>
      <w:r>
        <w:rPr>
          <w:b w:val="0"/>
          <w:i w:val="0"/>
        </w:rPr>
        <w:t xml:space="preserve"> bảo Python kiểm tra sự tồn tại của </w:t>
      </w:r>
      <w:r>
        <w:rPr>
          <w:rFonts w:ascii="Consolas" w:hAnsi="Consolas"/>
          <w:b w:val="0"/>
          <w:i w:val="0"/>
          <w:sz w:val="20"/>
        </w:rPr>
        <w:t>'mushrooms'</w:t>
      </w:r>
      <w:r>
        <w:rPr>
          <w:b w:val="0"/>
          <w:i w:val="0"/>
        </w:rPr>
        <w:t xml:space="preserve"> và </w:t>
      </w:r>
      <w:r>
        <w:rPr>
          <w:rFonts w:ascii="Consolas" w:hAnsi="Consolas"/>
          <w:b w:val="0"/>
          <w:i w:val="0"/>
          <w:sz w:val="20"/>
        </w:rPr>
        <w:t>'pepperoni'</w:t>
      </w:r>
      <w:r>
        <w:rPr>
          <w:b w:val="0"/>
          <w:i w:val="0"/>
        </w:rPr>
        <w:t xml:space="preserve"> trong danh sách </w:t>
      </w:r>
      <w:r>
        <w:rPr>
          <w:rFonts w:ascii="Consolas" w:hAnsi="Consolas"/>
          <w:b w:val="0"/>
          <w:i w:val="0"/>
          <w:sz w:val="20"/>
        </w:rPr>
        <w:t>requested_toppings</w:t>
      </w:r>
      <w:r>
        <w:rPr>
          <w:b w:val="0"/>
          <w:i w:val="0"/>
        </w:rPr>
        <w:t>. Kỹ thuật này khá mạnh mẽ vì bạn có thể tạo một danh sách các giá trị thiết yếu, rồi dễ dàng kiểm tra xem giá trị bạn đang xét có khớp với một trong các giá trị trong danh sách hay không.</w:t>
      </w:r>
    </w:p>
    <w:p>
      <w:pPr>
        <w:pStyle w:val="Heading3"/>
      </w:pPr>
      <w:r>
        <w:rPr>
          <w:rFonts w:ascii="Calibri" w:hAnsi="Calibri"/>
          <w:b/>
          <w:i w:val="0"/>
          <w:sz w:val="27"/>
        </w:rPr>
        <w:t>Kiểm tra xem một giá trị có không nằm trong danh sách hay không</w:t>
      </w:r>
    </w:p>
    <w:p>
      <w:pPr>
        <w:spacing w:after="80"/>
      </w:pPr>
      <w:r>
        <w:rPr>
          <w:b w:val="0"/>
          <w:i w:val="0"/>
        </w:rPr>
        <w:t xml:space="preserve">Những lúc khác, việc biết một giá trị có không xuất hiện trong danh sách lại rất quan trọng. Bạn có thể dùng từ khóa </w:t>
      </w:r>
      <w:r>
        <w:rPr>
          <w:rFonts w:ascii="Consolas" w:hAnsi="Consolas"/>
          <w:b w:val="0"/>
          <w:i w:val="0"/>
          <w:sz w:val="20"/>
        </w:rPr>
        <w:t>not</w:t>
      </w:r>
      <w:r>
        <w:rPr>
          <w:b w:val="0"/>
          <w:i w:val="0"/>
        </w:rPr>
        <w:t xml:space="preserve"> trong tình huống này. Ví dụ, hãy xét một danh sách những người dùng bị cấm bình luận trong một diễn đàn. Bạn có thể kiểm tra xem một người dùng đã bị cấm hay chưa trước khi cho phép người đó gửi bình luận:</w:t>
      </w:r>
    </w:p>
    <w:p>
      <w:pPr>
        <w:spacing w:after="80"/>
      </w:pPr>
      <w:r>
        <w:rPr>
          <w:b w:val="0"/>
          <w:i w:val="0"/>
        </w:rPr>
        <w:t>banned_users.py</w:t>
      </w:r>
    </w:p>
    <w:p>
      <w:pPr>
        <w:spacing w:after="80"/>
      </w:pPr>
      <w:r>
        <w:rPr>
          <w:b w:val="0"/>
          <w:i w:val="0"/>
        </w:rPr>
        <w:t>banned_users = ['andrew', 'carolina', 'david']</w:t>
      </w:r>
      <w:r>
        <w:br/>
      </w:r>
      <w:r>
        <w:rPr>
          <w:b w:val="0"/>
          <w:i w:val="0"/>
        </w:rPr>
        <w:t>user = 'marie'</w:t>
      </w:r>
      <w:r>
        <w:br/>
      </w:r>
      <w:r>
        <w:br/>
      </w:r>
      <w:r>
        <w:rPr>
          <w:b w:val="0"/>
          <w:i w:val="0"/>
        </w:rPr>
        <w:t>if user not in banned_users:</w:t>
      </w:r>
      <w:r>
        <w:br/>
      </w:r>
      <w:r>
        <w:rPr>
          <w:b w:val="0"/>
          <w:i w:val="0"/>
        </w:rPr>
        <w:t xml:space="preserve">    print(f"{user.title()}, you can post a response if you wish.")</w:t>
      </w:r>
    </w:p>
    <w:p>
      <w:pPr>
        <w:spacing w:after="80"/>
      </w:pPr>
      <w:r>
        <w:rPr>
          <w:b w:val="0"/>
          <w:i w:val="0"/>
        </w:rPr>
        <w:t xml:space="preserve">Câu lệnh </w:t>
      </w:r>
      <w:r>
        <w:rPr>
          <w:rFonts w:ascii="Consolas" w:hAnsi="Consolas"/>
          <w:b w:val="0"/>
          <w:i w:val="0"/>
          <w:sz w:val="20"/>
        </w:rPr>
        <w:t>if</w:t>
      </w:r>
      <w:r>
        <w:rPr>
          <w:b w:val="0"/>
          <w:i w:val="0"/>
        </w:rPr>
        <w:t xml:space="preserve"> ở đây đọc khá rõ ràng. Nếu giá trị của </w:t>
      </w:r>
      <w:r>
        <w:rPr>
          <w:rFonts w:ascii="Consolas" w:hAnsi="Consolas"/>
          <w:b w:val="0"/>
          <w:i w:val="0"/>
          <w:sz w:val="20"/>
        </w:rPr>
        <w:t>user</w:t>
      </w:r>
      <w:r>
        <w:rPr>
          <w:b w:val="0"/>
          <w:i w:val="0"/>
        </w:rPr>
        <w:t xml:space="preserve"> không nằm trong danh sách </w:t>
      </w:r>
      <w:r>
        <w:rPr>
          <w:rFonts w:ascii="Consolas" w:hAnsi="Consolas"/>
          <w:b w:val="0"/>
          <w:i w:val="0"/>
          <w:sz w:val="20"/>
        </w:rPr>
        <w:t>banned_users</w:t>
      </w:r>
      <w:r>
        <w:rPr>
          <w:b w:val="0"/>
          <w:i w:val="0"/>
        </w:rPr>
        <w:t xml:space="preserve">, Python trả về </w:t>
      </w:r>
      <w:r>
        <w:rPr>
          <w:rFonts w:ascii="Consolas" w:hAnsi="Consolas"/>
          <w:b w:val="0"/>
          <w:i w:val="0"/>
          <w:sz w:val="20"/>
        </w:rPr>
        <w:t>True</w:t>
      </w:r>
      <w:r>
        <w:rPr>
          <w:b w:val="0"/>
          <w:i w:val="0"/>
        </w:rPr>
        <w:t xml:space="preserve"> và thực thi dòng được thụt lề.</w:t>
      </w:r>
    </w:p>
    <w:p>
      <w:pPr>
        <w:spacing w:after="80"/>
      </w:pPr>
      <w:r>
        <w:rPr>
          <w:b w:val="0"/>
          <w:i w:val="0"/>
        </w:rPr>
        <w:t xml:space="preserve">Người dùng </w:t>
      </w:r>
      <w:r>
        <w:rPr>
          <w:rFonts w:ascii="Consolas" w:hAnsi="Consolas"/>
          <w:b w:val="0"/>
          <w:i w:val="0"/>
          <w:sz w:val="20"/>
        </w:rPr>
        <w:t>'marie'</w:t>
      </w:r>
      <w:r>
        <w:rPr>
          <w:b w:val="0"/>
          <w:i w:val="0"/>
        </w:rPr>
        <w:t xml:space="preserve"> không nằm trong danh sách </w:t>
      </w:r>
      <w:r>
        <w:rPr>
          <w:rFonts w:ascii="Consolas" w:hAnsi="Consolas"/>
          <w:b w:val="0"/>
          <w:i w:val="0"/>
          <w:sz w:val="20"/>
        </w:rPr>
        <w:t>banned_users</w:t>
      </w:r>
      <w:r>
        <w:rPr>
          <w:b w:val="0"/>
          <w:i w:val="0"/>
        </w:rPr>
        <w:t>, nên cô ấy thấy một thông báo mời cô ấy gửi bình luận:</w:t>
      </w:r>
    </w:p>
    <w:p>
      <w:pPr>
        <w:spacing w:after="80"/>
      </w:pPr>
      <w:r>
        <w:rPr>
          <w:b w:val="0"/>
          <w:i w:val="0"/>
        </w:rPr>
        <w:t>Marie, bạn có thể đăng phản hồi nếu muốn.</w:t>
      </w:r>
    </w:p>
    <w:p>
      <w:pPr>
        <w:pStyle w:val="Heading3"/>
      </w:pPr>
      <w:r>
        <w:rPr>
          <w:rFonts w:ascii="Calibri" w:hAnsi="Calibri"/>
          <w:b/>
          <w:i w:val="0"/>
          <w:sz w:val="27"/>
        </w:rPr>
        <w:t>Biểu thức Boolean</w:t>
      </w:r>
    </w:p>
    <w:p>
      <w:pPr>
        <w:spacing w:after="80"/>
      </w:pPr>
      <w:r>
        <w:rPr>
          <w:b w:val="0"/>
          <w:i w:val="0"/>
        </w:rPr>
        <w:t xml:space="preserve">Khi bạn học thêm về lập trình, một lúc nào đó bạn sẽ nghe đến thuật ngữ </w:t>
      </w:r>
      <w:r>
        <w:rPr>
          <w:b w:val="0"/>
          <w:i/>
        </w:rPr>
        <w:t>biểu thức Boolean</w:t>
      </w:r>
      <w:r>
        <w:rPr>
          <w:b w:val="0"/>
          <w:i w:val="0"/>
        </w:rPr>
        <w:t xml:space="preserve"> (Boolean expression). Biểu thức Boolean chỉ là một tên gọi khác của phép kiểm tra điều kiện. Một </w:t>
      </w:r>
      <w:r>
        <w:rPr>
          <w:b w:val="0"/>
          <w:i/>
        </w:rPr>
        <w:t>giá trị Boolean</w:t>
      </w:r>
      <w:r>
        <w:rPr>
          <w:b w:val="0"/>
          <w:i w:val="0"/>
        </w:rPr>
        <w:t xml:space="preserve"> (Boolean value) hoặc là </w:t>
      </w:r>
      <w:r>
        <w:rPr>
          <w:rFonts w:ascii="Consolas" w:hAnsi="Consolas"/>
          <w:b w:val="0"/>
          <w:i w:val="0"/>
          <w:sz w:val="20"/>
        </w:rPr>
        <w:t>True</w:t>
      </w:r>
      <w:r>
        <w:rPr>
          <w:b w:val="0"/>
          <w:i w:val="0"/>
        </w:rPr>
        <w:t xml:space="preserve"> hoặc là </w:t>
      </w:r>
      <w:r>
        <w:rPr>
          <w:rFonts w:ascii="Consolas" w:hAnsi="Consolas"/>
          <w:b w:val="0"/>
          <w:i w:val="0"/>
          <w:sz w:val="20"/>
        </w:rPr>
        <w:t>False</w:t>
      </w:r>
      <w:r>
        <w:rPr>
          <w:b w:val="0"/>
          <w:i w:val="0"/>
        </w:rPr>
        <w:t>, giống hệt như giá trị của một biểu thức điều kiện sau khi nó được đánh giá.</w:t>
      </w:r>
    </w:p>
    <w:p>
      <w:pPr>
        <w:spacing w:after="80"/>
      </w:pPr>
      <w:r>
        <w:rPr>
          <w:b w:val="0"/>
          <w:i w:val="0"/>
        </w:rPr>
        <w:t>Giá trị Boolean thường được dùng để theo dõi một số điều kiện nhất định, chẳng hạn như trò chơi có đang chạy hay không, hoặc người dùng có thể chỉnh sửa nội dung nào đó trên trang web hay không:</w:t>
      </w:r>
    </w:p>
    <w:p>
      <w:pPr>
        <w:spacing w:after="80"/>
      </w:pPr>
      <w:r>
        <w:rPr>
          <w:b w:val="0"/>
          <w:i w:val="0"/>
        </w:rPr>
        <w:t>game_active = True</w:t>
      </w:r>
      <w:r>
        <w:br/>
      </w:r>
      <w:r>
        <w:rPr>
          <w:b w:val="0"/>
          <w:i w:val="0"/>
        </w:rPr>
        <w:t>can_edit = False</w:t>
      </w:r>
    </w:p>
    <w:p>
      <w:pPr>
        <w:spacing w:after="80"/>
      </w:pPr>
      <w:r>
        <w:rPr>
          <w:b w:val="0"/>
          <w:i w:val="0"/>
        </w:rPr>
        <w:t>Giá trị Boolean cung cấp một cách hiệu quả để theo dõi trạng thái của một chương trình hoặc một điều kiện cụ thể quan trọng trong chương trình của bạn.</w:t>
      </w:r>
    </w:p>
    <w:p>
      <w:pPr>
        <w:spacing w:before="120" w:after="40"/>
      </w:pPr>
      <w:r>
        <w:rPr>
          <w:b/>
          <w:sz w:val="21"/>
        </w:rPr>
        <w:t>Tự thực hành</w:t>
      </w:r>
    </w:p>
    <w:p>
      <w:pPr>
        <w:spacing w:after="80"/>
      </w:pPr>
      <w:r>
        <w:rPr>
          <w:b/>
          <w:i w:val="0"/>
        </w:rPr>
        <w:t>5-1. Kiểm tra điều kiện:</w:t>
      </w:r>
      <w:r>
        <w:rPr>
          <w:b w:val="0"/>
          <w:i w:val="0"/>
        </w:rPr>
        <w:t xml:space="preserve"> Viết một loạt phép kiểm tra điều kiện. In ra một câu mô tả từng phép kiểm tra và dự đoán của bạn về kết quả của mỗi phép kiểm tra. Mã của bạn nên trông giống như thế này:</w:t>
      </w:r>
    </w:p>
    <w:p>
      <w:pPr>
        <w:spacing w:after="80"/>
      </w:pPr>
      <w:r>
        <w:rPr>
          <w:b w:val="0"/>
          <w:i w:val="0"/>
        </w:rPr>
        <w:t>car = 'subaru'</w:t>
      </w:r>
      <w:r>
        <w:br/>
      </w:r>
      <w:r>
        <w:rPr>
          <w:b w:val="0"/>
          <w:i w:val="0"/>
        </w:rPr>
        <w:t>print("Is car == 'subaru'? I predict True.")</w:t>
      </w:r>
      <w:r>
        <w:br/>
      </w:r>
      <w:r>
        <w:rPr>
          <w:b w:val="0"/>
          <w:i w:val="0"/>
        </w:rPr>
        <w:t>print(car == 'subaru')</w:t>
      </w:r>
      <w:r>
        <w:br/>
      </w:r>
      <w:r>
        <w:br/>
      </w:r>
      <w:r>
        <w:rPr>
          <w:b w:val="0"/>
          <w:i w:val="0"/>
        </w:rPr>
        <w:t>print("\nIs car == 'audi'? I predict False.")</w:t>
      </w:r>
      <w:r>
        <w:br/>
      </w:r>
      <w:r>
        <w:rPr>
          <w:b w:val="0"/>
          <w:i w:val="0"/>
        </w:rPr>
        <w:t>print(car == 'audi')</w:t>
      </w:r>
    </w:p>
    <w:p>
      <w:pPr>
        <w:spacing w:after="80"/>
        <w:ind w:left="360"/>
      </w:pPr>
      <w:r>
        <w:t xml:space="preserve">• </w:t>
      </w:r>
      <w:r>
        <w:rPr>
          <w:b w:val="0"/>
          <w:i w:val="0"/>
        </w:rPr>
        <w:t xml:space="preserve">Hãy nhìn kỹ vào kết quả của bạn, và đảm bảo rằng bạn hiểu tại sao mỗi dòng đánh giá thành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w:t>
      </w:r>
    </w:p>
    <w:p>
      <w:pPr>
        <w:spacing w:after="80"/>
        <w:ind w:left="360"/>
      </w:pPr>
      <w:r>
        <w:t xml:space="preserve">• </w:t>
      </w:r>
      <w:r>
        <w:rPr>
          <w:b w:val="0"/>
          <w:i w:val="0"/>
        </w:rPr>
        <w:t xml:space="preserve">Tạo ít nhất 10 phép kiểm tra. Có ít nhất 5 phép kiểm tra đánh giá thành </w:t>
      </w:r>
      <w:r>
        <w:rPr>
          <w:rFonts w:ascii="Consolas" w:hAnsi="Consolas"/>
          <w:b w:val="0"/>
          <w:i w:val="0"/>
          <w:sz w:val="20"/>
        </w:rPr>
        <w:t>True</w:t>
      </w:r>
      <w:r>
        <w:rPr>
          <w:b w:val="0"/>
          <w:i w:val="0"/>
        </w:rPr>
        <w:t xml:space="preserve"> và 5 phép kiểm tra khác đánh giá thành </w:t>
      </w:r>
      <w:r>
        <w:rPr>
          <w:rFonts w:ascii="Consolas" w:hAnsi="Consolas"/>
          <w:b w:val="0"/>
          <w:i w:val="0"/>
          <w:sz w:val="20"/>
        </w:rPr>
        <w:t>False</w:t>
      </w:r>
      <w:r>
        <w:rPr>
          <w:b w:val="0"/>
          <w:i w:val="0"/>
        </w:rPr>
        <w:t>.</w:t>
      </w:r>
    </w:p>
    <w:p>
      <w:pPr>
        <w:spacing w:after="80"/>
      </w:pPr>
      <w:r>
        <w:rPr>
          <w:b/>
          <w:i w:val="0"/>
        </w:rPr>
        <w:t>5-2. Nhiều phép kiểm tra điều kiện hơn:</w:t>
      </w:r>
      <w:r>
        <w:rPr>
          <w:b w:val="0"/>
          <w:i w:val="0"/>
        </w:rPr>
        <w:t xml:space="preserve"> Bạn không cần giới hạn số lượng phép kiểm tra mình tạo ra ở mức 10. Nếu bạn muốn thử nhiều phép so sánh hơn, hãy viết thêm các phép kiểm tra và thêm chúng vào </w:t>
      </w:r>
      <w:r>
        <w:rPr>
          <w:b w:val="0"/>
          <w:i/>
        </w:rPr>
        <w:t>conditional_tests.py</w:t>
      </w:r>
      <w:r>
        <w:rPr>
          <w:b w:val="0"/>
          <w:i w:val="0"/>
        </w:rPr>
        <w:t xml:space="preserve">. Có ít nhất một kết quả </w:t>
      </w:r>
      <w:r>
        <w:rPr>
          <w:rFonts w:ascii="Consolas" w:hAnsi="Consolas"/>
          <w:b w:val="0"/>
          <w:i w:val="0"/>
          <w:sz w:val="20"/>
        </w:rPr>
        <w:t>True</w:t>
      </w:r>
      <w:r>
        <w:rPr>
          <w:b w:val="0"/>
          <w:i w:val="0"/>
        </w:rPr>
        <w:t xml:space="preserve"> và một kết quả </w:t>
      </w:r>
      <w:r>
        <w:rPr>
          <w:rFonts w:ascii="Consolas" w:hAnsi="Consolas"/>
          <w:b w:val="0"/>
          <w:i w:val="0"/>
          <w:sz w:val="20"/>
        </w:rPr>
        <w:t>False</w:t>
      </w:r>
      <w:r>
        <w:rPr>
          <w:b w:val="0"/>
          <w:i w:val="0"/>
        </w:rPr>
        <w:t xml:space="preserve"> cho mỗi mục sau đây:</w:t>
      </w:r>
    </w:p>
    <w:p>
      <w:pPr>
        <w:spacing w:after="80"/>
        <w:ind w:left="360"/>
      </w:pPr>
      <w:r>
        <w:t xml:space="preserve">• </w:t>
      </w:r>
      <w:r>
        <w:rPr>
          <w:b w:val="0"/>
          <w:i w:val="0"/>
        </w:rPr>
        <w:t>Các phép kiểm tra bằng và không bằng với chuỗi</w:t>
      </w:r>
    </w:p>
    <w:p>
      <w:pPr>
        <w:spacing w:after="80"/>
        <w:ind w:left="360"/>
      </w:pPr>
      <w:r>
        <w:t xml:space="preserve">• </w:t>
      </w:r>
      <w:r>
        <w:rPr>
          <w:b w:val="0"/>
          <w:i w:val="0"/>
        </w:rPr>
        <w:t xml:space="preserve">Các phép kiểm tra sử dụng phương thức </w:t>
      </w:r>
      <w:r>
        <w:rPr>
          <w:rFonts w:ascii="Consolas" w:hAnsi="Consolas"/>
          <w:b w:val="0"/>
          <w:i w:val="0"/>
          <w:sz w:val="20"/>
        </w:rPr>
        <w:t>lower()</w:t>
      </w:r>
    </w:p>
    <w:p>
      <w:pPr>
        <w:spacing w:after="80"/>
        <w:ind w:left="360"/>
      </w:pPr>
      <w:r>
        <w:t xml:space="preserve">• </w:t>
      </w:r>
      <w:r>
        <w:rPr>
          <w:b w:val="0"/>
          <w:i w:val="0"/>
        </w:rPr>
        <w:t>Các phép kiểm tra số học bao gồm bằng và không bằng, lớn hơn và nhỏ hơn, lớn hơn hoặc bằng, và nhỏ hơn hoặc bằng</w:t>
      </w:r>
    </w:p>
    <w:p>
      <w:pPr>
        <w:spacing w:after="80"/>
        <w:ind w:left="360"/>
      </w:pPr>
      <w:r>
        <w:t xml:space="preserve">• </w:t>
      </w:r>
      <w:r>
        <w:rPr>
          <w:b w:val="0"/>
          <w:i w:val="0"/>
        </w:rPr>
        <w:t xml:space="preserve">Các phép kiểm tra dùng từ khóa </w:t>
      </w:r>
      <w:r>
        <w:rPr>
          <w:rFonts w:ascii="Consolas" w:hAnsi="Consolas"/>
          <w:b w:val="0"/>
          <w:i w:val="0"/>
          <w:sz w:val="20"/>
        </w:rPr>
        <w:t>and</w:t>
      </w:r>
      <w:r>
        <w:rPr>
          <w:b w:val="0"/>
          <w:i w:val="0"/>
        </w:rPr>
        <w:t xml:space="preserve"> và từ khóa </w:t>
      </w:r>
      <w:r>
        <w:rPr>
          <w:rFonts w:ascii="Consolas" w:hAnsi="Consolas"/>
          <w:b w:val="0"/>
          <w:i w:val="0"/>
          <w:sz w:val="20"/>
        </w:rPr>
        <w:t>or</w:t>
      </w:r>
    </w:p>
    <w:p>
      <w:pPr>
        <w:spacing w:after="80"/>
        <w:ind w:left="360"/>
      </w:pPr>
      <w:r>
        <w:t xml:space="preserve">• </w:t>
      </w:r>
      <w:r>
        <w:rPr>
          <w:b w:val="0"/>
          <w:i w:val="0"/>
        </w:rPr>
        <w:t>Kiểm tra xem một phần tử có nằm trong danh sách hay không</w:t>
      </w:r>
    </w:p>
    <w:p>
      <w:pPr>
        <w:spacing w:after="80"/>
        <w:ind w:left="360"/>
      </w:pPr>
      <w:r>
        <w:t xml:space="preserve">• </w:t>
      </w:r>
      <w:r>
        <w:rPr>
          <w:b w:val="0"/>
          <w:i w:val="0"/>
        </w:rPr>
        <w:t>Kiểm tra xem một phần tử có không nằm trong danh sách hay không</w:t>
      </w:r>
    </w:p>
    <w:p>
      <w:pPr>
        <w:pStyle w:val="Heading2"/>
      </w:pPr>
      <w:r>
        <w:rPr>
          <w:rFonts w:ascii="Calibri" w:hAnsi="Calibri"/>
          <w:b/>
          <w:i w:val="0"/>
          <w:sz w:val="32"/>
        </w:rPr>
        <w:t>Câu lệnh if</w:t>
      </w:r>
    </w:p>
    <w:p>
      <w:pPr>
        <w:spacing w:after="80"/>
      </w:pPr>
      <w:r>
        <w:rPr>
          <w:b w:val="0"/>
          <w:i w:val="0"/>
        </w:rPr>
        <w:t xml:space="preserve">Khi đã hiểu về các phép kiểm tra điều kiện, bạn có thể bắt đầu viết câu lệnh </w:t>
      </w:r>
      <w:r>
        <w:rPr>
          <w:rFonts w:ascii="Consolas" w:hAnsi="Consolas"/>
          <w:b w:val="0"/>
          <w:i w:val="0"/>
          <w:sz w:val="20"/>
        </w:rPr>
        <w:t>if</w:t>
      </w:r>
      <w:r>
        <w:rPr>
          <w:b w:val="0"/>
          <w:i w:val="0"/>
        </w:rPr>
        <w:t xml:space="preserve">. Có nhiều loại câu lệnh </w:t>
      </w:r>
      <w:r>
        <w:rPr>
          <w:rFonts w:ascii="Consolas" w:hAnsi="Consolas"/>
          <w:b w:val="0"/>
          <w:i w:val="0"/>
          <w:sz w:val="20"/>
        </w:rPr>
        <w:t>if</w:t>
      </w:r>
      <w:r>
        <w:rPr>
          <w:b w:val="0"/>
          <w:i w:val="0"/>
        </w:rPr>
        <w:t xml:space="preserve"> khác nhau, và việc bạn chọn dùng loại nào phụ thuộc vào số lượng điều kiện bạn cần kiểm tra. Bạn đã thấy vài ví dụ về câu lệnh </w:t>
      </w:r>
      <w:r>
        <w:rPr>
          <w:rFonts w:ascii="Consolas" w:hAnsi="Consolas"/>
          <w:b w:val="0"/>
          <w:i w:val="0"/>
          <w:sz w:val="20"/>
        </w:rPr>
        <w:t>if</w:t>
      </w:r>
      <w:r>
        <w:rPr>
          <w:b w:val="0"/>
          <w:i w:val="0"/>
        </w:rPr>
        <w:t xml:space="preserve"> trong phần thảo luận về các phép kiểm tra điều kiện, nhưng giờ hãy đào sâu hơn vào chủ đề này nhé.</w:t>
      </w:r>
    </w:p>
    <w:p>
      <w:pPr>
        <w:pStyle w:val="Heading3"/>
      </w:pPr>
      <w:r>
        <w:rPr>
          <w:rFonts w:ascii="Calibri" w:hAnsi="Calibri"/>
          <w:b/>
          <w:i w:val="0"/>
          <w:sz w:val="27"/>
        </w:rPr>
        <w:t>Câu lệnh if đơn giản</w:t>
      </w:r>
    </w:p>
    <w:p>
      <w:pPr>
        <w:spacing w:after="80"/>
      </w:pPr>
      <w:r>
        <w:rPr>
          <w:b w:val="0"/>
          <w:i w:val="0"/>
        </w:rPr>
        <w:t xml:space="preserve">Loại câu lệnh </w:t>
      </w:r>
      <w:r>
        <w:rPr>
          <w:rFonts w:ascii="Consolas" w:hAnsi="Consolas"/>
          <w:b w:val="0"/>
          <w:i w:val="0"/>
          <w:sz w:val="20"/>
        </w:rPr>
        <w:t>if</w:t>
      </w:r>
      <w:r>
        <w:rPr>
          <w:b w:val="0"/>
          <w:i w:val="0"/>
        </w:rPr>
        <w:t xml:space="preserve"> đơn giản nhất chỉ có một phép kiểm tra và một hành động:</w:t>
      </w:r>
    </w:p>
    <w:p>
      <w:pPr>
        <w:spacing w:after="0"/>
        <w:ind w:left="360"/>
        <w:shd w:val="clear" w:color="auto" w:fill="F2F2F2"/>
      </w:pPr>
      <w:r>
        <w:rPr>
          <w:rFonts w:ascii="Consolas" w:hAnsi="Consolas"/>
          <w:b w:val="0"/>
          <w:i w:val="0"/>
          <w:sz w:val="18"/>
        </w:rPr>
        <w:t xml:space="preserve">if </w:t>
      </w:r>
      <w:r>
        <w:rPr>
          <w:rFonts w:ascii="Consolas" w:hAnsi="Consolas"/>
          <w:b w:val="0"/>
          <w:i/>
          <w:sz w:val="18"/>
        </w:rPr>
        <w:t>conditional_test</w:t>
      </w:r>
      <w:r>
        <w:rPr>
          <w:rFonts w:ascii="Consolas" w:hAnsi="Consolas"/>
          <w:b w:val="0"/>
          <w:i w:val="0"/>
          <w:sz w:val="18"/>
        </w:rPr>
        <w:t>:</w:t>
      </w:r>
    </w:p>
    <w:p>
      <w:pPr>
        <w:spacing w:after="0"/>
        <w:ind w:left="360"/>
        <w:shd w:val="clear" w:color="auto" w:fill="F2F2F2"/>
      </w:pPr>
      <w:r>
        <w:rPr>
          <w:rFonts w:ascii="Consolas" w:hAnsi="Consolas"/>
          <w:b w:val="0"/>
          <w:i w:val="0"/>
          <w:sz w:val="18"/>
        </w:rPr>
        <w:t xml:space="preserve">    </w:t>
      </w:r>
      <w:r>
        <w:rPr>
          <w:rFonts w:ascii="Consolas" w:hAnsi="Consolas"/>
          <w:b w:val="0"/>
          <w:i/>
          <w:sz w:val="18"/>
        </w:rPr>
        <w:t>do something</w:t>
      </w:r>
    </w:p>
    <w:p>
      <w:pPr>
        <w:spacing w:after="40"/>
      </w:pPr>
    </w:p>
    <w:p>
      <w:pPr>
        <w:spacing w:after="80"/>
      </w:pPr>
      <w:r>
        <w:rPr>
          <w:b w:val="0"/>
          <w:i w:val="0"/>
        </w:rPr>
        <w:t xml:space="preserve">Bạn có thể đặt bất kỳ phép kiểm tra điều kiện nào ở dòng đầu tiên và gần như bất kỳ hành động nào trong khối thụt lề theo sau phép kiểm tra đó. Nếu phép kiểm tra điều kiện cho kết quả là </w:t>
      </w:r>
      <w:r>
        <w:rPr>
          <w:rFonts w:ascii="Consolas" w:hAnsi="Consolas"/>
          <w:b w:val="0"/>
          <w:i w:val="0"/>
          <w:sz w:val="20"/>
        </w:rPr>
        <w:t>True</w:t>
      </w:r>
      <w:r>
        <w:rPr>
          <w:b w:val="0"/>
          <w:i w:val="0"/>
        </w:rPr>
        <w:t xml:space="preserve">, Python sẽ thực thi đoạn mã theo sau câu lệnh </w:t>
      </w:r>
      <w:r>
        <w:rPr>
          <w:rFonts w:ascii="Consolas" w:hAnsi="Consolas"/>
          <w:b w:val="0"/>
          <w:i w:val="0"/>
          <w:sz w:val="20"/>
        </w:rPr>
        <w:t>if</w:t>
      </w:r>
      <w:r>
        <w:rPr>
          <w:b w:val="0"/>
          <w:i w:val="0"/>
        </w:rPr>
        <w:t xml:space="preserve">. Nếu phép kiểm tra cho kết quả là </w:t>
      </w:r>
      <w:r>
        <w:rPr>
          <w:rFonts w:ascii="Consolas" w:hAnsi="Consolas"/>
          <w:b w:val="0"/>
          <w:i w:val="0"/>
          <w:sz w:val="20"/>
        </w:rPr>
        <w:t>False</w:t>
      </w:r>
      <w:r>
        <w:rPr>
          <w:b w:val="0"/>
          <w:i w:val="0"/>
        </w:rPr>
        <w:t xml:space="preserve">, Python sẽ bỏ qua đoạn mã theo sau câu lệnh </w:t>
      </w:r>
      <w:r>
        <w:rPr>
          <w:rFonts w:ascii="Consolas" w:hAnsi="Consolas"/>
          <w:b w:val="0"/>
          <w:i w:val="0"/>
          <w:sz w:val="20"/>
        </w:rPr>
        <w:t>if</w:t>
      </w:r>
      <w:r>
        <w:rPr>
          <w:b w:val="0"/>
          <w:i w:val="0"/>
        </w:rPr>
        <w:t>.</w:t>
      </w:r>
    </w:p>
    <w:p>
      <w:pPr>
        <w:spacing w:after="80"/>
      </w:pPr>
      <w:r>
        <w:rPr>
          <w:b w:val="0"/>
          <w:i w:val="0"/>
        </w:rPr>
        <w:t>Giả sử ta có một biến biểu diễn tuổi của một người, và ta muốn biết người đó đã đủ tuổi để bỏ phiếu chưa. Đoạn mã sau kiểm tra xem người đó có thể bỏ phiếu hay không:</w:t>
      </w:r>
    </w:p>
    <w:p>
      <w:pPr>
        <w:spacing w:after="80"/>
      </w:pPr>
      <w:r>
        <w:rPr>
          <w:b w:val="0"/>
          <w:i w:val="0"/>
        </w:rPr>
        <w:t>voting.py</w:t>
      </w:r>
    </w:p>
    <w:p>
      <w:pPr>
        <w:spacing w:after="80"/>
      </w:pPr>
      <w:r>
        <w:rPr>
          <w:b w:val="0"/>
          <w:i w:val="0"/>
        </w:rPr>
        <w:t>age = 19</w:t>
      </w:r>
      <w:r>
        <w:br/>
      </w:r>
      <w:r>
        <w:rPr>
          <w:b w:val="0"/>
          <w:i w:val="0"/>
        </w:rPr>
        <w:t>if age &gt;= 18:</w:t>
      </w:r>
      <w:r>
        <w:br/>
      </w:r>
      <w:r>
        <w:rPr>
          <w:b w:val="0"/>
          <w:i w:val="0"/>
        </w:rPr>
        <w:t xml:space="preserve">    print("You are old enough to vote!")</w:t>
      </w:r>
    </w:p>
    <w:p>
      <w:pPr>
        <w:spacing w:after="80"/>
      </w:pPr>
      <w:r>
        <w:rPr>
          <w:b w:val="0"/>
          <w:i w:val="0"/>
        </w:rPr>
        <w:t xml:space="preserve">Python kiểm tra xem giá trị của </w:t>
      </w:r>
      <w:r>
        <w:rPr>
          <w:rFonts w:ascii="Consolas" w:hAnsi="Consolas"/>
          <w:b w:val="0"/>
          <w:i w:val="0"/>
          <w:sz w:val="20"/>
        </w:rPr>
        <w:t>age</w:t>
      </w:r>
      <w:r>
        <w:rPr>
          <w:b w:val="0"/>
          <w:i w:val="0"/>
        </w:rPr>
        <w:t xml:space="preserve"> có lớn hơn hoặc bằng 18 hay không. Đúng là có, nên Python thực thi lệnh gọi </w:t>
      </w:r>
      <w:r>
        <w:rPr>
          <w:rFonts w:ascii="Consolas" w:hAnsi="Consolas"/>
          <w:b w:val="0"/>
          <w:i w:val="0"/>
          <w:sz w:val="20"/>
        </w:rPr>
        <w:t>print()</w:t>
      </w:r>
      <w:r>
        <w:rPr>
          <w:b w:val="0"/>
          <w:i w:val="0"/>
        </w:rPr>
        <w:t xml:space="preserve"> được thụt lề:</w:t>
      </w:r>
    </w:p>
    <w:p>
      <w:pPr>
        <w:spacing w:after="80"/>
      </w:pPr>
      <w:r>
        <w:rPr>
          <w:b w:val="0"/>
          <w:i w:val="0"/>
        </w:rPr>
        <w:t>You are old enough to vote!</w:t>
      </w:r>
    </w:p>
    <w:p>
      <w:pPr>
        <w:spacing w:after="80"/>
      </w:pPr>
      <w:r>
        <w:rPr>
          <w:b w:val="0"/>
          <w:i w:val="0"/>
        </w:rPr>
        <w:t xml:space="preserve">Câu lệnh </w:t>
      </w:r>
      <w:r>
        <w:rPr>
          <w:rFonts w:ascii="Consolas" w:hAnsi="Consolas"/>
          <w:b w:val="0"/>
          <w:i w:val="0"/>
          <w:sz w:val="20"/>
        </w:rPr>
        <w:t>if</w:t>
      </w:r>
      <w:r>
        <w:rPr>
          <w:b w:val="0"/>
          <w:i w:val="0"/>
        </w:rPr>
        <w:t xml:space="preserve"> cũng có vai trò thụt lề giống như trong vòng lặp </w:t>
      </w:r>
      <w:r>
        <w:rPr>
          <w:rFonts w:ascii="Consolas" w:hAnsi="Consolas"/>
          <w:b w:val="0"/>
          <w:i w:val="0"/>
          <w:sz w:val="20"/>
        </w:rPr>
        <w:t>for</w:t>
      </w:r>
      <w:r>
        <w:rPr>
          <w:b w:val="0"/>
          <w:i w:val="0"/>
        </w:rPr>
        <w:t xml:space="preserve">. Tất cả các dòng thụt lề sau câu lệnh </w:t>
      </w:r>
      <w:r>
        <w:rPr>
          <w:rFonts w:ascii="Consolas" w:hAnsi="Consolas"/>
          <w:b w:val="0"/>
          <w:i w:val="0"/>
          <w:sz w:val="20"/>
        </w:rPr>
        <w:t>if</w:t>
      </w:r>
      <w:r>
        <w:rPr>
          <w:b w:val="0"/>
          <w:i w:val="0"/>
        </w:rPr>
        <w:t xml:space="preserve"> sẽ được thực thi nếu điều kiện kiểm tra đúng, và toàn bộ khối dòng thụt lề sẽ bị bỏ qua nếu điều kiện kiểm tra không đúng.</w:t>
      </w:r>
    </w:p>
    <w:p>
      <w:pPr>
        <w:spacing w:after="80"/>
      </w:pPr>
      <w:r>
        <w:rPr>
          <w:b w:val="0"/>
          <w:i w:val="0"/>
        </w:rPr>
        <w:t xml:space="preserve">Bạn có thể có bao nhiêu dòng code tùy thích trong khối theo sau câu lệnh </w:t>
      </w:r>
      <w:r>
        <w:rPr>
          <w:rFonts w:ascii="Consolas" w:hAnsi="Consolas"/>
          <w:b w:val="0"/>
          <w:i w:val="0"/>
          <w:sz w:val="20"/>
        </w:rPr>
        <w:t>if</w:t>
      </w:r>
      <w:r>
        <w:rPr>
          <w:b w:val="0"/>
          <w:i w:val="0"/>
        </w:rPr>
        <w:t>. Hãy thêm một dòng output nữa nếu người đó đủ tuổi bầu cử, hỏi xem người đó đã đăng ký bầu cử chưa:</w:t>
      </w:r>
    </w:p>
    <w:p>
      <w:pPr>
        <w:spacing w:after="0"/>
        <w:ind w:left="360"/>
        <w:shd w:val="clear" w:color="auto" w:fill="F2F2F2"/>
      </w:pPr>
      <w:r>
        <w:rPr>
          <w:rFonts w:ascii="Consolas" w:hAnsi="Consolas"/>
          <w:b w:val="0"/>
          <w:i w:val="0"/>
          <w:sz w:val="18"/>
        </w:rPr>
        <w:t>age = 19</w:t>
      </w:r>
    </w:p>
    <w:p>
      <w:pPr>
        <w:spacing w:after="0"/>
        <w:ind w:left="360"/>
        <w:shd w:val="clear" w:color="auto" w:fill="F2F2F2"/>
      </w:pPr>
      <w:r>
        <w:rPr>
          <w:rFonts w:ascii="Consolas" w:hAnsi="Consolas"/>
          <w:b w:val="0"/>
          <w:i w:val="0"/>
          <w:sz w:val="18"/>
        </w:rPr>
        <w:t>if age &gt;= 18:</w:t>
      </w:r>
    </w:p>
    <w:p>
      <w:pPr>
        <w:spacing w:after="0"/>
        <w:ind w:left="360"/>
        <w:shd w:val="clear" w:color="auto" w:fill="F2F2F2"/>
      </w:pPr>
      <w:r>
        <w:rPr>
          <w:rFonts w:ascii="Consolas" w:hAnsi="Consolas"/>
          <w:b w:val="0"/>
          <w:i w:val="0"/>
          <w:sz w:val="18"/>
        </w:rPr>
        <w:t xml:space="preserve">    print("You are old enough to vote!")</w:t>
      </w:r>
    </w:p>
    <w:p>
      <w:pPr>
        <w:spacing w:after="0"/>
        <w:ind w:left="360"/>
        <w:shd w:val="clear" w:color="auto" w:fill="F2F2F2"/>
      </w:pPr>
      <w:r>
        <w:rPr>
          <w:rFonts w:ascii="Consolas" w:hAnsi="Consolas"/>
          <w:b w:val="0"/>
          <w:i w:val="0"/>
          <w:sz w:val="18"/>
        </w:rPr>
        <w:t xml:space="preserve">    print("Have you registered to vote yet?")</w:t>
      </w:r>
    </w:p>
    <w:p>
      <w:pPr>
        <w:spacing w:after="40"/>
      </w:pPr>
    </w:p>
    <w:p>
      <w:pPr>
        <w:spacing w:after="80"/>
      </w:pPr>
      <w:r>
        <w:rPr>
          <w:b w:val="0"/>
          <w:i w:val="0"/>
        </w:rPr>
        <w:t xml:space="preserve">Điều kiện kiểm tra đúng, và cả hai lời gọi </w:t>
      </w:r>
      <w:r>
        <w:rPr>
          <w:rFonts w:ascii="Consolas" w:hAnsi="Consolas"/>
          <w:b w:val="0"/>
          <w:i w:val="0"/>
          <w:sz w:val="20"/>
        </w:rPr>
        <w:t>print()</w:t>
      </w:r>
      <w:r>
        <w:rPr>
          <w:b w:val="0"/>
          <w:i w:val="0"/>
        </w:rPr>
        <w:t xml:space="preserve"> đều được thụt lề, nên cả hai dòng đều được in ra:</w:t>
      </w:r>
    </w:p>
    <w:p>
      <w:pPr>
        <w:spacing w:after="80"/>
      </w:pPr>
      <w:r>
        <w:rPr>
          <w:b w:val="0"/>
          <w:i w:val="0"/>
        </w:rPr>
        <w:t>Bạn đã đủ tuổi bầu cử!</w:t>
      </w:r>
      <w:r>
        <w:br/>
      </w:r>
      <w:r>
        <w:rPr>
          <w:b w:val="0"/>
          <w:i w:val="0"/>
        </w:rPr>
        <w:t>Bạn đã đăng ký bầu cử chưa?</w:t>
      </w:r>
    </w:p>
    <w:p>
      <w:pPr>
        <w:spacing w:after="80"/>
      </w:pPr>
      <w:r>
        <w:rPr>
          <w:b w:val="0"/>
          <w:i w:val="0"/>
        </w:rPr>
        <w:t xml:space="preserve">Nếu giá trị của </w:t>
      </w:r>
      <w:r>
        <w:rPr>
          <w:rFonts w:ascii="Consolas" w:hAnsi="Consolas"/>
          <w:b w:val="0"/>
          <w:i w:val="0"/>
          <w:sz w:val="20"/>
        </w:rPr>
        <w:t>age</w:t>
      </w:r>
      <w:r>
        <w:rPr>
          <w:b w:val="0"/>
          <w:i w:val="0"/>
        </w:rPr>
        <w:t xml:space="preserve"> nhỏ hơn 18, chương trình này sẽ không tạo ra output nào.</w:t>
      </w:r>
    </w:p>
    <w:p>
      <w:pPr>
        <w:pStyle w:val="Heading3"/>
      </w:pPr>
      <w:r>
        <w:rPr>
          <w:rFonts w:ascii="Calibri" w:hAnsi="Calibri"/>
          <w:b/>
          <w:i w:val="0"/>
          <w:sz w:val="27"/>
        </w:rPr>
        <w:t>Câu lệnh if-else</w:t>
      </w:r>
    </w:p>
    <w:p>
      <w:pPr>
        <w:spacing w:after="80"/>
      </w:pPr>
      <w:r>
        <w:rPr>
          <w:b w:val="0"/>
          <w:i w:val="0"/>
        </w:rPr>
        <w:t xml:space="preserve">Thường thì bạn sẽ muốn thực hiện một hành động khi điều kiện kiểm tra đúng và một hành động khác trong mọi trường hợp còn lại. Cú pháp </w:t>
      </w:r>
      <w:r>
        <w:rPr>
          <w:rFonts w:ascii="Consolas" w:hAnsi="Consolas"/>
          <w:b w:val="0"/>
          <w:i w:val="0"/>
          <w:sz w:val="20"/>
        </w:rPr>
        <w:t>if</w:t>
      </w:r>
      <w:r>
        <w:rPr>
          <w:b w:val="0"/>
          <w:i w:val="0"/>
        </w:rPr>
        <w:t>-</w:t>
      </w:r>
      <w:r>
        <w:rPr>
          <w:rFonts w:ascii="Consolas" w:hAnsi="Consolas"/>
          <w:b w:val="0"/>
          <w:i w:val="0"/>
          <w:sz w:val="20"/>
        </w:rPr>
        <w:t>else</w:t>
      </w:r>
      <w:r>
        <w:rPr>
          <w:b w:val="0"/>
          <w:i w:val="0"/>
        </w:rPr>
        <w:t xml:space="preserve"> của Python giúp điều này trở nên khả thi. Khối </w:t>
      </w:r>
      <w:r>
        <w:rPr>
          <w:rFonts w:ascii="Consolas" w:hAnsi="Consolas"/>
          <w:b w:val="0"/>
          <w:i w:val="0"/>
          <w:sz w:val="20"/>
        </w:rPr>
        <w:t>if</w:t>
      </w:r>
      <w:r>
        <w:rPr>
          <w:b w:val="0"/>
          <w:i w:val="0"/>
        </w:rPr>
        <w:t>-</w:t>
      </w:r>
      <w:r>
        <w:rPr>
          <w:rFonts w:ascii="Consolas" w:hAnsi="Consolas"/>
          <w:b w:val="0"/>
          <w:i w:val="0"/>
          <w:sz w:val="20"/>
        </w:rPr>
        <w:t>else</w:t>
      </w:r>
      <w:r>
        <w:rPr>
          <w:b w:val="0"/>
          <w:i w:val="0"/>
        </w:rPr>
        <w:t xml:space="preserve"> tương tự như câu lệnh </w:t>
      </w:r>
      <w:r>
        <w:rPr>
          <w:rFonts w:ascii="Consolas" w:hAnsi="Consolas"/>
          <w:b w:val="0"/>
          <w:i w:val="0"/>
          <w:sz w:val="20"/>
        </w:rPr>
        <w:t>if</w:t>
      </w:r>
      <w:r>
        <w:rPr>
          <w:b w:val="0"/>
          <w:i w:val="0"/>
        </w:rPr>
        <w:t xml:space="preserve"> đơn giản, nhưng câu lệnh </w:t>
      </w:r>
      <w:r>
        <w:rPr>
          <w:rFonts w:ascii="Consolas" w:hAnsi="Consolas"/>
          <w:b w:val="0"/>
          <w:i w:val="0"/>
          <w:sz w:val="20"/>
        </w:rPr>
        <w:t>else</w:t>
      </w:r>
      <w:r>
        <w:rPr>
          <w:b w:val="0"/>
          <w:i w:val="0"/>
        </w:rPr>
        <w:t xml:space="preserve"> cho phép bạn định nghĩa một hành động hoặc một tập hợp các hành động được thực thi khi điều kiện kiểm tra không đúng.</w:t>
      </w:r>
    </w:p>
    <w:p>
      <w:pPr>
        <w:spacing w:after="80"/>
      </w:pPr>
      <w:r>
        <w:rPr>
          <w:b w:val="0"/>
          <w:i w:val="0"/>
        </w:rPr>
        <w:t>Chúng ta sẽ hiển thị thông báo giống như trước nếu người đó đủ tuổi bầu cử, nhưng lần này chúng ta sẽ thêm một thông báo cho những ai chưa đủ tuổi bầu cử:</w:t>
      </w:r>
    </w:p>
    <w:p>
      <w:pPr>
        <w:spacing w:after="0"/>
        <w:ind w:left="360"/>
        <w:shd w:val="clear" w:color="auto" w:fill="F2F2F2"/>
      </w:pPr>
      <w:r>
        <w:rPr>
          <w:rFonts w:ascii="Consolas" w:hAnsi="Consolas"/>
          <w:b w:val="0"/>
          <w:i w:val="0"/>
          <w:sz w:val="18"/>
        </w:rPr>
        <w:t>age = 17</w:t>
      </w:r>
    </w:p>
    <w:p>
      <w:pPr>
        <w:spacing w:after="0"/>
        <w:ind w:left="360"/>
        <w:shd w:val="clear" w:color="auto" w:fill="F2F2F2"/>
      </w:pPr>
      <w:r>
        <w:rPr>
          <w:rFonts w:ascii="Consolas" w:hAnsi="Consolas"/>
          <w:b w:val="0"/>
          <w:i w:val="0"/>
          <w:sz w:val="18"/>
        </w:rPr>
        <w:t>❶ if age &gt;= 18:</w:t>
      </w:r>
    </w:p>
    <w:p>
      <w:pPr>
        <w:spacing w:after="0"/>
        <w:ind w:left="360"/>
        <w:shd w:val="clear" w:color="auto" w:fill="F2F2F2"/>
      </w:pPr>
      <w:r>
        <w:rPr>
          <w:rFonts w:ascii="Consolas" w:hAnsi="Consolas"/>
          <w:b w:val="0"/>
          <w:i w:val="0"/>
          <w:sz w:val="18"/>
        </w:rPr>
        <w:t xml:space="preserve">    print("You are old enough to vote!")</w:t>
      </w:r>
    </w:p>
    <w:p>
      <w:pPr>
        <w:spacing w:after="0"/>
        <w:ind w:left="360"/>
        <w:shd w:val="clear" w:color="auto" w:fill="F2F2F2"/>
      </w:pPr>
      <w:r>
        <w:rPr>
          <w:rFonts w:ascii="Consolas" w:hAnsi="Consolas"/>
          <w:b w:val="0"/>
          <w:i w:val="0"/>
          <w:sz w:val="18"/>
        </w:rPr>
        <w:t xml:space="preserve">    print("Have you registered to vote yet?")</w:t>
      </w:r>
    </w:p>
    <w:p>
      <w:pPr>
        <w:spacing w:after="0"/>
        <w:ind w:left="360"/>
        <w:shd w:val="clear" w:color="auto" w:fill="F2F2F2"/>
      </w:pPr>
      <w:r>
        <w:rPr>
          <w:rFonts w:ascii="Consolas" w:hAnsi="Consolas"/>
          <w:b w:val="0"/>
          <w:i w:val="0"/>
          <w:sz w:val="18"/>
        </w:rPr>
        <w:t>❷ else:</w:t>
      </w:r>
    </w:p>
    <w:p>
      <w:pPr>
        <w:spacing w:after="0"/>
        <w:ind w:left="360"/>
        <w:shd w:val="clear" w:color="auto" w:fill="F2F2F2"/>
      </w:pPr>
      <w:r>
        <w:rPr>
          <w:rFonts w:ascii="Consolas" w:hAnsi="Consolas"/>
          <w:b w:val="0"/>
          <w:i w:val="0"/>
          <w:sz w:val="18"/>
        </w:rPr>
        <w:t xml:space="preserve">    print("Sorry, you are too young to vote.")</w:t>
      </w:r>
    </w:p>
    <w:p>
      <w:pPr>
        <w:spacing w:after="0"/>
        <w:ind w:left="360"/>
        <w:shd w:val="clear" w:color="auto" w:fill="F2F2F2"/>
      </w:pPr>
      <w:r>
        <w:rPr>
          <w:rFonts w:ascii="Consolas" w:hAnsi="Consolas"/>
          <w:b w:val="0"/>
          <w:i w:val="0"/>
          <w:sz w:val="18"/>
        </w:rPr>
        <w:t xml:space="preserve">    print("Please register to vote as soon as you turn 18!")</w:t>
      </w:r>
    </w:p>
    <w:p>
      <w:pPr>
        <w:spacing w:after="40"/>
      </w:pPr>
    </w:p>
    <w:p>
      <w:pPr>
        <w:spacing w:after="80"/>
      </w:pPr>
      <w:r>
        <w:rPr>
          <w:b w:val="0"/>
          <w:i w:val="0"/>
        </w:rPr>
        <w:t xml:space="preserve">Nếu điều kiện kiểm tra ❶ đúng, khối đầu tiên gồm các lời gọi </w:t>
      </w:r>
      <w:r>
        <w:rPr>
          <w:rFonts w:ascii="Consolas" w:hAnsi="Consolas"/>
          <w:b w:val="0"/>
          <w:i w:val="0"/>
          <w:sz w:val="20"/>
        </w:rPr>
        <w:t>print()</w:t>
      </w:r>
      <w:r>
        <w:rPr>
          <w:b w:val="0"/>
          <w:i w:val="0"/>
        </w:rPr>
        <w:t xml:space="preserve"> được thụt lề sẽ được thực thi. Nếu điều kiện kiểm tra cho kết quả </w:t>
      </w:r>
      <w:r>
        <w:rPr>
          <w:rFonts w:ascii="Consolas" w:hAnsi="Consolas"/>
          <w:b w:val="0"/>
          <w:i w:val="0"/>
          <w:sz w:val="20"/>
        </w:rPr>
        <w:t>False</w:t>
      </w:r>
      <w:r>
        <w:rPr>
          <w:b w:val="0"/>
          <w:i w:val="0"/>
        </w:rPr>
        <w:t xml:space="preserve">, khối </w:t>
      </w:r>
      <w:r>
        <w:rPr>
          <w:rFonts w:ascii="Consolas" w:hAnsi="Consolas"/>
          <w:b w:val="0"/>
          <w:i w:val="0"/>
          <w:sz w:val="20"/>
        </w:rPr>
        <w:t>else</w:t>
      </w:r>
      <w:r>
        <w:rPr>
          <w:b w:val="0"/>
          <w:i w:val="0"/>
        </w:rPr>
        <w:t xml:space="preserve"> ❷ sẽ được thực thi. Vì lần này </w:t>
      </w:r>
      <w:r>
        <w:rPr>
          <w:rFonts w:ascii="Consolas" w:hAnsi="Consolas"/>
          <w:b w:val="0"/>
          <w:i w:val="0"/>
          <w:sz w:val="20"/>
        </w:rPr>
        <w:t>age</w:t>
      </w:r>
      <w:r>
        <w:rPr>
          <w:b w:val="0"/>
          <w:i w:val="0"/>
        </w:rPr>
        <w:t xml:space="preserve"> nhỏ hơn 18, điều kiện kiểm tra không đúng và code trong khối </w:t>
      </w:r>
      <w:r>
        <w:rPr>
          <w:rFonts w:ascii="Consolas" w:hAnsi="Consolas"/>
          <w:b w:val="0"/>
          <w:i w:val="0"/>
          <w:sz w:val="20"/>
        </w:rPr>
        <w:t>else</w:t>
      </w:r>
      <w:r>
        <w:rPr>
          <w:b w:val="0"/>
          <w:i w:val="0"/>
        </w:rPr>
        <w:t xml:space="preserve"> được thực thi:</w:t>
      </w:r>
    </w:p>
    <w:p>
      <w:pPr>
        <w:spacing w:after="80"/>
      </w:pPr>
      <w:r>
        <w:rPr>
          <w:b w:val="0"/>
          <w:i w:val="0"/>
        </w:rPr>
        <w:t>Xin lỗi, bạn còn quá nhỏ để bầu cử.</w:t>
      </w:r>
      <w:r>
        <w:br/>
      </w:r>
      <w:r>
        <w:rPr>
          <w:b w:val="0"/>
          <w:i w:val="0"/>
        </w:rPr>
        <w:t>Hãy đăng ký bầu cử ngay khi bạn tròn 18 tuổi!</w:t>
      </w:r>
    </w:p>
    <w:p>
      <w:pPr>
        <w:spacing w:after="80"/>
      </w:pPr>
      <w:r>
        <w:rPr>
          <w:b w:val="0"/>
          <w:i w:val="0"/>
        </w:rPr>
        <w:t xml:space="preserve">Đoạn code này hoạt động vì nó chỉ có hai tình huống khả dĩ để đánh giá: một người hoặc đủ tuổi bầu cử hoặc chưa đủ tuổi bầu cử. Cấu trúc </w:t>
      </w:r>
      <w:r>
        <w:rPr>
          <w:rFonts w:ascii="Consolas" w:hAnsi="Consolas"/>
          <w:b w:val="0"/>
          <w:i w:val="0"/>
          <w:sz w:val="20"/>
        </w:rPr>
        <w:t>if</w:t>
      </w:r>
      <w:r>
        <w:rPr>
          <w:b w:val="0"/>
          <w:i w:val="0"/>
        </w:rPr>
        <w:t>-</w:t>
      </w:r>
      <w:r>
        <w:rPr>
          <w:rFonts w:ascii="Consolas" w:hAnsi="Consolas"/>
          <w:b w:val="0"/>
          <w:i w:val="0"/>
          <w:sz w:val="20"/>
        </w:rPr>
        <w:t>else</w:t>
      </w:r>
      <w:r>
        <w:rPr>
          <w:b w:val="0"/>
          <w:i w:val="0"/>
        </w:rPr>
        <w:t xml:space="preserve"> hoạt động tốt trong những tình huống mà bạn muốn Python luôn thực thi một trong hai hành động khả dĩ. Trong một chuỗi </w:t>
      </w:r>
      <w:r>
        <w:rPr>
          <w:rFonts w:ascii="Consolas" w:hAnsi="Consolas"/>
          <w:b w:val="0"/>
          <w:i w:val="0"/>
          <w:sz w:val="20"/>
        </w:rPr>
        <w:t>if-else</w:t>
      </w:r>
      <w:r>
        <w:rPr>
          <w:b w:val="0"/>
          <w:i w:val="0"/>
        </w:rPr>
        <w:t xml:space="preserve"> đơn giản như thế này, một trong hai hành động sẽ luôn được thực thi.</w:t>
      </w:r>
    </w:p>
    <w:p>
      <w:pPr>
        <w:pStyle w:val="Heading3"/>
      </w:pPr>
      <w:r>
        <w:rPr>
          <w:rFonts w:ascii="Calibri" w:hAnsi="Calibri"/>
          <w:b/>
          <w:i w:val="0"/>
          <w:sz w:val="27"/>
        </w:rPr>
        <w:t>Chuỗi if-elif-else</w:t>
      </w:r>
    </w:p>
    <w:p>
      <w:pPr>
        <w:spacing w:after="80"/>
      </w:pPr>
      <w:r>
        <w:rPr>
          <w:b w:val="0"/>
          <w:i w:val="0"/>
        </w:rPr>
        <w:t xml:space="preserve">Thường thì bạn sẽ cần kiểm tra nhiều hơn hai tình huống khả dĩ, và để đánh giá những tình huống này bạn có thể dùng cú pháp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của Python. Python chỉ thực thi một khối trong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Nó chạy từng điều kiện kiểm tra theo thứ tự, cho đến khi một điều kiện đúng. Khi một điều kiện kiểm tra đúng, code theo sau điều kiện đó được thực thi và Python bỏ qua phần còn lại của các điều kiện kiểm tra.</w:t>
      </w:r>
    </w:p>
    <w:p>
      <w:pPr>
        <w:spacing w:after="80"/>
      </w:pPr>
      <w:r>
        <w:rPr>
          <w:b w:val="0"/>
          <w:i w:val="0"/>
        </w:rPr>
        <w:t>Nhiều tình huống trong thực tế liên quan đến nhiều hơn hai điều kiện khả dĩ. Ví dụ, hãy xem xét một công viên giải trí thu phí khác nhau cho các nhóm tuổi khác nhau:</w:t>
      </w:r>
    </w:p>
    <w:p>
      <w:pPr>
        <w:spacing w:after="80"/>
        <w:ind w:left="360"/>
      </w:pPr>
      <w:r>
        <w:t xml:space="preserve">• </w:t>
      </w:r>
      <w:r>
        <w:rPr>
          <w:b w:val="0"/>
          <w:i w:val="0"/>
        </w:rPr>
        <w:t>Khách dưới 4 tuổi được miễn phí vào cổng.</w:t>
      </w:r>
    </w:p>
    <w:p>
      <w:pPr>
        <w:spacing w:after="80"/>
        <w:ind w:left="360"/>
      </w:pPr>
      <w:r>
        <w:t xml:space="preserve">• </w:t>
      </w:r>
      <w:r>
        <w:rPr>
          <w:b w:val="0"/>
          <w:i w:val="0"/>
        </w:rPr>
        <w:t>Khách từ 4 đến 18 tuổi phải trả $25.</w:t>
      </w:r>
    </w:p>
    <w:p>
      <w:pPr>
        <w:spacing w:after="80"/>
        <w:ind w:left="360"/>
      </w:pPr>
      <w:r>
        <w:t xml:space="preserve">• </w:t>
      </w:r>
      <w:r>
        <w:rPr>
          <w:b w:val="0"/>
          <w:i w:val="0"/>
        </w:rPr>
        <w:t>Khách từ 18 tuổi trở lên phải trả $40.</w:t>
      </w:r>
    </w:p>
    <w:p>
      <w:pPr>
        <w:spacing w:after="80"/>
      </w:pPr>
      <w:r>
        <w:rPr>
          <w:b w:val="0"/>
          <w:i w:val="0"/>
        </w:rPr>
        <w:t xml:space="preserve">Làm thế nào để dùng câu lệnh </w:t>
      </w:r>
      <w:r>
        <w:rPr>
          <w:rFonts w:ascii="Consolas" w:hAnsi="Consolas"/>
          <w:b w:val="0"/>
          <w:i w:val="0"/>
          <w:sz w:val="20"/>
        </w:rPr>
        <w:t>if</w:t>
      </w:r>
      <w:r>
        <w:rPr>
          <w:b w:val="0"/>
          <w:i w:val="0"/>
        </w:rPr>
        <w:t xml:space="preserve"> xác định giá vé vào cổng của một người? Đoạn code sau kiểm tra nhóm tuổi của một người rồi in ra thông báo giá vé:</w:t>
      </w:r>
    </w:p>
    <w:p>
      <w:pPr>
        <w:spacing w:after="80"/>
      </w:pPr>
      <w:r>
        <w:rPr>
          <w:b w:val="0"/>
          <w:i w:val="0"/>
        </w:rPr>
        <w:t>amusement_park.py</w:t>
      </w:r>
    </w:p>
    <w:p>
      <w:pPr>
        <w:spacing w:after="0"/>
        <w:ind w:left="360"/>
        <w:shd w:val="clear" w:color="auto" w:fill="F2F2F2"/>
      </w:pPr>
      <w:r>
        <w:rPr>
          <w:rFonts w:ascii="Consolas" w:hAnsi="Consolas"/>
          <w:b w:val="0"/>
          <w:i w:val="0"/>
          <w:sz w:val="18"/>
        </w:rPr>
        <w:t>age = 12</w:t>
      </w:r>
    </w:p>
    <w:p>
      <w:pPr>
        <w:spacing w:after="0"/>
        <w:ind w:left="360"/>
        <w:shd w:val="clear" w:color="auto" w:fill="F2F2F2"/>
      </w:pPr>
      <w:r>
        <w:rPr>
          <w:rFonts w:ascii="Consolas" w:hAnsi="Consolas"/>
          <w:b w:val="0"/>
          <w:i w:val="0"/>
          <w:sz w:val="18"/>
        </w:rPr>
        <w:t>❶ if age &lt; 4:</w:t>
      </w:r>
    </w:p>
    <w:p>
      <w:pPr>
        <w:spacing w:after="0"/>
        <w:ind w:left="360"/>
        <w:shd w:val="clear" w:color="auto" w:fill="F2F2F2"/>
      </w:pPr>
      <w:r>
        <w:rPr>
          <w:rFonts w:ascii="Consolas" w:hAnsi="Consolas"/>
          <w:b w:val="0"/>
          <w:i w:val="0"/>
          <w:sz w:val="18"/>
        </w:rPr>
        <w:t xml:space="preserve">    print("Your admission cost is $0.")</w:t>
      </w:r>
    </w:p>
    <w:p>
      <w:pPr>
        <w:spacing w:after="0"/>
        <w:ind w:left="360"/>
        <w:shd w:val="clear" w:color="auto" w:fill="F2F2F2"/>
      </w:pPr>
      <w:r>
        <w:rPr>
          <w:rFonts w:ascii="Consolas" w:hAnsi="Consolas"/>
          <w:b w:val="0"/>
          <w:i w:val="0"/>
          <w:sz w:val="18"/>
        </w:rPr>
        <w:t>❷ elif age &lt; 18:</w:t>
      </w:r>
    </w:p>
    <w:p>
      <w:pPr>
        <w:spacing w:after="0"/>
        <w:ind w:left="360"/>
        <w:shd w:val="clear" w:color="auto" w:fill="F2F2F2"/>
      </w:pPr>
      <w:r>
        <w:rPr>
          <w:rFonts w:ascii="Consolas" w:hAnsi="Consolas"/>
          <w:b w:val="0"/>
          <w:i w:val="0"/>
          <w:sz w:val="18"/>
        </w:rPr>
        <w:t xml:space="preserve">    print("Your admission cost is $25.")</w:t>
      </w:r>
    </w:p>
    <w:p>
      <w:pPr>
        <w:spacing w:after="0"/>
        <w:ind w:left="360"/>
        <w:shd w:val="clear" w:color="auto" w:fill="F2F2F2"/>
      </w:pPr>
      <w:r>
        <w:rPr>
          <w:rFonts w:ascii="Consolas" w:hAnsi="Consolas"/>
          <w:b w:val="0"/>
          <w:i w:val="0"/>
          <w:sz w:val="18"/>
        </w:rPr>
        <w:t>❸ else:</w:t>
      </w:r>
    </w:p>
    <w:p>
      <w:pPr>
        <w:spacing w:after="0"/>
        <w:ind w:left="360"/>
        <w:shd w:val="clear" w:color="auto" w:fill="F2F2F2"/>
      </w:pPr>
      <w:r>
        <w:rPr>
          <w:rFonts w:ascii="Consolas" w:hAnsi="Consolas"/>
          <w:b w:val="0"/>
          <w:i w:val="0"/>
          <w:sz w:val="18"/>
        </w:rPr>
        <w:t xml:space="preserve">    print("Your admission cost is $40.")</w:t>
      </w:r>
    </w:p>
    <w:p>
      <w:pPr>
        <w:spacing w:after="40"/>
      </w:pPr>
    </w:p>
    <w:p>
      <w:pPr>
        <w:spacing w:after="80"/>
      </w:pPr>
      <w:r>
        <w:rPr>
          <w:b w:val="0"/>
          <w:i w:val="0"/>
        </w:rPr>
        <w:t xml:space="preserve">Phép kiểm tra </w:t>
      </w:r>
      <w:r>
        <w:rPr>
          <w:rFonts w:ascii="Consolas" w:hAnsi="Consolas"/>
          <w:b w:val="0"/>
          <w:i w:val="0"/>
          <w:sz w:val="20"/>
        </w:rPr>
        <w:t>if</w:t>
      </w:r>
      <w:r>
        <w:rPr>
          <w:b w:val="0"/>
          <w:i w:val="0"/>
        </w:rPr>
        <w:t xml:space="preserve"> ❶ xem một người có dưới 4 tuổi không. Khi phép kiểm tra đúng, một thông báo phù hợp được in ra và Python bỏ qua các phép kiểm tra còn lại. Dòng </w:t>
      </w:r>
      <w:r>
        <w:rPr>
          <w:rFonts w:ascii="Consolas" w:hAnsi="Consolas"/>
          <w:b w:val="0"/>
          <w:i w:val="0"/>
          <w:sz w:val="20"/>
        </w:rPr>
        <w:t>elif</w:t>
      </w:r>
      <w:r>
        <w:rPr>
          <w:b w:val="0"/>
          <w:i w:val="0"/>
        </w:rPr>
        <w:t xml:space="preserve"> ❷ thực chất là một phép kiểm tra </w:t>
      </w:r>
      <w:r>
        <w:rPr>
          <w:rFonts w:ascii="Consolas" w:hAnsi="Consolas"/>
          <w:b w:val="0"/>
          <w:i w:val="0"/>
          <w:sz w:val="20"/>
        </w:rPr>
        <w:t>if</w:t>
      </w:r>
      <w:r>
        <w:rPr>
          <w:b w:val="0"/>
          <w:i w:val="0"/>
        </w:rPr>
        <w:t xml:space="preserve"> khác, chỉ chạy khi phép kiểm tra trước đó thất bại. Tại điểm này trong chuỗi, ta biết người đó ít nhất 4 tuổi vì phép kiểm tra đầu tiên đã thất bại. Nếu người đó dưới 18 tuổi, một thông báo phù hợp được in ra và Python bỏ qua khối </w:t>
      </w:r>
      <w:r>
        <w:rPr>
          <w:rFonts w:ascii="Consolas" w:hAnsi="Consolas"/>
          <w:b w:val="0"/>
          <w:i w:val="0"/>
          <w:sz w:val="20"/>
        </w:rPr>
        <w:t>else</w:t>
      </w:r>
      <w:r>
        <w:rPr>
          <w:b w:val="0"/>
          <w:i w:val="0"/>
        </w:rPr>
        <w:t xml:space="preserve">. Nếu cả hai phép kiểm tra </w:t>
      </w:r>
      <w:r>
        <w:rPr>
          <w:rFonts w:ascii="Consolas" w:hAnsi="Consolas"/>
          <w:b w:val="0"/>
          <w:i w:val="0"/>
          <w:sz w:val="20"/>
        </w:rPr>
        <w:t>if</w:t>
      </w:r>
      <w:r>
        <w:rPr>
          <w:b w:val="0"/>
          <w:i w:val="0"/>
        </w:rPr>
        <w:t xml:space="preserve"> và </w:t>
      </w:r>
      <w:r>
        <w:rPr>
          <w:rFonts w:ascii="Consolas" w:hAnsi="Consolas"/>
          <w:b w:val="0"/>
          <w:i w:val="0"/>
          <w:sz w:val="20"/>
        </w:rPr>
        <w:t>elif</w:t>
      </w:r>
      <w:r>
        <w:rPr>
          <w:b w:val="0"/>
          <w:i w:val="0"/>
        </w:rPr>
        <w:t xml:space="preserve"> đều thất bại, Python sẽ chạy code trong khối </w:t>
      </w:r>
      <w:r>
        <w:rPr>
          <w:rFonts w:ascii="Consolas" w:hAnsi="Consolas"/>
          <w:b w:val="0"/>
          <w:i w:val="0"/>
          <w:sz w:val="20"/>
        </w:rPr>
        <w:t>else</w:t>
      </w:r>
      <w:r>
        <w:rPr>
          <w:b w:val="0"/>
          <w:i w:val="0"/>
        </w:rPr>
        <w:t xml:space="preserve"> ❸.</w:t>
      </w:r>
    </w:p>
    <w:p>
      <w:pPr>
        <w:spacing w:after="80"/>
      </w:pPr>
      <w:r>
        <w:rPr>
          <w:b w:val="0"/>
          <w:i w:val="0"/>
        </w:rPr>
        <w:t xml:space="preserve">Trong ví dụ này, phép kiểm tra </w:t>
      </w:r>
      <w:r>
        <w:rPr>
          <w:rFonts w:ascii="Consolas" w:hAnsi="Consolas"/>
          <w:b w:val="0"/>
          <w:i w:val="0"/>
          <w:sz w:val="20"/>
        </w:rPr>
        <w:t>if</w:t>
      </w:r>
      <w:r>
        <w:rPr>
          <w:b w:val="0"/>
          <w:i w:val="0"/>
        </w:rPr>
        <w:t xml:space="preserve"> ❶ cho kết quả </w:t>
      </w:r>
      <w:r>
        <w:rPr>
          <w:rFonts w:ascii="Consolas" w:hAnsi="Consolas"/>
          <w:b w:val="0"/>
          <w:i w:val="0"/>
          <w:sz w:val="20"/>
        </w:rPr>
        <w:t>False</w:t>
      </w:r>
      <w:r>
        <w:rPr>
          <w:b w:val="0"/>
          <w:i w:val="0"/>
        </w:rPr>
        <w:t xml:space="preserve">, nên khối code của nó không được thực thi. Tuy nhiên, phép kiểm tra </w:t>
      </w:r>
      <w:r>
        <w:rPr>
          <w:rFonts w:ascii="Consolas" w:hAnsi="Consolas"/>
          <w:b w:val="0"/>
          <w:i w:val="0"/>
          <w:sz w:val="20"/>
        </w:rPr>
        <w:t>elif</w:t>
      </w:r>
      <w:r>
        <w:rPr>
          <w:b w:val="0"/>
          <w:i w:val="0"/>
        </w:rPr>
        <w:t xml:space="preserve"> cho kết quả </w:t>
      </w:r>
      <w:r>
        <w:rPr>
          <w:rFonts w:ascii="Consolas" w:hAnsi="Consolas"/>
          <w:b w:val="0"/>
          <w:i w:val="0"/>
          <w:sz w:val="20"/>
        </w:rPr>
        <w:t>True</w:t>
      </w:r>
      <w:r>
        <w:rPr>
          <w:b w:val="0"/>
          <w:i w:val="0"/>
        </w:rPr>
        <w:t xml:space="preserve"> (12 nhỏ hơn 18) nên code của nó được thực thi. Kết quả là một câu, thông báo cho người dùng biết giá vé:</w:t>
      </w:r>
    </w:p>
    <w:p>
      <w:pPr>
        <w:spacing w:after="80"/>
      </w:pPr>
      <w:r>
        <w:rPr>
          <w:b w:val="0"/>
          <w:i w:val="0"/>
        </w:rPr>
        <w:t>Giá vé vào cổng của bạn là $25.</w:t>
      </w:r>
    </w:p>
    <w:p>
      <w:pPr>
        <w:spacing w:after="80"/>
      </w:pPr>
      <w:r>
        <w:rPr>
          <w:b w:val="0"/>
          <w:i w:val="0"/>
        </w:rPr>
        <w:t xml:space="preserve">Bất kỳ độ tuổi nào lớn hơn 17 sẽ khiến hai phép kiểm tra đầu tiên thất bại. Trong những trường hợp đó, khối </w:t>
      </w:r>
      <w:r>
        <w:rPr>
          <w:rFonts w:ascii="Consolas" w:hAnsi="Consolas"/>
          <w:b w:val="0"/>
          <w:i w:val="0"/>
          <w:sz w:val="20"/>
        </w:rPr>
        <w:t>else</w:t>
      </w:r>
      <w:r>
        <w:rPr>
          <w:b w:val="0"/>
          <w:i w:val="0"/>
        </w:rPr>
        <w:t xml:space="preserve"> sẽ được thực thi và giá vé sẽ là $40.</w:t>
      </w:r>
    </w:p>
    <w:p>
      <w:pPr>
        <w:spacing w:after="80"/>
      </w:pPr>
      <w:r>
        <w:rPr>
          <w:b w:val="0"/>
          <w:i w:val="0"/>
        </w:rPr>
        <w:t xml:space="preserve">Thay vì in giá vé ngay trong khối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sẽ gọn gàng hơn nếu chỉ đặt giá trị giá vé bên trong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rồi gọi một lần </w:t>
      </w:r>
      <w:r>
        <w:rPr>
          <w:rFonts w:ascii="Consolas" w:hAnsi="Consolas"/>
          <w:b w:val="0"/>
          <w:i w:val="0"/>
          <w:sz w:val="20"/>
        </w:rPr>
        <w:t>print()</w:t>
      </w:r>
      <w:r>
        <w:rPr>
          <w:b w:val="0"/>
          <w:i w:val="0"/>
        </w:rPr>
        <w:t xml:space="preserve"> duy nhất chạy sau khi chuỗi đã được đánh giá:</w:t>
      </w:r>
    </w:p>
    <w:p>
      <w:pPr>
        <w:spacing w:after="0"/>
        <w:ind w:left="360"/>
        <w:shd w:val="clear" w:color="auto" w:fill="F2F2F2"/>
      </w:pPr>
      <w:r>
        <w:rPr>
          <w:rFonts w:ascii="Consolas" w:hAnsi="Consolas"/>
          <w:b w:val="0"/>
          <w:i w:val="0"/>
          <w:sz w:val="18"/>
        </w:rPr>
        <w:t>age = 12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age &lt; 4:</w:t>
      </w:r>
    </w:p>
    <w:p>
      <w:pPr>
        <w:spacing w:after="0"/>
        <w:ind w:left="360"/>
        <w:shd w:val="clear" w:color="auto" w:fill="F2F2F2"/>
      </w:pPr>
      <w:r>
        <w:rPr>
          <w:rFonts w:ascii="Consolas" w:hAnsi="Consolas"/>
          <w:b w:val="0"/>
          <w:i w:val="0"/>
          <w:sz w:val="18"/>
        </w:rPr>
        <w:t xml:space="preserve">    price = 0</w:t>
      </w:r>
    </w:p>
    <w:p>
      <w:pPr>
        <w:spacing w:after="0"/>
        <w:ind w:left="360"/>
        <w:shd w:val="clear" w:color="auto" w:fill="F2F2F2"/>
      </w:pPr>
      <w:r>
        <w:rPr>
          <w:rFonts w:ascii="Consolas" w:hAnsi="Consolas"/>
          <w:b w:val="0"/>
          <w:i w:val="0"/>
          <w:sz w:val="18"/>
        </w:rPr>
        <w:t>elif age &lt; 18:</w:t>
      </w:r>
    </w:p>
    <w:p>
      <w:pPr>
        <w:spacing w:after="0"/>
        <w:ind w:left="360"/>
        <w:shd w:val="clear" w:color="auto" w:fill="F2F2F2"/>
      </w:pPr>
      <w:r>
        <w:rPr>
          <w:rFonts w:ascii="Consolas" w:hAnsi="Consolas"/>
          <w:b w:val="0"/>
          <w:i w:val="0"/>
          <w:sz w:val="18"/>
        </w:rPr>
        <w:t xml:space="preserve">    price = 25</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price = 40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print(f"Your admission cost is ${price}.")</w:t>
      </w:r>
    </w:p>
    <w:p>
      <w:pPr>
        <w:spacing w:after="40"/>
      </w:pPr>
    </w:p>
    <w:p>
      <w:pPr>
        <w:spacing w:after="80"/>
      </w:pPr>
      <w:r>
        <w:rPr>
          <w:b w:val="0"/>
          <w:i w:val="0"/>
        </w:rPr>
        <w:t xml:space="preserve">Các dòng thụt lề đặt giá trị cho </w:t>
      </w:r>
      <w:r>
        <w:rPr>
          <w:rFonts w:ascii="Consolas" w:hAnsi="Consolas"/>
          <w:b w:val="0"/>
          <w:i w:val="0"/>
          <w:sz w:val="20"/>
        </w:rPr>
        <w:t>price</w:t>
      </w:r>
      <w:r>
        <w:rPr>
          <w:b w:val="0"/>
          <w:i w:val="0"/>
        </w:rPr>
        <w:t xml:space="preserve"> theo độ tuổi của người đó, giống như ví dụ trước. Sau khi giá được đặt bởi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một lệnh gọi </w:t>
      </w:r>
      <w:r>
        <w:rPr>
          <w:rFonts w:ascii="Consolas" w:hAnsi="Consolas"/>
          <w:b w:val="0"/>
          <w:i w:val="0"/>
          <w:sz w:val="20"/>
        </w:rPr>
        <w:t>print()</w:t>
      </w:r>
      <w:r>
        <w:rPr>
          <w:b w:val="0"/>
          <w:i w:val="0"/>
        </w:rPr>
        <w:t xml:space="preserve"> riêng biệt không thụt lề sẽ dùng giá trị này để hiển thị thông báo về giá vé của người đó.</w:t>
      </w:r>
    </w:p>
    <w:p>
      <w:pPr>
        <w:spacing w:after="80"/>
      </w:pPr>
      <w:r>
        <w:rPr>
          <w:b w:val="0"/>
          <w:i w:val="0"/>
        </w:rPr>
        <w:t xml:space="preserve">Đoạn code này cho kết quả giống hệt ví dụ trước, nhưng mục đích của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hẹp hơn. Thay vì vừa xác định giá vừa hiển thị thông báo, nó chỉ đơn thuần xác định giá vé. Ngoài việc hiệu quả hơn, đoạn code sửa đổi này còn dễ chỉnh sửa hơn cách làm ban đầu. Để thay đổi nội dung thông báo đầu ra, bạn chỉ cần sửa một lệnh gọi </w:t>
      </w:r>
      <w:r>
        <w:rPr>
          <w:rFonts w:ascii="Consolas" w:hAnsi="Consolas"/>
          <w:b w:val="0"/>
          <w:i w:val="0"/>
          <w:sz w:val="20"/>
        </w:rPr>
        <w:t>print()</w:t>
      </w:r>
      <w:r>
        <w:rPr>
          <w:b w:val="0"/>
          <w:i w:val="0"/>
        </w:rPr>
        <w:t xml:space="preserve"> thay vì ba lệnh gọi </w:t>
      </w:r>
      <w:r>
        <w:rPr>
          <w:rFonts w:ascii="Consolas" w:hAnsi="Consolas"/>
          <w:b w:val="0"/>
          <w:i w:val="0"/>
          <w:sz w:val="20"/>
        </w:rPr>
        <w:t>print()</w:t>
      </w:r>
      <w:r>
        <w:rPr>
          <w:b w:val="0"/>
          <w:i w:val="0"/>
        </w:rPr>
        <w:t xml:space="preserve"> riêng biệt.</w:t>
      </w:r>
    </w:p>
    <w:p>
      <w:pPr>
        <w:pStyle w:val="Heading3"/>
      </w:pPr>
      <w:r>
        <w:rPr>
          <w:rFonts w:ascii="Calibri" w:hAnsi="Calibri"/>
          <w:b/>
          <w:i w:val="0"/>
          <w:sz w:val="27"/>
        </w:rPr>
        <w:t>Dùng nhiều khối elif</w:t>
      </w:r>
    </w:p>
    <w:p>
      <w:pPr>
        <w:spacing w:after="80"/>
      </w:pPr>
      <w:r>
        <w:rPr>
          <w:b w:val="0"/>
          <w:i w:val="0"/>
        </w:rPr>
        <w:t xml:space="preserve">Bạn có thể dùng bao nhiêu khối </w:t>
      </w:r>
      <w:r>
        <w:rPr>
          <w:rFonts w:ascii="Consolas" w:hAnsi="Consolas"/>
          <w:b w:val="0"/>
          <w:i w:val="0"/>
          <w:sz w:val="20"/>
        </w:rPr>
        <w:t>elif</w:t>
      </w:r>
      <w:r>
        <w:rPr>
          <w:b w:val="0"/>
          <w:i w:val="0"/>
        </w:rPr>
        <w:t xml:space="preserve"> trong code cũng được, tùy thích. Ví dụ, nếu công viên giải trí áp dụng ưu đãi cho người cao tuổi, bạn có thể thêm một phép kiểm tra điều kiện nữa vào code để xác định ai đủ điều kiện nhận ưu đãi người cao tuổi. Giả sử ai từ 65 tuổi trở lên chỉ trả một nửa giá vé thường, tức $20:</w:t>
      </w:r>
    </w:p>
    <w:p>
      <w:pPr>
        <w:spacing w:after="0"/>
        <w:ind w:left="360"/>
        <w:shd w:val="clear" w:color="auto" w:fill="F2F2F2"/>
      </w:pPr>
      <w:r>
        <w:rPr>
          <w:rFonts w:ascii="Consolas" w:hAnsi="Consolas"/>
          <w:b w:val="0"/>
          <w:i w:val="0"/>
          <w:sz w:val="18"/>
        </w:rPr>
        <w:t>age = 12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age &lt; 4:</w:t>
      </w:r>
    </w:p>
    <w:p>
      <w:pPr>
        <w:spacing w:after="0"/>
        <w:ind w:left="360"/>
        <w:shd w:val="clear" w:color="auto" w:fill="F2F2F2"/>
      </w:pPr>
      <w:r>
        <w:rPr>
          <w:rFonts w:ascii="Consolas" w:hAnsi="Consolas"/>
          <w:b w:val="0"/>
          <w:i w:val="0"/>
          <w:sz w:val="18"/>
        </w:rPr>
        <w:t xml:space="preserve">    price = 0</w:t>
      </w:r>
    </w:p>
    <w:p>
      <w:pPr>
        <w:spacing w:after="0"/>
        <w:ind w:left="360"/>
        <w:shd w:val="clear" w:color="auto" w:fill="F2F2F2"/>
      </w:pPr>
      <w:r>
        <w:rPr>
          <w:rFonts w:ascii="Consolas" w:hAnsi="Consolas"/>
          <w:b w:val="0"/>
          <w:i w:val="0"/>
          <w:sz w:val="18"/>
        </w:rPr>
        <w:t>elif age &lt; 18:</w:t>
      </w:r>
    </w:p>
    <w:p>
      <w:pPr>
        <w:spacing w:after="0"/>
        <w:ind w:left="360"/>
        <w:shd w:val="clear" w:color="auto" w:fill="F2F2F2"/>
      </w:pPr>
      <w:r>
        <w:rPr>
          <w:rFonts w:ascii="Consolas" w:hAnsi="Consolas"/>
          <w:b w:val="0"/>
          <w:i w:val="0"/>
          <w:sz w:val="18"/>
        </w:rPr>
        <w:t xml:space="preserve">    price = 25</w:t>
      </w:r>
    </w:p>
    <w:p>
      <w:pPr>
        <w:spacing w:after="0"/>
        <w:ind w:left="360"/>
        <w:shd w:val="clear" w:color="auto" w:fill="F2F2F2"/>
      </w:pPr>
      <w:r>
        <w:rPr>
          <w:rFonts w:ascii="Consolas" w:hAnsi="Consolas"/>
          <w:b w:val="0"/>
          <w:i w:val="0"/>
          <w:sz w:val="18"/>
        </w:rPr>
        <w:t>elif age &lt; 65:</w:t>
      </w:r>
    </w:p>
    <w:p>
      <w:pPr>
        <w:spacing w:after="0"/>
        <w:ind w:left="360"/>
        <w:shd w:val="clear" w:color="auto" w:fill="F2F2F2"/>
      </w:pPr>
      <w:r>
        <w:rPr>
          <w:rFonts w:ascii="Consolas" w:hAnsi="Consolas"/>
          <w:b w:val="0"/>
          <w:i w:val="0"/>
          <w:sz w:val="18"/>
        </w:rPr>
        <w:t xml:space="preserve">    price = 40</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price = 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print(f"Your admission cost is ${price}.")</w:t>
      </w:r>
    </w:p>
    <w:p>
      <w:pPr>
        <w:spacing w:after="40"/>
      </w:pPr>
    </w:p>
    <w:p>
      <w:pPr>
        <w:spacing w:after="80"/>
      </w:pPr>
      <w:r>
        <w:rPr>
          <w:b w:val="0"/>
          <w:i w:val="0"/>
        </w:rPr>
        <w:t xml:space="preserve">Phần lớn đoạn mã này không thay đổi. Khối </w:t>
      </w:r>
      <w:r>
        <w:rPr>
          <w:rFonts w:ascii="Consolas" w:hAnsi="Consolas"/>
          <w:b w:val="0"/>
          <w:i w:val="0"/>
          <w:sz w:val="20"/>
        </w:rPr>
        <w:t>elif</w:t>
      </w:r>
      <w:r>
        <w:rPr>
          <w:b w:val="0"/>
          <w:i w:val="0"/>
        </w:rPr>
        <w:t xml:space="preserve"> thứ hai giờ kiểm tra để đảm bảo một người chưa đến 65 tuổi trước khi gán cho họ mức giá vé vào cửa đầy đủ là $40. Lưu ý rằng giá trị được gán trong khối </w:t>
      </w:r>
      <w:r>
        <w:rPr>
          <w:rFonts w:ascii="Consolas" w:hAnsi="Consolas"/>
          <w:b w:val="0"/>
          <w:i w:val="0"/>
          <w:sz w:val="20"/>
        </w:rPr>
        <w:t>else</w:t>
      </w:r>
      <w:r>
        <w:rPr>
          <w:b w:val="0"/>
          <w:i w:val="0"/>
        </w:rPr>
        <w:t xml:space="preserve"> cần được đổi thành $20, vì những độ tuổi duy nhất lọt vào khối này là người từ 65 tuổi trở lên.</w:t>
      </w:r>
    </w:p>
    <w:p>
      <w:pPr>
        <w:pStyle w:val="Heading3"/>
      </w:pPr>
      <w:r>
        <w:rPr>
          <w:rFonts w:ascii="Calibri" w:hAnsi="Calibri"/>
          <w:b/>
          <w:i w:val="0"/>
          <w:sz w:val="27"/>
        </w:rPr>
        <w:t>Bỏ qua khối else</w:t>
      </w:r>
    </w:p>
    <w:p>
      <w:pPr>
        <w:spacing w:after="80"/>
      </w:pPr>
      <w:r>
        <w:rPr>
          <w:b w:val="0"/>
          <w:i w:val="0"/>
        </w:rPr>
        <w:t xml:space="preserve">Python không bắt buộc phải có khối </w:t>
      </w:r>
      <w:r>
        <w:rPr>
          <w:rFonts w:ascii="Consolas" w:hAnsi="Consolas"/>
          <w:b w:val="0"/>
          <w:i w:val="0"/>
          <w:sz w:val="20"/>
        </w:rPr>
        <w:t>else</w:t>
      </w:r>
      <w:r>
        <w:rPr>
          <w:b w:val="0"/>
          <w:i w:val="0"/>
        </w:rPr>
        <w:t xml:space="preserve"> ở cuối một chuỗi </w:t>
      </w:r>
      <w:r>
        <w:rPr>
          <w:rFonts w:ascii="Consolas" w:hAnsi="Consolas"/>
          <w:b w:val="0"/>
          <w:i w:val="0"/>
          <w:sz w:val="20"/>
        </w:rPr>
        <w:t>if</w:t>
      </w:r>
      <w:r>
        <w:rPr>
          <w:b w:val="0"/>
          <w:i w:val="0"/>
        </w:rPr>
        <w:t>-</w:t>
      </w:r>
      <w:r>
        <w:rPr>
          <w:rFonts w:ascii="Consolas" w:hAnsi="Consolas"/>
          <w:b w:val="0"/>
          <w:i w:val="0"/>
          <w:sz w:val="20"/>
        </w:rPr>
        <w:t>elif</w:t>
      </w:r>
      <w:r>
        <w:rPr>
          <w:b w:val="0"/>
          <w:i w:val="0"/>
        </w:rPr>
        <w:t xml:space="preserve">. Đôi khi, một khối </w:t>
      </w:r>
      <w:r>
        <w:rPr>
          <w:rFonts w:ascii="Consolas" w:hAnsi="Consolas"/>
          <w:b w:val="0"/>
          <w:i w:val="0"/>
          <w:sz w:val="20"/>
        </w:rPr>
        <w:t>else</w:t>
      </w:r>
      <w:r>
        <w:rPr>
          <w:b w:val="0"/>
          <w:i w:val="0"/>
        </w:rPr>
        <w:t xml:space="preserve"> rất hữu ích. Những lúc khác, sẽ rõ ràng hơn nếu dùng thêm một câu lệnh </w:t>
      </w:r>
      <w:r>
        <w:rPr>
          <w:rFonts w:ascii="Consolas" w:hAnsi="Consolas"/>
          <w:b w:val="0"/>
          <w:i w:val="0"/>
          <w:sz w:val="20"/>
        </w:rPr>
        <w:t>elif</w:t>
      </w:r>
      <w:r>
        <w:rPr>
          <w:b w:val="0"/>
          <w:i w:val="0"/>
        </w:rPr>
        <w:t xml:space="preserve"> để bắt đúng điều kiện cụ thể mà bạn quan tâm:</w:t>
      </w:r>
    </w:p>
    <w:p>
      <w:pPr>
        <w:spacing w:after="0"/>
        <w:ind w:left="360"/>
        <w:shd w:val="clear" w:color="auto" w:fill="F2F2F2"/>
      </w:pPr>
      <w:r>
        <w:rPr>
          <w:rFonts w:ascii="Consolas" w:hAnsi="Consolas"/>
          <w:b w:val="0"/>
          <w:i w:val="0"/>
          <w:sz w:val="18"/>
        </w:rPr>
        <w:t>age = 12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age &lt; 4:</w:t>
      </w:r>
    </w:p>
    <w:p>
      <w:pPr>
        <w:spacing w:after="0"/>
        <w:ind w:left="360"/>
        <w:shd w:val="clear" w:color="auto" w:fill="F2F2F2"/>
      </w:pPr>
      <w:r>
        <w:rPr>
          <w:rFonts w:ascii="Consolas" w:hAnsi="Consolas"/>
          <w:b w:val="0"/>
          <w:i w:val="0"/>
          <w:sz w:val="18"/>
        </w:rPr>
        <w:t xml:space="preserve">    price = 0</w:t>
      </w:r>
    </w:p>
    <w:p>
      <w:pPr>
        <w:spacing w:after="0"/>
        <w:ind w:left="360"/>
        <w:shd w:val="clear" w:color="auto" w:fill="F2F2F2"/>
      </w:pPr>
      <w:r>
        <w:rPr>
          <w:rFonts w:ascii="Consolas" w:hAnsi="Consolas"/>
          <w:b w:val="0"/>
          <w:i w:val="0"/>
          <w:sz w:val="18"/>
        </w:rPr>
        <w:t>elif age &lt; 18:</w:t>
      </w:r>
    </w:p>
    <w:p>
      <w:pPr>
        <w:spacing w:after="0"/>
        <w:ind w:left="360"/>
        <w:shd w:val="clear" w:color="auto" w:fill="F2F2F2"/>
      </w:pPr>
      <w:r>
        <w:rPr>
          <w:rFonts w:ascii="Consolas" w:hAnsi="Consolas"/>
          <w:b w:val="0"/>
          <w:i w:val="0"/>
          <w:sz w:val="18"/>
        </w:rPr>
        <w:t xml:space="preserve">    price = 25</w:t>
      </w:r>
    </w:p>
    <w:p>
      <w:pPr>
        <w:spacing w:after="0"/>
        <w:ind w:left="360"/>
        <w:shd w:val="clear" w:color="auto" w:fill="F2F2F2"/>
      </w:pPr>
      <w:r>
        <w:rPr>
          <w:rFonts w:ascii="Consolas" w:hAnsi="Consolas"/>
          <w:b w:val="0"/>
          <w:i w:val="0"/>
          <w:sz w:val="18"/>
        </w:rPr>
        <w:t>elif age &lt; 65:</w:t>
      </w:r>
    </w:p>
    <w:p>
      <w:pPr>
        <w:spacing w:after="0"/>
        <w:ind w:left="360"/>
        <w:shd w:val="clear" w:color="auto" w:fill="F2F2F2"/>
      </w:pPr>
      <w:r>
        <w:rPr>
          <w:rFonts w:ascii="Consolas" w:hAnsi="Consolas"/>
          <w:b w:val="0"/>
          <w:i w:val="0"/>
          <w:sz w:val="18"/>
        </w:rPr>
        <w:t xml:space="preserve">    price = 40</w:t>
      </w:r>
    </w:p>
    <w:p>
      <w:pPr>
        <w:spacing w:after="0"/>
        <w:ind w:left="360"/>
        <w:shd w:val="clear" w:color="auto" w:fill="F2F2F2"/>
      </w:pPr>
      <w:r>
        <w:rPr>
          <w:rFonts w:ascii="Consolas" w:hAnsi="Consolas"/>
          <w:b w:val="0"/>
          <w:i w:val="0"/>
          <w:sz w:val="18"/>
        </w:rPr>
        <w:t>elif age &gt;= 65:</w:t>
      </w:r>
    </w:p>
    <w:p>
      <w:pPr>
        <w:spacing w:after="0"/>
        <w:ind w:left="360"/>
        <w:shd w:val="clear" w:color="auto" w:fill="F2F2F2"/>
      </w:pPr>
      <w:r>
        <w:rPr>
          <w:rFonts w:ascii="Consolas" w:hAnsi="Consolas"/>
          <w:b w:val="0"/>
          <w:i w:val="0"/>
          <w:sz w:val="18"/>
        </w:rPr>
        <w:t xml:space="preserve">    price = 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print(f"Your admission cost is ${price}.")</w:t>
      </w:r>
    </w:p>
    <w:p>
      <w:pPr>
        <w:spacing w:after="40"/>
      </w:pPr>
    </w:p>
    <w:p>
      <w:pPr>
        <w:spacing w:after="80"/>
      </w:pPr>
      <w:r>
        <w:rPr>
          <w:b w:val="0"/>
          <w:i w:val="0"/>
        </w:rPr>
        <w:t xml:space="preserve">Khối </w:t>
      </w:r>
      <w:r>
        <w:rPr>
          <w:rFonts w:ascii="Consolas" w:hAnsi="Consolas"/>
          <w:b w:val="0"/>
          <w:i w:val="0"/>
          <w:sz w:val="20"/>
        </w:rPr>
        <w:t>elif</w:t>
      </w:r>
      <w:r>
        <w:rPr>
          <w:b w:val="0"/>
          <w:i w:val="0"/>
        </w:rPr>
        <w:t xml:space="preserve"> cuối cùng gán mức giá $20 khi người đó từ 65 tuổi trở lên, điều này rõ ràng hơn một chút so với khối </w:t>
      </w:r>
      <w:r>
        <w:rPr>
          <w:rFonts w:ascii="Consolas" w:hAnsi="Consolas"/>
          <w:b w:val="0"/>
          <w:i w:val="0"/>
          <w:sz w:val="20"/>
        </w:rPr>
        <w:t>else</w:t>
      </w:r>
      <w:r>
        <w:rPr>
          <w:b w:val="0"/>
          <w:i w:val="0"/>
        </w:rPr>
        <w:t xml:space="preserve"> chung chung. Với thay đổi này, mỗi khối mã đều phải vượt qua một bài kiểm tra cụ thể thì mới được thực thi.</w:t>
      </w:r>
    </w:p>
    <w:p>
      <w:pPr>
        <w:spacing w:after="80"/>
      </w:pPr>
      <w:r>
        <w:rPr>
          <w:b w:val="0"/>
          <w:i w:val="0"/>
        </w:rPr>
        <w:t xml:space="preserve">Khối </w:t>
      </w:r>
      <w:r>
        <w:rPr>
          <w:rFonts w:ascii="Consolas" w:hAnsi="Consolas"/>
          <w:b w:val="0"/>
          <w:i w:val="0"/>
          <w:sz w:val="20"/>
        </w:rPr>
        <w:t>else</w:t>
      </w:r>
      <w:r>
        <w:rPr>
          <w:b w:val="0"/>
          <w:i w:val="0"/>
        </w:rPr>
        <w:t xml:space="preserve"> là một câu lệnh "bắt tất cả". Nó khớp với bất kỳ điều kiện nào không được khớp bởi một bài kiểm tra </w:t>
      </w:r>
      <w:r>
        <w:rPr>
          <w:rFonts w:ascii="Consolas" w:hAnsi="Consolas"/>
          <w:b w:val="0"/>
          <w:i w:val="0"/>
          <w:sz w:val="20"/>
        </w:rPr>
        <w:t>if</w:t>
      </w:r>
      <w:r>
        <w:rPr>
          <w:b w:val="0"/>
          <w:i w:val="0"/>
        </w:rPr>
        <w:t xml:space="preserve"> hoặc </w:t>
      </w:r>
      <w:r>
        <w:rPr>
          <w:rFonts w:ascii="Consolas" w:hAnsi="Consolas"/>
          <w:b w:val="0"/>
          <w:i w:val="0"/>
          <w:sz w:val="20"/>
        </w:rPr>
        <w:t>elif</w:t>
      </w:r>
      <w:r>
        <w:rPr>
          <w:b w:val="0"/>
          <w:i w:val="0"/>
        </w:rPr>
        <w:t xml:space="preserve"> cụ thể, và điều đó đôi khi có thể bao gồm cả dữ liệu không hợp lệ hoặc thậm chí là dữ liệu độc hại. Nếu bạn có một điều kiện cuối cùng cụ thể cần kiểm tra, hãy cân nhắc dùng một khối </w:t>
      </w:r>
      <w:r>
        <w:rPr>
          <w:rFonts w:ascii="Consolas" w:hAnsi="Consolas"/>
          <w:b w:val="0"/>
          <w:i w:val="0"/>
          <w:sz w:val="20"/>
        </w:rPr>
        <w:t>elif</w:t>
      </w:r>
      <w:r>
        <w:rPr>
          <w:b w:val="0"/>
          <w:i w:val="0"/>
        </w:rPr>
        <w:t xml:space="preserve"> cuối cùng và bỏ qua khối </w:t>
      </w:r>
      <w:r>
        <w:rPr>
          <w:rFonts w:ascii="Consolas" w:hAnsi="Consolas"/>
          <w:b w:val="0"/>
          <w:i w:val="0"/>
          <w:sz w:val="20"/>
        </w:rPr>
        <w:t>else</w:t>
      </w:r>
      <w:r>
        <w:rPr>
          <w:b w:val="0"/>
          <w:i w:val="0"/>
        </w:rPr>
        <w:t>. Kết quả là, bạn sẽ tự tin hơn rằng mã của mình chỉ chạy trong những điều kiện đúng đắn.</w:t>
      </w:r>
    </w:p>
    <w:p>
      <w:pPr>
        <w:pStyle w:val="Heading3"/>
      </w:pPr>
      <w:r>
        <w:rPr>
          <w:rFonts w:ascii="Calibri" w:hAnsi="Calibri"/>
          <w:b/>
          <w:i w:val="0"/>
          <w:sz w:val="27"/>
        </w:rPr>
        <w:t>Kiểm tra nhiều điều kiện</w:t>
      </w:r>
    </w:p>
    <w:p>
      <w:pPr>
        <w:spacing w:after="80"/>
      </w:pPr>
      <w:r>
        <w:rPr>
          <w:b w:val="0"/>
          <w:i w:val="0"/>
        </w:rPr>
        <w:t xml:space="preserve">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rất mạnh mẽ, nhưng nó chỉ phù hợp để dùng khi bạn chỉ cần một bài kiểm tra vượt qua. Ngay khi Python tìm thấy một bài kiểm tra vượt qua, nó sẽ bỏ qua phần còn lại của các bài kiểm tra. Hành vi này có lợi, vì nó hiệu quả và cho phép bạn kiểm tra một điều kiện cụ thể.</w:t>
      </w:r>
    </w:p>
    <w:p>
      <w:pPr>
        <w:spacing w:after="80"/>
      </w:pPr>
      <w:r>
        <w:rPr>
          <w:b w:val="0"/>
          <w:i w:val="0"/>
        </w:rPr>
        <w:t xml:space="preserve">Tuy nhiên, đôi khi việc kiểm tra tất cả các điều kiện mà bạn quan tâm lại rất quan trọng. Trong trường hợp này, bạn nên dùng một loạt câu lệnh </w:t>
      </w:r>
      <w:r>
        <w:rPr>
          <w:rFonts w:ascii="Consolas" w:hAnsi="Consolas"/>
          <w:b w:val="0"/>
          <w:i w:val="0"/>
          <w:sz w:val="20"/>
        </w:rPr>
        <w:t>if</w:t>
      </w:r>
      <w:r>
        <w:rPr>
          <w:b w:val="0"/>
          <w:i w:val="0"/>
        </w:rPr>
        <w:t xml:space="preserve"> đơn giản mà không có khối </w:t>
      </w:r>
      <w:r>
        <w:rPr>
          <w:rFonts w:ascii="Consolas" w:hAnsi="Consolas"/>
          <w:b w:val="0"/>
          <w:i w:val="0"/>
          <w:sz w:val="20"/>
        </w:rPr>
        <w:t>elif</w:t>
      </w:r>
      <w:r>
        <w:rPr>
          <w:b w:val="0"/>
          <w:i w:val="0"/>
        </w:rPr>
        <w:t xml:space="preserve"> hay </w:t>
      </w:r>
      <w:r>
        <w:rPr>
          <w:rFonts w:ascii="Consolas" w:hAnsi="Consolas"/>
          <w:b w:val="0"/>
          <w:i w:val="0"/>
          <w:sz w:val="20"/>
        </w:rPr>
        <w:t>else</w:t>
      </w:r>
      <w:r>
        <w:rPr>
          <w:b w:val="0"/>
          <w:i w:val="0"/>
        </w:rPr>
        <w:t xml:space="preserve"> nào. Kỹ thuật này hợp lý khi có nhiều hơn một điều kiện có thể là </w:t>
      </w:r>
      <w:r>
        <w:rPr>
          <w:rFonts w:ascii="Consolas" w:hAnsi="Consolas"/>
          <w:b w:val="0"/>
          <w:i w:val="0"/>
          <w:sz w:val="20"/>
        </w:rPr>
        <w:t>True</w:t>
      </w:r>
      <w:r>
        <w:rPr>
          <w:b w:val="0"/>
          <w:i w:val="0"/>
        </w:rPr>
        <w:t xml:space="preserve">, và bạn muốn xử lý mọi điều kiện là </w:t>
      </w:r>
      <w:r>
        <w:rPr>
          <w:rFonts w:ascii="Consolas" w:hAnsi="Consolas"/>
          <w:b w:val="0"/>
          <w:i w:val="0"/>
          <w:sz w:val="20"/>
        </w:rPr>
        <w:t>True</w:t>
      </w:r>
      <w:r>
        <w:rPr>
          <w:b w:val="0"/>
          <w:i w:val="0"/>
        </w:rPr>
        <w:t>.</w:t>
      </w:r>
    </w:p>
    <w:p>
      <w:pPr>
        <w:spacing w:after="80"/>
      </w:pPr>
      <w:r>
        <w:rPr>
          <w:b w:val="0"/>
          <w:i w:val="0"/>
        </w:rPr>
        <w:t>Hãy xem lại ví dụ về tiệm pizza. Nếu ai đó yêu cầu một chiếc pizza hai loại nhân, bạn sẽ cần đảm bảo thêm cả hai loại nhân lên chiếc pizza của họ:</w:t>
      </w:r>
    </w:p>
    <w:p>
      <w:pPr>
        <w:spacing w:after="80"/>
      </w:pPr>
      <w:r>
        <w:rPr>
          <w:b w:val="0"/>
          <w:i w:val="0"/>
        </w:rPr>
        <w:t>toppings.py</w:t>
      </w:r>
    </w:p>
    <w:p>
      <w:pPr>
        <w:spacing w:after="0"/>
        <w:ind w:left="360"/>
        <w:shd w:val="clear" w:color="auto" w:fill="F2F2F2"/>
      </w:pPr>
      <w:r>
        <w:rPr>
          <w:rFonts w:ascii="Consolas" w:hAnsi="Consolas"/>
          <w:b w:val="0"/>
          <w:i w:val="0"/>
          <w:sz w:val="18"/>
        </w:rPr>
        <w:t>requested_toppings = ['mushrooms',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'mushrooms' in requested_toppings:</w:t>
      </w:r>
    </w:p>
    <w:p>
      <w:pPr>
        <w:spacing w:after="0"/>
        <w:ind w:left="360"/>
        <w:shd w:val="clear" w:color="auto" w:fill="F2F2F2"/>
      </w:pPr>
      <w:r>
        <w:rPr>
          <w:rFonts w:ascii="Consolas" w:hAnsi="Consolas"/>
          <w:b w:val="0"/>
          <w:i w:val="0"/>
          <w:sz w:val="18"/>
        </w:rPr>
        <w:t xml:space="preserve">    print("Adding mushrooms.")</w:t>
      </w:r>
    </w:p>
    <w:p>
      <w:pPr>
        <w:spacing w:after="0"/>
        <w:ind w:left="360"/>
        <w:shd w:val="clear" w:color="auto" w:fill="F2F2F2"/>
      </w:pPr>
      <w:r>
        <w:rPr>
          <w:rFonts w:ascii="Consolas" w:hAnsi="Consolas"/>
          <w:b w:val="0"/>
          <w:i w:val="0"/>
          <w:sz w:val="18"/>
        </w:rPr>
        <w:t>❶ if 'pepperoni' in requested_toppings:</w:t>
      </w:r>
    </w:p>
    <w:p>
      <w:pPr>
        <w:spacing w:after="0"/>
        <w:ind w:left="360"/>
        <w:shd w:val="clear" w:color="auto" w:fill="F2F2F2"/>
      </w:pPr>
      <w:r>
        <w:rPr>
          <w:rFonts w:ascii="Consolas" w:hAnsi="Consolas"/>
          <w:b w:val="0"/>
          <w:i w:val="0"/>
          <w:sz w:val="18"/>
        </w:rPr>
        <w:t xml:space="preserve">    print("Adding pepperoni.")</w:t>
      </w:r>
    </w:p>
    <w:p>
      <w:pPr>
        <w:spacing w:after="0"/>
        <w:ind w:left="360"/>
        <w:shd w:val="clear" w:color="auto" w:fill="F2F2F2"/>
      </w:pPr>
      <w:r>
        <w:rPr>
          <w:rFonts w:ascii="Consolas" w:hAnsi="Consolas"/>
          <w:b w:val="0"/>
          <w:i w:val="0"/>
          <w:sz w:val="18"/>
        </w:rPr>
        <w:t>if 'extra cheese' in requested_toppings:</w:t>
      </w:r>
    </w:p>
    <w:p>
      <w:pPr>
        <w:spacing w:after="0"/>
        <w:ind w:left="360"/>
        <w:shd w:val="clear" w:color="auto" w:fill="F2F2F2"/>
      </w:pPr>
      <w:r>
        <w:rPr>
          <w:rFonts w:ascii="Consolas" w:hAnsi="Consolas"/>
          <w:b w:val="0"/>
          <w:i w:val="0"/>
          <w:sz w:val="18"/>
        </w:rPr>
        <w:t xml:space="preserve">    print("Adding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print("\nFinished making your pizza!")</w:t>
      </w:r>
    </w:p>
    <w:p>
      <w:pPr>
        <w:spacing w:after="40"/>
      </w:pPr>
    </w:p>
    <w:p>
      <w:pPr>
        <w:spacing w:after="80"/>
      </w:pPr>
      <w:r>
        <w:rPr>
          <w:b w:val="0"/>
          <w:i w:val="0"/>
        </w:rPr>
        <w:t xml:space="preserve">Chúng ta bắt đầu với một danh sách chứa các loại nhân được yêu cầu. Câu lệnh </w:t>
      </w:r>
      <w:r>
        <w:rPr>
          <w:rFonts w:ascii="Consolas" w:hAnsi="Consolas"/>
          <w:b w:val="0"/>
          <w:i w:val="0"/>
          <w:sz w:val="20"/>
        </w:rPr>
        <w:t>if</w:t>
      </w:r>
      <w:r>
        <w:rPr>
          <w:b w:val="0"/>
          <w:i w:val="0"/>
        </w:rPr>
        <w:t xml:space="preserve"> đầu tiên kiểm tra xem người đó có yêu cầu nấm trên chiếc pizza của họ không. Nếu có, một thông báo được in ra để xác nhận loại nhân đó. Bài kiểm tra cho pepperoni ❶ là một câu lệnh </w:t>
      </w:r>
      <w:r>
        <w:rPr>
          <w:rFonts w:ascii="Consolas" w:hAnsi="Consolas"/>
          <w:b w:val="0"/>
          <w:i w:val="0"/>
          <w:sz w:val="20"/>
        </w:rPr>
        <w:t>if</w:t>
      </w:r>
      <w:r>
        <w:rPr>
          <w:b w:val="0"/>
          <w:i w:val="0"/>
        </w:rPr>
        <w:t xml:space="preserve"> đơn giản khác, không phải câu lệnh </w:t>
      </w:r>
      <w:r>
        <w:rPr>
          <w:rFonts w:ascii="Consolas" w:hAnsi="Consolas"/>
          <w:b w:val="0"/>
          <w:i w:val="0"/>
          <w:sz w:val="20"/>
        </w:rPr>
        <w:t>elif</w:t>
      </w:r>
      <w:r>
        <w:rPr>
          <w:b w:val="0"/>
          <w:i w:val="0"/>
        </w:rPr>
        <w:t xml:space="preserve"> hay </w:t>
      </w:r>
      <w:r>
        <w:rPr>
          <w:rFonts w:ascii="Consolas" w:hAnsi="Consolas"/>
          <w:b w:val="0"/>
          <w:i w:val="0"/>
          <w:sz w:val="20"/>
        </w:rPr>
        <w:t>else</w:t>
      </w:r>
      <w:r>
        <w:rPr>
          <w:b w:val="0"/>
          <w:i w:val="0"/>
        </w:rPr>
        <w:t xml:space="preserve">, nên bài kiểm tra này được chạy bất kể bài kiểm tra trước đó có vượt qua hay không. Câu lệnh </w:t>
      </w:r>
      <w:r>
        <w:rPr>
          <w:rFonts w:ascii="Consolas" w:hAnsi="Consolas"/>
          <w:b w:val="0"/>
          <w:i w:val="0"/>
          <w:sz w:val="20"/>
        </w:rPr>
        <w:t>if</w:t>
      </w:r>
      <w:r>
        <w:rPr>
          <w:b w:val="0"/>
          <w:i w:val="0"/>
        </w:rPr>
        <w:t xml:space="preserve"> cuối cùng kiểm tra xem có yêu cầu thêm phô mai không, bất kể kết quả từ hai bài kiểm tra đầu tiên. Ba bài kiểm tra độc lập này được thực thi mỗi lần chương trình này chạy.</w:t>
      </w:r>
    </w:p>
    <w:p>
      <w:pPr>
        <w:spacing w:after="80"/>
      </w:pPr>
      <w:r>
        <w:rPr>
          <w:b w:val="0"/>
          <w:i w:val="0"/>
        </w:rPr>
        <w:t>Vì mọi điều kiện trong ví dụ này đều được đánh giá, cả nấm và phô mai thêm đều được thêm vào chiếc pizza:</w:t>
      </w:r>
    </w:p>
    <w:p>
      <w:pPr>
        <w:spacing w:after="80"/>
      </w:pPr>
      <w:r>
        <w:rPr>
          <w:b w:val="0"/>
          <w:i w:val="0"/>
        </w:rPr>
        <w:t>Đang thêm nấm.</w:t>
      </w:r>
      <w:r>
        <w:br/>
      </w:r>
      <w:r>
        <w:rPr>
          <w:b w:val="0"/>
          <w:i w:val="0"/>
        </w:rPr>
        <w:t>Đang thêm phô mai thêm.</w:t>
      </w:r>
      <w:r>
        <w:br/>
      </w:r>
      <w:r>
        <w:br/>
      </w:r>
      <w:r>
        <w:rPr>
          <w:b w:val="0"/>
          <w:i w:val="0"/>
        </w:rPr>
        <w:t>Đã làm xong chiếc pizza của bạn!</w:t>
      </w:r>
    </w:p>
    <w:p>
      <w:pPr>
        <w:spacing w:after="80"/>
      </w:pPr>
      <w:r>
        <w:rPr>
          <w:b w:val="0"/>
          <w:i w:val="0"/>
        </w:rPr>
        <w:t xml:space="preserve">Đoạn mã này sẽ không hoạt động đúng nếu chúng ta dùng khối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vì mã sẽ ngừng chạy sau khi chỉ có một bài kiểm tra vượt qua. Đây là những gì sẽ xảy ra:</w:t>
      </w:r>
    </w:p>
    <w:p>
      <w:pPr>
        <w:spacing w:after="0"/>
        <w:ind w:left="360"/>
        <w:shd w:val="clear" w:color="auto" w:fill="F2F2F2"/>
      </w:pPr>
      <w:r>
        <w:rPr>
          <w:rFonts w:ascii="Consolas" w:hAnsi="Consolas"/>
          <w:b w:val="0"/>
          <w:i w:val="0"/>
          <w:sz w:val="18"/>
        </w:rPr>
        <w:t>requested_toppings = ['mushrooms',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'mushrooms' in requested_toppings:</w:t>
      </w:r>
    </w:p>
    <w:p>
      <w:pPr>
        <w:spacing w:after="0"/>
        <w:ind w:left="360"/>
        <w:shd w:val="clear" w:color="auto" w:fill="F2F2F2"/>
      </w:pPr>
      <w:r>
        <w:rPr>
          <w:rFonts w:ascii="Consolas" w:hAnsi="Consolas"/>
          <w:b w:val="0"/>
          <w:i w:val="0"/>
          <w:sz w:val="18"/>
        </w:rPr>
        <w:t xml:space="preserve">    print("Adding mushrooms.")</w:t>
      </w:r>
    </w:p>
    <w:p>
      <w:pPr>
        <w:spacing w:after="0"/>
        <w:ind w:left="360"/>
        <w:shd w:val="clear" w:color="auto" w:fill="F2F2F2"/>
      </w:pPr>
      <w:r>
        <w:rPr>
          <w:rFonts w:ascii="Consolas" w:hAnsi="Consolas"/>
          <w:b w:val="0"/>
          <w:i w:val="0"/>
          <w:sz w:val="18"/>
        </w:rPr>
        <w:t>elif 'pepperoni' in requested_toppings:</w:t>
      </w:r>
    </w:p>
    <w:p>
      <w:pPr>
        <w:spacing w:after="0"/>
        <w:ind w:left="360"/>
        <w:shd w:val="clear" w:color="auto" w:fill="F2F2F2"/>
      </w:pPr>
      <w:r>
        <w:rPr>
          <w:rFonts w:ascii="Consolas" w:hAnsi="Consolas"/>
          <w:b w:val="0"/>
          <w:i w:val="0"/>
          <w:sz w:val="18"/>
        </w:rPr>
        <w:t xml:space="preserve">    print("Adding pepperoni.")</w:t>
      </w:r>
    </w:p>
    <w:p>
      <w:pPr>
        <w:spacing w:after="0"/>
        <w:ind w:left="360"/>
        <w:shd w:val="clear" w:color="auto" w:fill="F2F2F2"/>
      </w:pPr>
      <w:r>
        <w:rPr>
          <w:rFonts w:ascii="Consolas" w:hAnsi="Consolas"/>
          <w:b w:val="0"/>
          <w:i w:val="0"/>
          <w:sz w:val="18"/>
        </w:rPr>
        <w:t>elif 'extra cheese' in requested_toppings:</w:t>
      </w:r>
    </w:p>
    <w:p>
      <w:pPr>
        <w:spacing w:after="0"/>
        <w:ind w:left="360"/>
        <w:shd w:val="clear" w:color="auto" w:fill="F2F2F2"/>
      </w:pPr>
      <w:r>
        <w:rPr>
          <w:rFonts w:ascii="Consolas" w:hAnsi="Consolas"/>
          <w:b w:val="0"/>
          <w:i w:val="0"/>
          <w:sz w:val="18"/>
        </w:rPr>
        <w:t xml:space="preserve">    print("Adding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print("\nFinished making your pizza!")</w:t>
      </w:r>
    </w:p>
    <w:p>
      <w:pPr>
        <w:spacing w:after="40"/>
      </w:pPr>
    </w:p>
    <w:p>
      <w:pPr>
        <w:spacing w:after="80"/>
      </w:pPr>
      <w:r>
        <w:rPr>
          <w:b w:val="0"/>
          <w:i w:val="0"/>
        </w:rPr>
        <w:t xml:space="preserve">Kiểm tra </w:t>
      </w:r>
      <w:r>
        <w:rPr>
          <w:rFonts w:ascii="Consolas" w:hAnsi="Consolas"/>
          <w:b w:val="0"/>
          <w:i w:val="0"/>
          <w:sz w:val="20"/>
        </w:rPr>
        <w:t>'mushrooms'</w:t>
      </w:r>
      <w:r>
        <w:rPr>
          <w:b w:val="0"/>
          <w:i w:val="0"/>
        </w:rPr>
        <w:t xml:space="preserve"> là kiểm tra đầu tiên đúng, nên nấm được thêm vào pizza. Tuy nhiên, các giá trị </w:t>
      </w:r>
      <w:r>
        <w:rPr>
          <w:rFonts w:ascii="Consolas" w:hAnsi="Consolas"/>
          <w:b w:val="0"/>
          <w:i w:val="0"/>
          <w:sz w:val="20"/>
        </w:rPr>
        <w:t>'extra cheese'</w:t>
      </w:r>
      <w:r>
        <w:rPr>
          <w:b w:val="0"/>
          <w:i w:val="0"/>
        </w:rPr>
        <w:t xml:space="preserve"> và </w:t>
      </w:r>
      <w:r>
        <w:rPr>
          <w:rFonts w:ascii="Consolas" w:hAnsi="Consolas"/>
          <w:b w:val="0"/>
          <w:i w:val="0"/>
          <w:sz w:val="20"/>
        </w:rPr>
        <w:t>'pepperoni'</w:t>
      </w:r>
      <w:r>
        <w:rPr>
          <w:b w:val="0"/>
          <w:i w:val="0"/>
        </w:rPr>
        <w:t xml:space="preserve"> không bao giờ được kiểm tra, vì Python không chạy bất kỳ kiểm tra nào sau kiểm tra đầu tiên đúng trong chuỗi </w:t>
      </w:r>
      <w:r>
        <w:rPr>
          <w:rFonts w:ascii="Consolas" w:hAnsi="Consolas"/>
          <w:b w:val="0"/>
          <w:i w:val="0"/>
          <w:sz w:val="20"/>
        </w:rPr>
        <w:t>if-elif-else</w:t>
      </w:r>
      <w:r>
        <w:rPr>
          <w:b w:val="0"/>
          <w:i w:val="0"/>
        </w:rPr>
        <w:t>. Món topping đầu tiên của khách sẽ được thêm, nhưng tất cả các topping khác sẽ bị bỏ qua:</w:t>
      </w:r>
    </w:p>
    <w:p>
      <w:pPr>
        <w:spacing w:after="80"/>
      </w:pPr>
      <w:r>
        <w:rPr>
          <w:b w:val="0"/>
          <w:i w:val="0"/>
        </w:rPr>
        <w:t>Đang thêm nấm.</w:t>
      </w:r>
      <w:r>
        <w:br/>
      </w:r>
      <w:r>
        <w:br/>
      </w:r>
      <w:r>
        <w:rPr>
          <w:b w:val="0"/>
          <w:i w:val="0"/>
        </w:rPr>
        <w:t>Đã làm xong pizza của bạn!</w:t>
      </w:r>
    </w:p>
    <w:p>
      <w:pPr>
        <w:spacing w:after="80"/>
      </w:pPr>
      <w:r>
        <w:rPr>
          <w:b w:val="0"/>
          <w:i w:val="0"/>
        </w:rPr>
        <w:t xml:space="preserve">Tóm lại, nếu bạn chỉ muốn một khối mã chạy, hãy dùng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Nếu cần nhiều hơn một khối mã chạy, hãy dùng một loạt các câu lệnh </w:t>
      </w:r>
      <w:r>
        <w:rPr>
          <w:rFonts w:ascii="Consolas" w:hAnsi="Consolas"/>
          <w:b w:val="0"/>
          <w:i w:val="0"/>
          <w:sz w:val="20"/>
        </w:rPr>
        <w:t>if</w:t>
      </w:r>
      <w:r>
        <w:rPr>
          <w:b w:val="0"/>
          <w:i w:val="0"/>
        </w:rPr>
        <w:t xml:space="preserve"> độc lập.</w:t>
      </w:r>
    </w:p>
    <w:p>
      <w:pPr>
        <w:spacing w:before="120" w:after="40"/>
      </w:pPr>
      <w:r>
        <w:rPr>
          <w:b/>
          <w:sz w:val="21"/>
        </w:rPr>
        <w:t>Tự thực hành</w:t>
      </w:r>
    </w:p>
    <w:p>
      <w:pPr>
        <w:spacing w:after="80"/>
      </w:pPr>
      <w:r>
        <w:rPr>
          <w:b/>
          <w:i w:val="0"/>
        </w:rPr>
        <w:t>5-3. Màu của người ngoài hành tinh #1:</w:t>
      </w:r>
      <w:r>
        <w:rPr>
          <w:b w:val="0"/>
          <w:i w:val="0"/>
        </w:rPr>
        <w:t xml:space="preserve"> Hãy tưởng tượng một người ngoài hành tinh vừa bị bắn hạ trong một trò chơi. Tạo một biến tên là </w:t>
      </w:r>
      <w:r>
        <w:rPr>
          <w:rFonts w:ascii="Consolas" w:hAnsi="Consolas"/>
          <w:b w:val="0"/>
          <w:i w:val="0"/>
          <w:sz w:val="20"/>
        </w:rPr>
        <w:t>alien_color</w:t>
      </w:r>
      <w:r>
        <w:rPr>
          <w:b w:val="0"/>
          <w:i w:val="0"/>
        </w:rPr>
        <w:t xml:space="preserve"> và gán cho nó giá trị </w:t>
      </w:r>
      <w:r>
        <w:rPr>
          <w:rFonts w:ascii="Consolas" w:hAnsi="Consolas"/>
          <w:b w:val="0"/>
          <w:i w:val="0"/>
          <w:sz w:val="20"/>
        </w:rPr>
        <w:t>'green'</w:t>
      </w:r>
      <w:r>
        <w:rPr>
          <w:b w:val="0"/>
          <w:i w:val="0"/>
        </w:rPr>
        <w:t xml:space="preserve">, </w:t>
      </w:r>
      <w:r>
        <w:rPr>
          <w:rFonts w:ascii="Consolas" w:hAnsi="Consolas"/>
          <w:b w:val="0"/>
          <w:i w:val="0"/>
          <w:sz w:val="20"/>
        </w:rPr>
        <w:t>'yellow'</w:t>
      </w:r>
      <w:r>
        <w:rPr>
          <w:b w:val="0"/>
          <w:i w:val="0"/>
        </w:rPr>
        <w:t xml:space="preserve">, hoặc </w:t>
      </w:r>
      <w:r>
        <w:rPr>
          <w:rFonts w:ascii="Consolas" w:hAnsi="Consolas"/>
          <w:b w:val="0"/>
          <w:i w:val="0"/>
          <w:sz w:val="20"/>
        </w:rPr>
        <w:t>'red'</w:t>
      </w:r>
      <w:r>
        <w:rPr>
          <w:b w:val="0"/>
          <w:i w:val="0"/>
        </w:rPr>
        <w:t>.</w:t>
      </w:r>
    </w:p>
    <w:p>
      <w:pPr>
        <w:spacing w:after="80"/>
        <w:ind w:left="360"/>
      </w:pPr>
      <w:r>
        <w:t xml:space="preserve">• </w:t>
      </w:r>
      <w:r>
        <w:rPr>
          <w:b w:val="0"/>
          <w:i w:val="0"/>
        </w:rPr>
        <w:t xml:space="preserve">Viết một câu lệnh </w:t>
      </w:r>
      <w:r>
        <w:rPr>
          <w:rFonts w:ascii="Consolas" w:hAnsi="Consolas"/>
          <w:b w:val="0"/>
          <w:i w:val="0"/>
          <w:sz w:val="20"/>
        </w:rPr>
        <w:t>if</w:t>
      </w:r>
      <w:r>
        <w:rPr>
          <w:b w:val="0"/>
          <w:i w:val="0"/>
        </w:rPr>
        <w:t xml:space="preserve"> để kiểm tra xem màu của người ngoài hành tinh có phải là màu xanh lá cây không. Nếu đúng, in một thông báo rằng người chơi vừa giành được 5 điểm.</w:t>
      </w:r>
    </w:p>
    <w:p>
      <w:pPr>
        <w:spacing w:after="80"/>
        <w:ind w:left="360"/>
      </w:pPr>
      <w:r>
        <w:t xml:space="preserve">• </w:t>
      </w:r>
      <w:r>
        <w:rPr>
          <w:b w:val="0"/>
          <w:i w:val="0"/>
        </w:rPr>
        <w:t xml:space="preserve">Viết một phiên bản của chương trình này vượt qua kiểm tra </w:t>
      </w:r>
      <w:r>
        <w:rPr>
          <w:rFonts w:ascii="Consolas" w:hAnsi="Consolas"/>
          <w:b w:val="0"/>
          <w:i w:val="0"/>
          <w:sz w:val="20"/>
        </w:rPr>
        <w:t>if</w:t>
      </w:r>
      <w:r>
        <w:rPr>
          <w:b w:val="0"/>
          <w:i w:val="0"/>
        </w:rPr>
        <w:t xml:space="preserve"> và một phiên bản khác thất bại. (Phiên bản thất bại sẽ không có đầu ra.)</w:t>
      </w:r>
    </w:p>
    <w:p>
      <w:pPr>
        <w:spacing w:after="80"/>
      </w:pPr>
      <w:r>
        <w:rPr>
          <w:b/>
          <w:i w:val="0"/>
        </w:rPr>
        <w:t>5-4. Màu của người ngoài hành tinh #2:</w:t>
      </w:r>
      <w:r>
        <w:rPr>
          <w:b w:val="0"/>
          <w:i w:val="0"/>
        </w:rPr>
        <w:t xml:space="preserve"> Chọn một màu cho người ngoài hành tinh như bạn đã làm trong Bài tập 5-3, và viết một chuỗi </w:t>
      </w:r>
      <w:r>
        <w:rPr>
          <w:rFonts w:ascii="Consolas" w:hAnsi="Consolas"/>
          <w:b w:val="0"/>
          <w:i w:val="0"/>
          <w:sz w:val="20"/>
        </w:rPr>
        <w:t>if</w:t>
      </w:r>
      <w:r>
        <w:rPr>
          <w:b w:val="0"/>
          <w:i w:val="0"/>
        </w:rPr>
        <w:t>-</w:t>
      </w:r>
      <w:r>
        <w:rPr>
          <w:rFonts w:ascii="Consolas" w:hAnsi="Consolas"/>
          <w:b w:val="0"/>
          <w:i w:val="0"/>
          <w:sz w:val="20"/>
        </w:rPr>
        <w:t>else</w:t>
      </w:r>
      <w:r>
        <w:rPr>
          <w:b w:val="0"/>
          <w:i w:val="0"/>
        </w:rPr>
        <w:t>.</w:t>
      </w:r>
    </w:p>
    <w:p>
      <w:pPr>
        <w:spacing w:after="80"/>
        <w:ind w:left="360"/>
      </w:pPr>
      <w:r>
        <w:t xml:space="preserve">• </w:t>
      </w:r>
      <w:r>
        <w:rPr>
          <w:b w:val="0"/>
          <w:i w:val="0"/>
        </w:rPr>
        <w:t>Nếu màu của người ngoài hành tinh là màu xanh lá cây, in một thông báo rằng người chơi vừa giành được 5 điểm vì đã bắn hạ người ngoài hành tinh.</w:t>
      </w:r>
    </w:p>
    <w:p>
      <w:pPr>
        <w:spacing w:after="80"/>
        <w:ind w:left="360"/>
      </w:pPr>
      <w:r>
        <w:t xml:space="preserve">• </w:t>
      </w:r>
      <w:r>
        <w:rPr>
          <w:b w:val="0"/>
          <w:i w:val="0"/>
        </w:rPr>
        <w:t>Nếu màu của người ngoài hành tinh không phải là màu xanh lá cây, in một thông báo rằng người chơi vừa giành được 10 điểm.</w:t>
      </w:r>
    </w:p>
    <w:p>
      <w:pPr>
        <w:spacing w:after="80"/>
        <w:ind w:left="360"/>
      </w:pPr>
      <w:r>
        <w:t xml:space="preserve">• </w:t>
      </w:r>
      <w:r>
        <w:rPr>
          <w:b w:val="0"/>
          <w:i w:val="0"/>
        </w:rPr>
        <w:t xml:space="preserve">Viết một phiên bản của chương trình này chạy khối </w:t>
      </w:r>
      <w:r>
        <w:rPr>
          <w:rFonts w:ascii="Consolas" w:hAnsi="Consolas"/>
          <w:b w:val="0"/>
          <w:i w:val="0"/>
          <w:sz w:val="20"/>
        </w:rPr>
        <w:t>if</w:t>
      </w:r>
      <w:r>
        <w:rPr>
          <w:b w:val="0"/>
          <w:i w:val="0"/>
        </w:rPr>
        <w:t xml:space="preserve"> và một phiên bản khác chạy khối </w:t>
      </w:r>
      <w:r>
        <w:rPr>
          <w:rFonts w:ascii="Consolas" w:hAnsi="Consolas"/>
          <w:b w:val="0"/>
          <w:i w:val="0"/>
          <w:sz w:val="20"/>
        </w:rPr>
        <w:t>else</w:t>
      </w:r>
      <w:r>
        <w:rPr>
          <w:b w:val="0"/>
          <w:i w:val="0"/>
        </w:rPr>
        <w:t>.</w:t>
      </w:r>
    </w:p>
    <w:p>
      <w:pPr>
        <w:spacing w:after="80"/>
      </w:pPr>
      <w:r>
        <w:rPr>
          <w:b/>
          <w:i w:val="0"/>
        </w:rPr>
        <w:t>5-5. Màu của người ngoài hành tinh #3:</w:t>
      </w:r>
      <w:r>
        <w:rPr>
          <w:b w:val="0"/>
          <w:i w:val="0"/>
        </w:rPr>
        <w:t xml:space="preserve"> Chuyển chuỗi </w:t>
      </w:r>
      <w:r>
        <w:rPr>
          <w:rFonts w:ascii="Consolas" w:hAnsi="Consolas"/>
          <w:b w:val="0"/>
          <w:i w:val="0"/>
          <w:sz w:val="20"/>
        </w:rPr>
        <w:t>if</w:t>
      </w:r>
      <w:r>
        <w:rPr>
          <w:b w:val="0"/>
          <w:i w:val="0"/>
        </w:rPr>
        <w:t>-</w:t>
      </w:r>
      <w:r>
        <w:rPr>
          <w:rFonts w:ascii="Consolas" w:hAnsi="Consolas"/>
          <w:b w:val="0"/>
          <w:i w:val="0"/>
          <w:sz w:val="20"/>
        </w:rPr>
        <w:t>else</w:t>
      </w:r>
      <w:r>
        <w:rPr>
          <w:b w:val="0"/>
          <w:i w:val="0"/>
        </w:rPr>
        <w:t xml:space="preserve"> từ Bài tập 5-4 thành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w:t>
      </w:r>
    </w:p>
    <w:p>
      <w:pPr>
        <w:spacing w:after="80"/>
        <w:ind w:left="360"/>
      </w:pPr>
      <w:r>
        <w:t xml:space="preserve">• </w:t>
      </w:r>
      <w:r>
        <w:rPr>
          <w:b w:val="0"/>
          <w:i w:val="0"/>
        </w:rPr>
        <w:t>Nếu người ngoài hành tinh là màu xanh lá cây, in một thông báo rằng người chơi giành được 5 điểm.</w:t>
      </w:r>
    </w:p>
    <w:p>
      <w:pPr>
        <w:spacing w:after="80"/>
        <w:ind w:left="360"/>
      </w:pPr>
      <w:r>
        <w:t xml:space="preserve">• </w:t>
      </w:r>
      <w:r>
        <w:rPr>
          <w:b w:val="0"/>
          <w:i w:val="0"/>
        </w:rPr>
        <w:t>Nếu người ngoài hành tinh là màu vàng, in một thông báo rằng người chơi giành được 10 điểm.</w:t>
      </w:r>
    </w:p>
    <w:p>
      <w:pPr>
        <w:spacing w:after="80"/>
        <w:ind w:left="360"/>
      </w:pPr>
      <w:r>
        <w:t xml:space="preserve">• </w:t>
      </w:r>
      <w:r>
        <w:rPr>
          <w:b w:val="0"/>
          <w:i w:val="0"/>
        </w:rPr>
        <w:t>Nếu alien có màu đỏ, in thông báo rằng người chơi đã kiếm được 15 điểm.</w:t>
      </w:r>
    </w:p>
    <w:p>
      <w:pPr>
        <w:spacing w:after="80"/>
        <w:ind w:left="360"/>
      </w:pPr>
      <w:r>
        <w:t xml:space="preserve">• </w:t>
      </w:r>
      <w:r>
        <w:rPr>
          <w:b w:val="0"/>
          <w:i w:val="0"/>
        </w:rPr>
        <w:t>Viết ba phiên bản của chương trình này, đảm bảo mỗi thông báo được in ra tương ứng với màu alien phù hợp.</w:t>
      </w:r>
    </w:p>
    <w:p>
      <w:pPr>
        <w:spacing w:after="80"/>
      </w:pPr>
      <w:r>
        <w:rPr>
          <w:b/>
          <w:i w:val="0"/>
        </w:rPr>
        <w:t>5-6. Các giai đoạn của cuộc đời:</w:t>
      </w:r>
      <w:r>
        <w:rPr>
          <w:b w:val="0"/>
          <w:i w:val="0"/>
        </w:rPr>
        <w:t xml:space="preserve"> Viết một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để xác định giai đoạn của cuộc đời một người. Gán một giá trị cho biến </w:t>
      </w:r>
      <w:r>
        <w:rPr>
          <w:rFonts w:ascii="Consolas" w:hAnsi="Consolas"/>
          <w:b w:val="0"/>
          <w:i w:val="0"/>
          <w:sz w:val="20"/>
        </w:rPr>
        <w:t>age</w:t>
      </w:r>
      <w:r>
        <w:rPr>
          <w:b w:val="0"/>
          <w:i w:val="0"/>
        </w:rPr>
        <w:t>, sau đó:</w:t>
      </w:r>
    </w:p>
    <w:p>
      <w:pPr>
        <w:spacing w:after="80"/>
        <w:ind w:left="360"/>
      </w:pPr>
      <w:r>
        <w:t xml:space="preserve">• </w:t>
      </w:r>
      <w:r>
        <w:rPr>
          <w:b w:val="0"/>
          <w:i w:val="0"/>
        </w:rPr>
        <w:t>Nếu người đó dưới 2 tuổi, in thông báo rằng người đó là một em bé.</w:t>
      </w:r>
    </w:p>
    <w:p>
      <w:pPr>
        <w:spacing w:after="80"/>
        <w:ind w:left="360"/>
      </w:pPr>
      <w:r>
        <w:t xml:space="preserve">• </w:t>
      </w:r>
      <w:r>
        <w:rPr>
          <w:b w:val="0"/>
          <w:i w:val="0"/>
        </w:rPr>
        <w:t>Nếu người đó ít nhất 2 tuổi nhưng dưới 4 tuổi, in thông báo rằng người đó là một đứa trẻ mới biết đi.</w:t>
      </w:r>
    </w:p>
    <w:p>
      <w:pPr>
        <w:spacing w:after="80"/>
        <w:ind w:left="360"/>
      </w:pPr>
      <w:r>
        <w:t xml:space="preserve">• </w:t>
      </w:r>
      <w:r>
        <w:rPr>
          <w:b w:val="0"/>
          <w:i w:val="0"/>
        </w:rPr>
        <w:t>Nếu người đó ít nhất 4 tuổi nhưng dưới 13 tuổi, in thông báo rằng người đó là một đứa trẻ.</w:t>
      </w:r>
    </w:p>
    <w:p>
      <w:pPr>
        <w:spacing w:after="80"/>
        <w:ind w:left="360"/>
      </w:pPr>
      <w:r>
        <w:t xml:space="preserve">• </w:t>
      </w:r>
      <w:r>
        <w:rPr>
          <w:b w:val="0"/>
          <w:i w:val="0"/>
        </w:rPr>
        <w:t>Nếu người đó ít nhất 13 tuổi nhưng dưới 20 tuổi, in thông báo rằng người đó là một thiếu niên.</w:t>
      </w:r>
    </w:p>
    <w:p>
      <w:pPr>
        <w:spacing w:after="80"/>
        <w:ind w:left="360"/>
      </w:pPr>
      <w:r>
        <w:t xml:space="preserve">• </w:t>
      </w:r>
      <w:r>
        <w:rPr>
          <w:b w:val="0"/>
          <w:i w:val="0"/>
        </w:rPr>
        <w:t>Nếu người đó ít nhất 20 tuổi nhưng dưới 65 tuổi, in thông báo rằng người đó là một người lớn.</w:t>
      </w:r>
    </w:p>
    <w:p>
      <w:pPr>
        <w:spacing w:after="80"/>
        <w:ind w:left="360"/>
      </w:pPr>
      <w:r>
        <w:t xml:space="preserve">• </w:t>
      </w:r>
      <w:r>
        <w:rPr>
          <w:b w:val="0"/>
          <w:i w:val="0"/>
        </w:rPr>
        <w:t>Nếu người đó từ 65 tuổi trở lên, in thông báo rằng người đó là một người cao tuổi.</w:t>
      </w:r>
    </w:p>
    <w:p>
      <w:pPr>
        <w:spacing w:after="80"/>
      </w:pPr>
      <w:r>
        <w:rPr>
          <w:b/>
          <w:i w:val="0"/>
        </w:rPr>
        <w:t>5-7. Trái cây yêu thích:</w:t>
      </w:r>
      <w:r>
        <w:rPr>
          <w:b w:val="0"/>
          <w:i w:val="0"/>
        </w:rPr>
        <w:t xml:space="preserve"> Tạo một danh sách các loại trái cây yêu thích của bạn, sau đó viết một loạt các câu lệnh </w:t>
      </w:r>
      <w:r>
        <w:rPr>
          <w:rFonts w:ascii="Consolas" w:hAnsi="Consolas"/>
          <w:b w:val="0"/>
          <w:i w:val="0"/>
          <w:sz w:val="20"/>
        </w:rPr>
        <w:t>if</w:t>
      </w:r>
      <w:r>
        <w:rPr>
          <w:b w:val="0"/>
          <w:i w:val="0"/>
        </w:rPr>
        <w:t xml:space="preserve"> độc lập để kiểm tra xem một số loại trái cây nhất định có trong danh sách của bạn hay không.</w:t>
      </w:r>
    </w:p>
    <w:p>
      <w:pPr>
        <w:spacing w:after="80"/>
        <w:ind w:left="360"/>
      </w:pPr>
      <w:r>
        <w:t xml:space="preserve">• </w:t>
      </w:r>
      <w:r>
        <w:rPr>
          <w:b w:val="0"/>
          <w:i w:val="0"/>
        </w:rPr>
        <w:t xml:space="preserve">Tạo một danh sách gồm ba loại trái cây yêu thích của bạn và đặt tên nó là </w:t>
      </w:r>
      <w:r>
        <w:rPr>
          <w:rFonts w:ascii="Consolas" w:hAnsi="Consolas"/>
          <w:b w:val="0"/>
          <w:i w:val="0"/>
          <w:sz w:val="20"/>
        </w:rPr>
        <w:t>favorite_fruits</w:t>
      </w:r>
      <w:r>
        <w:rPr>
          <w:b w:val="0"/>
          <w:i w:val="0"/>
        </w:rPr>
        <w:t>.</w:t>
      </w:r>
    </w:p>
    <w:p>
      <w:pPr>
        <w:spacing w:after="80"/>
        <w:ind w:left="360"/>
      </w:pPr>
      <w:r>
        <w:t xml:space="preserve">• </w:t>
      </w:r>
      <w:r>
        <w:rPr>
          <w:b w:val="0"/>
          <w:i w:val="0"/>
        </w:rPr>
        <w:t xml:space="preserve">Viết năm câu lệnh </w:t>
      </w:r>
      <w:r>
        <w:rPr>
          <w:rFonts w:ascii="Consolas" w:hAnsi="Consolas"/>
          <w:b w:val="0"/>
          <w:i w:val="0"/>
          <w:sz w:val="20"/>
        </w:rPr>
        <w:t>if</w:t>
      </w:r>
      <w:r>
        <w:rPr>
          <w:b w:val="0"/>
          <w:i w:val="0"/>
        </w:rPr>
        <w:t xml:space="preserve">. Mỗi câu lệnh nên kiểm tra xem một loại trái cây nhất định có trong danh sách của bạn hay không. Nếu loại trái cây đó có trong danh sách, khối </w:t>
      </w:r>
      <w:r>
        <w:rPr>
          <w:rFonts w:ascii="Consolas" w:hAnsi="Consolas"/>
          <w:b w:val="0"/>
          <w:i w:val="0"/>
          <w:sz w:val="20"/>
        </w:rPr>
        <w:t>if</w:t>
      </w:r>
      <w:r>
        <w:rPr>
          <w:b w:val="0"/>
          <w:i w:val="0"/>
        </w:rPr>
        <w:t xml:space="preserve"> sẽ in ra một câu, chẳng hạn như </w:t>
      </w:r>
      <w:r>
        <w:rPr>
          <w:b w:val="0"/>
          <w:i/>
        </w:rPr>
        <w:t>Bạn thật sự rất thích chuối!</w:t>
      </w:r>
    </w:p>
    <w:p>
      <w:pPr>
        <w:pStyle w:val="Heading2"/>
      </w:pPr>
      <w:r>
        <w:rPr>
          <w:rFonts w:ascii="Calibri" w:hAnsi="Calibri"/>
          <w:b/>
          <w:i w:val="0"/>
          <w:sz w:val="32"/>
        </w:rPr>
        <w:t>Sử dụng câu lệnh if với danh sách</w:t>
      </w:r>
    </w:p>
    <w:p>
      <w:pPr>
        <w:spacing w:after="80"/>
      </w:pPr>
      <w:r>
        <w:rPr>
          <w:b w:val="0"/>
          <w:i w:val="0"/>
        </w:rPr>
        <w:t xml:space="preserve">Bạn có thể làm được nhiều điều thú vị khi kết hợp danh sách và câu lệnh </w:t>
      </w:r>
      <w:r>
        <w:rPr>
          <w:rFonts w:ascii="Consolas" w:hAnsi="Consolas"/>
          <w:b w:val="0"/>
          <w:i w:val="0"/>
          <w:sz w:val="20"/>
        </w:rPr>
        <w:t>if</w:t>
      </w:r>
      <w:r>
        <w:rPr>
          <w:b w:val="0"/>
          <w:i w:val="0"/>
        </w:rPr>
        <w:t>. Bạn có thể theo dõi những giá trị đặc biệt cần được xử lý khác với các giá trị khác trong danh sách. Bạn có thể quản lý hiệu quả các điều kiện thay đổi, chẳng hạn như sự sẵn có của một số món trong nhà hàng suốt một ca làm việc. Bạn cũng có thể bắt đầu chứng minh rằng mã của mình hoạt động đúng như bạn mong đợi trong mọi tình huống có thể xảy ra.</w:t>
      </w:r>
    </w:p>
    <w:p>
      <w:pPr>
        <w:pStyle w:val="Heading3"/>
      </w:pPr>
      <w:r>
        <w:rPr>
          <w:rFonts w:ascii="Calibri" w:hAnsi="Calibri"/>
          <w:b/>
          <w:i w:val="0"/>
          <w:sz w:val="27"/>
        </w:rPr>
        <w:t>Kiểm tra các mục đặc biệt</w:t>
      </w:r>
    </w:p>
    <w:p>
      <w:pPr>
        <w:spacing w:after="80"/>
      </w:pPr>
      <w:r>
        <w:rPr>
          <w:b w:val="0"/>
          <w:i w:val="0"/>
        </w:rPr>
        <w:t xml:space="preserve">Chương này bắt đầu với một ví dụ đơn giản cho thấy cách xử lý một giá trị đặc biệt như </w:t>
      </w:r>
      <w:r>
        <w:rPr>
          <w:rFonts w:ascii="Consolas" w:hAnsi="Consolas"/>
          <w:b w:val="0"/>
          <w:i w:val="0"/>
          <w:sz w:val="20"/>
        </w:rPr>
        <w:t>'bmw'</w:t>
      </w:r>
      <w:r>
        <w:rPr>
          <w:b w:val="0"/>
          <w:i w:val="0"/>
        </w:rPr>
        <w:t xml:space="preserve">, giá trị này cần được in theo định dạng khác với các giá trị khác trong danh sách. Giờ bạn đã hiểu cơ bản về kiểm tra điều kiện và câu lệnh </w:t>
      </w:r>
      <w:r>
        <w:rPr>
          <w:rFonts w:ascii="Consolas" w:hAnsi="Consolas"/>
          <w:b w:val="0"/>
          <w:i w:val="0"/>
          <w:sz w:val="20"/>
        </w:rPr>
        <w:t>if</w:t>
      </w:r>
      <w:r>
        <w:rPr>
          <w:b w:val="0"/>
          <w:i w:val="0"/>
        </w:rPr>
        <w:t>, hãy cùng xem kỹ hơn cách bạn có thể theo dõi các giá trị đặc biệt trong một danh sách và xử lý những giá trị đó cho phù hợp.</w:t>
      </w:r>
    </w:p>
    <w:p>
      <w:pPr>
        <w:spacing w:after="80"/>
      </w:pPr>
      <w:r>
        <w:rPr>
          <w:b w:val="0"/>
          <w:i w:val="0"/>
        </w:rPr>
        <w:t>Hãy tiếp tục với ví dụ về tiệm pizza. Tiệm pizza hiển thị thông báo mỗi khi một loại topping được thêm vào pizza của bạn trong lúc làm. Đoạn code cho hành động này có thể được viết rất hiệu quả bằng cách tạo một danh sách các topping mà khách hàng đã yêu cầu và dùng vòng lặp để thông báo từng topping khi nó được thêm vào pizza:</w:t>
      </w:r>
    </w:p>
    <w:p>
      <w:pPr>
        <w:spacing w:after="80"/>
      </w:pPr>
      <w:r>
        <w:rPr>
          <w:b w:val="0"/>
          <w:i w:val="0"/>
        </w:rPr>
        <w:t>toppings.py</w:t>
      </w:r>
    </w:p>
    <w:p>
      <w:pPr>
        <w:spacing w:after="80"/>
      </w:pPr>
      <w:r>
        <w:rPr>
          <w:b w:val="0"/>
          <w:i w:val="0"/>
        </w:rPr>
        <w:t>requested_toppings = ['mushrooms', 'green peppers', 'extra cheese']</w:t>
      </w:r>
      <w:r>
        <w:br/>
      </w:r>
      <w:r>
        <w:br/>
      </w:r>
      <w:r>
        <w:rPr>
          <w:b w:val="0"/>
          <w:i w:val="0"/>
        </w:rPr>
        <w:t>for requested_topping in requested_toppings:</w:t>
      </w:r>
      <w:r>
        <w:br/>
      </w:r>
      <w:r>
        <w:rPr>
          <w:b w:val="0"/>
          <w:i w:val="0"/>
        </w:rPr>
        <w:t xml:space="preserve">    print(f"Adding {requested_topping}.")</w:t>
      </w:r>
      <w:r>
        <w:br/>
      </w:r>
      <w:r>
        <w:br/>
      </w:r>
      <w:r>
        <w:rPr>
          <w:b w:val="0"/>
          <w:i w:val="0"/>
        </w:rPr>
        <w:t>print("\nFinished making your pizza!")</w:t>
      </w:r>
    </w:p>
    <w:p>
      <w:pPr>
        <w:spacing w:after="80"/>
      </w:pPr>
      <w:r>
        <w:rPr>
          <w:b w:val="0"/>
          <w:i w:val="0"/>
        </w:rPr>
        <w:t xml:space="preserve">Kết quả rất đơn giản vì đoạn code này chỉ là một vòng lặp </w:t>
      </w:r>
      <w:r>
        <w:rPr>
          <w:rFonts w:ascii="Consolas" w:hAnsi="Consolas"/>
          <w:b w:val="0"/>
          <w:i w:val="0"/>
          <w:sz w:val="20"/>
        </w:rPr>
        <w:t>for</w:t>
      </w:r>
      <w:r>
        <w:rPr>
          <w:b w:val="0"/>
          <w:i w:val="0"/>
        </w:rPr>
        <w:t xml:space="preserve"> đơn thuần:</w:t>
      </w:r>
    </w:p>
    <w:p>
      <w:pPr>
        <w:spacing w:after="80"/>
      </w:pPr>
      <w:r>
        <w:rPr>
          <w:b w:val="0"/>
          <w:i w:val="0"/>
        </w:rPr>
        <w:t>Adding mushrooms.</w:t>
      </w:r>
      <w:r>
        <w:br/>
      </w:r>
      <w:r>
        <w:rPr>
          <w:b w:val="0"/>
          <w:i w:val="0"/>
        </w:rPr>
        <w:t>Adding green peppers.</w:t>
      </w:r>
      <w:r>
        <w:br/>
      </w:r>
      <w:r>
        <w:rPr>
          <w:b w:val="0"/>
          <w:i w:val="0"/>
        </w:rPr>
        <w:t>Adding extra cheese.</w:t>
      </w:r>
      <w:r>
        <w:br/>
      </w:r>
      <w:r>
        <w:br/>
      </w:r>
      <w:r>
        <w:rPr>
          <w:b w:val="0"/>
          <w:i w:val="0"/>
        </w:rPr>
        <w:t>Finished making your pizza!</w:t>
      </w:r>
    </w:p>
    <w:p>
      <w:pPr>
        <w:spacing w:after="80"/>
      </w:pPr>
      <w:r>
        <w:rPr>
          <w:b w:val="0"/>
          <w:i w:val="0"/>
        </w:rPr>
        <w:t xml:space="preserve">Nhưng nếu tiệm pizza hết ớt xanh thì sao? Một câu lệnh </w:t>
      </w:r>
      <w:r>
        <w:rPr>
          <w:rFonts w:ascii="Consolas" w:hAnsi="Consolas"/>
          <w:b w:val="0"/>
          <w:i w:val="0"/>
          <w:sz w:val="20"/>
        </w:rPr>
        <w:t>if</w:t>
      </w:r>
      <w:r>
        <w:rPr>
          <w:b w:val="0"/>
          <w:i w:val="0"/>
        </w:rPr>
        <w:t xml:space="preserve"> bên trong vòng lặp </w:t>
      </w:r>
      <w:r>
        <w:rPr>
          <w:rFonts w:ascii="Consolas" w:hAnsi="Consolas"/>
          <w:b w:val="0"/>
          <w:i w:val="0"/>
          <w:sz w:val="20"/>
        </w:rPr>
        <w:t>for</w:t>
      </w:r>
      <w:r>
        <w:rPr>
          <w:b w:val="0"/>
          <w:i w:val="0"/>
        </w:rPr>
        <w:t xml:space="preserve"> có thể xử lý tình huống này một cách thích hợp:</w:t>
      </w:r>
    </w:p>
    <w:p>
      <w:pPr>
        <w:spacing w:after="0"/>
        <w:ind w:left="360"/>
        <w:shd w:val="clear" w:color="auto" w:fill="F2F2F2"/>
      </w:pPr>
      <w:r>
        <w:rPr>
          <w:rFonts w:ascii="Consolas" w:hAnsi="Consolas"/>
          <w:b w:val="0"/>
          <w:i w:val="0"/>
          <w:sz w:val="18"/>
        </w:rPr>
        <w:t>requested_toppings = ['mushrooms', 'green peppers',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requested_topping in requested_toppings:</w:t>
      </w:r>
    </w:p>
    <w:p>
      <w:pPr>
        <w:spacing w:after="0"/>
        <w:ind w:left="360"/>
        <w:shd w:val="clear" w:color="auto" w:fill="F2F2F2"/>
      </w:pPr>
      <w:r>
        <w:rPr>
          <w:rFonts w:ascii="Consolas" w:hAnsi="Consolas"/>
          <w:b w:val="0"/>
          <w:i w:val="0"/>
          <w:sz w:val="18"/>
        </w:rPr>
        <w:t xml:space="preserve">    if requested_topping == 'green peppers':</w:t>
      </w:r>
    </w:p>
    <w:p>
      <w:pPr>
        <w:spacing w:after="0"/>
        <w:ind w:left="360"/>
        <w:shd w:val="clear" w:color="auto" w:fill="F2F2F2"/>
      </w:pPr>
      <w:r>
        <w:rPr>
          <w:rFonts w:ascii="Consolas" w:hAnsi="Consolas"/>
          <w:b w:val="0"/>
          <w:i w:val="0"/>
          <w:sz w:val="18"/>
        </w:rPr>
        <w:t xml:space="preserve">        print("Sorry, we are out of green peppers right now.")</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print(f"Adding {requested_topping}.")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print("\nFinished making your pizza!")</w:t>
      </w:r>
    </w:p>
    <w:p>
      <w:pPr>
        <w:spacing w:after="40"/>
      </w:pPr>
    </w:p>
    <w:p>
      <w:pPr>
        <w:spacing w:after="80"/>
      </w:pPr>
      <w:r>
        <w:rPr>
          <w:b w:val="0"/>
          <w:i w:val="0"/>
        </w:rPr>
        <w:t xml:space="preserve">Lần này, chúng ta kiểm tra từng mục được yêu cầu trước khi thêm nó vào pizza. Câu lệnh </w:t>
      </w:r>
      <w:r>
        <w:rPr>
          <w:rFonts w:ascii="Consolas" w:hAnsi="Consolas"/>
          <w:b w:val="0"/>
          <w:i w:val="0"/>
          <w:sz w:val="20"/>
        </w:rPr>
        <w:t>if</w:t>
      </w:r>
      <w:r>
        <w:rPr>
          <w:b w:val="0"/>
          <w:i w:val="0"/>
        </w:rPr>
        <w:t xml:space="preserve"> kiểm tra xem người đó có yêu cầu ớt xanh không. Nếu có, chúng ta hiển thị thông báo cho họ biết lý do tại sao họ không thể có ớt xanh. Khối </w:t>
      </w:r>
      <w:r>
        <w:rPr>
          <w:rFonts w:ascii="Consolas" w:hAnsi="Consolas"/>
          <w:b w:val="0"/>
          <w:i w:val="0"/>
          <w:sz w:val="20"/>
        </w:rPr>
        <w:t>else</w:t>
      </w:r>
      <w:r>
        <w:rPr>
          <w:b w:val="0"/>
          <w:i w:val="0"/>
        </w:rPr>
        <w:t xml:space="preserve"> đảm bảo rằng tất cả các topping khác sẽ được thêm vào pizza.</w:t>
      </w:r>
    </w:p>
    <w:p>
      <w:pPr>
        <w:spacing w:after="80"/>
      </w:pPr>
      <w:r>
        <w:rPr>
          <w:b w:val="0"/>
          <w:i w:val="0"/>
        </w:rPr>
        <w:t>Kết quả cho thấy mỗi topping được yêu cầu đều được xử lý thích hợp.</w:t>
      </w:r>
    </w:p>
    <w:p>
      <w:pPr>
        <w:spacing w:after="80"/>
      </w:pPr>
      <w:r>
        <w:rPr>
          <w:b w:val="0"/>
          <w:i w:val="0"/>
        </w:rPr>
        <w:t>Adding mushrooms.</w:t>
      </w:r>
      <w:r>
        <w:br/>
      </w:r>
      <w:r>
        <w:rPr>
          <w:b w:val="0"/>
          <w:i w:val="0"/>
        </w:rPr>
        <w:t>Sorry, we are out of green peppers right now.</w:t>
      </w:r>
      <w:r>
        <w:br/>
      </w:r>
      <w:r>
        <w:rPr>
          <w:b w:val="0"/>
          <w:i w:val="0"/>
        </w:rPr>
        <w:t>Adding extra cheese.</w:t>
      </w:r>
      <w:r>
        <w:br/>
      </w:r>
      <w:r>
        <w:br/>
      </w:r>
      <w:r>
        <w:rPr>
          <w:b w:val="0"/>
          <w:i w:val="0"/>
        </w:rPr>
        <w:t>Finished making your pizza!</w:t>
      </w:r>
    </w:p>
    <w:p>
      <w:pPr>
        <w:pStyle w:val="Heading3"/>
      </w:pPr>
      <w:r>
        <w:rPr>
          <w:rFonts w:ascii="Calibri" w:hAnsi="Calibri"/>
          <w:b/>
          <w:i w:val="0"/>
          <w:sz w:val="27"/>
        </w:rPr>
        <w:t>Kiểm tra xem một danh sách có rỗng không</w:t>
      </w:r>
    </w:p>
    <w:p>
      <w:pPr>
        <w:spacing w:after="80"/>
      </w:pPr>
      <w:r>
        <w:rPr>
          <w:b w:val="0"/>
          <w:i w:val="0"/>
        </w:rPr>
        <w:t xml:space="preserve">Chúng ta đã đưa ra một giả định đơn giản cho mọi danh sách mà chúng ta đã làm việc từ trước đến nay: chúng ta giả định rằng mỗi danh sách có ít nhất một mục trong đó. Sắp tới chúng ta sẽ để người dùng cung cấp thông tin được lưu trong một danh sách, nên chúng ta sẽ không thể giả định rằng một danh sách có bất kỳ mục nào trong đó mỗi lần vòng lặp chạy. Trong tình huống này, sẽ rất hữu ích khi kiểm tra xem một danh sách có rỗng không trước khi chạy vòng lặp </w:t>
      </w:r>
      <w:r>
        <w:rPr>
          <w:rFonts w:ascii="Consolas" w:hAnsi="Consolas"/>
          <w:b w:val="0"/>
          <w:i w:val="0"/>
          <w:sz w:val="20"/>
        </w:rPr>
        <w:t>for</w:t>
      </w:r>
      <w:r>
        <w:rPr>
          <w:b w:val="0"/>
          <w:i w:val="0"/>
        </w:rPr>
        <w:t>.</w:t>
      </w:r>
    </w:p>
    <w:p>
      <w:pPr>
        <w:spacing w:after="80"/>
      </w:pPr>
      <w:r>
        <w:rPr>
          <w:b w:val="0"/>
          <w:i w:val="0"/>
        </w:rPr>
        <w:t>Ví dụ, hãy kiểm tra xem danh sách các topping được yêu cầu có rỗng không trước khi làm pizza. Nếu danh sách rỗng, chúng ta sẽ nhắc người dùng và đảm bảo rằng họ muốn một chiếc pizza không topping. Nếu danh sách không rỗng, chúng ta sẽ làm pizza giống như chúng ta đã làm trong các ví dụ trước:</w:t>
      </w:r>
    </w:p>
    <w:p>
      <w:pPr>
        <w:spacing w:after="0"/>
        <w:ind w:left="360"/>
        <w:shd w:val="clear" w:color="auto" w:fill="F2F2F2"/>
      </w:pPr>
      <w:r>
        <w:rPr>
          <w:rFonts w:ascii="Consolas" w:hAnsi="Consolas"/>
          <w:b w:val="0"/>
          <w:i w:val="0"/>
          <w:sz w:val="18"/>
        </w:rPr>
        <w:t>requested_toppings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requested_toppings:</w:t>
      </w:r>
    </w:p>
    <w:p>
      <w:pPr>
        <w:spacing w:after="0"/>
        <w:ind w:left="360"/>
        <w:shd w:val="clear" w:color="auto" w:fill="F2F2F2"/>
      </w:pPr>
      <w:r>
        <w:rPr>
          <w:rFonts w:ascii="Consolas" w:hAnsi="Consolas"/>
          <w:b w:val="0"/>
          <w:i w:val="0"/>
          <w:sz w:val="18"/>
        </w:rPr>
        <w:t xml:space="preserve">    for requested_topping in requested_toppings:</w:t>
      </w:r>
    </w:p>
    <w:p>
      <w:pPr>
        <w:spacing w:after="0"/>
        <w:ind w:left="360"/>
        <w:shd w:val="clear" w:color="auto" w:fill="F2F2F2"/>
      </w:pPr>
      <w:r>
        <w:rPr>
          <w:rFonts w:ascii="Consolas" w:hAnsi="Consolas"/>
          <w:b w:val="0"/>
          <w:i w:val="0"/>
          <w:sz w:val="18"/>
        </w:rPr>
        <w:t xml:space="preserve">        print(f"Adding {requested_topping}.")</w:t>
      </w:r>
    </w:p>
    <w:p>
      <w:pPr>
        <w:spacing w:after="0"/>
        <w:ind w:left="360"/>
        <w:shd w:val="clear" w:color="auto" w:fill="F2F2F2"/>
      </w:pPr>
      <w:r>
        <w:rPr>
          <w:rFonts w:ascii="Consolas" w:hAnsi="Consolas"/>
          <w:b w:val="0"/>
          <w:i w:val="0"/>
          <w:sz w:val="18"/>
        </w:rPr>
        <w:t xml:space="preserve">    print("\nFinished making your pizza!")</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print("Are you sure you want a plain pizza?")</w:t>
      </w:r>
    </w:p>
    <w:p>
      <w:pPr>
        <w:spacing w:after="40"/>
      </w:pPr>
    </w:p>
    <w:p>
      <w:pPr>
        <w:spacing w:after="80"/>
      </w:pPr>
      <w:r>
        <w:rPr>
          <w:b w:val="0"/>
          <w:i w:val="0"/>
        </w:rPr>
        <w:t xml:space="preserve">Lần này chúng ta bắt đầu với một danh sách trống các loại topping được yêu cầu. Thay vì nhảy ngay vào vòng lặp </w:t>
      </w:r>
      <w:r>
        <w:rPr>
          <w:rFonts w:ascii="Consolas" w:hAnsi="Consolas"/>
          <w:b w:val="0"/>
          <w:i w:val="0"/>
          <w:sz w:val="20"/>
        </w:rPr>
        <w:t>for</w:t>
      </w:r>
      <w:r>
        <w:rPr>
          <w:b w:val="0"/>
          <w:i w:val="0"/>
        </w:rPr>
        <w:t xml:space="preserve">, chúng ta kiểm tra nhanh trước một chút. Khi tên của một danh sách được dùng trong câu lệnh </w:t>
      </w:r>
      <w:r>
        <w:rPr>
          <w:rFonts w:ascii="Consolas" w:hAnsi="Consolas"/>
          <w:b w:val="0"/>
          <w:i w:val="0"/>
          <w:sz w:val="20"/>
        </w:rPr>
        <w:t>if</w:t>
      </w:r>
      <w:r>
        <w:rPr>
          <w:b w:val="0"/>
          <w:i w:val="0"/>
        </w:rPr>
        <w:t xml:space="preserve">, Python trả về </w:t>
      </w:r>
      <w:r>
        <w:rPr>
          <w:rFonts w:ascii="Consolas" w:hAnsi="Consolas"/>
          <w:b w:val="0"/>
          <w:i w:val="0"/>
          <w:sz w:val="20"/>
        </w:rPr>
        <w:t>True</w:t>
      </w:r>
      <w:r>
        <w:rPr>
          <w:b w:val="0"/>
          <w:i w:val="0"/>
        </w:rPr>
        <w:t xml:space="preserve"> nếu danh sách có ít nhất một phần tử; danh sách rỗng được đánh giá là </w:t>
      </w:r>
      <w:r>
        <w:rPr>
          <w:rFonts w:ascii="Consolas" w:hAnsi="Consolas"/>
          <w:b w:val="0"/>
          <w:i w:val="0"/>
          <w:sz w:val="20"/>
        </w:rPr>
        <w:t>False</w:t>
      </w:r>
      <w:r>
        <w:rPr>
          <w:b w:val="0"/>
          <w:i w:val="0"/>
        </w:rPr>
        <w:t xml:space="preserve">. Nếu </w:t>
      </w:r>
      <w:r>
        <w:rPr>
          <w:rFonts w:ascii="Consolas" w:hAnsi="Consolas"/>
          <w:b w:val="0"/>
          <w:i w:val="0"/>
          <w:sz w:val="20"/>
        </w:rPr>
        <w:t>requested_toppings</w:t>
      </w:r>
      <w:r>
        <w:rPr>
          <w:b w:val="0"/>
          <w:i w:val="0"/>
        </w:rPr>
        <w:t xml:space="preserve"> vượt qua bài kiểm tra điều kiện, chúng ta chạy cùng vòng lặp </w:t>
      </w:r>
      <w:r>
        <w:rPr>
          <w:rFonts w:ascii="Consolas" w:hAnsi="Consolas"/>
          <w:b w:val="0"/>
          <w:i w:val="0"/>
          <w:sz w:val="20"/>
        </w:rPr>
        <w:t>for</w:t>
      </w:r>
      <w:r>
        <w:rPr>
          <w:b w:val="0"/>
          <w:i w:val="0"/>
        </w:rPr>
        <w:t xml:space="preserve"> như đã dùng trong ví dụ trước. Nếu bài kiểm tra điều kiện thất bại, chúng ta in một thông báo hỏi khách hàng liệu họ có thực sự muốn một chiếc pizza trơn không topping hay không.</w:t>
      </w:r>
    </w:p>
    <w:p>
      <w:pPr>
        <w:spacing w:after="80"/>
      </w:pPr>
      <w:r>
        <w:rPr>
          <w:b w:val="0"/>
          <w:i w:val="0"/>
        </w:rPr>
        <w:t>Trong trường hợp này danh sách rỗng, nên kết quả hỏi liệu người dùng có thực sự muốn một chiếc pizza trơn không:</w:t>
      </w:r>
    </w:p>
    <w:p>
      <w:pPr>
        <w:spacing w:after="80"/>
      </w:pPr>
      <w:r>
        <w:rPr>
          <w:b w:val="0"/>
          <w:i w:val="0"/>
        </w:rPr>
        <w:t>Bạn có chắc muốn một chiếc pizza trơn không?</w:t>
      </w:r>
    </w:p>
    <w:p>
      <w:pPr>
        <w:spacing w:after="80"/>
      </w:pPr>
      <w:r>
        <w:rPr>
          <w:b w:val="0"/>
          <w:i w:val="0"/>
        </w:rPr>
        <w:t>Nếu danh sách không rỗng, kết quả sẽ hiển thị từng loại topping được yêu cầu đang được thêm vào pizza.</w:t>
      </w:r>
    </w:p>
    <w:p>
      <w:pPr>
        <w:pStyle w:val="Heading3"/>
      </w:pPr>
      <w:r>
        <w:rPr>
          <w:rFonts w:ascii="Calibri" w:hAnsi="Calibri"/>
          <w:b/>
          <w:i w:val="0"/>
          <w:sz w:val="27"/>
        </w:rPr>
        <w:t>Sử dụng nhiều danh sách</w:t>
      </w:r>
    </w:p>
    <w:p>
      <w:pPr>
        <w:spacing w:after="80"/>
      </w:pPr>
      <w:r>
        <w:rPr>
          <w:b w:val="0"/>
          <w:i w:val="0"/>
        </w:rPr>
        <w:t xml:space="preserve">Người ta sẽ yêu cầu đủ thứ trên đời, đặc biệt là khi nói đến topping pizza. Nếu một khách hàng thực sự muốn khoai tây chiên trên pizza của họ thì sao? Bạn có thể dùng danh sách và câu lệnh </w:t>
      </w:r>
      <w:r>
        <w:rPr>
          <w:rFonts w:ascii="Consolas" w:hAnsi="Consolas"/>
          <w:b w:val="0"/>
          <w:i w:val="0"/>
          <w:sz w:val="20"/>
        </w:rPr>
        <w:t>if</w:t>
      </w:r>
      <w:r>
        <w:rPr>
          <w:b w:val="0"/>
          <w:i w:val="0"/>
        </w:rPr>
        <w:t xml:space="preserve"> để đảm bảo dữ liệu nhập của mình hợp lý trước khi xử lý nó.</w:t>
      </w:r>
    </w:p>
    <w:p>
      <w:pPr>
        <w:spacing w:after="80"/>
      </w:pPr>
      <w:r>
        <w:rPr>
          <w:b w:val="0"/>
          <w:i w:val="0"/>
        </w:rPr>
        <w:t xml:space="preserve">Hãy để ý những yêu cầu topping bất thường trước khi chúng ta làm pizza. Ví dụ sau định nghĩa hai danh sách. Danh sách thứ nhất là các loại topping có sẵn ở tiệm pizza, và danh sách thứ hai là các loại topping mà người dùng đã yêu cầu. Lần này, mỗi phần tử trong </w:t>
      </w:r>
      <w:r>
        <w:rPr>
          <w:rFonts w:ascii="Consolas" w:hAnsi="Consolas"/>
          <w:b w:val="0"/>
          <w:i w:val="0"/>
          <w:sz w:val="20"/>
        </w:rPr>
        <w:t>requested_toppings</w:t>
      </w:r>
      <w:r>
        <w:rPr>
          <w:b w:val="0"/>
          <w:i w:val="0"/>
        </w:rPr>
        <w:t xml:space="preserve"> được đối chiếu với danh sách topping có sẵn trước khi được thêm vào pizza:</w:t>
      </w:r>
    </w:p>
    <w:p>
      <w:pPr>
        <w:spacing w:after="0"/>
        <w:ind w:left="360"/>
        <w:shd w:val="clear" w:color="auto" w:fill="F2F2F2"/>
      </w:pPr>
      <w:r>
        <w:rPr>
          <w:rFonts w:ascii="Consolas" w:hAnsi="Consolas"/>
          <w:b w:val="0"/>
          <w:i w:val="0"/>
          <w:sz w:val="18"/>
        </w:rPr>
        <w:t>available_toppings = ['mushrooms', 'olives', 'green peppers',</w:t>
      </w:r>
    </w:p>
    <w:p>
      <w:pPr>
        <w:spacing w:after="0"/>
        <w:ind w:left="360"/>
        <w:shd w:val="clear" w:color="auto" w:fill="F2F2F2"/>
      </w:pPr>
      <w:r>
        <w:rPr>
          <w:rFonts w:ascii="Consolas" w:hAnsi="Consolas"/>
          <w:b w:val="0"/>
          <w:i w:val="0"/>
          <w:sz w:val="18"/>
        </w:rPr>
        <w:t xml:space="preserve">                      'pepperoni', 'pineapple',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requested_toppings = ['mushrooms', 'french fries', 'extra cheese']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requested_topping in requested_toppings:</w:t>
      </w:r>
    </w:p>
    <w:p>
      <w:pPr>
        <w:spacing w:after="0"/>
        <w:ind w:left="360"/>
        <w:shd w:val="clear" w:color="auto" w:fill="F2F2F2"/>
      </w:pPr>
      <w:r>
        <w:rPr>
          <w:rFonts w:ascii="Consolas" w:hAnsi="Consolas"/>
          <w:b w:val="0"/>
          <w:i w:val="0"/>
          <w:sz w:val="18"/>
        </w:rPr>
        <w:t>❷     if requested_topping in available_toppings:</w:t>
      </w:r>
    </w:p>
    <w:p>
      <w:pPr>
        <w:spacing w:after="0"/>
        <w:ind w:left="360"/>
        <w:shd w:val="clear" w:color="auto" w:fill="F2F2F2"/>
      </w:pPr>
      <w:r>
        <w:rPr>
          <w:rFonts w:ascii="Consolas" w:hAnsi="Consolas"/>
          <w:b w:val="0"/>
          <w:i w:val="0"/>
          <w:sz w:val="18"/>
        </w:rPr>
        <w:t xml:space="preserve">        print(f"Adding {requested_topping}.")</w:t>
      </w:r>
    </w:p>
    <w:p>
      <w:pPr>
        <w:spacing w:after="0"/>
        <w:ind w:left="360"/>
        <w:shd w:val="clear" w:color="auto" w:fill="F2F2F2"/>
      </w:pPr>
      <w:r>
        <w:rPr>
          <w:rFonts w:ascii="Consolas" w:hAnsi="Consolas"/>
          <w:b w:val="0"/>
          <w:i w:val="0"/>
          <w:sz w:val="18"/>
        </w:rPr>
        <w:t>❸     else:</w:t>
      </w:r>
    </w:p>
    <w:p>
      <w:pPr>
        <w:spacing w:after="0"/>
        <w:ind w:left="360"/>
        <w:shd w:val="clear" w:color="auto" w:fill="F2F2F2"/>
      </w:pPr>
      <w:r>
        <w:rPr>
          <w:rFonts w:ascii="Consolas" w:hAnsi="Consolas"/>
          <w:b w:val="0"/>
          <w:i w:val="0"/>
          <w:sz w:val="18"/>
        </w:rPr>
        <w:t xml:space="preserve">        print(f"Sorry, we don't have {requested_topping}.")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print("\nFinished making your pizza!")</w:t>
      </w:r>
    </w:p>
    <w:p>
      <w:pPr>
        <w:spacing w:after="40"/>
      </w:pPr>
    </w:p>
    <w:p>
      <w:pPr>
        <w:spacing w:after="80"/>
      </w:pPr>
      <w:r>
        <w:rPr>
          <w:b w:val="0"/>
          <w:i w:val="0"/>
        </w:rPr>
        <w:t xml:space="preserve">Đầu tiên, chúng ta định nghĩa một danh sách các loại topping có sẵn ở tiệm pizza này. Lưu ý rằng đây có thể là một tuple nếu tiệm pizza có danh mục topping cố định. Sau đó, chúng ta tạo một danh sách các loại topping mà khách hàng đã yêu cầu. Trong ví dụ này có một yêu cầu topping bất thường: </w:t>
      </w:r>
      <w:r>
        <w:rPr>
          <w:rFonts w:ascii="Consolas" w:hAnsi="Consolas"/>
          <w:b w:val="0"/>
          <w:i w:val="0"/>
          <w:sz w:val="20"/>
        </w:rPr>
        <w:t>'french fries'</w:t>
      </w:r>
      <w:r>
        <w:rPr>
          <w:b w:val="0"/>
          <w:i w:val="0"/>
        </w:rPr>
        <w:t xml:space="preserve"> ❶. Tiếp theo chúng ta lặp qua danh sách các topping được yêu cầu. Bên trong vòng lặp, chúng ta kiểm tra xem mỗi topping được yêu cầu có thực sự nằm trong danh sách topping có sẵn hay không ❷. Nếu có, chúng ta thêm topping đó vào pizza. Nếu topping được yêu cầu không nằm trong danh sách topping có sẵn, khối </w:t>
      </w:r>
      <w:r>
        <w:rPr>
          <w:rFonts w:ascii="Consolas" w:hAnsi="Consolas"/>
          <w:b w:val="0"/>
          <w:i w:val="0"/>
          <w:sz w:val="20"/>
        </w:rPr>
        <w:t>else</w:t>
      </w:r>
      <w:r>
        <w:rPr>
          <w:b w:val="0"/>
          <w:i w:val="0"/>
        </w:rPr>
        <w:t xml:space="preserve"> sẽ chạy ❸. Khối </w:t>
      </w:r>
      <w:r>
        <w:rPr>
          <w:rFonts w:ascii="Consolas" w:hAnsi="Consolas"/>
          <w:b w:val="0"/>
          <w:i w:val="0"/>
          <w:sz w:val="20"/>
        </w:rPr>
        <w:t>else</w:t>
      </w:r>
      <w:r>
        <w:rPr>
          <w:b w:val="0"/>
          <w:i w:val="0"/>
        </w:rPr>
        <w:t xml:space="preserve"> in một thông báo cho người dùng biết những topping nào không có sẵn.</w:t>
      </w:r>
    </w:p>
    <w:p>
      <w:pPr>
        <w:spacing w:after="80"/>
      </w:pPr>
      <w:r>
        <w:rPr>
          <w:b w:val="0"/>
          <w:i w:val="0"/>
        </w:rPr>
        <w:t>Cú pháp mã này tạo ra kết quả rõ ràng, giàu thông tin:</w:t>
      </w:r>
    </w:p>
    <w:p>
      <w:pPr>
        <w:spacing w:after="80"/>
      </w:pPr>
      <w:r>
        <w:rPr>
          <w:b w:val="0"/>
          <w:i w:val="0"/>
        </w:rPr>
        <w:t>Đang thêm nấm.</w:t>
      </w:r>
      <w:r>
        <w:br/>
      </w:r>
      <w:r>
        <w:rPr>
          <w:b w:val="0"/>
          <w:i w:val="0"/>
        </w:rPr>
        <w:t>Xin lỗi, chúng tôi không có khoai tây chiên.</w:t>
      </w:r>
      <w:r>
        <w:br/>
      </w:r>
      <w:r>
        <w:rPr>
          <w:b w:val="0"/>
          <w:i w:val="0"/>
        </w:rPr>
        <w:t>Đang thêm phô mai thêm.</w:t>
      </w:r>
      <w:r>
        <w:br/>
      </w:r>
      <w:r>
        <w:br/>
      </w:r>
      <w:r>
        <w:rPr>
          <w:b w:val="0"/>
          <w:i w:val="0"/>
        </w:rPr>
        <w:t>Đã làm xong pizza của bạn!</w:t>
      </w:r>
    </w:p>
    <w:p>
      <w:pPr>
        <w:spacing w:after="80"/>
      </w:pPr>
      <w:r>
        <w:rPr>
          <w:b w:val="0"/>
          <w:i w:val="0"/>
        </w:rPr>
        <w:t>Chỉ với vài dòng mã, chúng ta đã xử lý một tình huống thực tế khá hiệu quả!</w:t>
      </w:r>
    </w:p>
    <w:p>
      <w:pPr>
        <w:spacing w:before="120" w:after="40"/>
      </w:pPr>
      <w:r>
        <w:rPr>
          <w:b/>
          <w:sz w:val="21"/>
        </w:rPr>
        <w:t>Tự thực hành</w:t>
      </w:r>
    </w:p>
    <w:p>
      <w:pPr>
        <w:spacing w:after="80"/>
      </w:pPr>
      <w:r>
        <w:rPr>
          <w:b/>
          <w:i w:val="0"/>
        </w:rPr>
        <w:t>5-8. Hello Admin:</w:t>
      </w:r>
      <w:r>
        <w:rPr>
          <w:b w:val="0"/>
          <w:i w:val="0"/>
        </w:rPr>
        <w:t xml:space="preserve"> Tạo một danh sách gồm năm tên người dùng trở lên, bao gồm tên </w:t>
      </w:r>
      <w:r>
        <w:rPr>
          <w:rFonts w:ascii="Consolas" w:hAnsi="Consolas"/>
          <w:b w:val="0"/>
          <w:i w:val="0"/>
          <w:sz w:val="20"/>
        </w:rPr>
        <w:t>'admin'</w:t>
      </w:r>
      <w:r>
        <w:rPr>
          <w:b w:val="0"/>
          <w:i w:val="0"/>
        </w:rPr>
        <w:t>. Hãy tưởng tượng bạn đang viết mã sẽ in lời chào cho mỗi người dùng sau khi họ đăng nhập vào một trang web. Lặp qua danh sách và in lời chào cho mỗi người dùng.</w:t>
      </w:r>
    </w:p>
    <w:p>
      <w:pPr>
        <w:spacing w:after="80"/>
        <w:ind w:left="360"/>
      </w:pPr>
      <w:r>
        <w:t xml:space="preserve">• </w:t>
      </w:r>
      <w:r>
        <w:rPr>
          <w:b w:val="0"/>
          <w:i w:val="0"/>
        </w:rPr>
        <w:t xml:space="preserve">Nếu tên người dùng là </w:t>
      </w:r>
      <w:r>
        <w:rPr>
          <w:rFonts w:ascii="Consolas" w:hAnsi="Consolas"/>
          <w:b w:val="0"/>
          <w:i w:val="0"/>
          <w:sz w:val="20"/>
        </w:rPr>
        <w:t>'admin'</w:t>
      </w:r>
      <w:r>
        <w:rPr>
          <w:b w:val="0"/>
          <w:i w:val="0"/>
        </w:rPr>
        <w:t xml:space="preserve">, in một lời chào đặc biệt, chẳng hạn như </w:t>
      </w:r>
      <w:r>
        <w:rPr>
          <w:b w:val="0"/>
          <w:i/>
        </w:rPr>
        <w:t>Xin chào admin, bạn có muốn xem báo cáo tình trạng không?</w:t>
      </w:r>
    </w:p>
    <w:p>
      <w:pPr>
        <w:spacing w:after="80"/>
        <w:ind w:left="360"/>
      </w:pPr>
      <w:r>
        <w:t xml:space="preserve">• </w:t>
      </w:r>
      <w:r>
        <w:rPr>
          <w:b w:val="0"/>
          <w:i w:val="0"/>
        </w:rPr>
        <w:t xml:space="preserve">Nếu không thì in một lời chào chung chung, chẳng hạn như </w:t>
      </w:r>
      <w:r>
        <w:rPr>
          <w:b w:val="0"/>
          <w:i/>
        </w:rPr>
        <w:t>Hello Jaden, thank you for logging in again.</w:t>
      </w:r>
    </w:p>
    <w:p>
      <w:pPr>
        <w:spacing w:after="80"/>
      </w:pPr>
      <w:r>
        <w:rPr>
          <w:b/>
          <w:i w:val="0"/>
        </w:rPr>
        <w:t xml:space="preserve">5-9. Không có người dùng: </w:t>
      </w:r>
      <w:r>
        <w:rPr>
          <w:b w:val="0"/>
          <w:i w:val="0"/>
        </w:rPr>
        <w:t xml:space="preserve">Thêm một kiểm tra </w:t>
      </w:r>
      <w:r>
        <w:rPr>
          <w:rFonts w:ascii="Consolas" w:hAnsi="Consolas"/>
          <w:b w:val="0"/>
          <w:i w:val="0"/>
          <w:sz w:val="20"/>
        </w:rPr>
        <w:t>if</w:t>
      </w:r>
      <w:r>
        <w:rPr>
          <w:b w:val="0"/>
          <w:i w:val="0"/>
        </w:rPr>
        <w:t xml:space="preserve"> vào </w:t>
      </w:r>
      <w:r>
        <w:rPr>
          <w:b w:val="0"/>
          <w:i/>
        </w:rPr>
        <w:t>hello_admin.py</w:t>
      </w:r>
      <w:r>
        <w:rPr>
          <w:b w:val="0"/>
          <w:i w:val="0"/>
        </w:rPr>
        <w:t xml:space="preserve"> để đảm bảo danh sách người dùng không trống.</w:t>
      </w:r>
    </w:p>
    <w:p>
      <w:pPr>
        <w:spacing w:after="80"/>
        <w:ind w:left="360"/>
      </w:pPr>
      <w:r>
        <w:t xml:space="preserve">• </w:t>
      </w:r>
      <w:r>
        <w:rPr>
          <w:b w:val="0"/>
          <w:i w:val="0"/>
        </w:rPr>
        <w:t xml:space="preserve">Nếu danh sách trống, in thông báo </w:t>
      </w:r>
      <w:r>
        <w:rPr>
          <w:b w:val="0"/>
          <w:i/>
        </w:rPr>
        <w:t>We need to find some users!</w:t>
      </w:r>
    </w:p>
    <w:p>
      <w:pPr>
        <w:spacing w:after="80"/>
        <w:ind w:left="360"/>
      </w:pPr>
      <w:r>
        <w:t xml:space="preserve">• </w:t>
      </w:r>
      <w:r>
        <w:rPr>
          <w:b w:val="0"/>
          <w:i w:val="0"/>
        </w:rPr>
        <w:t>Xóa tất cả tên người dùng khỏi danh sách của bạn, và đảm bảo thông báo đúng được in ra.</w:t>
      </w:r>
    </w:p>
    <w:p>
      <w:pPr>
        <w:spacing w:after="80"/>
      </w:pPr>
      <w:r>
        <w:rPr>
          <w:b/>
          <w:i w:val="0"/>
        </w:rPr>
        <w:t>5-10. Kiểm tra tên người dùng:</w:t>
      </w:r>
      <w:r>
        <w:rPr>
          <w:b w:val="0"/>
          <w:i w:val="0"/>
        </w:rPr>
        <w:t xml:space="preserve"> Thực hiện những bước sau để tạo một chương trình mô phỏng cách các trang web đảm bảo rằng mọi người đều có tên người dùng duy nhất.</w:t>
      </w:r>
    </w:p>
    <w:p>
      <w:pPr>
        <w:spacing w:after="80"/>
        <w:ind w:left="360"/>
      </w:pPr>
      <w:r>
        <w:t xml:space="preserve">• </w:t>
      </w:r>
      <w:r>
        <w:rPr>
          <w:b w:val="0"/>
          <w:i w:val="0"/>
        </w:rPr>
        <w:t xml:space="preserve">Tạo một danh sách gồm năm tên người dùng trở lên có tên là </w:t>
      </w:r>
      <w:r>
        <w:rPr>
          <w:rFonts w:ascii="Consolas" w:hAnsi="Consolas"/>
          <w:b w:val="0"/>
          <w:i w:val="0"/>
          <w:sz w:val="20"/>
        </w:rPr>
        <w:t>current_users</w:t>
      </w:r>
      <w:r>
        <w:rPr>
          <w:b w:val="0"/>
          <w:i w:val="0"/>
        </w:rPr>
        <w:t>.</w:t>
      </w:r>
    </w:p>
    <w:p>
      <w:pPr>
        <w:spacing w:after="80"/>
        <w:ind w:left="360"/>
      </w:pPr>
      <w:r>
        <w:t xml:space="preserve">• </w:t>
      </w:r>
      <w:r>
        <w:rPr>
          <w:b w:val="0"/>
          <w:i w:val="0"/>
        </w:rPr>
        <w:t xml:space="preserve">Tạo một danh sách khác gồm năm tên người dùng có tên là </w:t>
      </w:r>
      <w:r>
        <w:rPr>
          <w:rFonts w:ascii="Consolas" w:hAnsi="Consolas"/>
          <w:b w:val="0"/>
          <w:i w:val="0"/>
          <w:sz w:val="20"/>
        </w:rPr>
        <w:t>new_users</w:t>
      </w:r>
      <w:r>
        <w:rPr>
          <w:b w:val="0"/>
          <w:i w:val="0"/>
        </w:rPr>
        <w:t xml:space="preserve">. Đảm bảo một hoặc hai tên người dùng mới cũng nằm trong danh sách </w:t>
      </w:r>
      <w:r>
        <w:rPr>
          <w:rFonts w:ascii="Consolas" w:hAnsi="Consolas"/>
          <w:b w:val="0"/>
          <w:i w:val="0"/>
          <w:sz w:val="20"/>
        </w:rPr>
        <w:t>current_users</w:t>
      </w:r>
      <w:r>
        <w:rPr>
          <w:b w:val="0"/>
          <w:i w:val="0"/>
        </w:rPr>
        <w:t>.</w:t>
      </w:r>
    </w:p>
    <w:p>
      <w:pPr>
        <w:spacing w:after="80"/>
        <w:ind w:left="360"/>
      </w:pPr>
      <w:r>
        <w:t xml:space="preserve">• </w:t>
      </w:r>
      <w:r>
        <w:rPr>
          <w:b w:val="0"/>
          <w:i w:val="0"/>
        </w:rPr>
        <w:t xml:space="preserve">Lặp qua danh sách </w:t>
      </w:r>
      <w:r>
        <w:rPr>
          <w:rFonts w:ascii="Consolas" w:hAnsi="Consolas"/>
          <w:b w:val="0"/>
          <w:i w:val="0"/>
          <w:sz w:val="20"/>
        </w:rPr>
        <w:t>new_users</w:t>
      </w:r>
      <w:r>
        <w:rPr>
          <w:b w:val="0"/>
          <w:i w:val="0"/>
        </w:rPr>
        <w:t xml:space="preserve"> để xem mỗi tên người dùng mới đã được sử dụng chưa. Nếu đã được dùng, in thông báo rằng người đó cần nhập một tên người dùng mới. Nếu tên người dùng chưa được dùng, in thông báo rằng tên người dùng đó khả dụng.</w:t>
      </w:r>
    </w:p>
    <w:p>
      <w:pPr>
        <w:spacing w:after="80"/>
        <w:ind w:left="360"/>
      </w:pPr>
      <w:r>
        <w:t xml:space="preserve">• </w:t>
      </w:r>
      <w:r>
        <w:rPr>
          <w:b w:val="0"/>
          <w:i w:val="0"/>
        </w:rPr>
        <w:t xml:space="preserve">Đảm bảo việc so sánh của bạn không phân biệt chữ hoa chữ thường. Nếu </w:t>
      </w:r>
      <w:r>
        <w:rPr>
          <w:rFonts w:ascii="Consolas" w:hAnsi="Consolas"/>
          <w:b w:val="0"/>
          <w:i w:val="0"/>
          <w:sz w:val="20"/>
        </w:rPr>
        <w:t>'John'</w:t>
      </w:r>
      <w:r>
        <w:rPr>
          <w:b w:val="0"/>
          <w:i w:val="0"/>
        </w:rPr>
        <w:t xml:space="preserve"> đã được dùng, thì </w:t>
      </w:r>
      <w:r>
        <w:rPr>
          <w:rFonts w:ascii="Consolas" w:hAnsi="Consolas"/>
          <w:b w:val="0"/>
          <w:i w:val="0"/>
          <w:sz w:val="20"/>
        </w:rPr>
        <w:t>'JOHN'</w:t>
      </w:r>
      <w:r>
        <w:rPr>
          <w:b w:val="0"/>
          <w:i w:val="0"/>
        </w:rPr>
        <w:t xml:space="preserve"> cũng không được chấp nhận. (Để làm điều này, bạn sẽ cần tạo một bản sao của </w:t>
      </w:r>
      <w:r>
        <w:rPr>
          <w:rFonts w:ascii="Consolas" w:hAnsi="Consolas"/>
          <w:b w:val="0"/>
          <w:i w:val="0"/>
          <w:sz w:val="20"/>
        </w:rPr>
        <w:t>current_users</w:t>
      </w:r>
      <w:r>
        <w:rPr>
          <w:b w:val="0"/>
          <w:i w:val="0"/>
        </w:rPr>
        <w:t xml:space="preserve"> chứa các phiên bản chữ thường của tất cả người dùng hiện có.)</w:t>
      </w:r>
    </w:p>
    <w:p>
      <w:pPr>
        <w:spacing w:after="80"/>
      </w:pPr>
      <w:r>
        <w:rPr>
          <w:b/>
          <w:i w:val="0"/>
        </w:rPr>
        <w:t>5-11. Số thứ tự:</w:t>
      </w:r>
      <w:r>
        <w:rPr>
          <w:b w:val="0"/>
          <w:i w:val="0"/>
        </w:rPr>
        <w:t xml:space="preserve"> Số thứ tự cho biết vị trí của chúng trong một danh sách, chẳng hạn như </w:t>
      </w:r>
      <w:r>
        <w:rPr>
          <w:b w:val="0"/>
          <w:i/>
        </w:rPr>
        <w:t>1st</w:t>
      </w:r>
      <w:r>
        <w:rPr>
          <w:b w:val="0"/>
          <w:i w:val="0"/>
        </w:rPr>
        <w:t xml:space="preserve"> hoặc </w:t>
      </w:r>
      <w:r>
        <w:rPr>
          <w:b w:val="0"/>
          <w:i/>
        </w:rPr>
        <w:t>2nd</w:t>
      </w:r>
      <w:r>
        <w:rPr>
          <w:b w:val="0"/>
          <w:i w:val="0"/>
        </w:rPr>
        <w:t xml:space="preserve">. Hầu hết các số thứ tự kết thúc bằng </w:t>
      </w:r>
      <w:r>
        <w:rPr>
          <w:b w:val="0"/>
          <w:i/>
        </w:rPr>
        <w:t>th</w:t>
      </w:r>
      <w:r>
        <w:rPr>
          <w:b w:val="0"/>
          <w:i w:val="0"/>
        </w:rPr>
        <w:t>, ngoại trừ 1, 2 và 3.</w:t>
      </w:r>
    </w:p>
    <w:p>
      <w:pPr>
        <w:spacing w:after="80"/>
        <w:ind w:left="360"/>
      </w:pPr>
      <w:r>
        <w:t xml:space="preserve">• </w:t>
      </w:r>
      <w:r>
        <w:rPr>
          <w:b w:val="0"/>
          <w:i w:val="0"/>
        </w:rPr>
        <w:t>Lưu các số từ 1 đến 9 vào một danh sách.</w:t>
      </w:r>
    </w:p>
    <w:p>
      <w:pPr>
        <w:spacing w:after="80"/>
        <w:ind w:left="360"/>
      </w:pPr>
      <w:r>
        <w:t xml:space="preserve">• </w:t>
      </w:r>
      <w:r>
        <w:rPr>
          <w:b w:val="0"/>
          <w:i w:val="0"/>
        </w:rPr>
        <w:t>Lặp qua danh sách.</w:t>
      </w:r>
    </w:p>
    <w:p>
      <w:pPr>
        <w:spacing w:after="80"/>
        <w:ind w:left="360"/>
      </w:pPr>
      <w:r>
        <w:t xml:space="preserve">• </w:t>
      </w:r>
      <w:r>
        <w:rPr>
          <w:b w:val="0"/>
          <w:i w:val="0"/>
        </w:rPr>
        <w:t xml:space="preserve">Sử dụng một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bên trong vòng lặp để in phần đuôi số thứ tự phù hợp cho mỗi số. Kết quả đầu ra của bạn phải đọc là </w:t>
      </w:r>
      <w:r>
        <w:rPr>
          <w:rFonts w:ascii="Consolas" w:hAnsi="Consolas"/>
          <w:b w:val="0"/>
          <w:i w:val="0"/>
          <w:sz w:val="20"/>
        </w:rPr>
        <w:t>"1st 2nd 3rd 4th 5th 6th 7th 8th 9th"</w:t>
      </w:r>
      <w:r>
        <w:rPr>
          <w:b w:val="0"/>
          <w:i w:val="0"/>
        </w:rPr>
        <w:t>, và mỗi kết quả phải nằm trên một dòng riêng.</w:t>
      </w:r>
    </w:p>
    <w:p>
      <w:pPr>
        <w:pStyle w:val="Heading2"/>
      </w:pPr>
      <w:r>
        <w:rPr>
          <w:rFonts w:ascii="Calibri" w:hAnsi="Calibri"/>
          <w:b/>
          <w:i w:val="0"/>
          <w:sz w:val="32"/>
        </w:rPr>
        <w:t>Định dạng các câu lệnh if của bạn</w:t>
      </w:r>
    </w:p>
    <w:p>
      <w:pPr>
        <w:spacing w:after="80"/>
      </w:pPr>
      <w:r>
        <w:rPr>
          <w:b w:val="0"/>
          <w:i w:val="0"/>
        </w:rPr>
        <w:t xml:space="preserve">Trong mọi ví dụ ở chương này, bạn đã thấy những thói quen trình bày code tốt. Khuyến nghị duy nhất mà PEP 8 đưa ra cho việc trình bày các phép kiểm tra điều kiện là dùng một khoảng trắng xung quanh các toán tử so sánh, chẳng hạn như </w:t>
      </w:r>
      <w:r>
        <w:rPr>
          <w:rFonts w:ascii="Consolas" w:hAnsi="Consolas"/>
          <w:b w:val="0"/>
          <w:i w:val="0"/>
          <w:sz w:val="20"/>
        </w:rPr>
        <w:t>==</w:t>
      </w:r>
      <w:r>
        <w:rPr>
          <w:b w:val="0"/>
          <w:i w:val="0"/>
        </w:rPr>
        <w:t xml:space="preserve">, </w:t>
      </w:r>
      <w:r>
        <w:rPr>
          <w:rFonts w:ascii="Consolas" w:hAnsi="Consolas"/>
          <w:b w:val="0"/>
          <w:i w:val="0"/>
          <w:sz w:val="20"/>
        </w:rPr>
        <w:t>&gt;=</w:t>
      </w:r>
      <w:r>
        <w:rPr>
          <w:b w:val="0"/>
          <w:i w:val="0"/>
        </w:rPr>
        <w:t xml:space="preserve">, và </w:t>
      </w:r>
      <w:r>
        <w:rPr>
          <w:rFonts w:ascii="Consolas" w:hAnsi="Consolas"/>
          <w:b w:val="0"/>
          <w:i w:val="0"/>
          <w:sz w:val="20"/>
        </w:rPr>
        <w:t>&lt;=</w:t>
      </w:r>
      <w:r>
        <w:rPr>
          <w:b w:val="0"/>
          <w:i w:val="0"/>
        </w:rPr>
        <w:t>. Ví dụ:</w:t>
      </w:r>
    </w:p>
    <w:p>
      <w:pPr>
        <w:spacing w:after="80"/>
      </w:pPr>
      <w:r>
        <w:rPr>
          <w:b w:val="0"/>
          <w:i w:val="0"/>
        </w:rPr>
        <w:t>if age &lt; 4:</w:t>
      </w:r>
    </w:p>
    <w:p>
      <w:pPr>
        <w:spacing w:after="80"/>
      </w:pPr>
      <w:r>
        <w:rPr>
          <w:b w:val="0"/>
          <w:i w:val="0"/>
        </w:rPr>
        <w:t>tốt hơn là:</w:t>
      </w:r>
    </w:p>
    <w:p>
      <w:pPr>
        <w:spacing w:after="80"/>
      </w:pPr>
      <w:r>
        <w:rPr>
          <w:b w:val="0"/>
          <w:i w:val="0"/>
        </w:rPr>
        <w:t>if age&lt;4:</w:t>
      </w:r>
    </w:p>
    <w:p>
      <w:pPr>
        <w:spacing w:after="80"/>
      </w:pPr>
      <w:r>
        <w:rPr>
          <w:b w:val="0"/>
          <w:i w:val="0"/>
        </w:rPr>
        <w:t>Cách đặt khoảng trắng như vậy không ảnh hưởng đến cách Python hiểu code của bạn; nó chỉ giúp code của bạn dễ đọc hơn đối với bạn và người khác.</w:t>
      </w:r>
    </w:p>
    <w:p>
      <w:pPr>
        <w:spacing w:before="120" w:after="40"/>
      </w:pPr>
      <w:r>
        <w:rPr>
          <w:b/>
          <w:sz w:val="21"/>
        </w:rPr>
        <w:t>Tự thực hành</w:t>
      </w:r>
    </w:p>
    <w:p>
      <w:pPr>
        <w:spacing w:after="80"/>
      </w:pPr>
      <w:r>
        <w:rPr>
          <w:b/>
          <w:i w:val="0"/>
        </w:rPr>
        <w:t>5-12. Trình bày câu lệnh if:</w:t>
      </w:r>
      <w:r>
        <w:rPr>
          <w:b w:val="0"/>
          <w:i w:val="0"/>
        </w:rPr>
        <w:t xml:space="preserve"> Xem lại các chương trình bạn đã viết trong chương này, và đảm bảo rằng bạn đã trình bày các phép kiểm tra điều kiện của mình cho phù hợp.</w:t>
      </w:r>
    </w:p>
    <w:p>
      <w:pPr>
        <w:spacing w:after="80"/>
      </w:pPr>
      <w:r>
        <w:rPr>
          <w:b/>
          <w:i w:val="0"/>
        </w:rPr>
        <w:t xml:space="preserve">5-13. Ý tưởng của bạn: </w:t>
      </w:r>
      <w:r>
        <w:rPr>
          <w:b w:val="0"/>
          <w:i w:val="0"/>
        </w:rPr>
        <w:t>Ở thời điểm này, bạn đã là một lập trình viên giỏi hơn so với khi bạn bắt đầu cuốn sách này. Giờ đây khi bạn đã hiểu rõ hơn về cách các tình huống trong thế giới thực được mô hình hóa trong chương trình, bạn có thể đang nghĩ đến một số vấn đề mà bạn có thể giải quyết bằng các chương trình của riêng mình. Hãy ghi lại bất kỳ ý tưởng mới nào bạn có về những vấn đề bạn muốn giải quyết khi kỹ năng lập trình của bạn tiếp tục được nâng cao. Hãy nghĩ đến những trò chơi bạn có thể muốn viết, những tập dữ liệu bạn có thể muốn khám phá, và những ứng dụng web bạn muốn tạo ra.</w:t>
      </w:r>
    </w:p>
    <w:p>
      <w:pPr>
        <w:pStyle w:val="Heading2"/>
      </w:pPr>
      <w:r>
        <w:rPr>
          <w:rFonts w:ascii="Calibri" w:hAnsi="Calibri"/>
          <w:b/>
          <w:i w:val="0"/>
          <w:sz w:val="32"/>
        </w:rPr>
        <w:t>Tóm tắt</w:t>
      </w:r>
    </w:p>
    <w:p>
      <w:pPr>
        <w:spacing w:after="80"/>
      </w:pPr>
      <w:r>
        <w:rPr>
          <w:b w:val="0"/>
          <w:i w:val="0"/>
        </w:rPr>
        <w:t xml:space="preserve">Trong chương này bạn đã học cách viết các phép kiểm tra điều kiện, những phép kiểm tra này luôn cho kết quả là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Bạn đã học cách viết các câu lệnh </w:t>
      </w:r>
      <w:r>
        <w:rPr>
          <w:rFonts w:ascii="Consolas" w:hAnsi="Consolas"/>
          <w:b w:val="0"/>
          <w:i w:val="0"/>
          <w:sz w:val="20"/>
        </w:rPr>
        <w:t>if</w:t>
      </w:r>
      <w:r>
        <w:rPr>
          <w:b w:val="0"/>
          <w:i w:val="0"/>
        </w:rPr>
        <w:t xml:space="preserve"> đơn giản, các chuỗi </w:t>
      </w:r>
      <w:r>
        <w:rPr>
          <w:rFonts w:ascii="Consolas" w:hAnsi="Consolas"/>
          <w:b w:val="0"/>
          <w:i w:val="0"/>
          <w:sz w:val="20"/>
        </w:rPr>
        <w:t>if</w:t>
      </w:r>
      <w:r>
        <w:rPr>
          <w:b w:val="0"/>
          <w:i w:val="0"/>
        </w:rPr>
        <w:t>-</w:t>
      </w:r>
      <w:r>
        <w:rPr>
          <w:rFonts w:ascii="Consolas" w:hAnsi="Consolas"/>
          <w:b w:val="0"/>
          <w:i w:val="0"/>
          <w:sz w:val="20"/>
        </w:rPr>
        <w:t>else</w:t>
      </w:r>
      <w:r>
        <w:rPr>
          <w:b w:val="0"/>
          <w:i w:val="0"/>
        </w:rPr>
        <w:t xml:space="preserve">, và các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Bạn đã bắt đầu sử dụng những cấu trúc này để xác định những điều kiện cụ thể mà bạn cần kiểm tra và để biết khi nào những điều kiện đó đã được thỏa mãn trong chương trình của bạn. Bạn đã học cách xử lý một số phần tử nhất định trong danh sách khác với tất cả các phần tử còn lại mà vẫn tận dụng được hiệu quả của vòng lặp </w:t>
      </w:r>
      <w:r>
        <w:rPr>
          <w:rFonts w:ascii="Consolas" w:hAnsi="Consolas"/>
          <w:b w:val="0"/>
          <w:i w:val="0"/>
          <w:sz w:val="20"/>
        </w:rPr>
        <w:t>for</w:t>
      </w:r>
      <w:r>
        <w:rPr>
          <w:b w:val="0"/>
          <w:i w:val="0"/>
        </w:rPr>
        <w:t>. Bạn cũng đã xem lại các khuyến nghị về trình bày của Python để đảm bảo rằng những chương trình ngày càng phức tạp của bạn vẫn tương đối dễ đọc và dễ hiểu.</w:t>
      </w:r>
    </w:p>
    <w:p>
      <w:pPr>
        <w:spacing w:after="80"/>
      </w:pPr>
      <w:r>
        <w:rPr>
          <w:b w:val="0"/>
          <w:i w:val="0"/>
        </w:rPr>
        <w:t xml:space="preserve">Trong Chương 6 bạn sẽ học về từ điển (dictionary) của Python. Từ điển tương tự như danh sách, nhưng nó cho phép bạn kết nối các mẩu thông tin lại với nhau. Bạn sẽ học cách tạo từ điển, lặp qua chúng, và sử dụng chúng kết hợp với danh sách và các câu lệnh </w:t>
      </w:r>
      <w:r>
        <w:rPr>
          <w:rFonts w:ascii="Consolas" w:hAnsi="Consolas"/>
          <w:b w:val="0"/>
          <w:i w:val="0"/>
          <w:sz w:val="20"/>
        </w:rPr>
        <w:t>if</w:t>
      </w:r>
      <w:r>
        <w:rPr>
          <w:b w:val="0"/>
          <w:i w:val="0"/>
        </w:rPr>
        <w:t>. Học về từ điển sẽ cho phép bạn mô hình hóa được nhiều tình huống trong thế giới thực hơn nữa.</w:t>
      </w:r>
    </w:p>
    <w:p>
      <w:pPr>
        <w:pStyle w:val="Heading1"/>
      </w:pPr>
      <w:r>
        <w:rPr>
          <w:rFonts w:ascii="Calibri" w:hAnsi="Calibri"/>
          <w:b/>
          <w:i w:val="0"/>
          <w:sz w:val="38"/>
        </w:rPr>
        <w:t>6</w:t>
      </w:r>
      <w:r>
        <w:rPr>
          <w:rFonts w:ascii="Calibri" w:hAnsi="Calibri"/>
          <w:b/>
          <w:i w:val="0"/>
          <w:sz w:val="38"/>
        </w:rPr>
      </w:r>
      <w:r>
        <w:rPr>
          <w:rFonts w:ascii="Calibri" w:hAnsi="Calibri"/>
          <w:b/>
          <w:i w:val="0"/>
          <w:sz w:val="38"/>
        </w:rPr>
        <w:t>Từ điển</w:t>
      </w:r>
    </w:p>
    <w:p>
      <w:pPr>
        <w:jc w:val="center"/>
      </w:pPr>
      <w:r>
        <w:drawing>
          <wp:inline xmlns:a="http://schemas.openxmlformats.org/drawingml/2006/main" xmlns:pic="http://schemas.openxmlformats.org/drawingml/2006/picture">
            <wp:extent cx="3867150" cy="3867150"/>
            <wp:docPr id="11" name="Picture 11"/>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Trong chương này bạn sẽ học cách sử dụng từ điển (dictionary) của Python, công cụ cho phép bạn kết nối các mẩu thông tin có liên quan với nhau. Bạn sẽ học cách truy cập thông tin sau khi nó đã nằm trong từ điển và cách sửa đổi thông tin đó. Vì từ điển có thể lưu trữ một lượng thông tin gần như vô hạn, tôi sẽ chỉ cho bạn cách lặp qua dữ liệu trong một từ điển. Ngoài ra, bạn sẽ học cách lồng từ điển vào trong danh sách, lồng danh sách vào trong từ điển, và thậm chí lồng từ điển vào trong những từ điển khác.</w:t>
      </w:r>
    </w:p>
    <w:p>
      <w:pPr>
        <w:spacing w:after="80"/>
      </w:pPr>
      <w:r>
        <w:rPr>
          <w:b w:val="0"/>
          <w:i w:val="0"/>
        </w:rPr>
        <w:t>Hiểu về từ điển cho phép bạn mô hình hóa nhiều loại đối tượng trong thế giới thực một cách chính xác hơn. Bạn sẽ có thể tạo một từ điển đại diện cho một người rồi lưu trữ bao nhiêu thông tin tùy thích về người đó. Bạn có thể lưu tên, tuổi, vị trí, nghề nghiệp, và bất kỳ khía cạnh nào khác của một người mà bạn có thể mô tả. Bạn sẽ có thể lưu trữ bất kỳ hai loại thông tin nào có thể ghép cặp với nhau, chẳng hạn như danh sách các từ và nghĩa của chúng, danh sách tên người và con số yêu thích của họ, danh sách các ngọn núi và độ cao của chúng, v.v.</w:t>
      </w:r>
    </w:p>
    <w:p>
      <w:pPr>
        <w:pStyle w:val="Heading2"/>
      </w:pPr>
      <w:r>
        <w:rPr>
          <w:rFonts w:ascii="Calibri" w:hAnsi="Calibri"/>
          <w:b/>
          <w:i w:val="0"/>
          <w:sz w:val="32"/>
        </w:rPr>
        <w:t>Một Từ điển Đơn giản</w:t>
      </w:r>
    </w:p>
    <w:p>
      <w:pPr>
        <w:spacing w:after="80"/>
      </w:pPr>
      <w:r>
        <w:rPr>
          <w:b w:val="0"/>
          <w:i w:val="0"/>
        </w:rPr>
        <w:t>Hãy tưởng tượng một trò chơi có những người ngoài hành tinh với nhiều màu sắc và điểm số khác nhau. Từ điển đơn giản này lưu trữ thông tin về một người ngoài hành tinh cụ thể:</w:t>
      </w:r>
    </w:p>
    <w:p>
      <w:pPr>
        <w:spacing w:after="80"/>
      </w:pPr>
      <w:r>
        <w:rPr>
          <w:b w:val="0"/>
          <w:i w:val="0"/>
        </w:rPr>
        <w:t>alien.py</w:t>
      </w:r>
    </w:p>
    <w:p>
      <w:pPr>
        <w:spacing w:after="80"/>
      </w:pPr>
      <w:r>
        <w:rPr>
          <w:b w:val="0"/>
          <w:i w:val="0"/>
        </w:rPr>
        <w:t>alien_0 = {'color': 'green', 'points': 5}</w:t>
      </w:r>
      <w:r>
        <w:br/>
      </w:r>
      <w:r>
        <w:br/>
      </w:r>
      <w:r>
        <w:rPr>
          <w:b w:val="0"/>
          <w:i w:val="0"/>
        </w:rPr>
        <w:t>print(alien_0['color'])</w:t>
      </w:r>
      <w:r>
        <w:br/>
      </w:r>
      <w:r>
        <w:rPr>
          <w:b w:val="0"/>
          <w:i w:val="0"/>
        </w:rPr>
        <w:t>print(alien_0['points'])</w:t>
      </w:r>
    </w:p>
    <w:p>
      <w:pPr>
        <w:spacing w:after="80"/>
      </w:pPr>
      <w:r>
        <w:rPr>
          <w:b w:val="0"/>
          <w:i w:val="0"/>
        </w:rPr>
        <w:t xml:space="preserve">Từ điển </w:t>
      </w:r>
      <w:r>
        <w:rPr>
          <w:rFonts w:ascii="Consolas" w:hAnsi="Consolas"/>
          <w:b w:val="0"/>
          <w:i w:val="0"/>
          <w:sz w:val="20"/>
        </w:rPr>
        <w:t>alien_0</w:t>
      </w:r>
      <w:r>
        <w:rPr>
          <w:b w:val="0"/>
          <w:i w:val="0"/>
        </w:rPr>
        <w:t xml:space="preserve"> lưu trữ màu sắc và điểm số của người ngoài hành tinh. Hai dòng cuối truy cập và hiển thị thông tin đó, như được hiển thị ở đây:</w:t>
      </w:r>
    </w:p>
    <w:p>
      <w:pPr>
        <w:spacing w:after="80"/>
      </w:pPr>
      <w:r>
        <w:rPr>
          <w:b w:val="0"/>
          <w:i w:val="0"/>
        </w:rPr>
        <w:t>green</w:t>
      </w:r>
      <w:r>
        <w:br/>
      </w:r>
      <w:r>
        <w:rPr>
          <w:b w:val="0"/>
          <w:i w:val="0"/>
        </w:rPr>
        <w:t>5</w:t>
      </w:r>
    </w:p>
    <w:p>
      <w:pPr>
        <w:spacing w:after="80"/>
      </w:pPr>
      <w:r>
        <w:rPr>
          <w:b w:val="0"/>
          <w:i w:val="0"/>
        </w:rPr>
        <w:t>Giống như hầu hết các khái niệm lập trình mới, sử dụng từ điển cần phải luyện tập. Khi bạn đã làm việc với từ điển một thời gian, bạn sẽ thấy chúng có thể mô hình hóa các tình huống thực tế một cách hiệu quả như thế nào.</w:t>
      </w:r>
    </w:p>
    <w:p>
      <w:pPr>
        <w:pStyle w:val="Heading2"/>
      </w:pPr>
      <w:r>
        <w:rPr>
          <w:rFonts w:ascii="Calibri" w:hAnsi="Calibri"/>
          <w:b/>
          <w:i w:val="0"/>
          <w:sz w:val="32"/>
        </w:rPr>
        <w:t>Làm việc với Từ điển</w:t>
      </w:r>
    </w:p>
    <w:p>
      <w:pPr>
        <w:spacing w:after="80"/>
      </w:pPr>
      <w:r>
        <w:rPr>
          <w:b w:val="0"/>
          <w:i w:val="0"/>
        </w:rPr>
        <w:t xml:space="preserve">Một </w:t>
      </w:r>
      <w:r>
        <w:rPr>
          <w:b w:val="0"/>
          <w:i/>
        </w:rPr>
        <w:t>từ điển</w:t>
      </w:r>
      <w:r>
        <w:rPr>
          <w:b w:val="0"/>
          <w:i w:val="0"/>
        </w:rPr>
        <w:t xml:space="preserve"> trong Python là một tập hợp các </w:t>
      </w:r>
      <w:r>
        <w:rPr>
          <w:b w:val="0"/>
          <w:i/>
        </w:rPr>
        <w:t>cặp khóa-giá trị</w:t>
      </w:r>
      <w:r>
        <w:rPr>
          <w:b w:val="0"/>
          <w:i w:val="0"/>
        </w:rPr>
        <w:t xml:space="preserve">. Mỗi </w:t>
      </w:r>
      <w:r>
        <w:rPr>
          <w:b w:val="0"/>
          <w:i/>
        </w:rPr>
        <w:t>khóa</w:t>
      </w:r>
      <w:r>
        <w:rPr>
          <w:b w:val="0"/>
          <w:i w:val="0"/>
        </w:rPr>
        <w:t xml:space="preserve"> được kết nối với một giá trị, và bạn có thể sử dụng khóa để truy cập giá trị liên kết với khóa đó. Giá trị của một khóa có thể là một số, một chuỗi, một danh sách, hoặc thậm chí là một từ điển khác. Trên thực tế, bạn có thể sử dụng bất kỳ đối tượng nào bạn có thể tạo trong Python làm giá trị trong một từ điển.</w:t>
      </w:r>
    </w:p>
    <w:p>
      <w:pPr>
        <w:spacing w:after="80"/>
      </w:pPr>
      <w:r>
        <w:rPr>
          <w:b w:val="0"/>
          <w:i w:val="0"/>
        </w:rPr>
        <w:t>Trong Python, một từ điển được bao bọc trong dấu ngoặc nhọn (</w:t>
      </w:r>
      <w:r>
        <w:rPr>
          <w:rFonts w:ascii="Consolas" w:hAnsi="Consolas"/>
          <w:b w:val="0"/>
          <w:i w:val="0"/>
          <w:sz w:val="20"/>
        </w:rPr>
        <w:t>{}</w:t>
      </w:r>
      <w:r>
        <w:rPr>
          <w:b w:val="0"/>
          <w:i w:val="0"/>
        </w:rPr>
        <w:t>) với một loạt các cặp khóa-giá trị bên trong dấu ngoặc, như được hiển thị trong ví dụ trước:</w:t>
      </w:r>
    </w:p>
    <w:p>
      <w:pPr>
        <w:spacing w:after="80"/>
      </w:pPr>
      <w:r>
        <w:rPr>
          <w:b w:val="0"/>
          <w:i w:val="0"/>
        </w:rPr>
        <w:t>alien_0 = {'color': 'green', 'points': 5}</w:t>
      </w:r>
    </w:p>
    <w:p>
      <w:pPr>
        <w:spacing w:after="80"/>
      </w:pPr>
      <w:r>
        <w:rPr>
          <w:b w:val="0"/>
          <w:i w:val="0"/>
        </w:rPr>
        <w:t xml:space="preserve">Một </w:t>
      </w:r>
      <w:r>
        <w:rPr>
          <w:b w:val="0"/>
          <w:i/>
        </w:rPr>
        <w:t>cặp khóa-giá trị</w:t>
      </w:r>
      <w:r>
        <w:rPr>
          <w:b w:val="0"/>
          <w:i w:val="0"/>
        </w:rPr>
        <w:t xml:space="preserve"> là một tập hợp các giá trị được liên kết với nhau. Khi bạn cung cấp một khóa, Python trả về giá trị liên kết với khóa đó. Mỗi khóa được kết nối với giá trị của nó bằng dấu hai chấm, và các cặp khóa-giá trị riêng lẻ được phân tách bằng dấu phẩy. Bạn có thể lưu trữ bao nhiêu cặp khóa-giá trị tùy thích trong một từ điển.</w:t>
      </w:r>
    </w:p>
    <w:p>
      <w:pPr>
        <w:spacing w:after="80"/>
      </w:pPr>
      <w:r>
        <w:rPr>
          <w:b w:val="0"/>
          <w:i w:val="0"/>
        </w:rPr>
        <w:t xml:space="preserve">Từ điển đơn giản nhất có chính xác một cặp khóa-giá trị, như được hiển thị trong phiên bản đã sửa đổi này của từ điển </w:t>
      </w:r>
      <w:r>
        <w:rPr>
          <w:rFonts w:ascii="Consolas" w:hAnsi="Consolas"/>
          <w:b w:val="0"/>
          <w:i w:val="0"/>
          <w:sz w:val="20"/>
        </w:rPr>
        <w:t>alien_0</w:t>
      </w:r>
      <w:r>
        <w:rPr>
          <w:b w:val="0"/>
          <w:i w:val="0"/>
        </w:rPr>
        <w:t>:</w:t>
      </w:r>
    </w:p>
    <w:p>
      <w:pPr>
        <w:spacing w:after="80"/>
      </w:pPr>
      <w:r>
        <w:rPr>
          <w:b w:val="0"/>
          <w:i w:val="0"/>
        </w:rPr>
        <w:t>alien_0 = {'color': 'green'}</w:t>
      </w:r>
    </w:p>
    <w:p>
      <w:pPr>
        <w:spacing w:after="80"/>
      </w:pPr>
      <w:r>
        <w:rPr>
          <w:b w:val="0"/>
          <w:i w:val="0"/>
        </w:rPr>
        <w:t xml:space="preserve">Từ điển này lưu trữ một thông tin về </w:t>
      </w:r>
      <w:r>
        <w:rPr>
          <w:rFonts w:ascii="Consolas" w:hAnsi="Consolas"/>
          <w:b w:val="0"/>
          <w:i w:val="0"/>
          <w:sz w:val="20"/>
        </w:rPr>
        <w:t>alien_0</w:t>
      </w:r>
      <w:r>
        <w:rPr>
          <w:b w:val="0"/>
          <w:i w:val="0"/>
        </w:rPr>
        <w:t xml:space="preserve">: màu sắc của người ngoài hành tinh. Chuỗi </w:t>
      </w:r>
      <w:r>
        <w:rPr>
          <w:rFonts w:ascii="Consolas" w:hAnsi="Consolas"/>
          <w:b w:val="0"/>
          <w:i w:val="0"/>
          <w:sz w:val="20"/>
        </w:rPr>
        <w:t>'color'</w:t>
      </w:r>
      <w:r>
        <w:rPr>
          <w:b w:val="0"/>
          <w:i w:val="0"/>
        </w:rPr>
        <w:t xml:space="preserve"> là một khóa (key) trong từ điển này, và giá trị (value) đi kèm với nó là </w:t>
      </w:r>
      <w:r>
        <w:rPr>
          <w:rFonts w:ascii="Consolas" w:hAnsi="Consolas"/>
          <w:b w:val="0"/>
          <w:i w:val="0"/>
          <w:sz w:val="20"/>
        </w:rPr>
        <w:t>'green'</w:t>
      </w:r>
      <w:r>
        <w:rPr>
          <w:b w:val="0"/>
          <w:i w:val="0"/>
        </w:rPr>
        <w:t>.</w:t>
      </w:r>
    </w:p>
    <w:p>
      <w:pPr>
        <w:pStyle w:val="Heading3"/>
      </w:pPr>
      <w:r>
        <w:rPr>
          <w:rFonts w:ascii="Calibri" w:hAnsi="Calibri"/>
          <w:b/>
          <w:i w:val="0"/>
          <w:sz w:val="27"/>
        </w:rPr>
        <w:t>Truy cập các giá trị trong từ điển</w:t>
      </w:r>
    </w:p>
    <w:p>
      <w:pPr>
        <w:spacing w:after="80"/>
      </w:pPr>
      <w:r>
        <w:rPr>
          <w:b w:val="0"/>
          <w:i w:val="0"/>
        </w:rPr>
        <w:t>Để lấy giá trị đi kèm với một khóa, bạn đưa ra tên của từ điển rồi đặt khóa vào bên trong một cặp dấu ngoặc vuông, như được hiển thị ở đây:</w:t>
      </w:r>
    </w:p>
    <w:p>
      <w:pPr>
        <w:spacing w:after="80"/>
      </w:pPr>
      <w:r>
        <w:rPr>
          <w:b w:val="0"/>
          <w:i w:val="0"/>
        </w:rPr>
        <w:t>alien.py</w:t>
      </w:r>
    </w:p>
    <w:p>
      <w:pPr>
        <w:spacing w:after="0"/>
        <w:ind w:left="360"/>
        <w:shd w:val="clear" w:color="auto" w:fill="F2F2F2"/>
      </w:pPr>
      <w:r>
        <w:rPr>
          <w:rFonts w:ascii="Consolas" w:hAnsi="Consolas"/>
          <w:b w:val="0"/>
          <w:i w:val="0"/>
          <w:sz w:val="18"/>
        </w:rPr>
        <w:t>alien_0 = {'color': 'green'}</w:t>
      </w:r>
    </w:p>
    <w:p>
      <w:pPr>
        <w:spacing w:after="0"/>
        <w:ind w:left="360"/>
        <w:shd w:val="clear" w:color="auto" w:fill="F2F2F2"/>
      </w:pPr>
      <w:r>
        <w:rPr>
          <w:rFonts w:ascii="Consolas" w:hAnsi="Consolas"/>
          <w:b w:val="0"/>
          <w:i w:val="0"/>
          <w:sz w:val="18"/>
        </w:rPr>
        <w:t>print(alien_0['color'])</w:t>
      </w:r>
    </w:p>
    <w:p>
      <w:pPr>
        <w:spacing w:after="40"/>
      </w:pPr>
    </w:p>
    <w:p>
      <w:pPr>
        <w:spacing w:after="80"/>
      </w:pPr>
      <w:r>
        <w:rPr>
          <w:b w:val="0"/>
          <w:i w:val="0"/>
        </w:rPr>
        <w:t xml:space="preserve">Lệnh này trả về giá trị đi kèm với khóa </w:t>
      </w:r>
      <w:r>
        <w:rPr>
          <w:rFonts w:ascii="Consolas" w:hAnsi="Consolas"/>
          <w:b w:val="0"/>
          <w:i w:val="0"/>
          <w:sz w:val="20"/>
        </w:rPr>
        <w:t>'color'</w:t>
      </w:r>
      <w:r>
        <w:rPr>
          <w:b w:val="0"/>
          <w:i w:val="0"/>
        </w:rPr>
        <w:t xml:space="preserve"> từ từ điển </w:t>
      </w:r>
      <w:r>
        <w:rPr>
          <w:rFonts w:ascii="Consolas" w:hAnsi="Consolas"/>
          <w:b w:val="0"/>
          <w:i w:val="0"/>
          <w:sz w:val="20"/>
        </w:rPr>
        <w:t>alien_0</w:t>
      </w:r>
      <w:r>
        <w:rPr>
          <w:b w:val="0"/>
          <w:i w:val="0"/>
        </w:rPr>
        <w:t>:</w:t>
      </w:r>
    </w:p>
    <w:p>
      <w:pPr>
        <w:spacing w:after="80"/>
      </w:pPr>
      <w:r>
        <w:rPr>
          <w:b w:val="0"/>
          <w:i w:val="0"/>
        </w:rPr>
        <w:t>green</w:t>
      </w:r>
    </w:p>
    <w:p>
      <w:pPr>
        <w:spacing w:after="80"/>
      </w:pPr>
      <w:r>
        <w:rPr>
          <w:b w:val="0"/>
          <w:i w:val="0"/>
        </w:rPr>
        <w:t xml:space="preserve">Bạn có thể có không giới hạn số lượng cặp khóa-giá trị (key-value pair) trong một từ điển. Ví dụ, đây là từ điển </w:t>
      </w:r>
      <w:r>
        <w:rPr>
          <w:rFonts w:ascii="Consolas" w:hAnsi="Consolas"/>
          <w:b w:val="0"/>
          <w:i w:val="0"/>
          <w:sz w:val="20"/>
        </w:rPr>
        <w:t>alien_0</w:t>
      </w:r>
      <w:r>
        <w:rPr>
          <w:b w:val="0"/>
          <w:i w:val="0"/>
        </w:rPr>
        <w:t xml:space="preserve"> ban đầu với hai cặp khóa-giá trị:</w:t>
      </w:r>
    </w:p>
    <w:p>
      <w:pPr>
        <w:spacing w:after="80"/>
      </w:pPr>
      <w:r>
        <w:rPr>
          <w:b w:val="0"/>
          <w:i w:val="0"/>
        </w:rPr>
        <w:t>alien_0 = {'color': 'green', 'points': 5}</w:t>
      </w:r>
    </w:p>
    <w:p>
      <w:pPr>
        <w:spacing w:after="80"/>
      </w:pPr>
      <w:r>
        <w:rPr>
          <w:b w:val="0"/>
          <w:i w:val="0"/>
        </w:rPr>
        <w:t xml:space="preserve">Bây giờ bạn có thể truy cập vào màu sắc hoặc giá trị điểm của </w:t>
      </w:r>
      <w:r>
        <w:rPr>
          <w:rFonts w:ascii="Consolas" w:hAnsi="Consolas"/>
          <w:b w:val="0"/>
          <w:i w:val="0"/>
          <w:sz w:val="20"/>
        </w:rPr>
        <w:t>alien_0</w:t>
      </w:r>
      <w:r>
        <w:rPr>
          <w:b w:val="0"/>
          <w:i w:val="0"/>
        </w:rPr>
        <w:t>. Nếu một người chơi bắn hạ người ngoài hành tinh này, bạn có thể tra cứu xem họ nên kiếm được bao nhiêu điểm bằng cách dùng đoạn mã như thế này:</w:t>
      </w:r>
    </w:p>
    <w:p>
      <w:pPr>
        <w:spacing w:after="0"/>
        <w:ind w:left="360"/>
        <w:shd w:val="clear" w:color="auto" w:fill="F2F2F2"/>
      </w:pPr>
      <w:r>
        <w:rPr>
          <w:rFonts w:ascii="Consolas" w:hAnsi="Consolas"/>
          <w:b w:val="0"/>
          <w:i w:val="0"/>
          <w:sz w:val="18"/>
        </w:rPr>
        <w:t>alien_0 = {'color': 'green', 'points': 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new_points = alien_0['points']</w:t>
      </w:r>
    </w:p>
    <w:p>
      <w:pPr>
        <w:spacing w:after="0"/>
        <w:ind w:left="360"/>
        <w:shd w:val="clear" w:color="auto" w:fill="F2F2F2"/>
      </w:pPr>
      <w:r>
        <w:rPr>
          <w:rFonts w:ascii="Consolas" w:hAnsi="Consolas"/>
          <w:b w:val="0"/>
          <w:i w:val="0"/>
          <w:sz w:val="18"/>
        </w:rPr>
        <w:t>print(f"You just earned {new_points} points!")</w:t>
      </w:r>
    </w:p>
    <w:p>
      <w:pPr>
        <w:spacing w:after="40"/>
      </w:pPr>
    </w:p>
    <w:p>
      <w:pPr>
        <w:spacing w:after="80"/>
      </w:pPr>
      <w:r>
        <w:rPr>
          <w:b w:val="0"/>
          <w:i w:val="0"/>
        </w:rPr>
        <w:t xml:space="preserve">Sau khi từ điển đã được định nghĩa, chúng ta lấy giá trị đi kèm với khóa </w:t>
      </w:r>
      <w:r>
        <w:rPr>
          <w:rFonts w:ascii="Consolas" w:hAnsi="Consolas"/>
          <w:b w:val="0"/>
          <w:i w:val="0"/>
          <w:sz w:val="20"/>
        </w:rPr>
        <w:t>'points'</w:t>
      </w:r>
      <w:r>
        <w:rPr>
          <w:b w:val="0"/>
          <w:i w:val="0"/>
        </w:rPr>
        <w:t xml:space="preserve"> từ từ điển. Giá trị này sau đó được gán cho biến </w:t>
      </w:r>
      <w:r>
        <w:rPr>
          <w:rFonts w:ascii="Consolas" w:hAnsi="Consolas"/>
          <w:b w:val="0"/>
          <w:i w:val="0"/>
          <w:sz w:val="20"/>
        </w:rPr>
        <w:t>new_points</w:t>
      </w:r>
      <w:r>
        <w:rPr>
          <w:b w:val="0"/>
          <w:i w:val="0"/>
        </w:rPr>
        <w:t>. Dòng cuối cùng in ra một câu thông báo về số điểm mà người chơi vừa kiếm được:</w:t>
      </w:r>
    </w:p>
    <w:p>
      <w:pPr>
        <w:spacing w:after="80"/>
      </w:pPr>
      <w:r>
        <w:rPr>
          <w:b w:val="0"/>
          <w:i w:val="0"/>
        </w:rPr>
        <w:t>You just earned 5 points!</w:t>
      </w:r>
    </w:p>
    <w:p>
      <w:pPr>
        <w:spacing w:after="80"/>
      </w:pPr>
      <w:r>
        <w:rPr>
          <w:b w:val="0"/>
          <w:i w:val="0"/>
        </w:rPr>
        <w:t>Nếu bạn chạy đoạn mã này mỗi lần một người ngoài hành tinh bị bắn hạ, giá trị điểm của người ngoài hành tinh sẽ được lấy ra.</w:t>
      </w:r>
    </w:p>
    <w:p>
      <w:pPr>
        <w:pStyle w:val="Heading3"/>
      </w:pPr>
      <w:r>
        <w:rPr>
          <w:rFonts w:ascii="Calibri" w:hAnsi="Calibri"/>
          <w:b/>
          <w:i w:val="0"/>
          <w:sz w:val="27"/>
        </w:rPr>
        <w:t>Thêm các cặp khóa-giá trị mới</w:t>
      </w:r>
    </w:p>
    <w:p>
      <w:pPr>
        <w:spacing w:after="80"/>
      </w:pPr>
      <w:r>
        <w:rPr>
          <w:b w:val="0"/>
          <w:i w:val="0"/>
        </w:rPr>
        <w:t>Từ điển là những cấu trúc động (dynamic structure), và bạn có thể thêm các cặp khóa-giá trị mới vào một từ điển bất cứ lúc nào. Để thêm một cặp khóa-giá trị mới, bạn sẽ đưa ra tên của từ điển, theo sau là khóa mới trong dấu ngoặc vuông, cùng với giá trị mới.</w:t>
      </w:r>
    </w:p>
    <w:p>
      <w:pPr>
        <w:spacing w:after="80"/>
      </w:pPr>
      <w:r>
        <w:rPr>
          <w:b w:val="0"/>
          <w:i w:val="0"/>
        </w:rPr>
        <w:t xml:space="preserve">Hãy thêm hai mẩu thông tin mới vào từ điển (dictionary) </w:t>
      </w:r>
      <w:r>
        <w:rPr>
          <w:rFonts w:ascii="Consolas" w:hAnsi="Consolas"/>
          <w:b w:val="0"/>
          <w:i w:val="0"/>
          <w:sz w:val="20"/>
        </w:rPr>
        <w:t>alien_0</w:t>
      </w:r>
      <w:r>
        <w:rPr>
          <w:b w:val="0"/>
          <w:i w:val="0"/>
        </w:rPr>
        <w:t xml:space="preserve">: tọa độ </w:t>
      </w:r>
      <w:r>
        <w:rPr>
          <w:b w:val="0"/>
          <w:i/>
        </w:rPr>
        <w:t>x</w:t>
      </w:r>
      <w:r>
        <w:rPr>
          <w:b w:val="0"/>
          <w:i w:val="0"/>
        </w:rPr>
        <w:t xml:space="preserve"> và </w:t>
      </w:r>
      <w:r>
        <w:rPr>
          <w:b w:val="0"/>
          <w:i/>
        </w:rPr>
        <w:t>y</w:t>
      </w:r>
      <w:r>
        <w:rPr>
          <w:b w:val="0"/>
          <w:i w:val="0"/>
        </w:rPr>
        <w:t xml:space="preserve"> của người ngoài hành tinh, giúp chúng ta hiển thị người ngoài hành tinh ở một vị trí cụ thể trên màn hình. Hãy đặt người ngoài hành tinh ở mép trái màn hình, cách phía trên 25 pixel. Vì tọa độ màn hình thường bắt đầu từ góc trên bên trái của màn hình, chúng ta sẽ đặt người ngoài hành tinh ở mép trái màn hình bằng cách đặt tọa độ </w:t>
      </w:r>
      <w:r>
        <w:rPr>
          <w:b w:val="0"/>
          <w:i/>
        </w:rPr>
        <w:t>x</w:t>
      </w:r>
      <w:r>
        <w:rPr>
          <w:b w:val="0"/>
          <w:i w:val="0"/>
        </w:rPr>
        <w:t xml:space="preserve"> bằng 0 và cách phía trên 25 pixel bằng cách đặt tọa độ </w:t>
      </w:r>
      <w:r>
        <w:rPr>
          <w:b w:val="0"/>
          <w:i/>
        </w:rPr>
        <w:t>y</w:t>
      </w:r>
      <w:r>
        <w:rPr>
          <w:b w:val="0"/>
          <w:i w:val="0"/>
        </w:rPr>
        <w:t xml:space="preserve"> bằng dương 25, như minh họa ở đây:</w:t>
      </w:r>
    </w:p>
    <w:p>
      <w:pPr>
        <w:spacing w:after="80"/>
      </w:pPr>
      <w:r>
        <w:rPr>
          <w:b w:val="0"/>
          <w:i w:val="0"/>
        </w:rPr>
        <w:t>alien.py</w:t>
      </w:r>
    </w:p>
    <w:p>
      <w:pPr>
        <w:spacing w:after="0"/>
        <w:ind w:left="360"/>
        <w:shd w:val="clear" w:color="auto" w:fill="F2F2F2"/>
      </w:pPr>
      <w:r>
        <w:rPr>
          <w:rFonts w:ascii="Consolas" w:hAnsi="Consolas"/>
          <w:b w:val="0"/>
          <w:i w:val="0"/>
          <w:sz w:val="18"/>
        </w:rPr>
        <w:t>alien_0 = {'color': 'green', 'points': 5}</w:t>
      </w:r>
    </w:p>
    <w:p>
      <w:pPr>
        <w:spacing w:after="0"/>
        <w:ind w:left="360"/>
        <w:shd w:val="clear" w:color="auto" w:fill="F2F2F2"/>
      </w:pPr>
      <w:r>
        <w:rPr>
          <w:rFonts w:ascii="Consolas" w:hAnsi="Consolas"/>
          <w:b w:val="0"/>
          <w:i w:val="0"/>
          <w:sz w:val="18"/>
        </w:rPr>
        <w:t>print(alien_0)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alien_0['x_position'] = 0</w:t>
      </w:r>
    </w:p>
    <w:p>
      <w:pPr>
        <w:spacing w:after="0"/>
        <w:ind w:left="360"/>
        <w:shd w:val="clear" w:color="auto" w:fill="F2F2F2"/>
      </w:pPr>
      <w:r>
        <w:rPr>
          <w:rFonts w:ascii="Consolas" w:hAnsi="Consolas"/>
          <w:b w:val="0"/>
          <w:i w:val="0"/>
          <w:sz w:val="18"/>
        </w:rPr>
        <w:t>alien_0['y_position'] = 25</w:t>
      </w:r>
    </w:p>
    <w:p>
      <w:pPr>
        <w:spacing w:after="0"/>
        <w:ind w:left="360"/>
        <w:shd w:val="clear" w:color="auto" w:fill="F2F2F2"/>
      </w:pPr>
      <w:r>
        <w:rPr>
          <w:rFonts w:ascii="Consolas" w:hAnsi="Consolas"/>
          <w:b w:val="0"/>
          <w:i w:val="0"/>
          <w:sz w:val="18"/>
        </w:rPr>
        <w:t>print(alien_0)</w:t>
      </w:r>
    </w:p>
    <w:p>
      <w:pPr>
        <w:spacing w:after="40"/>
      </w:pPr>
    </w:p>
    <w:p>
      <w:pPr>
        <w:spacing w:after="80"/>
      </w:pPr>
      <w:r>
        <w:rPr>
          <w:b w:val="0"/>
          <w:i w:val="0"/>
        </w:rPr>
        <w:t xml:space="preserve">Chúng ta bắt đầu bằng việc định nghĩa từ điển mà chúng ta vẫn đang dùng. Sau đó chúng ta in từ điển này, hiển thị một ảnh chụp nhanh thông tin của nó. Tiếp theo, chúng ta thêm một cặp khóa-giá trị (key-value pair) mới vào từ điển: khóa </w:t>
      </w:r>
      <w:r>
        <w:rPr>
          <w:rFonts w:ascii="Consolas" w:hAnsi="Consolas"/>
          <w:b w:val="0"/>
          <w:i w:val="0"/>
          <w:sz w:val="20"/>
        </w:rPr>
        <w:t>'x_position'</w:t>
      </w:r>
      <w:r>
        <w:rPr>
          <w:b w:val="0"/>
          <w:i w:val="0"/>
        </w:rPr>
        <w:t xml:space="preserve"> và giá trị </w:t>
      </w:r>
      <w:r>
        <w:rPr>
          <w:rFonts w:ascii="Consolas" w:hAnsi="Consolas"/>
          <w:b w:val="0"/>
          <w:i w:val="0"/>
          <w:sz w:val="20"/>
        </w:rPr>
        <w:t>0</w:t>
      </w:r>
      <w:r>
        <w:rPr>
          <w:b w:val="0"/>
          <w:i w:val="0"/>
        </w:rPr>
        <w:t xml:space="preserve">. Chúng ta làm tương tự với khóa </w:t>
      </w:r>
      <w:r>
        <w:rPr>
          <w:rFonts w:ascii="Consolas" w:hAnsi="Consolas"/>
          <w:b w:val="0"/>
          <w:i w:val="0"/>
          <w:sz w:val="20"/>
        </w:rPr>
        <w:t>'y_position'</w:t>
      </w:r>
      <w:r>
        <w:rPr>
          <w:b w:val="0"/>
          <w:i w:val="0"/>
        </w:rPr>
        <w:t>. Khi in từ điển đã sửa đổi, chúng ta thấy hai cặp khóa-giá trị bổ sung:</w:t>
      </w:r>
    </w:p>
    <w:p>
      <w:pPr>
        <w:spacing w:after="80"/>
      </w:pPr>
      <w:r>
        <w:rPr>
          <w:b w:val="0"/>
          <w:i w:val="0"/>
        </w:rPr>
        <w:t>{'color': 'green', 'points': 5}</w:t>
      </w:r>
      <w:r>
        <w:br/>
      </w:r>
      <w:r>
        <w:rPr>
          <w:b w:val="0"/>
          <w:i w:val="0"/>
        </w:rPr>
        <w:t>{'color': 'green', 'points': 5, 'x_position': 0, 'y_position': 25}</w:t>
      </w:r>
    </w:p>
    <w:p>
      <w:pPr>
        <w:spacing w:after="80"/>
      </w:pPr>
      <w:r>
        <w:rPr>
          <w:b w:val="0"/>
          <w:i w:val="0"/>
        </w:rPr>
        <w:t>Phiên bản cuối cùng của từ điển chứa bốn cặp khóa-giá trị. Hai cặp ban đầu chỉ định màu sắc và giá trị điểm, còn hai cặp nữa chỉ định vị trí của người ngoài hành tinh.</w:t>
      </w:r>
    </w:p>
    <w:p>
      <w:pPr>
        <w:spacing w:after="80"/>
      </w:pPr>
      <w:r>
        <w:rPr>
          <w:b w:val="0"/>
          <w:i w:val="0"/>
        </w:rPr>
        <w:t>Từ điển giữ nguyên thứ tự mà chúng được định nghĩa. Khi bạn in một từ điển hoặc lặp qua các phần tử của nó, bạn sẽ thấy các phần tử theo đúng thứ tự mà chúng được thêm vào từ điển.</w:t>
      </w:r>
    </w:p>
    <w:p>
      <w:pPr>
        <w:pStyle w:val="Heading3"/>
      </w:pPr>
      <w:r>
        <w:rPr>
          <w:rFonts w:ascii="Calibri" w:hAnsi="Calibri"/>
          <w:b/>
          <w:i w:val="0"/>
          <w:sz w:val="27"/>
        </w:rPr>
        <w:t>Bắt đầu với một từ điển rỗng</w:t>
      </w:r>
    </w:p>
    <w:p>
      <w:pPr>
        <w:spacing w:after="80"/>
      </w:pPr>
      <w:r>
        <w:rPr>
          <w:b w:val="0"/>
          <w:i w:val="0"/>
        </w:rPr>
        <w:t xml:space="preserve">Đôi khi sẽ thuận tiện, hoặc thậm chí cần thiết, khi bắt đầu với một từ điển rỗng rồi thêm từng mục mới vào đó. Để bắt đầu điền vào một từ điển rỗng, hãy định nghĩa một từ điển với cặp dấu ngoặc nhọn rỗng rồi thêm từng cặp khóa-giá trị trên dòng riêng của nó. Ví dụ, đây là cách xây dựng từ điển </w:t>
      </w:r>
      <w:r>
        <w:rPr>
          <w:rFonts w:ascii="Consolas" w:hAnsi="Consolas"/>
          <w:b w:val="0"/>
          <w:i w:val="0"/>
          <w:sz w:val="20"/>
        </w:rPr>
        <w:t>alien_0</w:t>
      </w:r>
      <w:r>
        <w:rPr>
          <w:b w:val="0"/>
          <w:i w:val="0"/>
        </w:rPr>
        <w:t xml:space="preserve"> bằng cách tiếp cận này:</w:t>
      </w:r>
    </w:p>
    <w:p>
      <w:pPr>
        <w:spacing w:after="80"/>
      </w:pPr>
      <w:r>
        <w:rPr>
          <w:b w:val="0"/>
          <w:i w:val="0"/>
        </w:rPr>
        <w:t>alien.py</w:t>
      </w:r>
    </w:p>
    <w:p>
      <w:pPr>
        <w:spacing w:after="80"/>
      </w:pPr>
      <w:r>
        <w:rPr>
          <w:b w:val="0"/>
          <w:i w:val="0"/>
        </w:rPr>
        <w:t>alien_0 = {}</w:t>
      </w:r>
      <w:r>
        <w:br/>
      </w:r>
      <w:r>
        <w:br/>
      </w:r>
      <w:r>
        <w:rPr>
          <w:b w:val="0"/>
          <w:i w:val="0"/>
        </w:rPr>
        <w:t>alien_0['color'] = 'green'</w:t>
      </w:r>
      <w:r>
        <w:br/>
      </w:r>
      <w:r>
        <w:rPr>
          <w:b w:val="0"/>
          <w:i w:val="0"/>
        </w:rPr>
        <w:t>alien_0['points'] = 5</w:t>
      </w:r>
      <w:r>
        <w:br/>
      </w:r>
      <w:r>
        <w:br/>
      </w:r>
      <w:r>
        <w:rPr>
          <w:b w:val="0"/>
          <w:i w:val="0"/>
        </w:rPr>
        <w:t>print(alien_0)</w:t>
      </w:r>
    </w:p>
    <w:p>
      <w:pPr>
        <w:spacing w:after="80"/>
      </w:pPr>
      <w:r>
        <w:rPr>
          <w:b w:val="0"/>
          <w:i w:val="0"/>
        </w:rPr>
        <w:t xml:space="preserve">Đầu tiên chúng ta định nghĩa một từ điển </w:t>
      </w:r>
      <w:r>
        <w:rPr>
          <w:rFonts w:ascii="Consolas" w:hAnsi="Consolas"/>
          <w:b w:val="0"/>
          <w:i w:val="0"/>
          <w:sz w:val="20"/>
        </w:rPr>
        <w:t>alien_0</w:t>
      </w:r>
      <w:r>
        <w:rPr>
          <w:b w:val="0"/>
          <w:i w:val="0"/>
        </w:rPr>
        <w:t xml:space="preserve"> rỗng, rồi thêm các giá trị màu sắc và điểm vào đó. Kết quả là từ điển mà chúng ta đã dùng trong các ví dụ trước:</w:t>
      </w:r>
    </w:p>
    <w:p>
      <w:pPr>
        <w:spacing w:after="80"/>
      </w:pPr>
      <w:r>
        <w:rPr>
          <w:b w:val="0"/>
          <w:i w:val="0"/>
        </w:rPr>
        <w:t>{'color': 'green', 'points': 5}</w:t>
      </w:r>
    </w:p>
    <w:p>
      <w:pPr>
        <w:spacing w:after="80"/>
      </w:pPr>
      <w:r>
        <w:rPr>
          <w:b w:val="0"/>
          <w:i w:val="0"/>
        </w:rPr>
        <w:t>Thông thường, bạn sẽ dùng từ điển rỗng khi lưu trữ dữ liệu do người dùng cung cấp trong một từ điển hoặc khi viết mã tự động tạo ra một lượng lớn các cặp khóa-giá trị.</w:t>
      </w:r>
    </w:p>
    <w:p>
      <w:pPr>
        <w:pStyle w:val="Heading3"/>
      </w:pPr>
      <w:r>
        <w:rPr>
          <w:rFonts w:ascii="Calibri" w:hAnsi="Calibri"/>
          <w:b/>
          <w:i w:val="0"/>
          <w:sz w:val="27"/>
        </w:rPr>
        <w:t>Sửa đổi giá trị trong một từ điển</w:t>
      </w:r>
    </w:p>
    <w:p>
      <w:pPr>
        <w:spacing w:after="80"/>
      </w:pPr>
      <w:r>
        <w:rPr>
          <w:b w:val="0"/>
          <w:i w:val="0"/>
        </w:rPr>
        <w:t>Để thay đổi một giá trị trong dictionary (từ điển), bạn viết tên của dictionary cùng với key (khóa) trong dấu ngoặc vuông, rồi đến giá trị mới mà bạn muốn gán cho key đó. Ví dụ, hãy xét một người ngoài hành tinh đổi màu từ xanh lá sang vàng khi trò chơi diễn ra:</w:t>
      </w:r>
    </w:p>
    <w:p>
      <w:pPr>
        <w:spacing w:after="80"/>
      </w:pPr>
      <w:r>
        <w:rPr>
          <w:b w:val="0"/>
          <w:i w:val="0"/>
        </w:rPr>
        <w:t>alien.py</w:t>
      </w:r>
    </w:p>
    <w:p>
      <w:pPr>
        <w:spacing w:after="80"/>
      </w:pPr>
      <w:r>
        <w:rPr>
          <w:b w:val="0"/>
          <w:i w:val="0"/>
        </w:rPr>
        <w:t>alien_0 = {'color': 'green'}</w:t>
      </w:r>
      <w:r>
        <w:br/>
      </w:r>
      <w:r>
        <w:rPr>
          <w:b w:val="0"/>
          <w:i w:val="0"/>
        </w:rPr>
        <w:t>print(f"The alien is {alien_0['color']}.")</w:t>
      </w:r>
      <w:r>
        <w:br/>
      </w:r>
      <w:r>
        <w:br/>
      </w:r>
      <w:r>
        <w:rPr>
          <w:b w:val="0"/>
          <w:i w:val="0"/>
        </w:rPr>
        <w:t>alien_0['color'] = 'yellow'</w:t>
      </w:r>
      <w:r>
        <w:br/>
      </w:r>
      <w:r>
        <w:rPr>
          <w:b w:val="0"/>
          <w:i w:val="0"/>
        </w:rPr>
        <w:t>print(f"The alien is now {alien_0['color']}.")</w:t>
      </w:r>
    </w:p>
    <w:p>
      <w:pPr>
        <w:spacing w:after="80"/>
      </w:pPr>
      <w:r>
        <w:rPr>
          <w:b w:val="0"/>
          <w:i w:val="0"/>
        </w:rPr>
        <w:t xml:space="preserve">Đầu tiên ta định nghĩa một dictionary cho </w:t>
      </w:r>
      <w:r>
        <w:rPr>
          <w:rFonts w:ascii="Consolas" w:hAnsi="Consolas"/>
          <w:b w:val="0"/>
          <w:i w:val="0"/>
          <w:sz w:val="20"/>
        </w:rPr>
        <w:t>alien_0</w:t>
      </w:r>
      <w:r>
        <w:rPr>
          <w:b w:val="0"/>
          <w:i w:val="0"/>
        </w:rPr>
        <w:t xml:space="preserve"> chỉ chứa màu của người ngoài hành tinh; sau đó ta đổi giá trị gắn với key </w:t>
      </w:r>
      <w:r>
        <w:rPr>
          <w:rFonts w:ascii="Consolas" w:hAnsi="Consolas"/>
          <w:b w:val="0"/>
          <w:i w:val="0"/>
          <w:sz w:val="20"/>
        </w:rPr>
        <w:t>'color'</w:t>
      </w:r>
      <w:r>
        <w:rPr>
          <w:b w:val="0"/>
          <w:i w:val="0"/>
        </w:rPr>
        <w:t xml:space="preserve"> thành </w:t>
      </w:r>
      <w:r>
        <w:rPr>
          <w:rFonts w:ascii="Consolas" w:hAnsi="Consolas"/>
          <w:b w:val="0"/>
          <w:i w:val="0"/>
          <w:sz w:val="20"/>
        </w:rPr>
        <w:t>'yellow'</w:t>
      </w:r>
      <w:r>
        <w:rPr>
          <w:b w:val="0"/>
          <w:i w:val="0"/>
        </w:rPr>
        <w:t>. Kết quả in ra cho thấy người ngoài hành tinh đúng là đã đổi từ xanh lá sang vàng:</w:t>
      </w:r>
    </w:p>
    <w:p>
      <w:pPr>
        <w:spacing w:after="80"/>
      </w:pPr>
      <w:r>
        <w:rPr>
          <w:b w:val="0"/>
          <w:i w:val="0"/>
        </w:rPr>
        <w:t>The alien is green.</w:t>
      </w:r>
      <w:r>
        <w:br/>
      </w:r>
      <w:r>
        <w:rPr>
          <w:b w:val="0"/>
          <w:i w:val="0"/>
        </w:rPr>
        <w:t>The alien is now yellow.</w:t>
      </w:r>
    </w:p>
    <w:p>
      <w:pPr>
        <w:spacing w:after="80"/>
      </w:pPr>
      <w:r>
        <w:rPr>
          <w:b w:val="0"/>
          <w:i w:val="0"/>
        </w:rPr>
        <w:t>Để có một ví dụ thú vị hơn, hãy theo dõi vị trí của một người ngoài hành tinh có thể di chuyển với nhiều tốc độ khác nhau. Ta sẽ lưu một giá trị thể hiện tốc độ hiện tại của người ngoài hành tinh, rồi dùng nó để xác định xem người ngoài hành tinh nên di chuyển sang phải bao xa:</w:t>
      </w:r>
    </w:p>
    <w:p>
      <w:pPr>
        <w:spacing w:after="0"/>
        <w:ind w:left="360"/>
        <w:shd w:val="clear" w:color="auto" w:fill="F2F2F2"/>
      </w:pPr>
      <w:r>
        <w:rPr>
          <w:rFonts w:ascii="Consolas" w:hAnsi="Consolas"/>
          <w:b w:val="0"/>
          <w:i w:val="0"/>
          <w:sz w:val="18"/>
        </w:rPr>
        <w:t>alien_0 = {'x_position': 0, 'y_position': 25, 'speed': 'medium'}</w:t>
      </w:r>
    </w:p>
    <w:p>
      <w:pPr>
        <w:spacing w:after="0"/>
        <w:ind w:left="360"/>
        <w:shd w:val="clear" w:color="auto" w:fill="F2F2F2"/>
      </w:pPr>
      <w:r>
        <w:rPr>
          <w:rFonts w:ascii="Consolas" w:hAnsi="Consolas"/>
          <w:b w:val="0"/>
          <w:i w:val="0"/>
          <w:sz w:val="18"/>
        </w:rPr>
        <w:t>print(f"Original position: {alien_0['x_position']}")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Move the alien to the right.</w:t>
      </w:r>
    </w:p>
    <w:p>
      <w:pPr>
        <w:spacing w:after="0"/>
        <w:ind w:left="360"/>
        <w:shd w:val="clear" w:color="auto" w:fill="F2F2F2"/>
      </w:pPr>
      <w:r>
        <w:rPr>
          <w:rFonts w:ascii="Consolas" w:hAnsi="Consolas"/>
          <w:b w:val="0"/>
          <w:i w:val="0"/>
          <w:sz w:val="18"/>
        </w:rPr>
        <w:t># Determine how far to move the alien based on its current speed.</w:t>
      </w:r>
    </w:p>
    <w:p>
      <w:pPr>
        <w:spacing w:after="0"/>
        <w:ind w:left="360"/>
        <w:shd w:val="clear" w:color="auto" w:fill="F2F2F2"/>
      </w:pPr>
      <w:r>
        <w:rPr>
          <w:rFonts w:ascii="Consolas" w:hAnsi="Consolas"/>
          <w:b w:val="0"/>
          <w:i w:val="0"/>
          <w:sz w:val="18"/>
        </w:rPr>
        <w:t>❶ if alien_0['speed'] == 'slow':</w:t>
      </w:r>
    </w:p>
    <w:p>
      <w:pPr>
        <w:spacing w:after="0"/>
        <w:ind w:left="360"/>
        <w:shd w:val="clear" w:color="auto" w:fill="F2F2F2"/>
      </w:pPr>
      <w:r>
        <w:rPr>
          <w:rFonts w:ascii="Consolas" w:hAnsi="Consolas"/>
          <w:b w:val="0"/>
          <w:i w:val="0"/>
          <w:sz w:val="18"/>
        </w:rPr>
        <w:t xml:space="preserve">    x_increment = 1</w:t>
      </w:r>
    </w:p>
    <w:p>
      <w:pPr>
        <w:spacing w:after="0"/>
        <w:ind w:left="360"/>
        <w:shd w:val="clear" w:color="auto" w:fill="F2F2F2"/>
      </w:pPr>
      <w:r>
        <w:rPr>
          <w:rFonts w:ascii="Consolas" w:hAnsi="Consolas"/>
          <w:b w:val="0"/>
          <w:i w:val="0"/>
          <w:sz w:val="18"/>
        </w:rPr>
        <w:t>elif alien_0['speed'] == 'medium':</w:t>
      </w:r>
    </w:p>
    <w:p>
      <w:pPr>
        <w:spacing w:after="0"/>
        <w:ind w:left="360"/>
        <w:shd w:val="clear" w:color="auto" w:fill="F2F2F2"/>
      </w:pPr>
      <w:r>
        <w:rPr>
          <w:rFonts w:ascii="Consolas" w:hAnsi="Consolas"/>
          <w:b w:val="0"/>
          <w:i w:val="0"/>
          <w:sz w:val="18"/>
        </w:rPr>
        <w:t xml:space="preserve">    x_increment = 2</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 This must be a fast alien.</w:t>
      </w:r>
    </w:p>
    <w:p>
      <w:pPr>
        <w:spacing w:after="0"/>
        <w:ind w:left="360"/>
        <w:shd w:val="clear" w:color="auto" w:fill="F2F2F2"/>
      </w:pPr>
      <w:r>
        <w:rPr>
          <w:rFonts w:ascii="Consolas" w:hAnsi="Consolas"/>
          <w:b w:val="0"/>
          <w:i w:val="0"/>
          <w:sz w:val="18"/>
        </w:rPr>
        <w:t xml:space="preserve">    x_increment = 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The new position is the old position plus the increment.</w:t>
      </w:r>
    </w:p>
    <w:p>
      <w:pPr>
        <w:spacing w:after="0"/>
        <w:ind w:left="360"/>
        <w:shd w:val="clear" w:color="auto" w:fill="F2F2F2"/>
      </w:pPr>
      <w:r>
        <w:rPr>
          <w:rFonts w:ascii="Consolas" w:hAnsi="Consolas"/>
          <w:b w:val="0"/>
          <w:i w:val="0"/>
          <w:sz w:val="18"/>
        </w:rPr>
        <w:t>❷ alien_0['x_position'] = alien_0['x_position'] + x_increment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print(f"New position: {alien_0['x_position']}")</w:t>
      </w:r>
    </w:p>
    <w:p>
      <w:pPr>
        <w:spacing w:after="40"/>
      </w:pPr>
    </w:p>
    <w:p>
      <w:pPr>
        <w:spacing w:after="80"/>
      </w:pPr>
      <w:r>
        <w:rPr>
          <w:b w:val="0"/>
          <w:i w:val="0"/>
        </w:rPr>
        <w:t xml:space="preserve">Ta bắt đầu bằng việc định nghĩa một người ngoài hành tinh với vị trí </w:t>
      </w:r>
      <w:r>
        <w:rPr>
          <w:b w:val="0"/>
          <w:i/>
        </w:rPr>
        <w:t>x</w:t>
      </w:r>
      <w:r>
        <w:rPr>
          <w:b w:val="0"/>
          <w:i w:val="0"/>
        </w:rPr>
        <w:t xml:space="preserve"> và vị trí </w:t>
      </w:r>
      <w:r>
        <w:rPr>
          <w:b w:val="0"/>
          <w:i/>
        </w:rPr>
        <w:t>y</w:t>
      </w:r>
      <w:r>
        <w:rPr>
          <w:b w:val="0"/>
          <w:i w:val="0"/>
        </w:rPr>
        <w:t xml:space="preserve"> ban đầu, cùng tốc độ </w:t>
      </w:r>
      <w:r>
        <w:rPr>
          <w:rFonts w:ascii="Consolas" w:hAnsi="Consolas"/>
          <w:b w:val="0"/>
          <w:i w:val="0"/>
          <w:sz w:val="20"/>
        </w:rPr>
        <w:t>'medium'</w:t>
      </w:r>
      <w:r>
        <w:rPr>
          <w:b w:val="0"/>
          <w:i w:val="0"/>
        </w:rPr>
        <w:t xml:space="preserve">. Ta đã lược bỏ màu sắc và giá trị điểm cho đơn giản, nhưng ví dụ này vẫn hoạt động y như vậy nếu bạn thêm cả những cặp key-value đó vào. Ta cũng in giá trị ban đầu của </w:t>
      </w:r>
      <w:r>
        <w:rPr>
          <w:rFonts w:ascii="Consolas" w:hAnsi="Consolas"/>
          <w:b w:val="0"/>
          <w:i w:val="0"/>
          <w:sz w:val="20"/>
        </w:rPr>
        <w:t>x_position</w:t>
      </w:r>
      <w:r>
        <w:rPr>
          <w:b w:val="0"/>
          <w:i w:val="0"/>
        </w:rPr>
        <w:t xml:space="preserve"> để xem người ngoài hành tinh di chuyển sang phải bao xa.</w:t>
      </w:r>
    </w:p>
    <w:p>
      <w:pPr>
        <w:spacing w:after="80"/>
      </w:pPr>
      <w:r>
        <w:rPr>
          <w:b w:val="0"/>
          <w:i w:val="0"/>
        </w:rPr>
        <w:t xml:space="preserve">Một chuỗi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xác định xem người ngoài hành tinh nên di chuyển sang phải bao xa, rồi gán giá trị này cho biến </w:t>
      </w:r>
      <w:r>
        <w:rPr>
          <w:rFonts w:ascii="Consolas" w:hAnsi="Consolas"/>
          <w:b w:val="0"/>
          <w:i w:val="0"/>
          <w:sz w:val="20"/>
        </w:rPr>
        <w:t>x_increment</w:t>
      </w:r>
      <w:r>
        <w:rPr>
          <w:b w:val="0"/>
          <w:i w:val="0"/>
        </w:rPr>
        <w:t xml:space="preserve"> ❶. Nếu tốc độ của người ngoài hành tinh là </w:t>
      </w:r>
      <w:r>
        <w:rPr>
          <w:rFonts w:ascii="Consolas" w:hAnsi="Consolas"/>
          <w:b w:val="0"/>
          <w:i w:val="0"/>
          <w:sz w:val="20"/>
        </w:rPr>
        <w:t>'slow'</w:t>
      </w:r>
      <w:r>
        <w:rPr>
          <w:b w:val="0"/>
          <w:i w:val="0"/>
        </w:rPr>
        <w:t xml:space="preserve">, nó di chuyển sang phải một đơn vị; nếu tốc độ là </w:t>
      </w:r>
      <w:r>
        <w:rPr>
          <w:rFonts w:ascii="Consolas" w:hAnsi="Consolas"/>
          <w:b w:val="0"/>
          <w:i w:val="0"/>
          <w:sz w:val="20"/>
        </w:rPr>
        <w:t>'medium'</w:t>
      </w:r>
      <w:r>
        <w:rPr>
          <w:b w:val="0"/>
          <w:i w:val="0"/>
        </w:rPr>
        <w:t xml:space="preserve">, nó di chuyển sang phải hai đơn vị; và nếu là </w:t>
      </w:r>
      <w:r>
        <w:rPr>
          <w:rFonts w:ascii="Consolas" w:hAnsi="Consolas"/>
          <w:b w:val="0"/>
          <w:i w:val="0"/>
          <w:sz w:val="20"/>
        </w:rPr>
        <w:t>'fast'</w:t>
      </w:r>
      <w:r>
        <w:rPr>
          <w:b w:val="0"/>
          <w:i w:val="0"/>
        </w:rPr>
        <w:t xml:space="preserve">, nó di chuyển sang phải ba đơn vị. Sau khi đã tính xong lượng tăng thêm, giá trị đó được cộng vào giá trị của </w:t>
      </w:r>
      <w:r>
        <w:rPr>
          <w:rFonts w:ascii="Consolas" w:hAnsi="Consolas"/>
          <w:b w:val="0"/>
          <w:i w:val="0"/>
          <w:sz w:val="20"/>
        </w:rPr>
        <w:t>x_position</w:t>
      </w:r>
      <w:r>
        <w:rPr>
          <w:b w:val="0"/>
          <w:i w:val="0"/>
        </w:rPr>
        <w:t xml:space="preserve"> ❷, và kết quả được lưu vào </w:t>
      </w:r>
      <w:r>
        <w:rPr>
          <w:rFonts w:ascii="Consolas" w:hAnsi="Consolas"/>
          <w:b w:val="0"/>
          <w:i w:val="0"/>
          <w:sz w:val="20"/>
        </w:rPr>
        <w:t>x_position</w:t>
      </w:r>
      <w:r>
        <w:rPr>
          <w:b w:val="0"/>
          <w:i w:val="0"/>
        </w:rPr>
        <w:t xml:space="preserve"> của dictionary.</w:t>
      </w:r>
    </w:p>
    <w:p>
      <w:pPr>
        <w:spacing w:after="80"/>
      </w:pPr>
      <w:r>
        <w:rPr>
          <w:b w:val="0"/>
          <w:i w:val="0"/>
        </w:rPr>
        <w:t>Vì đây là người ngoài hành tinh tốc độ trung bình, vị trí của nó dịch sang phải hai đơn vị:</w:t>
      </w:r>
    </w:p>
    <w:p>
      <w:pPr>
        <w:spacing w:after="80"/>
      </w:pPr>
      <w:r>
        <w:rPr>
          <w:b w:val="0"/>
          <w:i w:val="0"/>
        </w:rPr>
        <w:t>Original position: 0</w:t>
      </w:r>
      <w:r>
        <w:br/>
      </w:r>
      <w:r>
        <w:rPr>
          <w:b w:val="0"/>
          <w:i w:val="0"/>
        </w:rPr>
        <w:t>New position: 2</w:t>
      </w:r>
    </w:p>
    <w:p>
      <w:pPr>
        <w:spacing w:after="80"/>
      </w:pPr>
      <w:r>
        <w:rPr>
          <w:b w:val="0"/>
          <w:i w:val="0"/>
        </w:rPr>
        <w:t>Kỹ thuật này khá hay: chỉ bằng cách thay đổi một giá trị trong dictionary của người ngoài hành tinh, bạn có thể thay đổi toàn bộ hành vi của nó. Ví dụ, để biến người ngoài hành tinh tốc độ trung bình này thành người ngoài hành tinh tốc độ nhanh, bạn chỉ cần thêm dòng này:</w:t>
      </w:r>
    </w:p>
    <w:p>
      <w:pPr>
        <w:spacing w:after="80"/>
      </w:pPr>
      <w:r>
        <w:rPr>
          <w:b w:val="0"/>
          <w:i w:val="0"/>
        </w:rPr>
        <w:t>alien_0['speed'] = 'fast'</w:t>
      </w:r>
    </w:p>
    <w:p>
      <w:pPr>
        <w:spacing w:after="80"/>
      </w:pPr>
      <w:r>
        <w:rPr>
          <w:b w:val="0"/>
          <w:i w:val="0"/>
        </w:rPr>
        <w:t xml:space="preserve">Khối </w:t>
      </w:r>
      <w:r>
        <w:rPr>
          <w:rFonts w:ascii="Consolas" w:hAnsi="Consolas"/>
          <w:b w:val="0"/>
          <w:i w:val="0"/>
          <w:sz w:val="20"/>
        </w:rPr>
        <w:t>if</w:t>
      </w:r>
      <w:r>
        <w:rPr>
          <w:b w:val="0"/>
          <w:i w:val="0"/>
        </w:rPr>
        <w:t>-</w:t>
      </w:r>
      <w:r>
        <w:rPr>
          <w:rFonts w:ascii="Consolas" w:hAnsi="Consolas"/>
          <w:b w:val="0"/>
          <w:i w:val="0"/>
          <w:sz w:val="20"/>
        </w:rPr>
        <w:t>elif</w:t>
      </w:r>
      <w:r>
        <w:rPr>
          <w:b w:val="0"/>
          <w:i w:val="0"/>
        </w:rPr>
        <w:t>-</w:t>
      </w:r>
      <w:r>
        <w:rPr>
          <w:rFonts w:ascii="Consolas" w:hAnsi="Consolas"/>
          <w:b w:val="0"/>
          <w:i w:val="0"/>
          <w:sz w:val="20"/>
        </w:rPr>
        <w:t>else</w:t>
      </w:r>
      <w:r>
        <w:rPr>
          <w:b w:val="0"/>
          <w:i w:val="0"/>
        </w:rPr>
        <w:t xml:space="preserve"> sau đó sẽ gán một giá trị lớn hơn cho </w:t>
      </w:r>
      <w:r>
        <w:rPr>
          <w:rFonts w:ascii="Consolas" w:hAnsi="Consolas"/>
          <w:b w:val="0"/>
          <w:i w:val="0"/>
          <w:sz w:val="20"/>
        </w:rPr>
        <w:t>x_increment</w:t>
      </w:r>
      <w:r>
        <w:rPr>
          <w:b w:val="0"/>
          <w:i w:val="0"/>
        </w:rPr>
        <w:t xml:space="preserve"> trong lần chạy code tiếp theo.</w:t>
      </w:r>
    </w:p>
    <w:p>
      <w:pPr>
        <w:pStyle w:val="Heading3"/>
      </w:pPr>
      <w:r>
        <w:rPr>
          <w:rFonts w:ascii="Calibri" w:hAnsi="Calibri"/>
          <w:b/>
          <w:i w:val="0"/>
          <w:sz w:val="27"/>
        </w:rPr>
        <w:t>Xóa các cặp Key-Value</w:t>
      </w:r>
    </w:p>
    <w:p>
      <w:pPr>
        <w:spacing w:after="80"/>
      </w:pPr>
      <w:r>
        <w:rPr>
          <w:b w:val="0"/>
          <w:i w:val="0"/>
        </w:rPr>
        <w:t xml:space="preserve">Khi bạn không còn cần một mẩu thông tin nào đó được lưu trong dictionary (từ điển), bạn có thể dùng câu lệnh </w:t>
      </w:r>
      <w:r>
        <w:rPr>
          <w:rFonts w:ascii="Consolas" w:hAnsi="Consolas"/>
          <w:b w:val="0"/>
          <w:i w:val="0"/>
          <w:sz w:val="20"/>
        </w:rPr>
        <w:t>del</w:t>
      </w:r>
      <w:r>
        <w:rPr>
          <w:b w:val="0"/>
          <w:i w:val="0"/>
        </w:rPr>
        <w:t xml:space="preserve"> để xóa hoàn toàn một cặp key-value (khóa-giá trị). Câu lệnh </w:t>
      </w:r>
      <w:r>
        <w:rPr>
          <w:rFonts w:ascii="Consolas" w:hAnsi="Consolas"/>
          <w:b w:val="0"/>
          <w:i w:val="0"/>
          <w:sz w:val="20"/>
        </w:rPr>
        <w:t>del</w:t>
      </w:r>
      <w:r>
        <w:rPr>
          <w:b w:val="0"/>
          <w:i w:val="0"/>
        </w:rPr>
        <w:t xml:space="preserve"> chỉ cần tên của dictionary và key mà bạn muốn xóa.</w:t>
      </w:r>
    </w:p>
    <w:p>
      <w:pPr>
        <w:spacing w:after="80"/>
      </w:pPr>
      <w:r>
        <w:rPr>
          <w:b w:val="0"/>
          <w:i w:val="0"/>
        </w:rPr>
        <w:t xml:space="preserve">Ví dụ, hãy xóa key </w:t>
      </w:r>
      <w:r>
        <w:rPr>
          <w:rFonts w:ascii="Consolas" w:hAnsi="Consolas"/>
          <w:b w:val="0"/>
          <w:i w:val="0"/>
          <w:sz w:val="20"/>
        </w:rPr>
        <w:t>'points'</w:t>
      </w:r>
      <w:r>
        <w:rPr>
          <w:b w:val="0"/>
          <w:i w:val="0"/>
        </w:rPr>
        <w:t xml:space="preserve"> khỏi dictionary </w:t>
      </w:r>
      <w:r>
        <w:rPr>
          <w:rFonts w:ascii="Consolas" w:hAnsi="Consolas"/>
          <w:b w:val="0"/>
          <w:i w:val="0"/>
          <w:sz w:val="20"/>
        </w:rPr>
        <w:t>alien_0</w:t>
      </w:r>
      <w:r>
        <w:rPr>
          <w:b w:val="0"/>
          <w:i w:val="0"/>
        </w:rPr>
        <w:t>, cùng với giá trị của nó:</w:t>
      </w:r>
    </w:p>
    <w:p>
      <w:pPr>
        <w:spacing w:after="80"/>
      </w:pPr>
      <w:r>
        <w:rPr>
          <w:b w:val="0"/>
          <w:i w:val="0"/>
        </w:rPr>
        <w:t>alien.py</w:t>
      </w:r>
    </w:p>
    <w:p>
      <w:pPr>
        <w:spacing w:after="0"/>
        <w:ind w:left="360"/>
        <w:shd w:val="clear" w:color="auto" w:fill="F2F2F2"/>
      </w:pPr>
      <w:r>
        <w:rPr>
          <w:rFonts w:ascii="Consolas" w:hAnsi="Consolas"/>
          <w:b w:val="0"/>
          <w:i w:val="0"/>
          <w:sz w:val="18"/>
        </w:rPr>
        <w:t>alien_0 = {'color': 'green', 'points': 5}</w:t>
      </w:r>
    </w:p>
    <w:p>
      <w:pPr>
        <w:spacing w:after="0"/>
        <w:ind w:left="360"/>
        <w:shd w:val="clear" w:color="auto" w:fill="F2F2F2"/>
      </w:pPr>
      <w:r>
        <w:rPr>
          <w:rFonts w:ascii="Consolas" w:hAnsi="Consolas"/>
          <w:b w:val="0"/>
          <w:i w:val="0"/>
          <w:sz w:val="18"/>
        </w:rPr>
        <w:t>print(alien_0)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del alien_0['points']</w:t>
      </w:r>
    </w:p>
    <w:p>
      <w:pPr>
        <w:spacing w:after="0"/>
        <w:ind w:left="360"/>
        <w:shd w:val="clear" w:color="auto" w:fill="F2F2F2"/>
      </w:pPr>
      <w:r>
        <w:rPr>
          <w:rFonts w:ascii="Consolas" w:hAnsi="Consolas"/>
          <w:b w:val="0"/>
          <w:i w:val="0"/>
          <w:sz w:val="18"/>
        </w:rPr>
        <w:t>print(alien_0)</w:t>
      </w:r>
    </w:p>
    <w:p>
      <w:pPr>
        <w:spacing w:after="40"/>
      </w:pPr>
    </w:p>
    <w:p>
      <w:pPr>
        <w:spacing w:after="80"/>
      </w:pPr>
      <w:r>
        <w:rPr>
          <w:b w:val="0"/>
          <w:i w:val="0"/>
        </w:rPr>
        <w:t xml:space="preserve">Câu lệnh </w:t>
      </w:r>
      <w:r>
        <w:rPr>
          <w:rFonts w:ascii="Consolas" w:hAnsi="Consolas"/>
          <w:b w:val="0"/>
          <w:i w:val="0"/>
          <w:sz w:val="20"/>
        </w:rPr>
        <w:t>del</w:t>
      </w:r>
      <w:r>
        <w:rPr>
          <w:b w:val="0"/>
          <w:i w:val="0"/>
        </w:rPr>
        <w:t xml:space="preserve"> ❶ bảo Python xóa key </w:t>
      </w:r>
      <w:r>
        <w:rPr>
          <w:rFonts w:ascii="Consolas" w:hAnsi="Consolas"/>
          <w:b w:val="0"/>
          <w:i w:val="0"/>
          <w:sz w:val="20"/>
        </w:rPr>
        <w:t>'points'</w:t>
      </w:r>
      <w:r>
        <w:rPr>
          <w:b w:val="0"/>
          <w:i w:val="0"/>
        </w:rPr>
        <w:t xml:space="preserve"> khỏi dictionary </w:t>
      </w:r>
      <w:r>
        <w:rPr>
          <w:rFonts w:ascii="Consolas" w:hAnsi="Consolas"/>
          <w:b w:val="0"/>
          <w:i w:val="0"/>
          <w:sz w:val="20"/>
        </w:rPr>
        <w:t>alien_0</w:t>
      </w:r>
      <w:r>
        <w:rPr>
          <w:b w:val="0"/>
          <w:i w:val="0"/>
        </w:rPr>
        <w:t xml:space="preserve"> và đồng thời xóa luôn giá trị gắn với key đó. Kết quả hiển thị cho thấy key </w:t>
      </w:r>
      <w:r>
        <w:rPr>
          <w:rFonts w:ascii="Consolas" w:hAnsi="Consolas"/>
          <w:b w:val="0"/>
          <w:i w:val="0"/>
          <w:sz w:val="20"/>
        </w:rPr>
        <w:t>'points'</w:t>
      </w:r>
      <w:r>
        <w:rPr>
          <w:b w:val="0"/>
          <w:i w:val="0"/>
        </w:rPr>
        <w:t xml:space="preserve"> và giá trị </w:t>
      </w:r>
      <w:r>
        <w:rPr>
          <w:rFonts w:ascii="Consolas" w:hAnsi="Consolas"/>
          <w:b w:val="0"/>
          <w:i w:val="0"/>
          <w:sz w:val="20"/>
        </w:rPr>
        <w:t>5</w:t>
      </w:r>
      <w:r>
        <w:rPr>
          <w:b w:val="0"/>
          <w:i w:val="0"/>
        </w:rPr>
        <w:t xml:space="preserve"> của nó đã bị xóa khỏi dictionary, nhưng phần còn lại của dictionary vẫn không bị ảnh hưởng:</w:t>
      </w:r>
    </w:p>
    <w:p>
      <w:pPr>
        <w:spacing w:after="80"/>
      </w:pPr>
      <w:r>
        <w:rPr>
          <w:b w:val="0"/>
          <w:i w:val="0"/>
        </w:rPr>
        <w:t>{'color': 'green', 'points': 5}</w:t>
      </w:r>
      <w:r>
        <w:br/>
      </w:r>
      <w:r>
        <w:rPr>
          <w:b w:val="0"/>
          <w:i w:val="0"/>
        </w:rPr>
        <w:t>{'color': 'green'}</w:t>
      </w:r>
    </w:p>
    <w:p>
      <w:pPr>
        <w:spacing w:before="120" w:after="40"/>
      </w:pPr>
      <w:r>
        <w:rPr>
          <w:b/>
          <w:sz w:val="21"/>
        </w:rPr>
        <w:t>Ghi chú</w:t>
      </w:r>
    </w:p>
    <w:p>
      <w:pPr>
        <w:spacing w:after="80"/>
      </w:pPr>
      <w:r>
        <w:rPr>
          <w:b w:val="0"/>
          <w:i w:val="0"/>
        </w:rPr>
        <w:t>Hãy lưu ý rằng cặp key-value bị xóa sẽ bị loại bỏ vĩnh viễn.</w:t>
      </w:r>
    </w:p>
    <w:p>
      <w:pPr>
        <w:pStyle w:val="Heading3"/>
      </w:pPr>
      <w:r>
        <w:rPr>
          <w:rFonts w:ascii="Calibri" w:hAnsi="Calibri"/>
          <w:b/>
          <w:i w:val="0"/>
          <w:sz w:val="27"/>
        </w:rPr>
        <w:t>Một dictionary chứa các đối tượng tương tự nhau</w:t>
      </w:r>
    </w:p>
    <w:p>
      <w:pPr>
        <w:spacing w:after="80"/>
      </w:pPr>
      <w:r>
        <w:rPr>
          <w:b w:val="0"/>
          <w:i w:val="0"/>
        </w:rPr>
        <w:t>Ví dụ trước liên quan đến việc lưu trữ nhiều loại thông tin khác nhau về một đối tượng, một người ngoài hành tinh trong game. Bạn cũng có thể dùng dictionary để lưu trữ một loại thông tin về nhiều đối tượng. Ví dụ, giả sử bạn muốn khảo sát một số người và hỏi họ ngôn ngữ lập trình yêu thích của họ là gì. Dictionary rất hữu ích để lưu kết quả của một cuộc khảo sát đơn giản, như thế này:</w:t>
      </w:r>
    </w:p>
    <w:p>
      <w:pPr>
        <w:spacing w:after="80"/>
      </w:pPr>
      <w:r>
        <w:rPr>
          <w:b w:val="0"/>
          <w:i w:val="0"/>
        </w:rPr>
        <w:t>favorite_languages.py</w:t>
      </w:r>
    </w:p>
    <w:p>
      <w:pPr>
        <w:spacing w:after="80"/>
      </w:pPr>
      <w:r>
        <w:rPr>
          <w:b w:val="0"/>
          <w:i w:val="0"/>
        </w:rPr>
        <w:t>favorite_languages = {</w:t>
      </w:r>
      <w:r>
        <w:br/>
      </w:r>
      <w:r>
        <w:rPr>
          <w:b w:val="0"/>
          <w:i w:val="0"/>
        </w:rPr>
        <w:t xml:space="preserve">    'jen': 'python',</w:t>
      </w:r>
      <w:r>
        <w:br/>
      </w:r>
      <w:r>
        <w:rPr>
          <w:b w:val="0"/>
          <w:i w:val="0"/>
        </w:rPr>
        <w:t xml:space="preserve">    'sarah': 'c',</w:t>
      </w:r>
      <w:r>
        <w:br/>
      </w:r>
      <w:r>
        <w:rPr>
          <w:b w:val="0"/>
          <w:i w:val="0"/>
        </w:rPr>
        <w:t xml:space="preserve">    'edward': 'rust',</w:t>
      </w:r>
      <w:r>
        <w:br/>
      </w:r>
      <w:r>
        <w:rPr>
          <w:b w:val="0"/>
          <w:i w:val="0"/>
        </w:rPr>
        <w:t xml:space="preserve">    'phil': 'python',</w:t>
      </w:r>
      <w:r>
        <w:br/>
      </w:r>
      <w:r>
        <w:rPr>
          <w:b w:val="0"/>
          <w:i w:val="0"/>
        </w:rPr>
        <w:t xml:space="preserve">    }</w:t>
      </w:r>
    </w:p>
    <w:p>
      <w:pPr>
        <w:spacing w:after="80"/>
      </w:pPr>
      <w:r>
        <w:rPr>
          <w:b w:val="0"/>
          <w:i w:val="0"/>
        </w:rPr>
        <w:t>Như bạn thấy, chúng ta đã chia một dictionary lớn thành nhiều dòng. Mỗi key là tên của một người đã trả lời khảo sát, và mỗi value là lựa chọn ngôn ngữ của họ. Khi bạn biết mình sẽ cần nhiều hơn một dòng để định nghĩa một dictionary, hãy nhấn ENTER sau dấu ngoặc nhọn mở đầu. Sau đó thụt lề dòng tiếp theo một cấp (bốn dấu cách) và viết cặp key-value đầu tiên, theo sau là dấu phẩy. Từ thời điểm này trở đi, khi bạn nhấn ENTER, trình soạn thảo văn bản của bạn sẽ tự động thụt lề tất cả các cặp key-value tiếp theo cho khớp với cặp key-value đầu tiên.</w:t>
      </w:r>
    </w:p>
    <w:p>
      <w:pPr>
        <w:spacing w:after="80"/>
      </w:pPr>
      <w:r>
        <w:rPr>
          <w:b w:val="0"/>
          <w:i w:val="0"/>
        </w:rPr>
        <w:t>Khi bạn đã định nghĩa xong dictionary, hãy thêm dấu ngoặc nhọn đóng trên một dòng mới sau cặp key-value cuối cùng, và thụt lề nó một cấp để nó thẳng hàng với các key trong dictionary. Việc thêm dấu phẩy sau cặp key-value cuối cùng cũng là một thói quen tốt, để bạn sẵn sàng thêm một cặp key-value mới vào dòng tiếp theo.</w:t>
      </w:r>
    </w:p>
    <w:p>
      <w:pPr>
        <w:spacing w:before="120" w:after="40"/>
      </w:pPr>
      <w:r>
        <w:rPr>
          <w:b/>
          <w:sz w:val="21"/>
        </w:rPr>
        <w:t>Ghi chú</w:t>
      </w:r>
    </w:p>
    <w:p>
      <w:pPr>
        <w:spacing w:after="80"/>
      </w:pPr>
      <w:r>
        <w:rPr>
          <w:b w:val="0"/>
          <w:i w:val="0"/>
        </w:rPr>
        <w:t>Hầu hết các trình soạn thảo đều có một số chức năng giúp bạn định dạng danh sách và từ điển mở rộng theo cách tương tự như ví dụ này. Cũng có những cách định dạng từ điển dài khác được chấp nhận, nên bạn có thể thấy định dạng hơi khác một chút trong trình soạn thảo của mình, hoặc trong các nguồn khác.</w:t>
      </w:r>
    </w:p>
    <w:p>
      <w:pPr>
        <w:spacing w:after="80"/>
      </w:pPr>
      <w:r>
        <w:rPr>
          <w:b w:val="0"/>
          <w:i w:val="0"/>
        </w:rPr>
        <w:t>Để sử dụng từ điển này, khi biết tên của một người đã tham gia cuộc khảo sát, bạn có thể dễ dàng tra cứu ngôn ngữ yêu thích của họ:</w:t>
      </w:r>
    </w:p>
    <w:p>
      <w:pPr>
        <w:spacing w:after="80"/>
      </w:pPr>
      <w:r>
        <w:rPr>
          <w:b w:val="0"/>
          <w:i w:val="0"/>
        </w:rPr>
        <w:t>favorite_languages.py</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w:t>
      </w:r>
    </w:p>
    <w:p>
      <w:pPr>
        <w:spacing w:after="0"/>
        <w:ind w:left="360"/>
        <w:shd w:val="clear" w:color="auto" w:fill="F2F2F2"/>
      </w:pPr>
      <w:r>
        <w:rPr>
          <w:rFonts w:ascii="Consolas" w:hAnsi="Consolas"/>
          <w:b w:val="0"/>
          <w:i w:val="0"/>
          <w:sz w:val="18"/>
        </w:rPr>
        <w:t xml:space="preserve">    'phil': 'python',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language = favorite_languages['sarah'].title()</w:t>
      </w:r>
    </w:p>
    <w:p>
      <w:pPr>
        <w:spacing w:after="0"/>
        <w:ind w:left="360"/>
        <w:shd w:val="clear" w:color="auto" w:fill="F2F2F2"/>
      </w:pPr>
      <w:r>
        <w:rPr>
          <w:rFonts w:ascii="Consolas" w:hAnsi="Consolas"/>
          <w:b w:val="0"/>
          <w:i w:val="0"/>
          <w:sz w:val="18"/>
        </w:rPr>
        <w:t>print(f"Sarah's favorite language is {language}.")</w:t>
      </w:r>
    </w:p>
    <w:p>
      <w:pPr>
        <w:spacing w:after="40"/>
      </w:pPr>
    </w:p>
    <w:p>
      <w:pPr>
        <w:spacing w:after="80"/>
      </w:pPr>
      <w:r>
        <w:rPr>
          <w:b w:val="0"/>
          <w:i w:val="0"/>
        </w:rPr>
        <w:t>Để xem Sarah đã chọn ngôn ngữ nào, chúng ta hỏi giá trị tại:</w:t>
      </w:r>
    </w:p>
    <w:p>
      <w:pPr>
        <w:spacing w:after="80"/>
      </w:pPr>
      <w:r>
        <w:rPr>
          <w:b w:val="0"/>
          <w:i w:val="0"/>
        </w:rPr>
        <w:t>favorite_languages['sarah']</w:t>
      </w:r>
    </w:p>
    <w:p>
      <w:pPr>
        <w:spacing w:after="80"/>
      </w:pPr>
      <w:r>
        <w:rPr>
          <w:b w:val="0"/>
          <w:i w:val="0"/>
        </w:rPr>
        <w:t xml:space="preserve">Chúng ta dùng cú pháp này để lấy ngôn ngữ yêu thích của Sarah từ từ điển ❶ và gán nó cho biến </w:t>
      </w:r>
      <w:r>
        <w:rPr>
          <w:rFonts w:ascii="Consolas" w:hAnsi="Consolas"/>
          <w:b w:val="0"/>
          <w:i w:val="0"/>
          <w:sz w:val="20"/>
        </w:rPr>
        <w:t>language</w:t>
      </w:r>
      <w:r>
        <w:rPr>
          <w:b w:val="0"/>
          <w:i w:val="0"/>
        </w:rPr>
        <w:t xml:space="preserve">. Việc tạo một biến mới ở đây giúp cho lời gọi </w:t>
      </w:r>
      <w:r>
        <w:rPr>
          <w:rFonts w:ascii="Consolas" w:hAnsi="Consolas"/>
          <w:b w:val="0"/>
          <w:i w:val="0"/>
          <w:sz w:val="20"/>
        </w:rPr>
        <w:t>print()</w:t>
      </w:r>
      <w:r>
        <w:rPr>
          <w:b w:val="0"/>
          <w:i w:val="0"/>
        </w:rPr>
        <w:t xml:space="preserve"> gọn gàng hơn nhiều. Kết quả hiển thị ngôn ngữ yêu thích của Sarah:</w:t>
      </w:r>
    </w:p>
    <w:p>
      <w:pPr>
        <w:spacing w:after="80"/>
      </w:pPr>
      <w:r>
        <w:rPr>
          <w:b w:val="0"/>
          <w:i w:val="0"/>
        </w:rPr>
        <w:t>Ngôn ngữ yêu thích của Sarah là C.</w:t>
      </w:r>
    </w:p>
    <w:p>
      <w:pPr>
        <w:spacing w:after="80"/>
      </w:pPr>
      <w:r>
        <w:rPr>
          <w:b w:val="0"/>
          <w:i w:val="0"/>
        </w:rPr>
        <w:t>Bạn có thể dùng cú pháp tương tự với bất kỳ cá nhân nào được biểu diễn trong từ điển.</w:t>
      </w:r>
    </w:p>
    <w:p>
      <w:pPr>
        <w:pStyle w:val="Heading3"/>
      </w:pPr>
      <w:r>
        <w:rPr>
          <w:rFonts w:ascii="Calibri" w:hAnsi="Calibri"/>
          <w:b/>
          <w:i w:val="0"/>
          <w:sz w:val="27"/>
        </w:rPr>
        <w:t>Sử dụng get() để truy cập các giá trị</w:t>
      </w:r>
    </w:p>
    <w:p>
      <w:pPr>
        <w:spacing w:after="80"/>
      </w:pPr>
      <w:r>
        <w:rPr>
          <w:b w:val="0"/>
          <w:i w:val="0"/>
        </w:rPr>
        <w:t>Việc dùng các khóa trong dấu ngoặc vuông để lấy giá trị mà bạn quan tâm từ một từ điển có thể gây ra một vấn đề tiềm ẩn: nếu khóa bạn yêu cầu không tồn tại, bạn sẽ gặp lỗi.</w:t>
      </w:r>
    </w:p>
    <w:p>
      <w:pPr>
        <w:spacing w:after="80"/>
      </w:pPr>
      <w:r>
        <w:rPr>
          <w:b w:val="0"/>
          <w:i w:val="0"/>
        </w:rPr>
        <w:t>Hãy xem điều gì xảy ra khi bạn hỏi giá trị điểm của một người ngoài hành tinh chưa được đặt giá trị điểm:</w:t>
      </w:r>
    </w:p>
    <w:p>
      <w:pPr>
        <w:spacing w:after="80"/>
      </w:pPr>
      <w:r>
        <w:rPr>
          <w:b w:val="0"/>
          <w:i w:val="0"/>
        </w:rPr>
        <w:t>alien_no_points.py</w:t>
      </w:r>
    </w:p>
    <w:p>
      <w:pPr>
        <w:spacing w:after="80"/>
      </w:pPr>
      <w:r>
        <w:rPr>
          <w:b w:val="0"/>
          <w:i w:val="0"/>
        </w:rPr>
        <w:t>alien_0 = {'color': 'green', 'speed': 'slow'}</w:t>
      </w:r>
      <w:r>
        <w:br/>
      </w:r>
      <w:r>
        <w:rPr>
          <w:b w:val="0"/>
          <w:i w:val="0"/>
        </w:rPr>
        <w:t>print(alien_0['points'])</w:t>
      </w:r>
    </w:p>
    <w:p>
      <w:pPr>
        <w:spacing w:after="80"/>
      </w:pPr>
      <w:r>
        <w:rPr>
          <w:b w:val="0"/>
          <w:i w:val="0"/>
        </w:rPr>
        <w:t xml:space="preserve">Điều này dẫn đến một traceback, hiển thị lỗi </w:t>
      </w:r>
      <w:r>
        <w:rPr>
          <w:rFonts w:ascii="Consolas" w:hAnsi="Consolas"/>
          <w:b w:val="0"/>
          <w:i w:val="0"/>
          <w:sz w:val="20"/>
        </w:rPr>
        <w:t>KeyError</w:t>
      </w:r>
      <w:r>
        <w:rPr>
          <w:b w:val="0"/>
          <w:i w:val="0"/>
        </w:rPr>
        <w:t>:</w:t>
      </w:r>
    </w:p>
    <w:p>
      <w:pPr>
        <w:spacing w:after="80"/>
      </w:pPr>
      <w:r>
        <w:rPr>
          <w:b w:val="0"/>
          <w:i w:val="0"/>
        </w:rPr>
        <w:t>Traceback (most recent call last):</w:t>
      </w:r>
      <w:r>
        <w:br/>
      </w:r>
      <w:r>
        <w:rPr>
          <w:b w:val="0"/>
          <w:i w:val="0"/>
        </w:rPr>
        <w:t xml:space="preserve">  File "alien_no_points.py", line 2, in &lt;module&gt;</w:t>
      </w:r>
      <w:r>
        <w:br/>
      </w:r>
      <w:r>
        <w:rPr>
          <w:b w:val="0"/>
          <w:i w:val="0"/>
        </w:rPr>
        <w:t xml:space="preserve">    print(alien_0['points'])</w:t>
      </w:r>
      <w:r>
        <w:br/>
      </w:r>
      <w:r>
        <w:rPr>
          <w:b w:val="0"/>
          <w:i w:val="0"/>
        </w:rPr>
        <w:t xml:space="preserve">          ~~~~~~~^^^^^^^^^^</w:t>
      </w:r>
      <w:r>
        <w:br/>
      </w:r>
      <w:r>
        <w:rPr>
          <w:b w:val="0"/>
          <w:i w:val="0"/>
        </w:rPr>
        <w:t>KeyError: 'points'</w:t>
      </w:r>
    </w:p>
    <w:p>
      <w:pPr>
        <w:spacing w:after="80"/>
      </w:pPr>
      <w:r>
        <w:rPr>
          <w:b w:val="0"/>
          <w:i w:val="0"/>
        </w:rPr>
        <w:t xml:space="preserve">Bạn sẽ học thêm về cách xử lý những lỗi như thế này nói chung trong Chương 10. Riêng với dictionary (từ điển), bạn có thể dùng phương thức </w:t>
      </w:r>
      <w:r>
        <w:rPr>
          <w:rFonts w:ascii="Consolas" w:hAnsi="Consolas"/>
          <w:b w:val="0"/>
          <w:i w:val="0"/>
          <w:sz w:val="20"/>
        </w:rPr>
        <w:t>get()</w:t>
      </w:r>
      <w:r>
        <w:rPr>
          <w:b w:val="0"/>
          <w:i w:val="0"/>
        </w:rPr>
        <w:t xml:space="preserve"> để đặt một giá trị mặc định sẽ được trả về nếu khóa (key) được yêu cầu không tồn tại.</w:t>
      </w:r>
    </w:p>
    <w:p>
      <w:pPr>
        <w:spacing w:after="80"/>
      </w:pPr>
      <w:r>
        <w:rPr>
          <w:b w:val="0"/>
          <w:i w:val="0"/>
        </w:rPr>
        <w:t xml:space="preserve">Phương thức </w:t>
      </w:r>
      <w:r>
        <w:rPr>
          <w:rFonts w:ascii="Consolas" w:hAnsi="Consolas"/>
          <w:b w:val="0"/>
          <w:i w:val="0"/>
          <w:sz w:val="20"/>
        </w:rPr>
        <w:t>get()</w:t>
      </w:r>
      <w:r>
        <w:rPr>
          <w:b w:val="0"/>
          <w:i w:val="0"/>
        </w:rPr>
        <w:t xml:space="preserve"> yêu cầu một khóa làm đối số (argument) đầu tiên. Đối số thứ hai là tùy chọn, bạn có thể truyền vào giá trị sẽ được trả về nếu khóa không tồn tại:</w:t>
      </w:r>
    </w:p>
    <w:p>
      <w:pPr>
        <w:spacing w:after="0"/>
        <w:ind w:left="360"/>
        <w:shd w:val="clear" w:color="auto" w:fill="F2F2F2"/>
      </w:pPr>
      <w:r>
        <w:rPr>
          <w:rFonts w:ascii="Consolas" w:hAnsi="Consolas"/>
          <w:b w:val="0"/>
          <w:i w:val="0"/>
          <w:sz w:val="18"/>
        </w:rPr>
        <w:t>alien_0 = {'color': 'green', 'speed': 'slow'}</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point_value = alien_0.get('points', 'No point value assigned.')</w:t>
      </w:r>
    </w:p>
    <w:p>
      <w:pPr>
        <w:spacing w:after="0"/>
        <w:ind w:left="360"/>
        <w:shd w:val="clear" w:color="auto" w:fill="F2F2F2"/>
      </w:pPr>
      <w:r>
        <w:rPr>
          <w:rFonts w:ascii="Consolas" w:hAnsi="Consolas"/>
          <w:b w:val="0"/>
          <w:i w:val="0"/>
          <w:sz w:val="18"/>
        </w:rPr>
        <w:t>print(point_value)</w:t>
      </w:r>
    </w:p>
    <w:p>
      <w:pPr>
        <w:spacing w:after="40"/>
      </w:pPr>
    </w:p>
    <w:p>
      <w:pPr>
        <w:spacing w:after="80"/>
      </w:pPr>
      <w:r>
        <w:rPr>
          <w:b w:val="0"/>
          <w:i w:val="0"/>
        </w:rPr>
        <w:t xml:space="preserve">Nếu khóa </w:t>
      </w:r>
      <w:r>
        <w:rPr>
          <w:rFonts w:ascii="Consolas" w:hAnsi="Consolas"/>
          <w:b w:val="0"/>
          <w:i w:val="0"/>
          <w:sz w:val="20"/>
        </w:rPr>
        <w:t>'points'</w:t>
      </w:r>
      <w:r>
        <w:rPr>
          <w:b w:val="0"/>
          <w:i w:val="0"/>
        </w:rPr>
        <w:t xml:space="preserve"> tồn tại trong dictionary, bạn sẽ nhận được giá trị tương ứng. Nếu không, bạn sẽ nhận được giá trị mặc định. Trong trường hợp này, </w:t>
      </w:r>
      <w:r>
        <w:rPr>
          <w:rFonts w:ascii="Consolas" w:hAnsi="Consolas"/>
          <w:b w:val="0"/>
          <w:i w:val="0"/>
          <w:sz w:val="20"/>
        </w:rPr>
        <w:t>points</w:t>
      </w:r>
      <w:r>
        <w:rPr>
          <w:b w:val="0"/>
          <w:i w:val="0"/>
        </w:rPr>
        <w:t xml:space="preserve"> không tồn tại, và chúng ta nhận được một thông báo gọn gàng thay vì một lỗi:</w:t>
      </w:r>
    </w:p>
    <w:p>
      <w:pPr>
        <w:spacing w:after="80"/>
      </w:pPr>
      <w:r>
        <w:rPr>
          <w:b w:val="0"/>
          <w:i w:val="0"/>
        </w:rPr>
        <w:t>Không có giá trị điểm nào được gán.</w:t>
      </w:r>
    </w:p>
    <w:p>
      <w:pPr>
        <w:spacing w:after="80"/>
      </w:pPr>
      <w:r>
        <w:rPr>
          <w:b w:val="0"/>
          <w:i w:val="0"/>
        </w:rPr>
        <w:t xml:space="preserve">Nếu có khả năng khóa bạn đang hỏi có thể không tồn tại, hãy cân nhắc dùng phương thức </w:t>
      </w:r>
      <w:r>
        <w:rPr>
          <w:rFonts w:ascii="Consolas" w:hAnsi="Consolas"/>
          <w:b w:val="0"/>
          <w:i w:val="0"/>
          <w:sz w:val="20"/>
        </w:rPr>
        <w:t>get()</w:t>
      </w:r>
      <w:r>
        <w:rPr>
          <w:b w:val="0"/>
          <w:i w:val="0"/>
        </w:rPr>
        <w:t xml:space="preserve"> thay vì dùng cú pháp ngoặc vuông.</w:t>
      </w:r>
    </w:p>
    <w:p>
      <w:pPr>
        <w:spacing w:before="120" w:after="40"/>
      </w:pPr>
      <w:r>
        <w:rPr>
          <w:b/>
          <w:sz w:val="21"/>
        </w:rPr>
        <w:t>Ghi chú</w:t>
      </w:r>
    </w:p>
    <w:p>
      <w:pPr>
        <w:spacing w:after="80"/>
      </w:pPr>
      <w:r>
        <w:rPr>
          <w:b w:val="0"/>
          <w:i w:val="0"/>
        </w:rPr>
        <w:t xml:space="preserve">Nếu bạn bỏ qua đối số thứ hai trong lời gọi </w:t>
      </w:r>
      <w:r>
        <w:rPr>
          <w:rFonts w:ascii="Consolas" w:hAnsi="Consolas"/>
          <w:b w:val="0"/>
          <w:i w:val="0"/>
          <w:sz w:val="20"/>
        </w:rPr>
        <w:t>get()</w:t>
      </w:r>
      <w:r>
        <w:rPr>
          <w:b w:val="0"/>
          <w:i w:val="0"/>
        </w:rPr>
        <w:t xml:space="preserve"> và khóa không tồn tại, Python sẽ trả về giá trị </w:t>
      </w:r>
      <w:r>
        <w:rPr>
          <w:rFonts w:ascii="Consolas" w:hAnsi="Consolas"/>
          <w:b w:val="0"/>
          <w:i w:val="0"/>
          <w:sz w:val="20"/>
        </w:rPr>
        <w:t>None</w:t>
      </w:r>
      <w:r>
        <w:rPr>
          <w:b w:val="0"/>
          <w:i w:val="0"/>
        </w:rPr>
        <w:t xml:space="preserve">. Giá trị đặc biệt </w:t>
      </w:r>
      <w:r>
        <w:rPr>
          <w:rFonts w:ascii="Consolas" w:hAnsi="Consolas"/>
          <w:b w:val="0"/>
          <w:i w:val="0"/>
          <w:sz w:val="20"/>
        </w:rPr>
        <w:t>None</w:t>
      </w:r>
      <w:r>
        <w:rPr>
          <w:b w:val="0"/>
          <w:i w:val="0"/>
        </w:rPr>
        <w:t xml:space="preserve"> có nghĩa là "không có giá trị nào tồn tại." Đây không phải là lỗi: nó là một giá trị đặc biệt dùng để chỉ sự vắng mặt của một giá trị. Bạn sẽ thấy thêm nhiều cách dùng </w:t>
      </w:r>
      <w:r>
        <w:rPr>
          <w:rFonts w:ascii="Consolas" w:hAnsi="Consolas"/>
          <w:b w:val="0"/>
          <w:i w:val="0"/>
          <w:sz w:val="20"/>
        </w:rPr>
        <w:t>None</w:t>
      </w:r>
      <w:r>
        <w:rPr>
          <w:b w:val="0"/>
          <w:i w:val="0"/>
        </w:rPr>
        <w:t xml:space="preserve"> trong Chương 8.</w:t>
      </w:r>
    </w:p>
    <w:p>
      <w:pPr>
        <w:spacing w:before="120" w:after="40"/>
      </w:pPr>
      <w:r>
        <w:rPr>
          <w:b/>
          <w:sz w:val="21"/>
        </w:rPr>
        <w:t>Tự thực hành</w:t>
      </w:r>
    </w:p>
    <w:p>
      <w:pPr>
        <w:spacing w:after="80"/>
      </w:pPr>
      <w:r>
        <w:rPr>
          <w:b/>
          <w:i w:val="0"/>
        </w:rPr>
        <w:t xml:space="preserve">6-1. Người: </w:t>
      </w:r>
      <w:r>
        <w:rPr>
          <w:b w:val="0"/>
          <w:i w:val="0"/>
        </w:rPr>
        <w:t xml:space="preserve">Dùng một dictionary để lưu thông tin về một người mà bạn biết. Lưu tên, họ, tuổi và thành phố nơi họ sống. Bạn nên có các khóa như </w:t>
      </w:r>
      <w:r>
        <w:rPr>
          <w:rFonts w:ascii="Consolas" w:hAnsi="Consolas"/>
          <w:b w:val="0"/>
          <w:i w:val="0"/>
          <w:sz w:val="20"/>
        </w:rPr>
        <w:t>first_name</w:t>
      </w:r>
      <w:r>
        <w:rPr>
          <w:b w:val="0"/>
          <w:i w:val="0"/>
        </w:rPr>
        <w:t xml:space="preserve">, </w:t>
      </w:r>
      <w:r>
        <w:rPr>
          <w:rFonts w:ascii="Consolas" w:hAnsi="Consolas"/>
          <w:b w:val="0"/>
          <w:i w:val="0"/>
          <w:sz w:val="20"/>
        </w:rPr>
        <w:t>last_name</w:t>
      </w:r>
      <w:r>
        <w:rPr>
          <w:b w:val="0"/>
          <w:i w:val="0"/>
        </w:rPr>
        <w:t xml:space="preserve">, </w:t>
      </w:r>
      <w:r>
        <w:rPr>
          <w:rFonts w:ascii="Consolas" w:hAnsi="Consolas"/>
          <w:b w:val="0"/>
          <w:i w:val="0"/>
          <w:sz w:val="20"/>
        </w:rPr>
        <w:t>age</w:t>
      </w:r>
      <w:r>
        <w:rPr>
          <w:b w:val="0"/>
          <w:i w:val="0"/>
        </w:rPr>
        <w:t xml:space="preserve"> và </w:t>
      </w:r>
      <w:r>
        <w:rPr>
          <w:rFonts w:ascii="Consolas" w:hAnsi="Consolas"/>
          <w:b w:val="0"/>
          <w:i w:val="0"/>
          <w:sz w:val="20"/>
        </w:rPr>
        <w:t>city</w:t>
      </w:r>
      <w:r>
        <w:rPr>
          <w:b w:val="0"/>
          <w:i w:val="0"/>
        </w:rPr>
        <w:t>. In từng thông tin được lưu trong dictionary của bạn.</w:t>
      </w:r>
    </w:p>
    <w:p>
      <w:pPr>
        <w:spacing w:after="80"/>
      </w:pPr>
      <w:r>
        <w:rPr>
          <w:b/>
          <w:i w:val="0"/>
        </w:rPr>
        <w:t>6-2. Những con số yêu thích:</w:t>
      </w:r>
      <w:r>
        <w:rPr>
          <w:b w:val="0"/>
          <w:i w:val="0"/>
        </w:rPr>
        <w:t xml:space="preserve"> Dùng một dictionary để lưu những con số yêu thích của mọi người. Nghĩ ra năm cái tên, và dùng chúng làm khóa trong dictionary của bạn. Nghĩ ra một con số yêu thích cho mỗi người, và lưu từng con số đó làm giá trị trong dictionary của bạn. In tên của mỗi người và con số yêu thích của họ. Để vui hơn nữa, hãy hỏi vài người bạn để lấy dữ liệu thực tế cho chương trình của bạn.</w:t>
      </w:r>
    </w:p>
    <w:p>
      <w:pPr>
        <w:spacing w:after="80"/>
      </w:pPr>
      <w:r>
        <w:rPr>
          <w:b/>
          <w:i w:val="0"/>
        </w:rPr>
        <w:t>6-3. Bảng chú giải:</w:t>
      </w:r>
      <w:r>
        <w:rPr>
          <w:b w:val="0"/>
          <w:i w:val="0"/>
        </w:rPr>
        <w:t xml:space="preserve"> Một dictionary trong Python có thể được dùng để mô phỏng một cuốn từ điển thực tế. Tuy nhiên, để tránh nhầm lẫn, hãy gọi nó là bảng chú giải (glossary).</w:t>
      </w:r>
    </w:p>
    <w:p>
      <w:pPr>
        <w:spacing w:after="80"/>
        <w:ind w:left="360"/>
      </w:pPr>
      <w:r>
        <w:t xml:space="preserve">• </w:t>
      </w:r>
      <w:r>
        <w:rPr>
          <w:b w:val="0"/>
          <w:i w:val="0"/>
        </w:rPr>
        <w:t>Nghĩ ra năm từ lập trình mà bạn đã học trong các chương trước. Dùng những từ này làm khóa trong bảng chú giải của bạn, và lưu ý nghĩa của chúng làm giá trị.</w:t>
      </w:r>
    </w:p>
    <w:p>
      <w:pPr>
        <w:spacing w:after="80"/>
        <w:ind w:left="360"/>
      </w:pPr>
      <w:r>
        <w:t xml:space="preserve">• </w:t>
      </w:r>
      <w:r>
        <w:rPr>
          <w:b w:val="0"/>
          <w:i w:val="0"/>
        </w:rPr>
        <w:t>In từng từ và ý nghĩa của nó dưới dạng đầu ra được định dạng gọn gàng. Bạn có thể in từ đó theo sau là dấu hai chấm rồi đến ý nghĩa của nó, hoặc in từ đó trên một dòng rồi in ý nghĩa của nó thụt lề trên dòng thứ hai. Dùng ký tự xuống dòng (</w:t>
      </w:r>
      <w:r>
        <w:rPr>
          <w:rFonts w:ascii="Consolas" w:hAnsi="Consolas"/>
          <w:b w:val="0"/>
          <w:i w:val="0"/>
          <w:sz w:val="20"/>
        </w:rPr>
        <w:t>\n</w:t>
      </w:r>
      <w:r>
        <w:rPr>
          <w:b w:val="0"/>
          <w:i w:val="0"/>
        </w:rPr>
        <w:t>) để chèn một dòng trống giữa mỗi cặp từ-ý nghĩa trong đầu ra của bạn.</w:t>
      </w:r>
    </w:p>
    <w:p>
      <w:pPr>
        <w:pStyle w:val="Heading2"/>
      </w:pPr>
      <w:r>
        <w:rPr>
          <w:rFonts w:ascii="Calibri" w:hAnsi="Calibri"/>
          <w:b/>
          <w:i w:val="0"/>
          <w:sz w:val="32"/>
        </w:rPr>
        <w:t>Lặp qua một từ điển</w:t>
      </w:r>
    </w:p>
    <w:p>
      <w:pPr>
        <w:spacing w:after="80"/>
      </w:pPr>
      <w:r>
        <w:rPr>
          <w:b w:val="0"/>
          <w:i w:val="0"/>
        </w:rPr>
        <w:t>Một từ điển (dictionary) Python duy nhất có thể chứa chỉ vài cặp khóa-giá trị (key-value) hoặc hàng triệu cặp. Vì từ điển có thể chứa lượng dữ liệu lớn, Python cho phép bạn lặp qua một từ điển. Từ điển có thể được dùng để lưu trữ thông tin theo nhiều cách khác nhau; do đó, có nhiều cách khác nhau để lặp qua chúng. Bạn có thể lặp qua tất cả các cặp khóa-giá trị của từ điển, qua các khóa của nó, hoặc qua các giá trị của nó.</w:t>
      </w:r>
    </w:p>
    <w:p>
      <w:pPr>
        <w:pStyle w:val="Heading3"/>
      </w:pPr>
      <w:r>
        <w:rPr>
          <w:rFonts w:ascii="Calibri" w:hAnsi="Calibri"/>
          <w:b/>
          <w:i w:val="0"/>
          <w:sz w:val="27"/>
        </w:rPr>
        <w:t>Lặp qua tất cả các cặp khóa-giá trị</w:t>
      </w:r>
    </w:p>
    <w:p>
      <w:pPr>
        <w:spacing w:after="80"/>
      </w:pPr>
      <w:r>
        <w:rPr>
          <w:b w:val="0"/>
          <w:i w:val="0"/>
        </w:rPr>
        <w:t>Trước khi khám phá các cách tiếp cận khác nhau để lặp, hãy xem xét một từ điển mới được thiết kế để lưu thông tin về một người dùng trên một trang web. Từ điển sau đây sẽ lưu tên đăng nhập, tên và họ của một người:</w:t>
      </w:r>
    </w:p>
    <w:p>
      <w:pPr>
        <w:spacing w:after="80"/>
      </w:pPr>
      <w:r>
        <w:rPr>
          <w:b w:val="0"/>
          <w:i w:val="0"/>
        </w:rPr>
        <w:t>user.py</w:t>
      </w:r>
    </w:p>
    <w:p>
      <w:pPr>
        <w:spacing w:after="80"/>
      </w:pPr>
      <w:r>
        <w:rPr>
          <w:b w:val="0"/>
          <w:i w:val="0"/>
        </w:rPr>
        <w:t>user_0 = {</w:t>
      </w:r>
      <w:r>
        <w:br/>
      </w:r>
      <w:r>
        <w:rPr>
          <w:b w:val="0"/>
          <w:i w:val="0"/>
        </w:rPr>
        <w:t xml:space="preserve">    'username': 'efermi',</w:t>
      </w:r>
      <w:r>
        <w:br/>
      </w:r>
      <w:r>
        <w:rPr>
          <w:b w:val="0"/>
          <w:i w:val="0"/>
        </w:rPr>
        <w:t xml:space="preserve">    'first': 'enrico',</w:t>
      </w:r>
      <w:r>
        <w:br/>
      </w:r>
      <w:r>
        <w:rPr>
          <w:b w:val="0"/>
          <w:i w:val="0"/>
        </w:rPr>
        <w:t xml:space="preserve">    'last': 'fermi',</w:t>
      </w:r>
      <w:r>
        <w:br/>
      </w:r>
      <w:r>
        <w:rPr>
          <w:b w:val="0"/>
          <w:i w:val="0"/>
        </w:rPr>
        <w:t xml:space="preserve">    }</w:t>
      </w:r>
    </w:p>
    <w:p>
      <w:pPr>
        <w:spacing w:after="80"/>
      </w:pPr>
      <w:r>
        <w:rPr>
          <w:b w:val="0"/>
          <w:i w:val="0"/>
        </w:rPr>
        <w:t xml:space="preserve">Bạn có thể truy cập bất kỳ mẩu thông tin đơn lẻ nào về </w:t>
      </w:r>
      <w:r>
        <w:rPr>
          <w:rFonts w:ascii="Consolas" w:hAnsi="Consolas"/>
          <w:b w:val="0"/>
          <w:i w:val="0"/>
          <w:sz w:val="20"/>
        </w:rPr>
        <w:t>user_0</w:t>
      </w:r>
      <w:r>
        <w:rPr>
          <w:b w:val="0"/>
          <w:i w:val="0"/>
        </w:rPr>
        <w:t xml:space="preserve"> dựa trên những gì bạn đã học trong chương này. Nhưng nếu bạn muốn xem mọi thứ được lưu trong từ điển của người dùng này thì sao? Để làm điều đó, bạn có thể lặp qua từ điển bằng vòng lặp </w:t>
      </w:r>
      <w:r>
        <w:rPr>
          <w:rFonts w:ascii="Consolas" w:hAnsi="Consolas"/>
          <w:b w:val="0"/>
          <w:i w:val="0"/>
          <w:sz w:val="20"/>
        </w:rPr>
        <w:t>for</w:t>
      </w:r>
      <w:r>
        <w:rPr>
          <w:b w:val="0"/>
          <w:i w:val="0"/>
        </w:rPr>
        <w:t>:</w:t>
      </w:r>
    </w:p>
    <w:p>
      <w:pPr>
        <w:spacing w:after="0"/>
        <w:ind w:left="360"/>
        <w:shd w:val="clear" w:color="auto" w:fill="F2F2F2"/>
      </w:pPr>
      <w:r>
        <w:rPr>
          <w:rFonts w:ascii="Consolas" w:hAnsi="Consolas"/>
          <w:b w:val="0"/>
          <w:i w:val="0"/>
          <w:sz w:val="18"/>
        </w:rPr>
        <w:t>user_0 = {</w:t>
      </w:r>
    </w:p>
    <w:p>
      <w:pPr>
        <w:spacing w:after="0"/>
        <w:ind w:left="360"/>
        <w:shd w:val="clear" w:color="auto" w:fill="F2F2F2"/>
      </w:pPr>
      <w:r>
        <w:rPr>
          <w:rFonts w:ascii="Consolas" w:hAnsi="Consolas"/>
          <w:b w:val="0"/>
          <w:i w:val="0"/>
          <w:sz w:val="18"/>
        </w:rPr>
        <w:t xml:space="preserve">    'username': 'efermi',</w:t>
      </w:r>
    </w:p>
    <w:p>
      <w:pPr>
        <w:spacing w:after="0"/>
        <w:ind w:left="360"/>
        <w:shd w:val="clear" w:color="auto" w:fill="F2F2F2"/>
      </w:pPr>
      <w:r>
        <w:rPr>
          <w:rFonts w:ascii="Consolas" w:hAnsi="Consolas"/>
          <w:b w:val="0"/>
          <w:i w:val="0"/>
          <w:sz w:val="18"/>
        </w:rPr>
        <w:t xml:space="preserve">    'first': 'enrico',</w:t>
      </w:r>
    </w:p>
    <w:p>
      <w:pPr>
        <w:spacing w:after="0"/>
        <w:ind w:left="360"/>
        <w:shd w:val="clear" w:color="auto" w:fill="F2F2F2"/>
      </w:pPr>
      <w:r>
        <w:rPr>
          <w:rFonts w:ascii="Consolas" w:hAnsi="Consolas"/>
          <w:b w:val="0"/>
          <w:i w:val="0"/>
          <w:sz w:val="18"/>
        </w:rPr>
        <w:t xml:space="preserve">    'last': 'fermi',</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key, value in user_0.items():</w:t>
      </w:r>
    </w:p>
    <w:p>
      <w:pPr>
        <w:spacing w:after="0"/>
        <w:ind w:left="360"/>
        <w:shd w:val="clear" w:color="auto" w:fill="F2F2F2"/>
      </w:pPr>
      <w:r>
        <w:rPr>
          <w:rFonts w:ascii="Consolas" w:hAnsi="Consolas"/>
          <w:b w:val="0"/>
          <w:i w:val="0"/>
          <w:sz w:val="18"/>
        </w:rPr>
        <w:t xml:space="preserve">    print(f"\nKey: {key}")</w:t>
      </w:r>
    </w:p>
    <w:p>
      <w:pPr>
        <w:spacing w:after="0"/>
        <w:ind w:left="360"/>
        <w:shd w:val="clear" w:color="auto" w:fill="F2F2F2"/>
      </w:pPr>
      <w:r>
        <w:rPr>
          <w:rFonts w:ascii="Consolas" w:hAnsi="Consolas"/>
          <w:b w:val="0"/>
          <w:i w:val="0"/>
          <w:sz w:val="18"/>
        </w:rPr>
        <w:t xml:space="preserve">    print(f"Value: {value}")</w:t>
      </w:r>
    </w:p>
    <w:p>
      <w:pPr>
        <w:spacing w:after="40"/>
      </w:pPr>
    </w:p>
    <w:p>
      <w:pPr>
        <w:spacing w:after="80"/>
      </w:pPr>
      <w:r>
        <w:rPr>
          <w:b w:val="0"/>
          <w:i w:val="0"/>
        </w:rPr>
        <w:t xml:space="preserve">Để viết một vòng lặp </w:t>
      </w:r>
      <w:r>
        <w:rPr>
          <w:rFonts w:ascii="Consolas" w:hAnsi="Consolas"/>
          <w:b w:val="0"/>
          <w:i w:val="0"/>
          <w:sz w:val="20"/>
        </w:rPr>
        <w:t>for</w:t>
      </w:r>
      <w:r>
        <w:rPr>
          <w:b w:val="0"/>
          <w:i w:val="0"/>
        </w:rPr>
        <w:t xml:space="preserve"> cho một từ điển, bạn tạo tên cho hai biến sẽ giữ khóa và giá trị trong mỗi cặp khóa-giá trị. Bạn có thể chọn bất kỳ tên nào bạn muốn cho hai biến này. Đoạn mã này cũng sẽ hoạt động tốt nếu bạn dùng tên viết tắt cho các biến, như thế này:</w:t>
      </w:r>
    </w:p>
    <w:p>
      <w:pPr>
        <w:spacing w:after="80"/>
      </w:pPr>
      <w:r>
        <w:rPr>
          <w:b w:val="0"/>
          <w:i w:val="0"/>
        </w:rPr>
        <w:t>for k, v in user_0.items()</w:t>
      </w:r>
    </w:p>
    <w:p>
      <w:pPr>
        <w:spacing w:after="80"/>
      </w:pPr>
      <w:r>
        <w:rPr>
          <w:b w:val="0"/>
          <w:i w:val="0"/>
        </w:rPr>
        <w:t xml:space="preserve">Nửa sau của câu lệnh </w:t>
      </w:r>
      <w:r>
        <w:rPr>
          <w:rFonts w:ascii="Consolas" w:hAnsi="Consolas"/>
          <w:b w:val="0"/>
          <w:i w:val="0"/>
          <w:sz w:val="20"/>
        </w:rPr>
        <w:t>for</w:t>
      </w:r>
      <w:r>
        <w:rPr>
          <w:b w:val="0"/>
          <w:i w:val="0"/>
        </w:rPr>
        <w:t xml:space="preserve"> bao gồm tên của từ điển theo sau là phương thức </w:t>
      </w:r>
      <w:r>
        <w:rPr>
          <w:rFonts w:ascii="Consolas" w:hAnsi="Consolas"/>
          <w:b w:val="0"/>
          <w:i w:val="0"/>
          <w:sz w:val="20"/>
        </w:rPr>
        <w:t>items()</w:t>
      </w:r>
      <w:r>
        <w:rPr>
          <w:b w:val="0"/>
          <w:i w:val="0"/>
        </w:rPr>
        <w:t xml:space="preserve">, phương thức này trả về một chuỗi các cặp khóa-giá trị. Vòng lặp </w:t>
      </w:r>
      <w:r>
        <w:rPr>
          <w:rFonts w:ascii="Consolas" w:hAnsi="Consolas"/>
          <w:b w:val="0"/>
          <w:i w:val="0"/>
          <w:sz w:val="20"/>
        </w:rPr>
        <w:t>for</w:t>
      </w:r>
      <w:r>
        <w:rPr>
          <w:b w:val="0"/>
          <w:i w:val="0"/>
        </w:rPr>
        <w:t xml:space="preserve"> sau đó gán từng cặp này cho hai biến được cung cấp. Trong ví dụ trước, chúng ta dùng các biến để in từng </w:t>
      </w:r>
      <w:r>
        <w:rPr>
          <w:rFonts w:ascii="Consolas" w:hAnsi="Consolas"/>
          <w:b w:val="0"/>
          <w:i w:val="0"/>
          <w:sz w:val="20"/>
        </w:rPr>
        <w:t>key</w:t>
      </w:r>
      <w:r>
        <w:rPr>
          <w:b w:val="0"/>
          <w:i w:val="0"/>
        </w:rPr>
        <w:t xml:space="preserve">, theo sau là </w:t>
      </w:r>
      <w:r>
        <w:rPr>
          <w:rFonts w:ascii="Consolas" w:hAnsi="Consolas"/>
          <w:b w:val="0"/>
          <w:i w:val="0"/>
          <w:sz w:val="20"/>
        </w:rPr>
        <w:t>value</w:t>
      </w:r>
      <w:r>
        <w:rPr>
          <w:b w:val="0"/>
          <w:i w:val="0"/>
        </w:rPr>
        <w:t xml:space="preserve"> tương ứng. Ký tự </w:t>
      </w:r>
      <w:r>
        <w:rPr>
          <w:rFonts w:ascii="Consolas" w:hAnsi="Consolas"/>
          <w:b w:val="0"/>
          <w:i w:val="0"/>
          <w:sz w:val="20"/>
        </w:rPr>
        <w:t>"\n"</w:t>
      </w:r>
      <w:r>
        <w:rPr>
          <w:b w:val="0"/>
          <w:i w:val="0"/>
        </w:rPr>
        <w:t xml:space="preserve"> trong lệnh gọi </w:t>
      </w:r>
      <w:r>
        <w:rPr>
          <w:rFonts w:ascii="Consolas" w:hAnsi="Consolas"/>
          <w:b w:val="0"/>
          <w:i w:val="0"/>
          <w:sz w:val="20"/>
        </w:rPr>
        <w:t>print()</w:t>
      </w:r>
      <w:r>
        <w:rPr>
          <w:b w:val="0"/>
          <w:i w:val="0"/>
        </w:rPr>
        <w:t xml:space="preserve"> đầu tiên đảm bảo rằng một dòng trống được chèn trước mỗi cặp khóa-giá trị trong kết quả:</w:t>
      </w:r>
    </w:p>
    <w:p>
      <w:pPr>
        <w:spacing w:after="80"/>
      </w:pPr>
      <w:r>
        <w:rPr>
          <w:b w:val="0"/>
          <w:i w:val="0"/>
        </w:rPr>
        <w:t>Key: username</w:t>
      </w:r>
      <w:r>
        <w:br/>
      </w:r>
      <w:r>
        <w:rPr>
          <w:b w:val="0"/>
          <w:i w:val="0"/>
        </w:rPr>
        <w:t>Value: efermi</w:t>
      </w:r>
      <w:r>
        <w:br/>
      </w:r>
      <w:r>
        <w:br/>
      </w:r>
      <w:r>
        <w:rPr>
          <w:b w:val="0"/>
          <w:i w:val="0"/>
        </w:rPr>
        <w:t>Key: first</w:t>
      </w:r>
      <w:r>
        <w:br/>
      </w:r>
      <w:r>
        <w:rPr>
          <w:b w:val="0"/>
          <w:i w:val="0"/>
        </w:rPr>
        <w:t>Value: enrico</w:t>
      </w:r>
      <w:r>
        <w:br/>
      </w:r>
      <w:r>
        <w:br/>
      </w:r>
      <w:r>
        <w:rPr>
          <w:b w:val="0"/>
          <w:i w:val="0"/>
        </w:rPr>
        <w:t>Key: last</w:t>
      </w:r>
      <w:r>
        <w:br/>
      </w:r>
      <w:r>
        <w:rPr>
          <w:b w:val="0"/>
          <w:i w:val="0"/>
        </w:rPr>
        <w:t>Value: fermi</w:t>
      </w:r>
    </w:p>
    <w:p>
      <w:pPr>
        <w:spacing w:after="80"/>
      </w:pPr>
      <w:r>
        <w:rPr>
          <w:b w:val="0"/>
          <w:i w:val="0"/>
        </w:rPr>
        <w:t xml:space="preserve">Lặp qua tất cả các cặp khóa-giá trị hoạt động đặc biệt tốt với những từ điển như ví dụ </w:t>
      </w:r>
      <w:r>
        <w:rPr>
          <w:b w:val="0"/>
          <w:i/>
        </w:rPr>
        <w:t>favorite_languages.py</w:t>
      </w:r>
      <w:r>
        <w:rPr>
          <w:b w:val="0"/>
          <w:i w:val="0"/>
        </w:rPr>
        <w:t xml:space="preserve"> ở trang 96, nơi lưu cùng một loại thông tin cho nhiều khóa khác nhau. Nếu bạn lặp qua từ điển </w:t>
      </w:r>
      <w:r>
        <w:rPr>
          <w:rFonts w:ascii="Consolas" w:hAnsi="Consolas"/>
          <w:b w:val="0"/>
          <w:i w:val="0"/>
          <w:sz w:val="20"/>
        </w:rPr>
        <w:t>favorite_languages</w:t>
      </w:r>
      <w:r>
        <w:rPr>
          <w:b w:val="0"/>
          <w:i w:val="0"/>
        </w:rPr>
        <w:t xml:space="preserve">, bạn sẽ nhận được tên của từng người trong từ điển và ngôn ngữ lập trình yêu thích của họ. Vì các khóa luôn chỉ tên của một người và giá trị luôn là một ngôn ngữ, chúng ta sẽ dùng các biến </w:t>
      </w:r>
      <w:r>
        <w:rPr>
          <w:rFonts w:ascii="Consolas" w:hAnsi="Consolas"/>
          <w:b w:val="0"/>
          <w:i w:val="0"/>
          <w:sz w:val="20"/>
        </w:rPr>
        <w:t>name</w:t>
      </w:r>
      <w:r>
        <w:rPr>
          <w:b w:val="0"/>
          <w:i w:val="0"/>
        </w:rPr>
        <w:t xml:space="preserve"> và </w:t>
      </w:r>
      <w:r>
        <w:rPr>
          <w:rFonts w:ascii="Consolas" w:hAnsi="Consolas"/>
          <w:b w:val="0"/>
          <w:i w:val="0"/>
          <w:sz w:val="20"/>
        </w:rPr>
        <w:t>language</w:t>
      </w:r>
      <w:r>
        <w:rPr>
          <w:b w:val="0"/>
          <w:i w:val="0"/>
        </w:rPr>
        <w:t xml:space="preserve"> trong vòng lặp thay vì </w:t>
      </w:r>
      <w:r>
        <w:rPr>
          <w:rFonts w:ascii="Consolas" w:hAnsi="Consolas"/>
          <w:b w:val="0"/>
          <w:i w:val="0"/>
          <w:sz w:val="20"/>
        </w:rPr>
        <w:t>key</w:t>
      </w:r>
      <w:r>
        <w:rPr>
          <w:b w:val="0"/>
          <w:i w:val="0"/>
        </w:rPr>
        <w:t xml:space="preserve"> và </w:t>
      </w:r>
      <w:r>
        <w:rPr>
          <w:rFonts w:ascii="Consolas" w:hAnsi="Consolas"/>
          <w:b w:val="0"/>
          <w:i w:val="0"/>
          <w:sz w:val="20"/>
        </w:rPr>
        <w:t>value</w:t>
      </w:r>
      <w:r>
        <w:rPr>
          <w:b w:val="0"/>
          <w:i w:val="0"/>
        </w:rPr>
        <w:t>. Điều này sẽ giúp dễ theo dõi những gì đang diễn ra bên trong vòng lặp hơn:</w:t>
      </w:r>
    </w:p>
    <w:p>
      <w:pPr>
        <w:spacing w:after="80"/>
      </w:pPr>
      <w:r>
        <w:rPr>
          <w:b w:val="0"/>
          <w:i w:val="0"/>
        </w:rPr>
        <w:t>favorite_languages.py</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w:t>
      </w:r>
    </w:p>
    <w:p>
      <w:pPr>
        <w:spacing w:after="0"/>
        <w:ind w:left="360"/>
        <w:shd w:val="clear" w:color="auto" w:fill="F2F2F2"/>
      </w:pPr>
      <w:r>
        <w:rPr>
          <w:rFonts w:ascii="Consolas" w:hAnsi="Consolas"/>
          <w:b w:val="0"/>
          <w:i w:val="0"/>
          <w:sz w:val="18"/>
        </w:rPr>
        <w:t xml:space="preserve">    'phil': 'python',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name, language in favorite_languages.items():</w:t>
      </w:r>
    </w:p>
    <w:p>
      <w:pPr>
        <w:spacing w:after="0"/>
        <w:ind w:left="360"/>
        <w:shd w:val="clear" w:color="auto" w:fill="F2F2F2"/>
      </w:pPr>
      <w:r>
        <w:rPr>
          <w:rFonts w:ascii="Consolas" w:hAnsi="Consolas"/>
          <w:b w:val="0"/>
          <w:i w:val="0"/>
          <w:sz w:val="18"/>
        </w:rPr>
        <w:t xml:space="preserve">    print(f"{name.title()}'s favorite language is {language.title()}.")</w:t>
      </w:r>
    </w:p>
    <w:p>
      <w:pPr>
        <w:spacing w:after="40"/>
      </w:pPr>
    </w:p>
    <w:p>
      <w:pPr>
        <w:spacing w:after="80"/>
      </w:pPr>
      <w:r>
        <w:rPr>
          <w:b w:val="0"/>
          <w:i w:val="0"/>
        </w:rPr>
        <w:t xml:space="preserve">Đoạn mã này bảo Python lặp qua từng cặp khóa-giá trị trong từ điển. Khi nó xử lý từng cặp, khóa được gán cho biến </w:t>
      </w:r>
      <w:r>
        <w:rPr>
          <w:rFonts w:ascii="Consolas" w:hAnsi="Consolas"/>
          <w:b w:val="0"/>
          <w:i w:val="0"/>
          <w:sz w:val="20"/>
        </w:rPr>
        <w:t>name</w:t>
      </w:r>
      <w:r>
        <w:rPr>
          <w:b w:val="0"/>
          <w:i w:val="0"/>
        </w:rPr>
        <w:t xml:space="preserve">, và giá trị được gán cho biến </w:t>
      </w:r>
      <w:r>
        <w:rPr>
          <w:rFonts w:ascii="Consolas" w:hAnsi="Consolas"/>
          <w:b w:val="0"/>
          <w:i w:val="0"/>
          <w:sz w:val="20"/>
        </w:rPr>
        <w:t>language</w:t>
      </w:r>
      <w:r>
        <w:rPr>
          <w:b w:val="0"/>
          <w:i w:val="0"/>
        </w:rPr>
        <w:t xml:space="preserve">. Những tên mô tả này giúp dễ thấy hơn nhiều việc lệnh gọi </w:t>
      </w:r>
      <w:r>
        <w:rPr>
          <w:rFonts w:ascii="Consolas" w:hAnsi="Consolas"/>
          <w:b w:val="0"/>
          <w:i w:val="0"/>
          <w:sz w:val="20"/>
        </w:rPr>
        <w:t>print()</w:t>
      </w:r>
      <w:r>
        <w:rPr>
          <w:b w:val="0"/>
          <w:i w:val="0"/>
        </w:rPr>
        <w:t xml:space="preserve"> đang làm gì.</w:t>
      </w:r>
    </w:p>
    <w:p>
      <w:pPr>
        <w:spacing w:after="80"/>
      </w:pPr>
      <w:r>
        <w:rPr>
          <w:b w:val="0"/>
          <w:i w:val="0"/>
        </w:rPr>
        <w:t>Giờ chỉ với vài dòng code, ta có thể hiển thị toàn bộ thông tin từ cuộc khảo sát:</w:t>
      </w:r>
    </w:p>
    <w:p>
      <w:pPr>
        <w:spacing w:after="80"/>
      </w:pPr>
      <w:r>
        <w:rPr>
          <w:b w:val="0"/>
          <w:i w:val="0"/>
        </w:rPr>
        <w:t>Ngôn ngữ yêu thích của Jen là Python.</w:t>
      </w:r>
      <w:r>
        <w:br/>
      </w:r>
      <w:r>
        <w:rPr>
          <w:b w:val="0"/>
          <w:i w:val="0"/>
        </w:rPr>
        <w:t>Ngôn ngữ yêu thích của Sarah là C.</w:t>
      </w:r>
      <w:r>
        <w:br/>
      </w:r>
      <w:r>
        <w:rPr>
          <w:b w:val="0"/>
          <w:i w:val="0"/>
        </w:rPr>
        <w:t>Ngôn ngữ yêu thích của Edward là Rust.</w:t>
      </w:r>
      <w:r>
        <w:br/>
      </w:r>
      <w:r>
        <w:rPr>
          <w:b w:val="0"/>
          <w:i w:val="0"/>
        </w:rPr>
        <w:t>Ngôn ngữ yêu thích của Phil là Python.</w:t>
      </w:r>
    </w:p>
    <w:p>
      <w:pPr>
        <w:spacing w:after="80"/>
      </w:pPr>
      <w:r>
        <w:rPr>
          <w:b w:val="0"/>
          <w:i w:val="0"/>
        </w:rPr>
        <w:t>Kiểu vòng lặp này cũng sẽ hoạt động tốt y như vậy nếu từ điển (dictionary) của chúng ta lưu kết quả khảo sát của một nghìn hay thậm chí một triệu người.</w:t>
      </w:r>
    </w:p>
    <w:p>
      <w:pPr>
        <w:pStyle w:val="Heading3"/>
      </w:pPr>
      <w:r>
        <w:rPr>
          <w:rFonts w:ascii="Calibri" w:hAnsi="Calibri"/>
          <w:b/>
          <w:i w:val="0"/>
          <w:sz w:val="27"/>
        </w:rPr>
        <w:t>Lặp qua tất cả các khóa trong từ điển</w:t>
      </w:r>
    </w:p>
    <w:p>
      <w:pPr>
        <w:spacing w:after="80"/>
      </w:pPr>
      <w:r>
        <w:rPr>
          <w:b w:val="0"/>
          <w:i w:val="0"/>
        </w:rPr>
        <w:t xml:space="preserve">Phương thức </w:t>
      </w:r>
      <w:r>
        <w:rPr>
          <w:rFonts w:ascii="Consolas" w:hAnsi="Consolas"/>
          <w:b w:val="0"/>
          <w:i w:val="0"/>
          <w:sz w:val="20"/>
        </w:rPr>
        <w:t>keys()</w:t>
      </w:r>
      <w:r>
        <w:rPr>
          <w:b w:val="0"/>
          <w:i w:val="0"/>
        </w:rPr>
        <w:t xml:space="preserve"> rất hữu ích khi bạn không cần làm việc với tất cả các giá trị trong từ điển. Hãy lặp qua từ điển </w:t>
      </w:r>
      <w:r>
        <w:rPr>
          <w:rFonts w:ascii="Consolas" w:hAnsi="Consolas"/>
          <w:b w:val="0"/>
          <w:i w:val="0"/>
          <w:sz w:val="20"/>
        </w:rPr>
        <w:t>favorite_languages</w:t>
      </w:r>
      <w:r>
        <w:rPr>
          <w:b w:val="0"/>
          <w:i w:val="0"/>
        </w:rPr>
        <w:t xml:space="preserve"> và in ra tên của tất cả những người đã tham gia khảo sát:</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w:t>
      </w:r>
    </w:p>
    <w:p>
      <w:pPr>
        <w:spacing w:after="0"/>
        <w:ind w:left="360"/>
        <w:shd w:val="clear" w:color="auto" w:fill="F2F2F2"/>
      </w:pPr>
      <w:r>
        <w:rPr>
          <w:rFonts w:ascii="Consolas" w:hAnsi="Consolas"/>
          <w:b w:val="0"/>
          <w:i w:val="0"/>
          <w:sz w:val="18"/>
        </w:rPr>
        <w:t xml:space="preserve">    'phil': 'python',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name in favorite_languages.keys():</w:t>
      </w:r>
    </w:p>
    <w:p>
      <w:pPr>
        <w:spacing w:after="0"/>
        <w:ind w:left="360"/>
        <w:shd w:val="clear" w:color="auto" w:fill="F2F2F2"/>
      </w:pPr>
      <w:r>
        <w:rPr>
          <w:rFonts w:ascii="Consolas" w:hAnsi="Consolas"/>
          <w:b w:val="0"/>
          <w:i w:val="0"/>
          <w:sz w:val="18"/>
        </w:rPr>
        <w:t xml:space="preserve">    print(name.title())</w:t>
      </w:r>
    </w:p>
    <w:p>
      <w:pPr>
        <w:spacing w:after="40"/>
      </w:pPr>
    </w:p>
    <w:p>
      <w:pPr>
        <w:spacing w:after="80"/>
      </w:pPr>
      <w:r>
        <w:rPr>
          <w:b w:val="0"/>
          <w:i w:val="0"/>
        </w:rPr>
        <w:t xml:space="preserve">Vòng lặp </w:t>
      </w:r>
      <w:r>
        <w:rPr>
          <w:rFonts w:ascii="Consolas" w:hAnsi="Consolas"/>
          <w:b w:val="0"/>
          <w:i w:val="0"/>
          <w:sz w:val="20"/>
        </w:rPr>
        <w:t>for</w:t>
      </w:r>
      <w:r>
        <w:rPr>
          <w:b w:val="0"/>
          <w:i w:val="0"/>
        </w:rPr>
        <w:t xml:space="preserve"> này bảo Python lấy tất cả các khóa từ từ điển </w:t>
      </w:r>
      <w:r>
        <w:rPr>
          <w:rFonts w:ascii="Consolas" w:hAnsi="Consolas"/>
          <w:b w:val="0"/>
          <w:i w:val="0"/>
          <w:sz w:val="20"/>
        </w:rPr>
        <w:t>favorite_languages</w:t>
      </w:r>
      <w:r>
        <w:rPr>
          <w:b w:val="0"/>
          <w:i w:val="0"/>
        </w:rPr>
        <w:t xml:space="preserve"> và gán chúng lần lượt vào biến </w:t>
      </w:r>
      <w:r>
        <w:rPr>
          <w:rFonts w:ascii="Consolas" w:hAnsi="Consolas"/>
          <w:b w:val="0"/>
          <w:i w:val="0"/>
          <w:sz w:val="20"/>
        </w:rPr>
        <w:t>name</w:t>
      </w:r>
      <w:r>
        <w:rPr>
          <w:b w:val="0"/>
          <w:i w:val="0"/>
        </w:rPr>
        <w:t>. Kết quả hiển thị tên của tất cả những người đã tham gia khảo sát:</w:t>
      </w:r>
    </w:p>
    <w:p>
      <w:pPr>
        <w:spacing w:after="80"/>
      </w:pPr>
      <w:r>
        <w:rPr>
          <w:b w:val="0"/>
          <w:i w:val="0"/>
        </w:rPr>
        <w:t>Jen</w:t>
      </w:r>
      <w:r>
        <w:br/>
      </w:r>
      <w:r>
        <w:rPr>
          <w:b w:val="0"/>
          <w:i w:val="0"/>
        </w:rPr>
        <w:t>Sarah</w:t>
      </w:r>
      <w:r>
        <w:br/>
      </w:r>
      <w:r>
        <w:rPr>
          <w:b w:val="0"/>
          <w:i w:val="0"/>
        </w:rPr>
        <w:t>Edward</w:t>
      </w:r>
      <w:r>
        <w:br/>
      </w:r>
      <w:r>
        <w:rPr>
          <w:b w:val="0"/>
          <w:i w:val="0"/>
        </w:rPr>
        <w:t>Phil</w:t>
      </w:r>
    </w:p>
    <w:p>
      <w:pPr>
        <w:spacing w:after="80"/>
      </w:pPr>
      <w:r>
        <w:rPr>
          <w:b w:val="0"/>
          <w:i w:val="0"/>
        </w:rPr>
        <w:t>Thực ra, lặp qua các khóa chính là hành vi mặc định khi lặp qua một từ điển, nên đoạn code này sẽ cho kết quả hoàn toàn giống nếu bạn viết:</w:t>
      </w:r>
    </w:p>
    <w:p>
      <w:pPr>
        <w:spacing w:after="80"/>
      </w:pPr>
      <w:r>
        <w:rPr>
          <w:b w:val="0"/>
          <w:i w:val="0"/>
        </w:rPr>
        <w:t>for name in favorite_languages:</w:t>
      </w:r>
    </w:p>
    <w:p>
      <w:pPr>
        <w:spacing w:after="80"/>
      </w:pPr>
      <w:r>
        <w:rPr>
          <w:b w:val="0"/>
          <w:i w:val="0"/>
        </w:rPr>
        <w:t>thay vì:</w:t>
      </w:r>
    </w:p>
    <w:p>
      <w:pPr>
        <w:spacing w:after="80"/>
      </w:pPr>
      <w:r>
        <w:rPr>
          <w:b w:val="0"/>
          <w:i w:val="0"/>
        </w:rPr>
        <w:t>for name in favorite_languages.keys():</w:t>
      </w:r>
    </w:p>
    <w:p>
      <w:pPr>
        <w:spacing w:after="80"/>
      </w:pPr>
      <w:r>
        <w:rPr>
          <w:b w:val="0"/>
          <w:i w:val="0"/>
        </w:rPr>
        <w:t xml:space="preserve">Bạn có thể chọn dùng phương thức </w:t>
      </w:r>
      <w:r>
        <w:rPr>
          <w:rFonts w:ascii="Consolas" w:hAnsi="Consolas"/>
          <w:b w:val="0"/>
          <w:i w:val="0"/>
          <w:sz w:val="20"/>
        </w:rPr>
        <w:t>keys()</w:t>
      </w:r>
      <w:r>
        <w:rPr>
          <w:b w:val="0"/>
          <w:i w:val="0"/>
        </w:rPr>
        <w:t xml:space="preserve"> một cách tường minh nếu điều đó giúp code dễ đọc hơn, hoặc bạn có thể bỏ qua nó nếu muốn.</w:t>
      </w:r>
    </w:p>
    <w:p>
      <w:pPr>
        <w:spacing w:after="80"/>
      </w:pPr>
      <w:r>
        <w:rPr>
          <w:b w:val="0"/>
          <w:i w:val="0"/>
        </w:rPr>
        <w:t>Bạn có thể truy cập giá trị gắn với bất kỳ khóa nào bạn quan tâm bên trong vòng lặp, bằng cách dùng khóa hiện tại. Hãy in một lời nhắn cho vài người bạn về ngôn ngữ mà họ đã chọn. Chúng ta sẽ lặp qua các tên trong từ điển như đã làm trước đó, nhưng khi tên trùng với một trong những người bạn của chúng ta, ta sẽ hiển thị một lời nhắn về ngôn ngữ yêu thích của họ:</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friends = ['phil', 'sarah']</w:t>
      </w:r>
    </w:p>
    <w:p>
      <w:pPr>
        <w:spacing w:after="0"/>
        <w:ind w:left="360"/>
        <w:shd w:val="clear" w:color="auto" w:fill="F2F2F2"/>
      </w:pPr>
      <w:r>
        <w:rPr>
          <w:rFonts w:ascii="Consolas" w:hAnsi="Consolas"/>
          <w:b w:val="0"/>
          <w:i w:val="0"/>
          <w:sz w:val="18"/>
        </w:rPr>
        <w:t>for name in favorite_languages.keys():</w:t>
      </w:r>
    </w:p>
    <w:p>
      <w:pPr>
        <w:spacing w:after="0"/>
        <w:ind w:left="360"/>
        <w:shd w:val="clear" w:color="auto" w:fill="F2F2F2"/>
      </w:pPr>
      <w:r>
        <w:rPr>
          <w:rFonts w:ascii="Consolas" w:hAnsi="Consolas"/>
          <w:b w:val="0"/>
          <w:i w:val="0"/>
          <w:sz w:val="18"/>
        </w:rPr>
        <w:t xml:space="preserve">    print(f"Hi {name.title()}.")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if name in friends:</w:t>
      </w:r>
    </w:p>
    <w:p>
      <w:pPr>
        <w:spacing w:after="0"/>
        <w:ind w:left="360"/>
        <w:shd w:val="clear" w:color="auto" w:fill="F2F2F2"/>
      </w:pPr>
      <w:r>
        <w:rPr>
          <w:rFonts w:ascii="Consolas" w:hAnsi="Consolas"/>
          <w:b w:val="0"/>
          <w:i w:val="0"/>
          <w:sz w:val="18"/>
        </w:rPr>
        <w:t>❷         language = favorite_languages[name].title()</w:t>
      </w:r>
    </w:p>
    <w:p>
      <w:pPr>
        <w:spacing w:after="0"/>
        <w:ind w:left="360"/>
        <w:shd w:val="clear" w:color="auto" w:fill="F2F2F2"/>
      </w:pPr>
      <w:r>
        <w:rPr>
          <w:rFonts w:ascii="Consolas" w:hAnsi="Consolas"/>
          <w:b w:val="0"/>
          <w:i w:val="0"/>
          <w:sz w:val="18"/>
        </w:rPr>
        <w:t xml:space="preserve">        print(f"\t{name.title()}, I see you love {language}!")</w:t>
      </w:r>
    </w:p>
    <w:p>
      <w:pPr>
        <w:spacing w:after="40"/>
      </w:pPr>
    </w:p>
    <w:p>
      <w:pPr>
        <w:spacing w:after="80"/>
      </w:pPr>
      <w:r>
        <w:rPr>
          <w:b w:val="0"/>
          <w:i w:val="0"/>
        </w:rPr>
        <w:t xml:space="preserve">Đầu tiên, ta tạo một danh sách những người bạn mà ta muốn gửi lời nhắn. Bên trong vòng lặp, ta in tên của từng người. Sau đó ta kiểm tra xem </w:t>
      </w:r>
      <w:r>
        <w:rPr>
          <w:rFonts w:ascii="Consolas" w:hAnsi="Consolas"/>
          <w:b w:val="0"/>
          <w:i w:val="0"/>
          <w:sz w:val="20"/>
        </w:rPr>
        <w:t>name</w:t>
      </w:r>
      <w:r>
        <w:rPr>
          <w:b w:val="0"/>
          <w:i w:val="0"/>
        </w:rPr>
        <w:t xml:space="preserve"> mà ta đang xử lý có nằm trong danh sách </w:t>
      </w:r>
      <w:r>
        <w:rPr>
          <w:rFonts w:ascii="Consolas" w:hAnsi="Consolas"/>
          <w:b w:val="0"/>
          <w:i w:val="0"/>
          <w:sz w:val="20"/>
        </w:rPr>
        <w:t>friends</w:t>
      </w:r>
      <w:r>
        <w:rPr>
          <w:b w:val="0"/>
          <w:i w:val="0"/>
        </w:rPr>
        <w:t xml:space="preserve"> không ❶. Nếu có, ta xác định ngôn ngữ yêu thích của người đó bằng cách dùng tên của từ điển và giá trị hiện tại của </w:t>
      </w:r>
      <w:r>
        <w:rPr>
          <w:rFonts w:ascii="Consolas" w:hAnsi="Consolas"/>
          <w:b w:val="0"/>
          <w:i w:val="0"/>
          <w:sz w:val="20"/>
        </w:rPr>
        <w:t>name</w:t>
      </w:r>
      <w:r>
        <w:rPr>
          <w:b w:val="0"/>
          <w:i w:val="0"/>
        </w:rPr>
        <w:t xml:space="preserve"> làm khóa ❷. Sau đó ta in một lời chào đặc biệt, kèm theo nhắc đến ngôn ngữ mà họ đã chọn.</w:t>
      </w:r>
    </w:p>
    <w:p>
      <w:pPr>
        <w:spacing w:after="80"/>
      </w:pPr>
      <w:r>
        <w:rPr>
          <w:b w:val="0"/>
          <w:i w:val="0"/>
        </w:rPr>
        <w:t>Tên của mọi người đều được in ra, nhưng bạn bè của chúng ta nhận được một thông điệp đặc biệt:</w:t>
      </w:r>
    </w:p>
    <w:p>
      <w:pPr>
        <w:spacing w:after="80"/>
      </w:pPr>
      <w:r>
        <w:rPr>
          <w:b w:val="0"/>
          <w:i w:val="0"/>
        </w:rPr>
        <w:t>Hi Jen.</w:t>
      </w:r>
      <w:r>
        <w:br/>
      </w:r>
      <w:r>
        <w:rPr>
          <w:b w:val="0"/>
          <w:i w:val="0"/>
        </w:rPr>
        <w:t>Hi Sarah.</w:t>
      </w:r>
      <w:r>
        <w:br/>
      </w:r>
      <w:r>
        <w:rPr>
          <w:b w:val="0"/>
          <w:i w:val="0"/>
        </w:rPr>
        <w:t xml:space="preserve">    Sarah, I see you love C!</w:t>
      </w:r>
      <w:r>
        <w:br/>
      </w:r>
      <w:r>
        <w:rPr>
          <w:b w:val="0"/>
          <w:i w:val="0"/>
        </w:rPr>
        <w:t>Hi Edward.</w:t>
      </w:r>
      <w:r>
        <w:br/>
      </w:r>
      <w:r>
        <w:rPr>
          <w:b w:val="0"/>
          <w:i w:val="0"/>
        </w:rPr>
        <w:t>Hi Phil.</w:t>
      </w:r>
      <w:r>
        <w:br/>
      </w:r>
      <w:r>
        <w:rPr>
          <w:b w:val="0"/>
          <w:i w:val="0"/>
        </w:rPr>
        <w:t xml:space="preserve">    Phil, I see you love Python!</w:t>
      </w:r>
    </w:p>
    <w:p>
      <w:pPr>
        <w:spacing w:after="80"/>
      </w:pPr>
      <w:r>
        <w:rPr>
          <w:b w:val="0"/>
          <w:i w:val="0"/>
        </w:rPr>
        <w:t xml:space="preserve">Bạn cũng có thể dùng phương thức </w:t>
      </w:r>
      <w:r>
        <w:rPr>
          <w:rFonts w:ascii="Consolas" w:hAnsi="Consolas"/>
          <w:b w:val="0"/>
          <w:i w:val="0"/>
          <w:sz w:val="20"/>
        </w:rPr>
        <w:t>keys()</w:t>
      </w:r>
      <w:r>
        <w:rPr>
          <w:b w:val="0"/>
          <w:i w:val="0"/>
        </w:rPr>
        <w:t xml:space="preserve"> để kiểm tra xem một người cụ thể nào đó có được hỏi ý kiến hay không. Lần này, hãy thử xem Erin có tham gia cuộc khảo sát không:</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'erin' not in favorite_languages.keys():</w:t>
      </w:r>
    </w:p>
    <w:p>
      <w:pPr>
        <w:spacing w:after="0"/>
        <w:ind w:left="360"/>
        <w:shd w:val="clear" w:color="auto" w:fill="F2F2F2"/>
      </w:pPr>
      <w:r>
        <w:rPr>
          <w:rFonts w:ascii="Consolas" w:hAnsi="Consolas"/>
          <w:b w:val="0"/>
          <w:i w:val="0"/>
          <w:sz w:val="18"/>
        </w:rPr>
        <w:t xml:space="preserve">    print("Erin, please take our poll!")</w:t>
      </w:r>
    </w:p>
    <w:p>
      <w:pPr>
        <w:spacing w:after="40"/>
      </w:pPr>
    </w:p>
    <w:p>
      <w:pPr>
        <w:spacing w:after="80"/>
      </w:pPr>
      <w:r>
        <w:rPr>
          <w:b w:val="0"/>
          <w:i w:val="0"/>
        </w:rPr>
        <w:t xml:space="preserve">Phương thức </w:t>
      </w:r>
      <w:r>
        <w:rPr>
          <w:rFonts w:ascii="Consolas" w:hAnsi="Consolas"/>
          <w:b w:val="0"/>
          <w:i w:val="0"/>
          <w:sz w:val="20"/>
        </w:rPr>
        <w:t>keys()</w:t>
      </w:r>
      <w:r>
        <w:rPr>
          <w:b w:val="0"/>
          <w:i w:val="0"/>
        </w:rPr>
        <w:t xml:space="preserve"> không chỉ dùng để lặp: nó thực sự trả về một chuỗi gồm tất cả các khóa, và câu lệnh </w:t>
      </w:r>
      <w:r>
        <w:rPr>
          <w:rFonts w:ascii="Consolas" w:hAnsi="Consolas"/>
          <w:b w:val="0"/>
          <w:i w:val="0"/>
          <w:sz w:val="20"/>
        </w:rPr>
        <w:t>if</w:t>
      </w:r>
      <w:r>
        <w:rPr>
          <w:b w:val="0"/>
          <w:i w:val="0"/>
        </w:rPr>
        <w:t xml:space="preserve"> chỉ đơn giản kiểm tra xem </w:t>
      </w:r>
      <w:r>
        <w:rPr>
          <w:rFonts w:ascii="Consolas" w:hAnsi="Consolas"/>
          <w:b w:val="0"/>
          <w:i w:val="0"/>
          <w:sz w:val="20"/>
        </w:rPr>
        <w:t>'erin'</w:t>
      </w:r>
      <w:r>
        <w:rPr>
          <w:b w:val="0"/>
          <w:i w:val="0"/>
        </w:rPr>
        <w:t xml:space="preserve"> có nằm trong chuỗi này không. Vì cô ấy không có trong đó, một thông điệp được in ra để mời cô ấy tham gia khảo sát:</w:t>
      </w:r>
    </w:p>
    <w:p>
      <w:pPr>
        <w:spacing w:after="80"/>
      </w:pPr>
      <w:r>
        <w:rPr>
          <w:b w:val="0"/>
          <w:i w:val="0"/>
        </w:rPr>
        <w:t>Erin, please take our poll!</w:t>
      </w:r>
    </w:p>
    <w:p>
      <w:pPr>
        <w:pStyle w:val="Heading3"/>
      </w:pPr>
      <w:r>
        <w:rPr>
          <w:rFonts w:ascii="Calibri" w:hAnsi="Calibri"/>
          <w:b/>
          <w:i w:val="0"/>
          <w:sz w:val="27"/>
        </w:rPr>
        <w:t>Lặp qua các khóa của từ điển theo một thứ tự nhất định</w:t>
      </w:r>
    </w:p>
    <w:p>
      <w:pPr>
        <w:spacing w:after="80"/>
      </w:pPr>
      <w:r>
        <w:rPr>
          <w:b w:val="0"/>
          <w:i w:val="0"/>
        </w:rPr>
        <w:t>Khi lặp qua một từ điển, các mục sẽ được trả về theo đúng thứ tự mà chúng được thêm vào. Tuy nhiên, đôi khi bạn sẽ muốn lặp qua từ điển theo một thứ tự khác.</w:t>
      </w:r>
    </w:p>
    <w:p>
      <w:pPr>
        <w:spacing w:after="80"/>
      </w:pPr>
      <w:r>
        <w:rPr>
          <w:b w:val="0"/>
          <w:i w:val="0"/>
        </w:rPr>
        <w:t xml:space="preserve">Một cách để làm điều này là sắp xếp các khóa ngay khi chúng được trả về trong vòng lặp </w:t>
      </w:r>
      <w:r>
        <w:rPr>
          <w:rFonts w:ascii="Consolas" w:hAnsi="Consolas"/>
          <w:b w:val="0"/>
          <w:i w:val="0"/>
          <w:sz w:val="20"/>
        </w:rPr>
        <w:t>for</w:t>
      </w:r>
      <w:r>
        <w:rPr>
          <w:b w:val="0"/>
          <w:i w:val="0"/>
        </w:rPr>
        <w:t xml:space="preserve">. Bạn có thể dùng hàm </w:t>
      </w:r>
      <w:r>
        <w:rPr>
          <w:rFonts w:ascii="Consolas" w:hAnsi="Consolas"/>
          <w:b w:val="0"/>
          <w:i w:val="0"/>
          <w:sz w:val="20"/>
        </w:rPr>
        <w:t>sorted()</w:t>
      </w:r>
      <w:r>
        <w:rPr>
          <w:b w:val="0"/>
          <w:i w:val="0"/>
        </w:rPr>
        <w:t xml:space="preserve"> để lấy một bản sao của các khóa theo thứ tự:</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w:t>
      </w:r>
    </w:p>
    <w:p>
      <w:pPr>
        <w:spacing w:after="0"/>
        <w:ind w:left="360"/>
        <w:shd w:val="clear" w:color="auto" w:fill="F2F2F2"/>
      </w:pPr>
      <w:r>
        <w:rPr>
          <w:rFonts w:ascii="Consolas" w:hAnsi="Consolas"/>
          <w:b w:val="0"/>
          <w:i w:val="0"/>
          <w:sz w:val="18"/>
        </w:rPr>
        <w:t xml:space="preserve">    'phil': 'python',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name in sorted(favorite_languages.keys()):</w:t>
      </w:r>
    </w:p>
    <w:p>
      <w:pPr>
        <w:spacing w:after="0"/>
        <w:ind w:left="360"/>
        <w:shd w:val="clear" w:color="auto" w:fill="F2F2F2"/>
      </w:pPr>
      <w:r>
        <w:rPr>
          <w:rFonts w:ascii="Consolas" w:hAnsi="Consolas"/>
          <w:b w:val="0"/>
          <w:i w:val="0"/>
          <w:sz w:val="18"/>
        </w:rPr>
        <w:t xml:space="preserve">    print(f"{name.title()}, thank you for taking the poll.")</w:t>
      </w:r>
    </w:p>
    <w:p>
      <w:pPr>
        <w:spacing w:after="40"/>
      </w:pPr>
    </w:p>
    <w:p>
      <w:pPr>
        <w:spacing w:after="80"/>
      </w:pPr>
      <w:r>
        <w:rPr>
          <w:b w:val="0"/>
          <w:i w:val="0"/>
        </w:rPr>
        <w:t xml:space="preserve">Câu lệnh </w:t>
      </w:r>
      <w:r>
        <w:rPr>
          <w:rFonts w:ascii="Consolas" w:hAnsi="Consolas"/>
          <w:b w:val="0"/>
          <w:i w:val="0"/>
          <w:sz w:val="20"/>
        </w:rPr>
        <w:t>for</w:t>
      </w:r>
      <w:r>
        <w:rPr>
          <w:b w:val="0"/>
          <w:i w:val="0"/>
        </w:rPr>
        <w:t xml:space="preserve"> này giống như những câu lệnh </w:t>
      </w:r>
      <w:r>
        <w:rPr>
          <w:rFonts w:ascii="Consolas" w:hAnsi="Consolas"/>
          <w:b w:val="0"/>
          <w:i w:val="0"/>
          <w:sz w:val="20"/>
        </w:rPr>
        <w:t>for</w:t>
      </w:r>
      <w:r>
        <w:rPr>
          <w:b w:val="0"/>
          <w:i w:val="0"/>
        </w:rPr>
        <w:t xml:space="preserve"> khác, chỉ khác là chúng ta đã bọc hàm </w:t>
      </w:r>
      <w:r>
        <w:rPr>
          <w:rFonts w:ascii="Consolas" w:hAnsi="Consolas"/>
          <w:b w:val="0"/>
          <w:i w:val="0"/>
          <w:sz w:val="20"/>
        </w:rPr>
        <w:t>sorted()</w:t>
      </w:r>
      <w:r>
        <w:rPr>
          <w:b w:val="0"/>
          <w:i w:val="0"/>
        </w:rPr>
        <w:t xml:space="preserve"> quanh phương thức </w:t>
      </w:r>
      <w:r>
        <w:rPr>
          <w:rFonts w:ascii="Consolas" w:hAnsi="Consolas"/>
          <w:b w:val="0"/>
          <w:i w:val="0"/>
          <w:sz w:val="20"/>
        </w:rPr>
        <w:t>dictionary.keys()</w:t>
      </w:r>
      <w:r>
        <w:rPr>
          <w:b w:val="0"/>
          <w:i w:val="0"/>
        </w:rPr>
        <w:t>. Điều này bảo Python lấy tất cả các khóa trong từ điển và sắp xếp chúng trước khi bắt đầu vòng lặp. Kết quả hiển thị tất cả những người đã tham gia khảo sát, với tên được hiển thị theo thứ tự:</w:t>
      </w:r>
    </w:p>
    <w:p>
      <w:pPr>
        <w:spacing w:after="80"/>
      </w:pPr>
      <w:r>
        <w:rPr>
          <w:b w:val="0"/>
          <w:i w:val="0"/>
        </w:rPr>
        <w:t>Edward, thank you for taking the poll.</w:t>
      </w:r>
      <w:r>
        <w:br/>
      </w:r>
      <w:r>
        <w:rPr>
          <w:b w:val="0"/>
          <w:i w:val="0"/>
        </w:rPr>
        <w:t>Jen, thank you for taking the poll.</w:t>
      </w:r>
      <w:r>
        <w:br/>
      </w:r>
      <w:r>
        <w:rPr>
          <w:b w:val="0"/>
          <w:i w:val="0"/>
        </w:rPr>
        <w:t>Phil, thank you for taking the poll.</w:t>
      </w:r>
      <w:r>
        <w:br/>
      </w:r>
      <w:r>
        <w:rPr>
          <w:b w:val="0"/>
          <w:i w:val="0"/>
        </w:rPr>
        <w:t>Sarah, thank you for taking the poll.</w:t>
      </w:r>
    </w:p>
    <w:p>
      <w:pPr>
        <w:pStyle w:val="Heading3"/>
      </w:pPr>
      <w:r>
        <w:rPr>
          <w:rFonts w:ascii="Calibri" w:hAnsi="Calibri"/>
          <w:b/>
          <w:i w:val="0"/>
          <w:sz w:val="27"/>
        </w:rPr>
        <w:t>Lặp qua tất cả các giá trị trong từ điển</w:t>
      </w:r>
    </w:p>
    <w:p>
      <w:pPr>
        <w:spacing w:after="80"/>
      </w:pPr>
      <w:r>
        <w:rPr>
          <w:b w:val="0"/>
          <w:i w:val="0"/>
        </w:rPr>
        <w:t xml:space="preserve">Nếu bạn chủ yếu quan tâm đến các giá trị mà một từ điển chứa, bạn có thể dùng phương thức </w:t>
      </w:r>
      <w:r>
        <w:rPr>
          <w:rFonts w:ascii="Consolas" w:hAnsi="Consolas"/>
          <w:b w:val="0"/>
          <w:i w:val="0"/>
          <w:sz w:val="20"/>
        </w:rPr>
        <w:t>values()</w:t>
      </w:r>
      <w:r>
        <w:rPr>
          <w:b w:val="0"/>
          <w:i w:val="0"/>
        </w:rPr>
        <w:t xml:space="preserve"> để trả về một chuỗi các giá trị mà không kèm theo khóa nào. Ví dụ, giả sử chúng ta chỉ muốn một danh sách tất cả các ngôn ngữ được chọn trong cuộc khảo sát về ngôn ngữ lập trình, mà không cần tên của người đã chọn từng ngôn ngữ:</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w:t>
      </w:r>
    </w:p>
    <w:p>
      <w:pPr>
        <w:spacing w:after="0"/>
        <w:ind w:left="360"/>
        <w:shd w:val="clear" w:color="auto" w:fill="F2F2F2"/>
      </w:pPr>
      <w:r>
        <w:rPr>
          <w:rFonts w:ascii="Consolas" w:hAnsi="Consolas"/>
          <w:b w:val="0"/>
          <w:i w:val="0"/>
          <w:sz w:val="18"/>
        </w:rPr>
        <w:t xml:space="preserve">    'phil': 'python',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print("The following languages have been mentioned:")</w:t>
      </w:r>
    </w:p>
    <w:p>
      <w:pPr>
        <w:spacing w:after="0"/>
        <w:ind w:left="360"/>
        <w:shd w:val="clear" w:color="auto" w:fill="F2F2F2"/>
      </w:pPr>
      <w:r>
        <w:rPr>
          <w:rFonts w:ascii="Consolas" w:hAnsi="Consolas"/>
          <w:b w:val="0"/>
          <w:i w:val="0"/>
          <w:sz w:val="18"/>
        </w:rPr>
        <w:t>for language in favorite_languages.values():</w:t>
      </w:r>
    </w:p>
    <w:p>
      <w:pPr>
        <w:spacing w:after="0"/>
        <w:ind w:left="360"/>
        <w:shd w:val="clear" w:color="auto" w:fill="F2F2F2"/>
      </w:pPr>
      <w:r>
        <w:rPr>
          <w:rFonts w:ascii="Consolas" w:hAnsi="Consolas"/>
          <w:b w:val="0"/>
          <w:i w:val="0"/>
          <w:sz w:val="18"/>
        </w:rPr>
        <w:t xml:space="preserve">    print(language.title())</w:t>
      </w:r>
    </w:p>
    <w:p>
      <w:pPr>
        <w:spacing w:after="40"/>
      </w:pPr>
    </w:p>
    <w:p>
      <w:pPr>
        <w:spacing w:after="80"/>
      </w:pPr>
      <w:r>
        <w:rPr>
          <w:b w:val="0"/>
          <w:i w:val="0"/>
        </w:rPr>
        <w:t xml:space="preserve">Câu lệnh </w:t>
      </w:r>
      <w:r>
        <w:rPr>
          <w:rFonts w:ascii="Consolas" w:hAnsi="Consolas"/>
          <w:b w:val="0"/>
          <w:i w:val="0"/>
          <w:sz w:val="20"/>
        </w:rPr>
        <w:t>for</w:t>
      </w:r>
      <w:r>
        <w:rPr>
          <w:b w:val="0"/>
          <w:i w:val="0"/>
        </w:rPr>
        <w:t xml:space="preserve"> ở đây lấy từng giá trị từ từ điển và gán nó cho biến </w:t>
      </w:r>
      <w:r>
        <w:rPr>
          <w:rFonts w:ascii="Consolas" w:hAnsi="Consolas"/>
          <w:b w:val="0"/>
          <w:i w:val="0"/>
          <w:sz w:val="20"/>
        </w:rPr>
        <w:t>language</w:t>
      </w:r>
      <w:r>
        <w:rPr>
          <w:b w:val="0"/>
          <w:i w:val="0"/>
        </w:rPr>
        <w:t>. Khi những giá trị này được in ra, chúng ta nhận được một danh sách tất cả các ngôn ngữ đã được chọn:</w:t>
      </w:r>
    </w:p>
    <w:p>
      <w:pPr>
        <w:spacing w:after="80"/>
      </w:pPr>
      <w:r>
        <w:rPr>
          <w:b w:val="0"/>
          <w:i w:val="0"/>
        </w:rPr>
        <w:t>The following languages have been mentioned:</w:t>
      </w:r>
      <w:r>
        <w:br/>
      </w:r>
      <w:r>
        <w:rPr>
          <w:b w:val="0"/>
          <w:i w:val="0"/>
        </w:rPr>
        <w:t>Python</w:t>
      </w:r>
      <w:r>
        <w:br/>
      </w:r>
      <w:r>
        <w:rPr>
          <w:b w:val="0"/>
          <w:i w:val="0"/>
        </w:rPr>
        <w:t>C</w:t>
      </w:r>
      <w:r>
        <w:br/>
      </w:r>
      <w:r>
        <w:rPr>
          <w:b w:val="0"/>
          <w:i w:val="0"/>
        </w:rPr>
        <w:t>Rust</w:t>
      </w:r>
      <w:r>
        <w:br/>
      </w:r>
      <w:r>
        <w:rPr>
          <w:b w:val="0"/>
          <w:i w:val="0"/>
        </w:rPr>
        <w:t>Python</w:t>
      </w:r>
    </w:p>
    <w:p>
      <w:pPr>
        <w:spacing w:after="80"/>
      </w:pPr>
      <w:r>
        <w:rPr>
          <w:b w:val="0"/>
          <w:i w:val="0"/>
        </w:rPr>
        <w:t xml:space="preserve">Cách làm này lấy tất cả các giá trị từ dictionary mà không kiểm tra trùng lặp. Điều này có thể ổn với một lượng nhỏ giá trị, nhưng trong một cuộc khảo sát với số lượng người trả lời lớn, nó sẽ tạo ra một danh sách rất trùng lặp. Để xem từng ngôn ngữ được chọn mà không bị lặp lại, chúng ta có thể dùng set. Một </w:t>
      </w:r>
      <w:r>
        <w:rPr>
          <w:b w:val="0"/>
          <w:i/>
        </w:rPr>
        <w:t>set</w:t>
      </w:r>
      <w:r>
        <w:rPr>
          <w:b w:val="0"/>
          <w:i w:val="0"/>
        </w:rPr>
        <w:t xml:space="preserve"> là một tập hợp mà mỗi phần tử phải là duy nhất:</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print("The following languages have been mentioned:")</w:t>
      </w:r>
    </w:p>
    <w:p>
      <w:pPr>
        <w:spacing w:after="0"/>
        <w:ind w:left="360"/>
        <w:shd w:val="clear" w:color="auto" w:fill="F2F2F2"/>
      </w:pPr>
      <w:r>
        <w:rPr>
          <w:rFonts w:ascii="Consolas" w:hAnsi="Consolas"/>
          <w:b w:val="0"/>
          <w:i w:val="0"/>
          <w:sz w:val="18"/>
        </w:rPr>
        <w:t>for language in set(favorite_languages.values()):</w:t>
      </w:r>
    </w:p>
    <w:p>
      <w:pPr>
        <w:spacing w:after="0"/>
        <w:ind w:left="360"/>
        <w:shd w:val="clear" w:color="auto" w:fill="F2F2F2"/>
      </w:pPr>
      <w:r>
        <w:rPr>
          <w:rFonts w:ascii="Consolas" w:hAnsi="Consolas"/>
          <w:b w:val="0"/>
          <w:i w:val="0"/>
          <w:sz w:val="18"/>
        </w:rPr>
        <w:t xml:space="preserve">    print(language.title())</w:t>
      </w:r>
    </w:p>
    <w:p>
      <w:pPr>
        <w:spacing w:after="40"/>
      </w:pPr>
    </w:p>
    <w:p>
      <w:pPr>
        <w:spacing w:after="80"/>
      </w:pPr>
      <w:r>
        <w:rPr>
          <w:b w:val="0"/>
          <w:i w:val="0"/>
        </w:rPr>
        <w:t xml:space="preserve">Khi bạn bọc </w:t>
      </w:r>
      <w:r>
        <w:rPr>
          <w:rFonts w:ascii="Consolas" w:hAnsi="Consolas"/>
          <w:b w:val="0"/>
          <w:i w:val="0"/>
          <w:sz w:val="20"/>
        </w:rPr>
        <w:t>set()</w:t>
      </w:r>
      <w:r>
        <w:rPr>
          <w:b w:val="0"/>
          <w:i w:val="0"/>
        </w:rPr>
        <w:t xml:space="preserve"> quanh một tập hợp các giá trị có chứa các phần tử trùng lặp, Python sẽ xác định các phần tử duy nhất trong tập hợp đó và tạo một set từ những phần tử ấy. Ở đây chúng ta dùng </w:t>
      </w:r>
      <w:r>
        <w:rPr>
          <w:rFonts w:ascii="Consolas" w:hAnsi="Consolas"/>
          <w:b w:val="0"/>
          <w:i w:val="0"/>
          <w:sz w:val="20"/>
        </w:rPr>
        <w:t>set()</w:t>
      </w:r>
      <w:r>
        <w:rPr>
          <w:b w:val="0"/>
          <w:i w:val="0"/>
        </w:rPr>
        <w:t xml:space="preserve"> để lấy ra các ngôn ngữ duy nhất trong </w:t>
      </w:r>
      <w:r>
        <w:rPr>
          <w:rFonts w:ascii="Consolas" w:hAnsi="Consolas"/>
          <w:b w:val="0"/>
          <w:i w:val="0"/>
          <w:sz w:val="20"/>
        </w:rPr>
        <w:t>favorite_languages.values()</w:t>
      </w:r>
      <w:r>
        <w:rPr>
          <w:b w:val="0"/>
          <w:i w:val="0"/>
        </w:rPr>
        <w:t>.</w:t>
      </w:r>
    </w:p>
    <w:p>
      <w:pPr>
        <w:spacing w:after="80"/>
      </w:pPr>
      <w:r>
        <w:rPr>
          <w:b w:val="0"/>
          <w:i w:val="0"/>
        </w:rPr>
        <w:t>Kết quả là một danh sách không trùng lặp các ngôn ngữ đã được những người tham gia khảo sát đề cập:</w:t>
      </w:r>
    </w:p>
    <w:p>
      <w:pPr>
        <w:spacing w:after="80"/>
      </w:pPr>
      <w:r>
        <w:rPr>
          <w:b w:val="0"/>
          <w:i w:val="0"/>
        </w:rPr>
        <w:t>Những ngôn ngữ sau đây đã được đề cập:</w:t>
      </w:r>
      <w:r>
        <w:br/>
      </w:r>
      <w:r>
        <w:rPr>
          <w:b w:val="0"/>
          <w:i w:val="0"/>
        </w:rPr>
        <w:t>Python</w:t>
      </w:r>
      <w:r>
        <w:br/>
      </w:r>
      <w:r>
        <w:rPr>
          <w:b w:val="0"/>
          <w:i w:val="0"/>
        </w:rPr>
        <w:t>C</w:t>
      </w:r>
      <w:r>
        <w:br/>
      </w:r>
      <w:r>
        <w:rPr>
          <w:b w:val="0"/>
          <w:i w:val="0"/>
        </w:rPr>
        <w:t>Rust</w:t>
      </w:r>
    </w:p>
    <w:p>
      <w:pPr>
        <w:spacing w:after="80"/>
      </w:pPr>
      <w:r>
        <w:rPr>
          <w:b w:val="0"/>
          <w:i w:val="0"/>
        </w:rPr>
        <w:t>Khi bạn tiếp tục tìm hiểu về Python, bạn sẽ thường xuyên phát hiện ra một tính năng có sẵn của ngôn ngữ giúp bạn làm chính xác điều mình muốn với dữ liệu của mình.</w:t>
      </w:r>
    </w:p>
    <w:p>
      <w:pPr>
        <w:spacing w:before="120" w:after="40"/>
      </w:pPr>
      <w:r>
        <w:rPr>
          <w:b/>
          <w:sz w:val="21"/>
        </w:rPr>
        <w:t>Ghi chú</w:t>
      </w:r>
    </w:p>
    <w:p>
      <w:pPr>
        <w:spacing w:after="80"/>
      </w:pPr>
      <w:r>
        <w:rPr>
          <w:b w:val="0"/>
          <w:i w:val="0"/>
        </w:rPr>
        <w:t>Bạn có thể tạo một set trực tiếp bằng cách dùng dấu ngoặc nhọn và phân tách các phần tử bằng dấu phẩy:</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languages = {'python', 'rust', 'python', 'c'}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languages</w:t>
      </w:r>
    </w:p>
    <w:p>
      <w:pPr>
        <w:spacing w:after="0"/>
        <w:ind w:left="360"/>
        <w:shd w:val="clear" w:color="auto" w:fill="F2F2F2"/>
      </w:pPr>
      <w:r>
        <w:rPr>
          <w:rFonts w:ascii="Consolas" w:hAnsi="Consolas"/>
          <w:b w:val="0"/>
          <w:i w:val="0"/>
          <w:sz w:val="18"/>
        </w:rPr>
        <w:t>{'rust', 'python', 'c'}</w:t>
      </w:r>
    </w:p>
    <w:p>
      <w:pPr>
        <w:spacing w:after="40"/>
      </w:pPr>
    </w:p>
    <w:p>
      <w:pPr>
        <w:spacing w:after="80"/>
      </w:pPr>
      <w:r>
        <w:rPr>
          <w:b w:val="0"/>
          <w:i w:val="0"/>
        </w:rPr>
        <w:t>Rất dễ nhầm set với dictionary vì cả hai đều được bao trong dấu ngoặc nhọn. Khi bạn thấy dấu ngoặc nhọn nhưng không có cặp key-value, có lẽ bạn đang nhìn vào một set. Khác với list và dictionary, set không giữ các phần tử theo bất kỳ thứ tự cụ thể nào.</w:t>
      </w:r>
    </w:p>
    <w:p>
      <w:pPr>
        <w:spacing w:before="120" w:after="40"/>
      </w:pPr>
      <w:r>
        <w:rPr>
          <w:b/>
          <w:sz w:val="21"/>
        </w:rPr>
        <w:t>Tự thực hành</w:t>
      </w:r>
    </w:p>
    <w:p>
      <w:pPr>
        <w:spacing w:after="80"/>
      </w:pPr>
      <w:r>
        <w:rPr>
          <w:b/>
          <w:i w:val="0"/>
        </w:rPr>
        <w:t xml:space="preserve">6-4. Bảng thuật ngữ 2: </w:t>
      </w:r>
      <w:r>
        <w:rPr>
          <w:b w:val="0"/>
          <w:i w:val="0"/>
        </w:rPr>
        <w:t xml:space="preserve">Giờ bạn đã biết cách lặp qua một dictionary, hãy dọn dẹp code từ Bài tập 6-3 (trang 99) bằng cách thay chuỗi lệnh gọi </w:t>
      </w:r>
      <w:r>
        <w:rPr>
          <w:rFonts w:ascii="Consolas" w:hAnsi="Consolas"/>
          <w:b w:val="0"/>
          <w:i w:val="0"/>
          <w:sz w:val="20"/>
        </w:rPr>
        <w:t>print()</w:t>
      </w:r>
      <w:r>
        <w:rPr>
          <w:b w:val="0"/>
          <w:i w:val="0"/>
        </w:rPr>
        <w:t xml:space="preserve"> của bạn bằng một vòng lặp chạy qua các key và value của dictionary. Khi bạn chắc chắn rằng vòng lặp của mình hoạt động, hãy thêm năm thuật ngữ Python nữa vào bảng thuật ngữ của bạn. Khi bạn chạy lại chương trình, những từ và ý nghĩa mới này sẽ tự động được đưa vào kết quả.</w:t>
      </w:r>
    </w:p>
    <w:p>
      <w:pPr>
        <w:spacing w:after="80"/>
      </w:pPr>
      <w:r>
        <w:rPr>
          <w:b/>
          <w:i w:val="0"/>
        </w:rPr>
        <w:t>6-5. Những dòng sông:</w:t>
      </w:r>
      <w:r>
        <w:rPr>
          <w:b w:val="0"/>
          <w:i w:val="0"/>
        </w:rPr>
        <w:t xml:space="preserve"> Tạo một dictionary chứa ba con sông lớn và quốc gia mà mỗi con sông chảy qua. Một cặp key-value có thể là </w:t>
      </w:r>
      <w:r>
        <w:rPr>
          <w:rFonts w:ascii="Consolas" w:hAnsi="Consolas"/>
          <w:b w:val="0"/>
          <w:i w:val="0"/>
          <w:sz w:val="20"/>
        </w:rPr>
        <w:t>'nile': 'egypt'</w:t>
      </w:r>
      <w:r>
        <w:rPr>
          <w:b w:val="0"/>
          <w:i w:val="0"/>
        </w:rPr>
        <w:t>.</w:t>
      </w:r>
    </w:p>
    <w:p>
      <w:pPr>
        <w:spacing w:after="80"/>
        <w:ind w:left="360"/>
      </w:pPr>
      <w:r>
        <w:t xml:space="preserve">• </w:t>
      </w:r>
      <w:r>
        <w:rPr>
          <w:b w:val="0"/>
          <w:i w:val="0"/>
        </w:rPr>
        <w:t xml:space="preserve">Dùng một vòng lặp để in một câu về mỗi con sông, chẳng hạn như </w:t>
      </w:r>
      <w:r>
        <w:rPr>
          <w:b w:val="0"/>
          <w:i/>
        </w:rPr>
        <w:t>The Nile runs through Egypt</w:t>
      </w:r>
      <w:r>
        <w:rPr>
          <w:b w:val="0"/>
          <w:i w:val="0"/>
        </w:rPr>
        <w:t>.</w:t>
      </w:r>
    </w:p>
    <w:p>
      <w:pPr>
        <w:spacing w:after="80"/>
        <w:ind w:left="360"/>
      </w:pPr>
      <w:r>
        <w:t xml:space="preserve">• </w:t>
      </w:r>
      <w:r>
        <w:rPr>
          <w:b w:val="0"/>
          <w:i w:val="0"/>
        </w:rPr>
        <w:t>Dùng một vòng lặp để in tên của mỗi con sông có trong dictionary.</w:t>
      </w:r>
    </w:p>
    <w:p>
      <w:pPr>
        <w:spacing w:after="80"/>
        <w:ind w:left="360"/>
      </w:pPr>
      <w:r>
        <w:t xml:space="preserve">• </w:t>
      </w:r>
      <w:r>
        <w:rPr>
          <w:b w:val="0"/>
          <w:i w:val="0"/>
        </w:rPr>
        <w:t>Dùng một vòng lặp để in tên của mỗi quốc gia có trong dictionary.</w:t>
      </w:r>
    </w:p>
    <w:p>
      <w:pPr>
        <w:spacing w:after="80"/>
      </w:pPr>
      <w:r>
        <w:rPr>
          <w:b/>
          <w:i w:val="0"/>
        </w:rPr>
        <w:t xml:space="preserve">6-6. Thăm dò ý kiến: </w:t>
      </w:r>
      <w:r>
        <w:rPr>
          <w:b w:val="0"/>
          <w:i w:val="0"/>
        </w:rPr>
        <w:t xml:space="preserve">Dùng đoạn code trong </w:t>
      </w:r>
      <w:r>
        <w:rPr>
          <w:b w:val="0"/>
          <w:i/>
        </w:rPr>
        <w:t>favorite_languages.py</w:t>
      </w:r>
      <w:r>
        <w:rPr>
          <w:b w:val="0"/>
          <w:i w:val="0"/>
        </w:rPr>
        <w:t xml:space="preserve"> (trang 96).</w:t>
      </w:r>
    </w:p>
    <w:p>
      <w:pPr>
        <w:spacing w:after="80"/>
        <w:ind w:left="360"/>
      </w:pPr>
      <w:r>
        <w:t xml:space="preserve">• </w:t>
      </w:r>
      <w:r>
        <w:rPr>
          <w:b w:val="0"/>
          <w:i w:val="0"/>
        </w:rPr>
        <w:t>Tạo một danh sách những người nên tham gia cuộc thăm dò về ngôn ngữ yêu thích. Bao gồm một vài cái tên đã có trong dictionary và một vài cái tên chưa có.</w:t>
      </w:r>
    </w:p>
    <w:p>
      <w:pPr>
        <w:spacing w:after="80"/>
        <w:ind w:left="360"/>
      </w:pPr>
      <w:r>
        <w:t xml:space="preserve">• </w:t>
      </w:r>
      <w:r>
        <w:rPr>
          <w:b w:val="0"/>
          <w:i w:val="0"/>
        </w:rPr>
        <w:t>Lặp qua danh sách những người nên tham gia cuộc thăm dò. Nếu họ đã tham gia rồi, in một thông báo cảm ơn họ đã phản hồi. Nếu họ chưa tham gia, in một thông báo mời họ tham gia cuộc thăm dò.</w:t>
      </w:r>
    </w:p>
    <w:p>
      <w:pPr>
        <w:pStyle w:val="Heading2"/>
      </w:pPr>
      <w:r>
        <w:rPr>
          <w:rFonts w:ascii="Calibri" w:hAnsi="Calibri"/>
          <w:b/>
          <w:i w:val="0"/>
          <w:sz w:val="32"/>
        </w:rPr>
        <w:t>Lồng ghép</w:t>
      </w:r>
    </w:p>
    <w:p>
      <w:pPr>
        <w:spacing w:after="80"/>
      </w:pPr>
      <w:r>
        <w:rPr>
          <w:b w:val="0"/>
          <w:i w:val="0"/>
        </w:rPr>
        <w:t xml:space="preserve">Đôi khi bạn sẽ muốn lưu nhiều dictionary trong một list, hoặc lưu một list các mục làm giá trị trong một dictionary. Việc này được gọi là </w:t>
      </w:r>
      <w:r>
        <w:rPr>
          <w:b w:val="0"/>
          <w:i/>
        </w:rPr>
        <w:t>lồng ghép</w:t>
      </w:r>
      <w:r>
        <w:rPr>
          <w:b w:val="0"/>
          <w:i w:val="0"/>
        </w:rPr>
        <w:t xml:space="preserve"> (nesting). Bạn có thể lồng dictionary bên trong một list, lồng một list các mục bên trong một dictionary, hoặc thậm chí lồng một dictionary bên trong một dictionary khác. Lồng ghép là một tính năng mạnh mẽ, như các ví dụ sau đây sẽ minh họa.</w:t>
      </w:r>
    </w:p>
    <w:p>
      <w:pPr>
        <w:pStyle w:val="Heading3"/>
      </w:pPr>
      <w:r>
        <w:rPr>
          <w:rFonts w:ascii="Calibri" w:hAnsi="Calibri"/>
          <w:b/>
          <w:i w:val="0"/>
          <w:sz w:val="27"/>
        </w:rPr>
        <w:t>Một list các dictionary</w:t>
      </w:r>
    </w:p>
    <w:p>
      <w:pPr>
        <w:spacing w:after="80"/>
      </w:pPr>
      <w:r>
        <w:rPr>
          <w:b w:val="0"/>
          <w:i w:val="0"/>
        </w:rPr>
        <w:t xml:space="preserve">Dictionary </w:t>
      </w:r>
      <w:r>
        <w:rPr>
          <w:rFonts w:ascii="Consolas" w:hAnsi="Consolas"/>
          <w:b w:val="0"/>
          <w:i w:val="0"/>
          <w:sz w:val="20"/>
        </w:rPr>
        <w:t>alien_0</w:t>
      </w:r>
      <w:r>
        <w:rPr>
          <w:b w:val="0"/>
          <w:i w:val="0"/>
        </w:rPr>
        <w:t xml:space="preserve"> chứa đủ loại thông tin về một người ngoài hành tinh, nhưng nó không có chỗ để lưu thông tin về người ngoài hành tinh thứ hai, chứ đừng nói đến cả một màn hình đầy người ngoài hành tinh. Làm sao bạn có thể quản lý cả một đội quân người ngoài hành tinh? Một cách là tạo một list những người ngoài hành tinh, trong đó mỗi người ngoài hành tinh là một dictionary chứa thông tin về người đó. Ví dụ, đoạn code sau đây tạo một list gồm ba người ngoài hành tinh:</w:t>
      </w:r>
    </w:p>
    <w:p>
      <w:pPr>
        <w:spacing w:after="80"/>
      </w:pPr>
      <w:r>
        <w:rPr>
          <w:b w:val="0"/>
          <w:i w:val="0"/>
        </w:rPr>
        <w:t>aliens.py</w:t>
      </w:r>
    </w:p>
    <w:p>
      <w:pPr>
        <w:spacing w:after="0"/>
        <w:ind w:left="360"/>
        <w:shd w:val="clear" w:color="auto" w:fill="F2F2F2"/>
      </w:pPr>
      <w:r>
        <w:rPr>
          <w:rFonts w:ascii="Consolas" w:hAnsi="Consolas"/>
          <w:b w:val="0"/>
          <w:i w:val="0"/>
          <w:sz w:val="18"/>
        </w:rPr>
        <w:t>alien_0 = {'color': 'green', 'points': 5}</w:t>
      </w:r>
    </w:p>
    <w:p>
      <w:pPr>
        <w:spacing w:after="0"/>
        <w:ind w:left="360"/>
        <w:shd w:val="clear" w:color="auto" w:fill="F2F2F2"/>
      </w:pPr>
      <w:r>
        <w:rPr>
          <w:rFonts w:ascii="Consolas" w:hAnsi="Consolas"/>
          <w:b w:val="0"/>
          <w:i w:val="0"/>
          <w:sz w:val="18"/>
        </w:rPr>
        <w:t>alien_1 = {'color': 'yellow', 'points': 10}</w:t>
      </w:r>
    </w:p>
    <w:p>
      <w:pPr>
        <w:spacing w:after="0"/>
        <w:ind w:left="360"/>
        <w:shd w:val="clear" w:color="auto" w:fill="F2F2F2"/>
      </w:pPr>
      <w:r>
        <w:rPr>
          <w:rFonts w:ascii="Consolas" w:hAnsi="Consolas"/>
          <w:b w:val="0"/>
          <w:i w:val="0"/>
          <w:sz w:val="18"/>
        </w:rPr>
        <w:t>alien_2 = {'color': 'red', 'points': 15}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aliens = [alien_0, alien_1, alien_2]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alien in aliens:</w:t>
      </w:r>
    </w:p>
    <w:p>
      <w:pPr>
        <w:spacing w:after="0"/>
        <w:ind w:left="360"/>
        <w:shd w:val="clear" w:color="auto" w:fill="F2F2F2"/>
      </w:pPr>
      <w:r>
        <w:rPr>
          <w:rFonts w:ascii="Consolas" w:hAnsi="Consolas"/>
          <w:b w:val="0"/>
          <w:i w:val="0"/>
          <w:sz w:val="18"/>
        </w:rPr>
        <w:t xml:space="preserve">    print(alien)</w:t>
      </w:r>
    </w:p>
    <w:p>
      <w:pPr>
        <w:spacing w:after="40"/>
      </w:pPr>
    </w:p>
    <w:p>
      <w:pPr>
        <w:spacing w:after="80"/>
      </w:pPr>
      <w:r>
        <w:rPr>
          <w:b w:val="0"/>
          <w:i w:val="0"/>
        </w:rPr>
        <w:t xml:space="preserve">Đầu tiên chúng ta tạo ba dictionary, mỗi cái đại diện cho một người ngoài hành tinh khác nhau. Chúng ta lưu từng dictionary này vào một list tên là </w:t>
      </w:r>
      <w:r>
        <w:rPr>
          <w:rFonts w:ascii="Consolas" w:hAnsi="Consolas"/>
          <w:b w:val="0"/>
          <w:i w:val="0"/>
          <w:sz w:val="20"/>
        </w:rPr>
        <w:t>aliens</w:t>
      </w:r>
      <w:r>
        <w:rPr>
          <w:b w:val="0"/>
          <w:i w:val="0"/>
        </w:rPr>
        <w:t xml:space="preserve"> ❶. Cuối cùng, chúng ta lặp qua list và in ra từng người ngoài hành tinh:</w:t>
      </w:r>
    </w:p>
    <w:p>
      <w:pPr>
        <w:spacing w:after="80"/>
      </w:pPr>
      <w:r>
        <w:rPr>
          <w:b w:val="0"/>
          <w:i w:val="0"/>
        </w:rPr>
        <w:t>{'color': 'green', 'points': 5}</w:t>
      </w:r>
      <w:r>
        <w:br/>
      </w:r>
      <w:r>
        <w:rPr>
          <w:b w:val="0"/>
          <w:i w:val="0"/>
        </w:rPr>
        <w:t>{'color': 'yellow', 'points': 10}</w:t>
      </w:r>
      <w:r>
        <w:br/>
      </w:r>
      <w:r>
        <w:rPr>
          <w:b w:val="0"/>
          <w:i w:val="0"/>
        </w:rPr>
        <w:t>{'color': 'red', 'points': 15}</w:t>
      </w:r>
    </w:p>
    <w:p>
      <w:pPr>
        <w:spacing w:after="80"/>
      </w:pPr>
      <w:r>
        <w:rPr>
          <w:b w:val="0"/>
          <w:i w:val="0"/>
        </w:rPr>
        <w:t xml:space="preserve">Một ví dụ thực tế hơn sẽ liên quan đến nhiều hơn ba người ngoài hành tinh với đoạn code tự động tạo ra từng người một. Trong ví dụ sau, chúng ta dùng </w:t>
      </w:r>
      <w:r>
        <w:rPr>
          <w:rFonts w:ascii="Consolas" w:hAnsi="Consolas"/>
          <w:b w:val="0"/>
          <w:i w:val="0"/>
          <w:sz w:val="20"/>
        </w:rPr>
        <w:t>range()</w:t>
      </w:r>
      <w:r>
        <w:rPr>
          <w:b w:val="0"/>
          <w:i w:val="0"/>
        </w:rPr>
        <w:t xml:space="preserve"> để tạo một đội quân gồm 30 người ngoài hành tinh:</w:t>
      </w:r>
    </w:p>
    <w:p>
      <w:pPr>
        <w:spacing w:after="0"/>
        <w:ind w:left="360"/>
        <w:shd w:val="clear" w:color="auto" w:fill="F2F2F2"/>
      </w:pPr>
      <w:r>
        <w:rPr>
          <w:rFonts w:ascii="Consolas" w:hAnsi="Consolas"/>
          <w:b w:val="0"/>
          <w:i w:val="0"/>
          <w:sz w:val="18"/>
        </w:rPr>
        <w:t># Make an empty list for storing aliens.</w:t>
      </w:r>
    </w:p>
    <w:p>
      <w:pPr>
        <w:spacing w:after="0"/>
        <w:ind w:left="360"/>
        <w:shd w:val="clear" w:color="auto" w:fill="F2F2F2"/>
      </w:pPr>
      <w:r>
        <w:rPr>
          <w:rFonts w:ascii="Consolas" w:hAnsi="Consolas"/>
          <w:b w:val="0"/>
          <w:i w:val="0"/>
          <w:sz w:val="18"/>
        </w:rPr>
        <w:t>aliens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30 green aliens.</w:t>
      </w:r>
    </w:p>
    <w:p>
      <w:pPr>
        <w:spacing w:after="0"/>
        <w:ind w:left="360"/>
        <w:shd w:val="clear" w:color="auto" w:fill="F2F2F2"/>
      </w:pPr>
      <w:r>
        <w:rPr>
          <w:rFonts w:ascii="Consolas" w:hAnsi="Consolas"/>
          <w:b w:val="0"/>
          <w:i w:val="0"/>
          <w:sz w:val="18"/>
        </w:rPr>
        <w:t>❶ for alien_number in range(30):</w:t>
      </w:r>
    </w:p>
    <w:p>
      <w:pPr>
        <w:spacing w:after="0"/>
        <w:ind w:left="360"/>
        <w:shd w:val="clear" w:color="auto" w:fill="F2F2F2"/>
      </w:pPr>
      <w:r>
        <w:rPr>
          <w:rFonts w:ascii="Consolas" w:hAnsi="Consolas"/>
          <w:b w:val="0"/>
          <w:i w:val="0"/>
          <w:sz w:val="18"/>
        </w:rPr>
        <w:t>❷     new_alien = {'color': 'green', 'points': 5, 'speed': 'slow'}</w:t>
      </w:r>
    </w:p>
    <w:p>
      <w:pPr>
        <w:spacing w:after="0"/>
        <w:ind w:left="360"/>
        <w:shd w:val="clear" w:color="auto" w:fill="F2F2F2"/>
      </w:pPr>
      <w:r>
        <w:rPr>
          <w:rFonts w:ascii="Consolas" w:hAnsi="Consolas"/>
          <w:b w:val="0"/>
          <w:i w:val="0"/>
          <w:sz w:val="18"/>
        </w:rPr>
        <w:t>❸     aliens.append(new_alien)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Show the first 5 aliens.</w:t>
      </w:r>
    </w:p>
    <w:p>
      <w:pPr>
        <w:spacing w:after="0"/>
        <w:ind w:left="360"/>
        <w:shd w:val="clear" w:color="auto" w:fill="F2F2F2"/>
      </w:pPr>
      <w:r>
        <w:rPr>
          <w:rFonts w:ascii="Consolas" w:hAnsi="Consolas"/>
          <w:b w:val="0"/>
          <w:i w:val="0"/>
          <w:sz w:val="18"/>
        </w:rPr>
        <w:t>❹ for alien in aliens[:5]:</w:t>
      </w:r>
    </w:p>
    <w:p>
      <w:pPr>
        <w:spacing w:after="0"/>
        <w:ind w:left="360"/>
        <w:shd w:val="clear" w:color="auto" w:fill="F2F2F2"/>
      </w:pPr>
      <w:r>
        <w:rPr>
          <w:rFonts w:ascii="Consolas" w:hAnsi="Consolas"/>
          <w:b w:val="0"/>
          <w:i w:val="0"/>
          <w:sz w:val="18"/>
        </w:rPr>
        <w:t xml:space="preserve">    print(alien)</w:t>
      </w:r>
    </w:p>
    <w:p>
      <w:pPr>
        <w:spacing w:after="0"/>
        <w:ind w:left="360"/>
        <w:shd w:val="clear" w:color="auto" w:fill="F2F2F2"/>
      </w:pPr>
      <w:r>
        <w:rPr>
          <w:rFonts w:ascii="Consolas" w:hAnsi="Consolas"/>
          <w:b w:val="0"/>
          <w:i w:val="0"/>
          <w:sz w:val="18"/>
        </w:rPr>
        <w:t>print("...")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Show how many aliens have been created.</w:t>
      </w:r>
    </w:p>
    <w:p>
      <w:pPr>
        <w:spacing w:after="0"/>
        <w:ind w:left="360"/>
        <w:shd w:val="clear" w:color="auto" w:fill="F2F2F2"/>
      </w:pPr>
      <w:r>
        <w:rPr>
          <w:rFonts w:ascii="Consolas" w:hAnsi="Consolas"/>
          <w:b w:val="0"/>
          <w:i w:val="0"/>
          <w:sz w:val="18"/>
        </w:rPr>
        <w:t>print(f"Total number of aliens: {len(aliens)}")</w:t>
      </w:r>
    </w:p>
    <w:p>
      <w:pPr>
        <w:spacing w:after="40"/>
      </w:pPr>
    </w:p>
    <w:p>
      <w:pPr>
        <w:spacing w:after="80"/>
      </w:pPr>
      <w:r>
        <w:rPr>
          <w:b w:val="0"/>
          <w:i w:val="0"/>
        </w:rPr>
        <w:t xml:space="preserve">Ví dụ này bắt đầu với một list rỗng để chứa tất cả những người ngoài hành tinh sẽ được tạo ra. Hàm </w:t>
      </w:r>
      <w:r>
        <w:rPr>
          <w:rFonts w:ascii="Consolas" w:hAnsi="Consolas"/>
          <w:b w:val="0"/>
          <w:i w:val="0"/>
          <w:sz w:val="20"/>
        </w:rPr>
        <w:t>range()</w:t>
      </w:r>
      <w:r>
        <w:rPr>
          <w:b w:val="0"/>
          <w:i w:val="0"/>
        </w:rPr>
        <w:t xml:space="preserve"> ❶ trả về một dãy số, chỉ đơn giản cho Python biết chúng ta muốn vòng lặp lặp lại bao nhiêu lần. Mỗi lần vòng lặp chạy, chúng ta tạo một người ngoài hành tinh mới ❷ rồi thêm từng người mới vào list </w:t>
      </w:r>
      <w:r>
        <w:rPr>
          <w:rFonts w:ascii="Consolas" w:hAnsi="Consolas"/>
          <w:b w:val="0"/>
          <w:i w:val="0"/>
          <w:sz w:val="20"/>
        </w:rPr>
        <w:t>aliens</w:t>
      </w:r>
      <w:r>
        <w:rPr>
          <w:b w:val="0"/>
          <w:i w:val="0"/>
        </w:rPr>
        <w:t xml:space="preserve"> ❸. Chúng ta dùng slice để in ra năm người ngoài hành tinh đầu tiên ❹, và cuối cùng, chúng ta in độ dài của list để chứng minh rằng chúng ta thực sự đã tạo ra đủ đội quân 30 người ngoài hành tinh:</w:t>
      </w:r>
    </w:p>
    <w:p>
      <w:pPr>
        <w:spacing w:after="80"/>
      </w:pPr>
      <w:r>
        <w:rPr>
          <w:b w:val="0"/>
          <w:i w:val="0"/>
        </w:rPr>
        <w:t>{'color': 'green', 'points': 5, 'speed': 'slow'}</w:t>
      </w:r>
      <w:r>
        <w:br/>
      </w:r>
      <w:r>
        <w:rPr>
          <w:b w:val="0"/>
          <w:i w:val="0"/>
        </w:rPr>
        <w:t>{'color': 'green', 'points': 5, 'speed': 'slow'}</w:t>
      </w:r>
      <w:r>
        <w:br/>
      </w:r>
      <w:r>
        <w:rPr>
          <w:b w:val="0"/>
          <w:i w:val="0"/>
        </w:rPr>
        <w:t>{'color': 'green', 'points': 5, 'speed': 'slow'}</w:t>
      </w:r>
      <w:r>
        <w:br/>
      </w:r>
      <w:r>
        <w:rPr>
          <w:b w:val="0"/>
          <w:i w:val="0"/>
        </w:rPr>
        <w:t>{'color': 'green', 'points': 5, 'speed': 'slow'}</w:t>
      </w:r>
      <w:r>
        <w:br/>
      </w:r>
      <w:r>
        <w:rPr>
          <w:b w:val="0"/>
          <w:i w:val="0"/>
        </w:rPr>
        <w:t>{'color': 'green', 'points': 5, 'speed': 'slow'}</w:t>
      </w:r>
      <w:r>
        <w:br/>
      </w:r>
      <w:r>
        <w:rPr>
          <w:b w:val="0"/>
          <w:i w:val="0"/>
        </w:rPr>
        <w:t>...</w:t>
      </w:r>
      <w:r>
        <w:br/>
      </w:r>
      <w:r>
        <w:br/>
      </w:r>
      <w:r>
        <w:rPr>
          <w:b w:val="0"/>
          <w:i w:val="0"/>
        </w:rPr>
        <w:t>Total number of aliens: 30</w:t>
      </w:r>
    </w:p>
    <w:p>
      <w:pPr>
        <w:spacing w:after="80"/>
      </w:pPr>
      <w:r>
        <w:rPr>
          <w:b w:val="0"/>
          <w:i w:val="0"/>
        </w:rPr>
        <w:t>Những người ngoài hành tinh này đều có cùng đặc điểm, nhưng Python coi mỗi người là một đối tượng (object) riêng biệt, điều này cho phép chúng ta chỉnh sửa từng người ngoài hành tinh một cách độc lập.</w:t>
      </w:r>
    </w:p>
    <w:p>
      <w:pPr>
        <w:spacing w:after="80"/>
      </w:pPr>
      <w:r>
        <w:rPr>
          <w:b w:val="0"/>
          <w:i w:val="0"/>
        </w:rPr>
        <w:t xml:space="preserve">Làm sao bạn có thể xử lý một nhóm người ngoài hành tinh như thế này? Hãy tưởng tượng rằng một khía cạnh của trò chơi có một số người ngoài hành tinh đổi màu và di chuyển nhanh hơn khi trò chơi tiến triển. Khi đến lúc đổi màu, chúng ta có thể dùng vòng lặp </w:t>
      </w:r>
      <w:r>
        <w:rPr>
          <w:rFonts w:ascii="Consolas" w:hAnsi="Consolas"/>
          <w:b w:val="0"/>
          <w:i w:val="0"/>
          <w:sz w:val="20"/>
        </w:rPr>
        <w:t>for</w:t>
      </w:r>
      <w:r>
        <w:rPr>
          <w:b w:val="0"/>
          <w:i w:val="0"/>
        </w:rPr>
        <w:t xml:space="preserve"> và câu lệnh </w:t>
      </w:r>
      <w:r>
        <w:rPr>
          <w:rFonts w:ascii="Consolas" w:hAnsi="Consolas"/>
          <w:b w:val="0"/>
          <w:i w:val="0"/>
          <w:sz w:val="20"/>
        </w:rPr>
        <w:t>if</w:t>
      </w:r>
      <w:r>
        <w:rPr>
          <w:b w:val="0"/>
          <w:i w:val="0"/>
        </w:rPr>
        <w:t xml:space="preserve"> để đổi màu của những người ngoài hành tinh. Ví dụ, để đổi ba người ngoài hành tinh đầu tiên thành màu vàng, loại di chuyển tốc độ trung bình, mỗi con đáng 10 điểm, chúng ta có thể làm như sau:</w:t>
      </w:r>
    </w:p>
    <w:p>
      <w:pPr>
        <w:spacing w:after="0"/>
        <w:ind w:left="360"/>
        <w:shd w:val="clear" w:color="auto" w:fill="F2F2F2"/>
      </w:pPr>
      <w:r>
        <w:rPr>
          <w:rFonts w:ascii="Consolas" w:hAnsi="Consolas"/>
          <w:b w:val="0"/>
          <w:i w:val="0"/>
          <w:sz w:val="18"/>
        </w:rPr>
        <w:t># Make an empty list for storing aliens.</w:t>
      </w:r>
    </w:p>
    <w:p>
      <w:pPr>
        <w:spacing w:after="0"/>
        <w:ind w:left="360"/>
        <w:shd w:val="clear" w:color="auto" w:fill="F2F2F2"/>
      </w:pPr>
      <w:r>
        <w:rPr>
          <w:rFonts w:ascii="Consolas" w:hAnsi="Consolas"/>
          <w:b w:val="0"/>
          <w:i w:val="0"/>
          <w:sz w:val="18"/>
        </w:rPr>
        <w:t>aliens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30 green aliens.</w:t>
      </w:r>
    </w:p>
    <w:p>
      <w:pPr>
        <w:spacing w:after="0"/>
        <w:ind w:left="360"/>
        <w:shd w:val="clear" w:color="auto" w:fill="F2F2F2"/>
      </w:pPr>
      <w:r>
        <w:rPr>
          <w:rFonts w:ascii="Consolas" w:hAnsi="Consolas"/>
          <w:b w:val="0"/>
          <w:i w:val="0"/>
          <w:sz w:val="18"/>
        </w:rPr>
        <w:t>for alien_number in range (30):</w:t>
      </w:r>
    </w:p>
    <w:p>
      <w:pPr>
        <w:spacing w:after="0"/>
        <w:ind w:left="360"/>
        <w:shd w:val="clear" w:color="auto" w:fill="F2F2F2"/>
      </w:pPr>
      <w:r>
        <w:rPr>
          <w:rFonts w:ascii="Consolas" w:hAnsi="Consolas"/>
          <w:b w:val="0"/>
          <w:i w:val="0"/>
          <w:sz w:val="18"/>
        </w:rPr>
        <w:t xml:space="preserve">    new_alien = {'color': 'green', 'points': 5, 'speed': 'slow'}</w:t>
      </w:r>
    </w:p>
    <w:p>
      <w:pPr>
        <w:spacing w:after="0"/>
        <w:ind w:left="360"/>
        <w:shd w:val="clear" w:color="auto" w:fill="F2F2F2"/>
      </w:pPr>
      <w:r>
        <w:rPr>
          <w:rFonts w:ascii="Consolas" w:hAnsi="Consolas"/>
          <w:b w:val="0"/>
          <w:i w:val="0"/>
          <w:sz w:val="18"/>
        </w:rPr>
        <w:t xml:space="preserve">    aliens.append(new_alien)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alien in aliens[:3]:</w:t>
      </w:r>
    </w:p>
    <w:p>
      <w:pPr>
        <w:spacing w:after="0"/>
        <w:ind w:left="360"/>
        <w:shd w:val="clear" w:color="auto" w:fill="F2F2F2"/>
      </w:pPr>
      <w:r>
        <w:rPr>
          <w:rFonts w:ascii="Consolas" w:hAnsi="Consolas"/>
          <w:b w:val="0"/>
          <w:i w:val="0"/>
          <w:sz w:val="18"/>
        </w:rPr>
        <w:t xml:space="preserve">    if alien['color'] == 'green':</w:t>
      </w:r>
    </w:p>
    <w:p>
      <w:pPr>
        <w:spacing w:after="0"/>
        <w:ind w:left="360"/>
        <w:shd w:val="clear" w:color="auto" w:fill="F2F2F2"/>
      </w:pPr>
      <w:r>
        <w:rPr>
          <w:rFonts w:ascii="Consolas" w:hAnsi="Consolas"/>
          <w:b w:val="0"/>
          <w:i w:val="0"/>
          <w:sz w:val="18"/>
        </w:rPr>
        <w:t xml:space="preserve">        alien['color'] = 'yellow'</w:t>
      </w:r>
    </w:p>
    <w:p>
      <w:pPr>
        <w:spacing w:after="0"/>
        <w:ind w:left="360"/>
        <w:shd w:val="clear" w:color="auto" w:fill="F2F2F2"/>
      </w:pPr>
      <w:r>
        <w:rPr>
          <w:rFonts w:ascii="Consolas" w:hAnsi="Consolas"/>
          <w:b w:val="0"/>
          <w:i w:val="0"/>
          <w:sz w:val="18"/>
        </w:rPr>
        <w:t xml:space="preserve">        alien['speed'] = 'medium'</w:t>
      </w:r>
    </w:p>
    <w:p>
      <w:pPr>
        <w:spacing w:after="0"/>
        <w:ind w:left="360"/>
        <w:shd w:val="clear" w:color="auto" w:fill="F2F2F2"/>
      </w:pPr>
      <w:r>
        <w:rPr>
          <w:rFonts w:ascii="Consolas" w:hAnsi="Consolas"/>
          <w:b w:val="0"/>
          <w:i w:val="0"/>
          <w:sz w:val="18"/>
        </w:rPr>
        <w:t xml:space="preserve">        alien['points'] = 10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Show the first 5 aliens.</w:t>
      </w:r>
    </w:p>
    <w:p>
      <w:pPr>
        <w:spacing w:after="0"/>
        <w:ind w:left="360"/>
        <w:shd w:val="clear" w:color="auto" w:fill="F2F2F2"/>
      </w:pPr>
      <w:r>
        <w:rPr>
          <w:rFonts w:ascii="Consolas" w:hAnsi="Consolas"/>
          <w:b w:val="0"/>
          <w:i w:val="0"/>
          <w:sz w:val="18"/>
        </w:rPr>
        <w:t>for alien in aliens[:5]:</w:t>
      </w:r>
    </w:p>
    <w:p>
      <w:pPr>
        <w:spacing w:after="0"/>
        <w:ind w:left="360"/>
        <w:shd w:val="clear" w:color="auto" w:fill="F2F2F2"/>
      </w:pPr>
      <w:r>
        <w:rPr>
          <w:rFonts w:ascii="Consolas" w:hAnsi="Consolas"/>
          <w:b w:val="0"/>
          <w:i w:val="0"/>
          <w:sz w:val="18"/>
        </w:rPr>
        <w:t xml:space="preserve">    print(alien)</w:t>
      </w:r>
    </w:p>
    <w:p>
      <w:pPr>
        <w:spacing w:after="0"/>
        <w:ind w:left="360"/>
        <w:shd w:val="clear" w:color="auto" w:fill="F2F2F2"/>
      </w:pPr>
      <w:r>
        <w:rPr>
          <w:rFonts w:ascii="Consolas" w:hAnsi="Consolas"/>
          <w:b w:val="0"/>
          <w:i w:val="0"/>
          <w:sz w:val="18"/>
        </w:rPr>
        <w:t>print("...")</w:t>
      </w:r>
    </w:p>
    <w:p>
      <w:pPr>
        <w:spacing w:after="40"/>
      </w:pPr>
    </w:p>
    <w:p>
      <w:pPr>
        <w:spacing w:after="80"/>
      </w:pPr>
      <w:r>
        <w:rPr>
          <w:b w:val="0"/>
          <w:i w:val="0"/>
        </w:rPr>
        <w:t xml:space="preserve">Vì chúng ta muốn sửa đổi ba người ngoài hành tinh đầu tiên, chúng ta lặp qua một lát cắt (slice) chỉ bao gồm ba người ngoài hành tinh đầu tiên. Hiện tại tất cả người ngoài hành tinh đều màu xanh lá, nhưng không phải lúc nào cũng vậy, nên chúng ta viết câu lệnh </w:t>
      </w:r>
      <w:r>
        <w:rPr>
          <w:rFonts w:ascii="Consolas" w:hAnsi="Consolas"/>
          <w:b w:val="0"/>
          <w:i w:val="0"/>
          <w:sz w:val="20"/>
        </w:rPr>
        <w:t>if</w:t>
      </w:r>
      <w:r>
        <w:rPr>
          <w:b w:val="0"/>
          <w:i w:val="0"/>
        </w:rPr>
        <w:t xml:space="preserve"> để đảm bảo chỉ sửa đổi những người ngoài hành tinh màu xanh lá. Nếu người ngoài hành tinh có màu xanh lá, chúng ta đổi màu thành </w:t>
      </w:r>
      <w:r>
        <w:rPr>
          <w:rFonts w:ascii="Consolas" w:hAnsi="Consolas"/>
          <w:b w:val="0"/>
          <w:i w:val="0"/>
          <w:sz w:val="20"/>
        </w:rPr>
        <w:t>'yellow'</w:t>
      </w:r>
      <w:r>
        <w:rPr>
          <w:b w:val="0"/>
          <w:i w:val="0"/>
        </w:rPr>
        <w:t xml:space="preserve">, tốc độ thành </w:t>
      </w:r>
      <w:r>
        <w:rPr>
          <w:rFonts w:ascii="Consolas" w:hAnsi="Consolas"/>
          <w:b w:val="0"/>
          <w:i w:val="0"/>
          <w:sz w:val="20"/>
        </w:rPr>
        <w:t>'medium'</w:t>
      </w:r>
      <w:r>
        <w:rPr>
          <w:b w:val="0"/>
          <w:i w:val="0"/>
        </w:rPr>
        <w:t xml:space="preserve">, và giá trị điểm thành </w:t>
      </w:r>
      <w:r>
        <w:rPr>
          <w:rFonts w:ascii="Consolas" w:hAnsi="Consolas"/>
          <w:b w:val="0"/>
          <w:i w:val="0"/>
          <w:sz w:val="20"/>
        </w:rPr>
        <w:t>10</w:t>
      </w:r>
      <w:r>
        <w:rPr>
          <w:b w:val="0"/>
          <w:i w:val="0"/>
        </w:rPr>
        <w:t>, như hiển thị trong kết quả sau:</w:t>
      </w:r>
    </w:p>
    <w:p>
      <w:pPr>
        <w:spacing w:after="80"/>
      </w:pPr>
      <w:r>
        <w:rPr>
          <w:b w:val="0"/>
          <w:i w:val="0"/>
        </w:rPr>
        <w:t>{'color': 'yellow', 'points': 10, 'speed': 'medium'}</w:t>
      </w:r>
      <w:r>
        <w:br/>
      </w:r>
      <w:r>
        <w:rPr>
          <w:b w:val="0"/>
          <w:i w:val="0"/>
        </w:rPr>
        <w:t>{'color': 'yellow', 'points': 10, 'speed': 'medium'}</w:t>
      </w:r>
      <w:r>
        <w:br/>
      </w:r>
      <w:r>
        <w:rPr>
          <w:b w:val="0"/>
          <w:i w:val="0"/>
        </w:rPr>
        <w:t>{'color': 'yellow', 'points': 10, 'speed': 'medium'}</w:t>
      </w:r>
      <w:r>
        <w:br/>
      </w:r>
      <w:r>
        <w:rPr>
          <w:b w:val="0"/>
          <w:i w:val="0"/>
        </w:rPr>
        <w:t>{'color': 'green', 'points': 5, 'speed': 'slow'}</w:t>
      </w:r>
      <w:r>
        <w:br/>
      </w:r>
      <w:r>
        <w:rPr>
          <w:b w:val="0"/>
          <w:i w:val="0"/>
        </w:rPr>
        <w:t>{'color': 'green', 'points': 5, 'speed': 'slow'}</w:t>
      </w:r>
      <w:r>
        <w:br/>
      </w:r>
      <w:r>
        <w:rPr>
          <w:b w:val="0"/>
          <w:i w:val="0"/>
        </w:rPr>
        <w:t>...</w:t>
      </w:r>
    </w:p>
    <w:p>
      <w:pPr>
        <w:spacing w:after="80"/>
      </w:pPr>
      <w:r>
        <w:rPr>
          <w:b w:val="0"/>
          <w:i w:val="0"/>
        </w:rPr>
        <w:t xml:space="preserve">Bạn có thể mở rộng vòng lặp này bằng cách thêm một khối </w:t>
      </w:r>
      <w:r>
        <w:rPr>
          <w:rFonts w:ascii="Consolas" w:hAnsi="Consolas"/>
          <w:b w:val="0"/>
          <w:i w:val="0"/>
          <w:sz w:val="20"/>
        </w:rPr>
        <w:t>elif</w:t>
      </w:r>
      <w:r>
        <w:rPr>
          <w:b w:val="0"/>
          <w:i w:val="0"/>
        </w:rPr>
        <w:t xml:space="preserve"> để biến những người ngoài hành tinh màu vàng thành màu đỏ, loại di chuyển nhanh, mỗi con đáng 15 điểm. Không cần hiển thị lại toàn bộ chương trình, vòng lặp đó sẽ trông như thế này:</w:t>
      </w:r>
    </w:p>
    <w:p>
      <w:pPr>
        <w:spacing w:after="0"/>
        <w:ind w:left="360"/>
        <w:shd w:val="clear" w:color="auto" w:fill="F2F2F2"/>
      </w:pPr>
      <w:r>
        <w:rPr>
          <w:rFonts w:ascii="Consolas" w:hAnsi="Consolas"/>
          <w:b w:val="0"/>
          <w:i w:val="0"/>
          <w:sz w:val="18"/>
        </w:rPr>
        <w:t>for alien in aliens[0:3]:</w:t>
      </w:r>
    </w:p>
    <w:p>
      <w:pPr>
        <w:spacing w:after="0"/>
        <w:ind w:left="360"/>
        <w:shd w:val="clear" w:color="auto" w:fill="F2F2F2"/>
      </w:pPr>
      <w:r>
        <w:rPr>
          <w:rFonts w:ascii="Consolas" w:hAnsi="Consolas"/>
          <w:b w:val="0"/>
          <w:i w:val="0"/>
          <w:sz w:val="18"/>
        </w:rPr>
        <w:t xml:space="preserve">    if alien['color'] == 'green':</w:t>
      </w:r>
    </w:p>
    <w:p>
      <w:pPr>
        <w:spacing w:after="0"/>
        <w:ind w:left="360"/>
        <w:shd w:val="clear" w:color="auto" w:fill="F2F2F2"/>
      </w:pPr>
      <w:r>
        <w:rPr>
          <w:rFonts w:ascii="Consolas" w:hAnsi="Consolas"/>
          <w:b w:val="0"/>
          <w:i w:val="0"/>
          <w:sz w:val="18"/>
        </w:rPr>
        <w:t xml:space="preserve">        alien['color'] = 'yellow'</w:t>
      </w:r>
    </w:p>
    <w:p>
      <w:pPr>
        <w:spacing w:after="0"/>
        <w:ind w:left="360"/>
        <w:shd w:val="clear" w:color="auto" w:fill="F2F2F2"/>
      </w:pPr>
      <w:r>
        <w:rPr>
          <w:rFonts w:ascii="Consolas" w:hAnsi="Consolas"/>
          <w:b w:val="0"/>
          <w:i w:val="0"/>
          <w:sz w:val="18"/>
        </w:rPr>
        <w:t xml:space="preserve">        alien['speed'] = 'medium'</w:t>
      </w:r>
    </w:p>
    <w:p>
      <w:pPr>
        <w:spacing w:after="0"/>
        <w:ind w:left="360"/>
        <w:shd w:val="clear" w:color="auto" w:fill="F2F2F2"/>
      </w:pPr>
      <w:r>
        <w:rPr>
          <w:rFonts w:ascii="Consolas" w:hAnsi="Consolas"/>
          <w:b w:val="0"/>
          <w:i w:val="0"/>
          <w:sz w:val="18"/>
        </w:rPr>
        <w:t xml:space="preserve">        alien['points'] = 10</w:t>
      </w:r>
    </w:p>
    <w:p>
      <w:pPr>
        <w:spacing w:after="0"/>
        <w:ind w:left="360"/>
        <w:shd w:val="clear" w:color="auto" w:fill="F2F2F2"/>
      </w:pPr>
      <w:r>
        <w:rPr>
          <w:rFonts w:ascii="Consolas" w:hAnsi="Consolas"/>
          <w:b w:val="0"/>
          <w:i w:val="0"/>
          <w:sz w:val="18"/>
        </w:rPr>
        <w:t xml:space="preserve">    elif alien['color'] == 'yellow':</w:t>
      </w:r>
    </w:p>
    <w:p>
      <w:pPr>
        <w:spacing w:after="0"/>
        <w:ind w:left="360"/>
        <w:shd w:val="clear" w:color="auto" w:fill="F2F2F2"/>
      </w:pPr>
      <w:r>
        <w:rPr>
          <w:rFonts w:ascii="Consolas" w:hAnsi="Consolas"/>
          <w:b w:val="0"/>
          <w:i w:val="0"/>
          <w:sz w:val="18"/>
        </w:rPr>
        <w:t xml:space="preserve">        alien['color'] = 'red'</w:t>
      </w:r>
    </w:p>
    <w:p>
      <w:pPr>
        <w:spacing w:after="0"/>
        <w:ind w:left="360"/>
        <w:shd w:val="clear" w:color="auto" w:fill="F2F2F2"/>
      </w:pPr>
      <w:r>
        <w:rPr>
          <w:rFonts w:ascii="Consolas" w:hAnsi="Consolas"/>
          <w:b w:val="0"/>
          <w:i w:val="0"/>
          <w:sz w:val="18"/>
        </w:rPr>
        <w:t xml:space="preserve">        alien['speed'] = 'fast'</w:t>
      </w:r>
    </w:p>
    <w:p>
      <w:pPr>
        <w:spacing w:after="0"/>
        <w:ind w:left="360"/>
        <w:shd w:val="clear" w:color="auto" w:fill="F2F2F2"/>
      </w:pPr>
      <w:r>
        <w:rPr>
          <w:rFonts w:ascii="Consolas" w:hAnsi="Consolas"/>
          <w:b w:val="0"/>
          <w:i w:val="0"/>
          <w:sz w:val="18"/>
        </w:rPr>
        <w:t xml:space="preserve">        alien['points'] = 15</w:t>
      </w:r>
    </w:p>
    <w:p>
      <w:pPr>
        <w:spacing w:after="40"/>
      </w:pPr>
    </w:p>
    <w:p>
      <w:pPr>
        <w:spacing w:after="80"/>
      </w:pPr>
      <w:r>
        <w:rPr>
          <w:b w:val="0"/>
          <w:i w:val="0"/>
        </w:rPr>
        <w:t xml:space="preserve">Việc lưu trữ một số lượng từ điển (dictionary) trong một danh sách (list) là chuyện thường gặp khi mỗi từ điển chứa nhiều loại thông tin về một đối tượng. Ví dụ, bạn có thể tạo một từ điển cho mỗi người dùng trên một trang web, như chúng ta đã làm trong </w:t>
      </w:r>
      <w:r>
        <w:rPr>
          <w:b w:val="0"/>
          <w:i/>
        </w:rPr>
        <w:t>user.py</w:t>
      </w:r>
      <w:r>
        <w:rPr>
          <w:b w:val="0"/>
          <w:i w:val="0"/>
        </w:rPr>
        <w:t xml:space="preserve"> ở trang 99, và lưu từng từ điển riêng lẻ vào một danh sách gọi là </w:t>
      </w:r>
      <w:r>
        <w:rPr>
          <w:rFonts w:ascii="Consolas" w:hAnsi="Consolas"/>
          <w:b w:val="0"/>
          <w:i w:val="0"/>
          <w:sz w:val="20"/>
        </w:rPr>
        <w:t>users</w:t>
      </w:r>
      <w:r>
        <w:rPr>
          <w:b w:val="0"/>
          <w:i w:val="0"/>
        </w:rPr>
        <w:t>. Tất cả các từ điển trong danh sách nên có cấu trúc giống hệt nhau, để bạn có thể lặp qua danh sách và xử lý từng đối tượng từ điển theo cùng một cách.</w:t>
      </w:r>
    </w:p>
    <w:p>
      <w:pPr>
        <w:pStyle w:val="Heading3"/>
      </w:pPr>
      <w:r>
        <w:rPr>
          <w:rFonts w:ascii="Calibri" w:hAnsi="Calibri"/>
          <w:b/>
          <w:i w:val="0"/>
          <w:sz w:val="27"/>
        </w:rPr>
        <w:t>Danh sách trong Từ điển</w:t>
      </w:r>
    </w:p>
    <w:p>
      <w:pPr>
        <w:spacing w:after="80"/>
      </w:pPr>
      <w:r>
        <w:rPr>
          <w:b w:val="0"/>
          <w:i w:val="0"/>
        </w:rPr>
        <w:t>Thay vì đặt một từ điển bên trong một danh sách, đôi khi sẽ hữu ích hơn nếu đặt một danh sách bên trong một từ điển. Ví dụ, hãy nghĩ đến cách bạn có thể mô tả một chiếc pizza mà ai đó đang đặt. Nếu bạn chỉ dùng một danh sách, tất cả những gì bạn thực sự có thể lưu trữ chỉ là danh sách các loại nhân (topping) của chiếc pizza. Với một từ điển, danh sách nhân có thể chỉ là một khía cạnh của chiếc pizza mà bạn đang mô tả.</w:t>
      </w:r>
    </w:p>
    <w:p>
      <w:pPr>
        <w:spacing w:after="80"/>
      </w:pPr>
      <w:r>
        <w:rPr>
          <w:b w:val="0"/>
          <w:i w:val="0"/>
        </w:rPr>
        <w:t xml:space="preserve">Trong ví dụ sau, hai loại thông tin được lưu trữ cho mỗi chiếc pizza: một loại đế bánh và một danh sách các loại nhân. Danh sách nhân là một giá trị (value) gắn với khóa (key) </w:t>
      </w:r>
      <w:r>
        <w:rPr>
          <w:rFonts w:ascii="Consolas" w:hAnsi="Consolas"/>
          <w:b w:val="0"/>
          <w:i w:val="0"/>
          <w:sz w:val="20"/>
        </w:rPr>
        <w:t>'toppings'</w:t>
      </w:r>
      <w:r>
        <w:rPr>
          <w:b w:val="0"/>
          <w:i w:val="0"/>
        </w:rPr>
        <w:t xml:space="preserve">. Để sử dụng các mục trong danh sách, chúng ta đưa ra tên của từ điển và khóa </w:t>
      </w:r>
      <w:r>
        <w:rPr>
          <w:rFonts w:ascii="Consolas" w:hAnsi="Consolas"/>
          <w:b w:val="0"/>
          <w:i w:val="0"/>
          <w:sz w:val="20"/>
        </w:rPr>
        <w:t>'toppings'</w:t>
      </w:r>
      <w:r>
        <w:rPr>
          <w:b w:val="0"/>
          <w:i w:val="0"/>
        </w:rPr>
        <w:t>, giống như với bất kỳ giá trị nào trong từ điển. Thay vì trả về một giá trị đơn lẻ, chúng ta nhận được một danh sách các loại nhân:</w:t>
      </w:r>
    </w:p>
    <w:p>
      <w:pPr>
        <w:spacing w:after="80"/>
      </w:pPr>
      <w:r>
        <w:rPr>
          <w:b w:val="0"/>
          <w:i w:val="0"/>
        </w:rPr>
        <w:t>pizza.py</w:t>
      </w:r>
    </w:p>
    <w:p>
      <w:pPr>
        <w:spacing w:after="0"/>
        <w:ind w:left="360"/>
        <w:shd w:val="clear" w:color="auto" w:fill="F2F2F2"/>
      </w:pPr>
      <w:r>
        <w:rPr>
          <w:rFonts w:ascii="Consolas" w:hAnsi="Consolas"/>
          <w:b w:val="0"/>
          <w:i w:val="0"/>
          <w:sz w:val="18"/>
        </w:rPr>
        <w:t># Store information about a pizza being ordered.</w:t>
      </w:r>
    </w:p>
    <w:p>
      <w:pPr>
        <w:spacing w:after="0"/>
        <w:ind w:left="360"/>
        <w:shd w:val="clear" w:color="auto" w:fill="F2F2F2"/>
      </w:pPr>
      <w:r>
        <w:rPr>
          <w:rFonts w:ascii="Consolas" w:hAnsi="Consolas"/>
          <w:b w:val="0"/>
          <w:i w:val="0"/>
          <w:sz w:val="18"/>
        </w:rPr>
        <w:t>pizza = {</w:t>
      </w:r>
    </w:p>
    <w:p>
      <w:pPr>
        <w:spacing w:after="0"/>
        <w:ind w:left="360"/>
        <w:shd w:val="clear" w:color="auto" w:fill="F2F2F2"/>
      </w:pPr>
      <w:r>
        <w:rPr>
          <w:rFonts w:ascii="Consolas" w:hAnsi="Consolas"/>
          <w:b w:val="0"/>
          <w:i w:val="0"/>
          <w:sz w:val="18"/>
        </w:rPr>
        <w:t xml:space="preserve">    'crust': 'thick',</w:t>
      </w:r>
    </w:p>
    <w:p>
      <w:pPr>
        <w:spacing w:after="0"/>
        <w:ind w:left="360"/>
        <w:shd w:val="clear" w:color="auto" w:fill="F2F2F2"/>
      </w:pPr>
      <w:r>
        <w:rPr>
          <w:rFonts w:ascii="Consolas" w:hAnsi="Consolas"/>
          <w:b w:val="0"/>
          <w:i w:val="0"/>
          <w:sz w:val="18"/>
        </w:rPr>
        <w:t xml:space="preserve">    'toppings': ['mushrooms', 'extra cheese'],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Summarize the order.</w:t>
      </w:r>
    </w:p>
    <w:p>
      <w:pPr>
        <w:spacing w:after="0"/>
        <w:ind w:left="360"/>
        <w:shd w:val="clear" w:color="auto" w:fill="F2F2F2"/>
      </w:pPr>
      <w:r>
        <w:rPr>
          <w:rFonts w:ascii="Consolas" w:hAnsi="Consolas"/>
          <w:b w:val="0"/>
          <w:i w:val="0"/>
          <w:sz w:val="18"/>
        </w:rPr>
        <w:t>❶ print(f"You ordered a {pizza['crust']}-crust pizza "</w:t>
      </w:r>
    </w:p>
    <w:p>
      <w:pPr>
        <w:spacing w:after="0"/>
        <w:ind w:left="360"/>
        <w:shd w:val="clear" w:color="auto" w:fill="F2F2F2"/>
      </w:pPr>
      <w:r>
        <w:rPr>
          <w:rFonts w:ascii="Consolas" w:hAnsi="Consolas"/>
          <w:b w:val="0"/>
          <w:i w:val="0"/>
          <w:sz w:val="18"/>
        </w:rPr>
        <w:t xml:space="preserve">    "with the following toppings:")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for topping in pizza['toppings']:</w:t>
      </w:r>
    </w:p>
    <w:p>
      <w:pPr>
        <w:spacing w:after="0"/>
        <w:ind w:left="360"/>
        <w:shd w:val="clear" w:color="auto" w:fill="F2F2F2"/>
      </w:pPr>
      <w:r>
        <w:rPr>
          <w:rFonts w:ascii="Consolas" w:hAnsi="Consolas"/>
          <w:b w:val="0"/>
          <w:i w:val="0"/>
          <w:sz w:val="18"/>
        </w:rPr>
        <w:t xml:space="preserve">    print(f"\t{topping}")</w:t>
      </w:r>
    </w:p>
    <w:p>
      <w:pPr>
        <w:spacing w:after="40"/>
      </w:pPr>
    </w:p>
    <w:p>
      <w:pPr>
        <w:spacing w:after="80"/>
      </w:pPr>
      <w:r>
        <w:rPr>
          <w:b w:val="0"/>
          <w:i w:val="0"/>
        </w:rPr>
        <w:t xml:space="preserve">Chúng ta bắt đầu với một từ điển chứa thông tin về một chiếc pizza đã được đặt. Một khóa trong từ điển là </w:t>
      </w:r>
      <w:r>
        <w:rPr>
          <w:rFonts w:ascii="Consolas" w:hAnsi="Consolas"/>
          <w:b w:val="0"/>
          <w:i w:val="0"/>
          <w:sz w:val="20"/>
        </w:rPr>
        <w:t>'crust'</w:t>
      </w:r>
      <w:r>
        <w:rPr>
          <w:b w:val="0"/>
          <w:i w:val="0"/>
        </w:rPr>
        <w:t xml:space="preserve">, và giá trị đi kèm là chuỗi </w:t>
      </w:r>
      <w:r>
        <w:rPr>
          <w:rFonts w:ascii="Consolas" w:hAnsi="Consolas"/>
          <w:b w:val="0"/>
          <w:i w:val="0"/>
          <w:sz w:val="20"/>
        </w:rPr>
        <w:t>'thick'</w:t>
      </w:r>
      <w:r>
        <w:rPr>
          <w:b w:val="0"/>
          <w:i w:val="0"/>
        </w:rPr>
        <w:t xml:space="preserve">. Khóa tiếp theo, </w:t>
      </w:r>
      <w:r>
        <w:rPr>
          <w:rFonts w:ascii="Consolas" w:hAnsi="Consolas"/>
          <w:b w:val="0"/>
          <w:i w:val="0"/>
          <w:sz w:val="20"/>
        </w:rPr>
        <w:t>'toppings'</w:t>
      </w:r>
      <w:r>
        <w:rPr>
          <w:b w:val="0"/>
          <w:i w:val="0"/>
        </w:rPr>
        <w:t xml:space="preserve">, có giá trị là một danh sách lưu trữ tất cả các loại nhân được yêu cầu. Chúng ta tóm tắt đơn hàng trước khi làm bánh pizza ❶. Khi bạn cần ngắt một dòng dài trong lệnh gọi </w:t>
      </w:r>
      <w:r>
        <w:rPr>
          <w:rFonts w:ascii="Consolas" w:hAnsi="Consolas"/>
          <w:b w:val="0"/>
          <w:i w:val="0"/>
          <w:sz w:val="20"/>
        </w:rPr>
        <w:t>print()</w:t>
      </w:r>
      <w:r>
        <w:rPr>
          <w:b w:val="0"/>
          <w:i w:val="0"/>
        </w:rPr>
        <w:t xml:space="preserve">, hãy chọn một điểm thích hợp để ngắt dòng đang được in, và kết thúc dòng bằng một dấu ngoặc kép. Thụt lề dòng tiếp theo, thêm một dấu ngoặc kép mở, và tiếp tục chuỗi. Python sẽ tự động kết hợp tất cả các chuỗi mà nó tìm thấy bên trong dấu ngoặc đơn. Để in các loại nhân, chúng ta viết một vòng lặp </w:t>
      </w:r>
      <w:r>
        <w:rPr>
          <w:rFonts w:ascii="Consolas" w:hAnsi="Consolas"/>
          <w:b w:val="0"/>
          <w:i w:val="0"/>
          <w:sz w:val="20"/>
        </w:rPr>
        <w:t>for</w:t>
      </w:r>
      <w:r>
        <w:rPr>
          <w:b w:val="0"/>
          <w:i w:val="0"/>
        </w:rPr>
        <w:t xml:space="preserve"> ❷. Để truy cập danh sách các loại nhân, chúng ta dùng khóa </w:t>
      </w:r>
      <w:r>
        <w:rPr>
          <w:rFonts w:ascii="Consolas" w:hAnsi="Consolas"/>
          <w:b w:val="0"/>
          <w:i w:val="0"/>
          <w:sz w:val="20"/>
        </w:rPr>
        <w:t>'toppings'</w:t>
      </w:r>
      <w:r>
        <w:rPr>
          <w:b w:val="0"/>
          <w:i w:val="0"/>
        </w:rPr>
        <w:t>, và Python sẽ lấy danh sách nhân từ từ điển.</w:t>
      </w:r>
    </w:p>
    <w:p>
      <w:pPr>
        <w:spacing w:after="80"/>
      </w:pPr>
      <w:r>
        <w:rPr>
          <w:b w:val="0"/>
          <w:i w:val="0"/>
        </w:rPr>
        <w:t>Kết quả sau đây tóm tắt chiếc pizza mà chúng ta dự định làm:</w:t>
      </w:r>
    </w:p>
    <w:p>
      <w:pPr>
        <w:spacing w:after="80"/>
      </w:pPr>
      <w:r>
        <w:rPr>
          <w:b w:val="0"/>
          <w:i w:val="0"/>
        </w:rPr>
        <w:t>Bạn đã đặt một chiếc pizza đế dày với các loại nhân sau:</w:t>
      </w:r>
      <w:r>
        <w:br/>
      </w:r>
      <w:r>
        <w:rPr>
          <w:b w:val="0"/>
          <w:i w:val="0"/>
        </w:rPr>
        <w:t xml:space="preserve">    nấm</w:t>
      </w:r>
      <w:r>
        <w:br/>
      </w:r>
      <w:r>
        <w:rPr>
          <w:b w:val="0"/>
          <w:i w:val="0"/>
        </w:rPr>
        <w:t xml:space="preserve">    phô mai thêm</w:t>
      </w:r>
    </w:p>
    <w:p>
      <w:pPr>
        <w:spacing w:after="80"/>
      </w:pPr>
      <w:r>
        <w:rPr>
          <w:b w:val="0"/>
          <w:i w:val="0"/>
        </w:rPr>
        <w:t xml:space="preserve">Bạn có thể lồng một danh sách vào bên trong một từ điển bất cứ khi nào bạn muốn có nhiều hơn một giá trị gắn với một khóa duy nhất trong từ điển. Trong ví dụ trước về các ngôn ngữ lập trình yêu thích, nếu chúng ta lưu trữ câu trả lời của mỗi người trong một danh sách, mọi người có thể chọn nhiều hơn một ngôn ngữ yêu thích. Khi chúng ta lặp qua từ điển, giá trị gắn với mỗi người sẽ là một danh sách các ngôn ngữ thay vì một ngôn ngữ duy nhất. Bên trong vòng lặp </w:t>
      </w:r>
      <w:r>
        <w:rPr>
          <w:rFonts w:ascii="Consolas" w:hAnsi="Consolas"/>
          <w:b w:val="0"/>
          <w:i w:val="0"/>
          <w:sz w:val="20"/>
        </w:rPr>
        <w:t>for</w:t>
      </w:r>
      <w:r>
        <w:rPr>
          <w:b w:val="0"/>
          <w:i w:val="0"/>
        </w:rPr>
        <w:t xml:space="preserve"> của từ điển, chúng ta dùng một vòng lặp </w:t>
      </w:r>
      <w:r>
        <w:rPr>
          <w:rFonts w:ascii="Consolas" w:hAnsi="Consolas"/>
          <w:b w:val="0"/>
          <w:i w:val="0"/>
          <w:sz w:val="20"/>
        </w:rPr>
        <w:t>for</w:t>
      </w:r>
      <w:r>
        <w:rPr>
          <w:b w:val="0"/>
          <w:i w:val="0"/>
        </w:rPr>
        <w:t xml:space="preserve"> khác để chạy qua danh sách các ngôn ngữ gắn với mỗi người:</w:t>
      </w:r>
    </w:p>
    <w:p>
      <w:pPr>
        <w:spacing w:after="80"/>
      </w:pPr>
      <w:r>
        <w:rPr>
          <w:b w:val="0"/>
          <w:i w:val="0"/>
        </w:rPr>
        <w:t>favorite_languages.py</w:t>
      </w:r>
    </w:p>
    <w:p>
      <w:pPr>
        <w:spacing w:after="0"/>
        <w:ind w:left="360"/>
        <w:shd w:val="clear" w:color="auto" w:fill="F2F2F2"/>
      </w:pPr>
      <w:r>
        <w:rPr>
          <w:rFonts w:ascii="Consolas" w:hAnsi="Consolas"/>
          <w:b w:val="0"/>
          <w:i w:val="0"/>
          <w:sz w:val="18"/>
        </w:rPr>
        <w:t>favorite_languages = {</w:t>
      </w:r>
    </w:p>
    <w:p>
      <w:pPr>
        <w:spacing w:after="0"/>
        <w:ind w:left="360"/>
        <w:shd w:val="clear" w:color="auto" w:fill="F2F2F2"/>
      </w:pPr>
      <w:r>
        <w:rPr>
          <w:rFonts w:ascii="Consolas" w:hAnsi="Consolas"/>
          <w:b w:val="0"/>
          <w:i w:val="0"/>
          <w:sz w:val="18"/>
        </w:rPr>
        <w:t xml:space="preserve">    'jen': ['python', 'rust'],</w:t>
      </w:r>
    </w:p>
    <w:p>
      <w:pPr>
        <w:spacing w:after="0"/>
        <w:ind w:left="360"/>
        <w:shd w:val="clear" w:color="auto" w:fill="F2F2F2"/>
      </w:pPr>
      <w:r>
        <w:rPr>
          <w:rFonts w:ascii="Consolas" w:hAnsi="Consolas"/>
          <w:b w:val="0"/>
          <w:i w:val="0"/>
          <w:sz w:val="18"/>
        </w:rPr>
        <w:t xml:space="preserve">    'sarah': ['c'],</w:t>
      </w:r>
    </w:p>
    <w:p>
      <w:pPr>
        <w:spacing w:after="0"/>
        <w:ind w:left="360"/>
        <w:shd w:val="clear" w:color="auto" w:fill="F2F2F2"/>
      </w:pPr>
      <w:r>
        <w:rPr>
          <w:rFonts w:ascii="Consolas" w:hAnsi="Consolas"/>
          <w:b w:val="0"/>
          <w:i w:val="0"/>
          <w:sz w:val="18"/>
        </w:rPr>
        <w:t xml:space="preserve">    'edward': ['rust', 'go'],</w:t>
      </w:r>
    </w:p>
    <w:p>
      <w:pPr>
        <w:spacing w:after="0"/>
        <w:ind w:left="360"/>
        <w:shd w:val="clear" w:color="auto" w:fill="F2F2F2"/>
      </w:pPr>
      <w:r>
        <w:rPr>
          <w:rFonts w:ascii="Consolas" w:hAnsi="Consolas"/>
          <w:b w:val="0"/>
          <w:i w:val="0"/>
          <w:sz w:val="18"/>
        </w:rPr>
        <w:t xml:space="preserve">    'phil': ['python', 'haskell'],</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for name, languages in favorite_languages.items():</w:t>
      </w:r>
    </w:p>
    <w:p>
      <w:pPr>
        <w:spacing w:after="0"/>
        <w:ind w:left="360"/>
        <w:shd w:val="clear" w:color="auto" w:fill="F2F2F2"/>
      </w:pPr>
      <w:r>
        <w:rPr>
          <w:rFonts w:ascii="Consolas" w:hAnsi="Consolas"/>
          <w:b w:val="0"/>
          <w:i w:val="0"/>
          <w:sz w:val="18"/>
        </w:rPr>
        <w:t xml:space="preserve">    print(f"\n{name.title()}'s favorite languages are:")</w:t>
      </w:r>
    </w:p>
    <w:p>
      <w:pPr>
        <w:spacing w:after="0"/>
        <w:ind w:left="360"/>
        <w:shd w:val="clear" w:color="auto" w:fill="F2F2F2"/>
      </w:pPr>
      <w:r>
        <w:rPr>
          <w:rFonts w:ascii="Consolas" w:hAnsi="Consolas"/>
          <w:b w:val="0"/>
          <w:i w:val="0"/>
          <w:sz w:val="18"/>
        </w:rPr>
        <w:t>❷     for language in languages:</w:t>
      </w:r>
    </w:p>
    <w:p>
      <w:pPr>
        <w:spacing w:after="0"/>
        <w:ind w:left="360"/>
        <w:shd w:val="clear" w:color="auto" w:fill="F2F2F2"/>
      </w:pPr>
      <w:r>
        <w:rPr>
          <w:rFonts w:ascii="Consolas" w:hAnsi="Consolas"/>
          <w:b w:val="0"/>
          <w:i w:val="0"/>
          <w:sz w:val="18"/>
        </w:rPr>
        <w:t xml:space="preserve">        print(f"\t{language.title()}")</w:t>
      </w:r>
    </w:p>
    <w:p>
      <w:pPr>
        <w:spacing w:after="40"/>
      </w:pPr>
    </w:p>
    <w:p>
      <w:pPr>
        <w:spacing w:after="80"/>
      </w:pPr>
      <w:r>
        <w:rPr>
          <w:b w:val="0"/>
          <w:i w:val="0"/>
        </w:rPr>
        <w:t xml:space="preserve">Giá trị gắn với mỗi tên trong </w:t>
      </w:r>
      <w:r>
        <w:rPr>
          <w:rFonts w:ascii="Consolas" w:hAnsi="Consolas"/>
          <w:b w:val="0"/>
          <w:i w:val="0"/>
          <w:sz w:val="20"/>
        </w:rPr>
        <w:t>favorite_languages</w:t>
      </w:r>
      <w:r>
        <w:rPr>
          <w:b w:val="0"/>
          <w:i w:val="0"/>
        </w:rPr>
        <w:t xml:space="preserve"> giờ đây là một danh sách. Lưu ý rằng một số người chỉ có một ngôn ngữ yêu thích, còn những người khác thì có nhiều ngôn ngữ yêu thích. Khi chúng ta lặp qua dictionary ❶, ta dùng tên biến </w:t>
      </w:r>
      <w:r>
        <w:rPr>
          <w:rFonts w:ascii="Consolas" w:hAnsi="Consolas"/>
          <w:b w:val="0"/>
          <w:i w:val="0"/>
          <w:sz w:val="20"/>
        </w:rPr>
        <w:t>languages</w:t>
      </w:r>
      <w:r>
        <w:rPr>
          <w:b w:val="0"/>
          <w:i w:val="0"/>
        </w:rPr>
        <w:t xml:space="preserve"> để giữ từng giá trị lấy ra từ dictionary, vì ta biết rằng mỗi giá trị sẽ là một danh sách. Bên trong vòng lặp dictionary chính, ta dùng thêm một vòng lặp </w:t>
      </w:r>
      <w:r>
        <w:rPr>
          <w:rFonts w:ascii="Consolas" w:hAnsi="Consolas"/>
          <w:b w:val="0"/>
          <w:i w:val="0"/>
          <w:sz w:val="20"/>
        </w:rPr>
        <w:t>for</w:t>
      </w:r>
      <w:r>
        <w:rPr>
          <w:b w:val="0"/>
          <w:i w:val="0"/>
        </w:rPr>
        <w:t xml:space="preserve"> nữa ❷ để chạy qua danh sách các ngôn ngữ yêu thích của từng người. Giờ đây mỗi người có thể liệt kê bao nhiêu ngôn ngữ yêu thích tùy thích:</w:t>
      </w:r>
    </w:p>
    <w:p>
      <w:pPr>
        <w:spacing w:after="80"/>
      </w:pPr>
      <w:r>
        <w:rPr>
          <w:b w:val="0"/>
          <w:i w:val="0"/>
        </w:rPr>
        <w:t>Các ngôn ngữ yêu thích của Jen là:</w:t>
      </w:r>
      <w:r>
        <w:br/>
      </w:r>
      <w:r>
        <w:rPr>
          <w:b w:val="0"/>
          <w:i w:val="0"/>
        </w:rPr>
        <w:t xml:space="preserve">    Python</w:t>
      </w:r>
      <w:r>
        <w:br/>
      </w:r>
      <w:r>
        <w:rPr>
          <w:b w:val="0"/>
          <w:i w:val="0"/>
        </w:rPr>
        <w:t xml:space="preserve">    Rust</w:t>
      </w:r>
      <w:r>
        <w:br/>
      </w:r>
      <w:r>
        <w:br/>
      </w:r>
      <w:r>
        <w:rPr>
          <w:b w:val="0"/>
          <w:i w:val="0"/>
        </w:rPr>
        <w:t>Các ngôn ngữ yêu thích của Sarah là:</w:t>
      </w:r>
      <w:r>
        <w:br/>
      </w:r>
      <w:r>
        <w:rPr>
          <w:b w:val="0"/>
          <w:i w:val="0"/>
        </w:rPr>
        <w:t xml:space="preserve">    C</w:t>
      </w:r>
      <w:r>
        <w:br/>
      </w:r>
      <w:r>
        <w:br/>
      </w:r>
      <w:r>
        <w:rPr>
          <w:b w:val="0"/>
          <w:i w:val="0"/>
        </w:rPr>
        <w:t>Các ngôn ngữ yêu thích của Edward là:</w:t>
      </w:r>
      <w:r>
        <w:br/>
      </w:r>
      <w:r>
        <w:rPr>
          <w:b w:val="0"/>
          <w:i w:val="0"/>
        </w:rPr>
        <w:t xml:space="preserve">    Rust</w:t>
      </w:r>
      <w:r>
        <w:br/>
      </w:r>
      <w:r>
        <w:rPr>
          <w:b w:val="0"/>
          <w:i w:val="0"/>
        </w:rPr>
        <w:t xml:space="preserve">    Go</w:t>
      </w:r>
      <w:r>
        <w:br/>
      </w:r>
      <w:r>
        <w:br/>
      </w:r>
      <w:r>
        <w:rPr>
          <w:b w:val="0"/>
          <w:i w:val="0"/>
        </w:rPr>
        <w:t>Các ngôn ngữ yêu thích của Phil là:</w:t>
      </w:r>
      <w:r>
        <w:br/>
      </w:r>
      <w:r>
        <w:rPr>
          <w:b w:val="0"/>
          <w:i w:val="0"/>
        </w:rPr>
        <w:t xml:space="preserve">    Python</w:t>
      </w:r>
      <w:r>
        <w:br/>
      </w:r>
      <w:r>
        <w:rPr>
          <w:b w:val="0"/>
          <w:i w:val="0"/>
        </w:rPr>
        <w:t xml:space="preserve">    Haskell</w:t>
      </w:r>
    </w:p>
    <w:p>
      <w:pPr>
        <w:spacing w:after="80"/>
      </w:pPr>
      <w:r>
        <w:rPr>
          <w:b w:val="0"/>
          <w:i w:val="0"/>
        </w:rPr>
        <w:t xml:space="preserve">Để tinh chỉnh chương trình này hơn nữa, bạn có thể thêm một câu lệnh </w:t>
      </w:r>
      <w:r>
        <w:rPr>
          <w:rFonts w:ascii="Consolas" w:hAnsi="Consolas"/>
          <w:b w:val="0"/>
          <w:i w:val="0"/>
          <w:sz w:val="20"/>
        </w:rPr>
        <w:t>if</w:t>
      </w:r>
      <w:r>
        <w:rPr>
          <w:b w:val="0"/>
          <w:i w:val="0"/>
        </w:rPr>
        <w:t xml:space="preserve"> vào đầu vòng lặp </w:t>
      </w:r>
      <w:r>
        <w:rPr>
          <w:rFonts w:ascii="Consolas" w:hAnsi="Consolas"/>
          <w:b w:val="0"/>
          <w:i w:val="0"/>
          <w:sz w:val="20"/>
        </w:rPr>
        <w:t>for</w:t>
      </w:r>
      <w:r>
        <w:rPr>
          <w:b w:val="0"/>
          <w:i w:val="0"/>
        </w:rPr>
        <w:t xml:space="preserve"> của dictionary để kiểm tra xem mỗi người có nhiều hơn một ngôn ngữ yêu thích hay không, bằng cách xem xét giá trị của </w:t>
      </w:r>
      <w:r>
        <w:rPr>
          <w:rFonts w:ascii="Consolas" w:hAnsi="Consolas"/>
          <w:b w:val="0"/>
          <w:i w:val="0"/>
          <w:sz w:val="20"/>
        </w:rPr>
        <w:t>len(languages)</w:t>
      </w:r>
      <w:r>
        <w:rPr>
          <w:b w:val="0"/>
          <w:i w:val="0"/>
        </w:rPr>
        <w:t>. Nếu một người có nhiều hơn một ngôn ngữ yêu thích, kết quả xuất ra sẽ giữ nguyên. Nếu người đó chỉ có một ngôn ngữ yêu thích, bạn có thể đổi cách diễn đạt cho phù hợp. Ví dụ, bạn có thể viết: "Ngôn ngữ yêu thích của Sarah là C."</w:t>
      </w:r>
    </w:p>
    <w:p>
      <w:pPr>
        <w:spacing w:before="120" w:after="40"/>
      </w:pPr>
      <w:r>
        <w:rPr>
          <w:b/>
          <w:sz w:val="21"/>
        </w:rPr>
        <w:t>Ghi chú</w:t>
      </w:r>
    </w:p>
    <w:p>
      <w:pPr>
        <w:spacing w:after="80"/>
      </w:pPr>
      <w:r>
        <w:rPr>
          <w:b w:val="0"/>
          <w:i w:val="0"/>
        </w:rPr>
        <w:t>Bạn không nên lồng danh sách và dictionary quá sâu. Nếu bạn lồng các mục sâu hơn nhiều so với những gì bạn thấy trong các ví dụ trước, hoặc nếu bạn đang làm việc với code của người khác có mức độ lồng ghép đáng kể, thì rất có thể sẽ có một cách giải quyết vấn đề đơn giản hơn.</w:t>
      </w:r>
    </w:p>
    <w:p>
      <w:pPr>
        <w:pStyle w:val="Heading3"/>
      </w:pPr>
      <w:r>
        <w:rPr>
          <w:rFonts w:ascii="Calibri" w:hAnsi="Calibri"/>
          <w:b/>
          <w:i w:val="0"/>
          <w:sz w:val="27"/>
        </w:rPr>
        <w:t>Dictionary trong Dictionary</w:t>
      </w:r>
    </w:p>
    <w:p>
      <w:pPr>
        <w:spacing w:after="80"/>
      </w:pPr>
      <w:r>
        <w:rPr>
          <w:b w:val="0"/>
          <w:i w:val="0"/>
        </w:rPr>
        <w:t>Bạn có thể lồng một dictionary vào bên trong một dictionary khác, nhưng code của bạn có thể nhanh chóng trở nên phức tạp khi làm vậy. Ví dụ, nếu bạn có nhiều người dùng cho một trang web, mỗi người có một tên đăng nhập (username) riêng, bạn có thể dùng các tên đăng nhập làm khóa (key) trong một dictionary. Sau đó bạn có thể lưu thông tin về từng người dùng bằng cách dùng một dictionary làm giá trị gắn với tên đăng nhập của họ. Trong đoạn code sau, chúng ta lưu ba thông tin về mỗi người dùng: tên, họ và địa điểm. Chúng ta sẽ truy cập thông tin này bằng cách lặp qua các tên đăng nhập và dictionary thông tin gắn với mỗi tên đăng nhập:</w:t>
      </w:r>
    </w:p>
    <w:p>
      <w:pPr>
        <w:spacing w:after="80"/>
      </w:pPr>
      <w:r>
        <w:rPr>
          <w:b w:val="0"/>
          <w:i w:val="0"/>
        </w:rPr>
        <w:t>many_users.py</w:t>
      </w:r>
    </w:p>
    <w:p>
      <w:pPr>
        <w:spacing w:after="0"/>
        <w:ind w:left="360"/>
        <w:shd w:val="clear" w:color="auto" w:fill="F2F2F2"/>
      </w:pPr>
      <w:r>
        <w:rPr>
          <w:rFonts w:ascii="Consolas" w:hAnsi="Consolas"/>
          <w:b w:val="0"/>
          <w:i w:val="0"/>
          <w:sz w:val="18"/>
        </w:rPr>
        <w:t>users = {</w:t>
      </w:r>
    </w:p>
    <w:p>
      <w:pPr>
        <w:spacing w:after="0"/>
        <w:ind w:left="360"/>
        <w:shd w:val="clear" w:color="auto" w:fill="F2F2F2"/>
      </w:pPr>
      <w:r>
        <w:rPr>
          <w:rFonts w:ascii="Consolas" w:hAnsi="Consolas"/>
          <w:b w:val="0"/>
          <w:i w:val="0"/>
          <w:sz w:val="18"/>
        </w:rPr>
        <w:t xml:space="preserve">    'aeinstein': {</w:t>
      </w:r>
    </w:p>
    <w:p>
      <w:pPr>
        <w:spacing w:after="0"/>
        <w:ind w:left="360"/>
        <w:shd w:val="clear" w:color="auto" w:fill="F2F2F2"/>
      </w:pPr>
      <w:r>
        <w:rPr>
          <w:rFonts w:ascii="Consolas" w:hAnsi="Consolas"/>
          <w:b w:val="0"/>
          <w:i w:val="0"/>
          <w:sz w:val="18"/>
        </w:rPr>
        <w:t xml:space="preserve">        'first': 'albert',</w:t>
      </w:r>
    </w:p>
    <w:p>
      <w:pPr>
        <w:spacing w:after="0"/>
        <w:ind w:left="360"/>
        <w:shd w:val="clear" w:color="auto" w:fill="F2F2F2"/>
      </w:pPr>
      <w:r>
        <w:rPr>
          <w:rFonts w:ascii="Consolas" w:hAnsi="Consolas"/>
          <w:b w:val="0"/>
          <w:i w:val="0"/>
          <w:sz w:val="18"/>
        </w:rPr>
        <w:t xml:space="preserve">        'last': 'einstein',</w:t>
      </w:r>
    </w:p>
    <w:p>
      <w:pPr>
        <w:spacing w:after="0"/>
        <w:ind w:left="360"/>
        <w:shd w:val="clear" w:color="auto" w:fill="F2F2F2"/>
      </w:pPr>
      <w:r>
        <w:rPr>
          <w:rFonts w:ascii="Consolas" w:hAnsi="Consolas"/>
          <w:b w:val="0"/>
          <w:i w:val="0"/>
          <w:sz w:val="18"/>
        </w:rPr>
        <w:t xml:space="preserve">        'location': 'princeton',</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'mcurie': {</w:t>
      </w:r>
    </w:p>
    <w:p>
      <w:pPr>
        <w:spacing w:after="0"/>
        <w:ind w:left="360"/>
        <w:shd w:val="clear" w:color="auto" w:fill="F2F2F2"/>
      </w:pPr>
      <w:r>
        <w:rPr>
          <w:rFonts w:ascii="Consolas" w:hAnsi="Consolas"/>
          <w:b w:val="0"/>
          <w:i w:val="0"/>
          <w:sz w:val="18"/>
        </w:rPr>
        <w:t xml:space="preserve">        'first': 'marie',</w:t>
      </w:r>
    </w:p>
    <w:p>
      <w:pPr>
        <w:spacing w:after="0"/>
        <w:ind w:left="360"/>
        <w:shd w:val="clear" w:color="auto" w:fill="F2F2F2"/>
      </w:pPr>
      <w:r>
        <w:rPr>
          <w:rFonts w:ascii="Consolas" w:hAnsi="Consolas"/>
          <w:b w:val="0"/>
          <w:i w:val="0"/>
          <w:sz w:val="18"/>
        </w:rPr>
        <w:t xml:space="preserve">        'last': 'curie',</w:t>
      </w:r>
    </w:p>
    <w:p>
      <w:pPr>
        <w:spacing w:after="0"/>
        <w:ind w:left="360"/>
        <w:shd w:val="clear" w:color="auto" w:fill="F2F2F2"/>
      </w:pPr>
      <w:r>
        <w:rPr>
          <w:rFonts w:ascii="Consolas" w:hAnsi="Consolas"/>
          <w:b w:val="0"/>
          <w:i w:val="0"/>
          <w:sz w:val="18"/>
        </w:rPr>
        <w:t xml:space="preserve">        'location': 'paris',</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for username, user_info in users.items():</w:t>
      </w:r>
    </w:p>
    <w:p>
      <w:pPr>
        <w:spacing w:after="0"/>
        <w:ind w:left="360"/>
        <w:shd w:val="clear" w:color="auto" w:fill="F2F2F2"/>
      </w:pPr>
      <w:r>
        <w:rPr>
          <w:rFonts w:ascii="Consolas" w:hAnsi="Consolas"/>
          <w:b w:val="0"/>
          <w:i w:val="0"/>
          <w:sz w:val="18"/>
        </w:rPr>
        <w:t>❷     print(f"\nUsername: {username}")</w:t>
      </w:r>
    </w:p>
    <w:p>
      <w:pPr>
        <w:spacing w:after="0"/>
        <w:ind w:left="360"/>
        <w:shd w:val="clear" w:color="auto" w:fill="F2F2F2"/>
      </w:pPr>
      <w:r>
        <w:rPr>
          <w:rFonts w:ascii="Consolas" w:hAnsi="Consolas"/>
          <w:b w:val="0"/>
          <w:i w:val="0"/>
          <w:sz w:val="18"/>
        </w:rPr>
        <w:t>❸     full_name = f"{user_info['first']} {user_info['last']}"</w:t>
      </w:r>
    </w:p>
    <w:p>
      <w:pPr>
        <w:spacing w:after="0"/>
        <w:ind w:left="360"/>
        <w:shd w:val="clear" w:color="auto" w:fill="F2F2F2"/>
      </w:pPr>
      <w:r>
        <w:rPr>
          <w:rFonts w:ascii="Consolas" w:hAnsi="Consolas"/>
          <w:b w:val="0"/>
          <w:i w:val="0"/>
          <w:sz w:val="18"/>
        </w:rPr>
        <w:t xml:space="preserve">    location = user_info['location']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print(f"\tFull name: {full_name.title()}")</w:t>
      </w:r>
    </w:p>
    <w:p>
      <w:pPr>
        <w:spacing w:after="0"/>
        <w:ind w:left="360"/>
        <w:shd w:val="clear" w:color="auto" w:fill="F2F2F2"/>
      </w:pPr>
      <w:r>
        <w:rPr>
          <w:rFonts w:ascii="Consolas" w:hAnsi="Consolas"/>
          <w:b w:val="0"/>
          <w:i w:val="0"/>
          <w:sz w:val="18"/>
        </w:rPr>
        <w:t xml:space="preserve">    print(f"\tLocation: {location.title()}")</w:t>
      </w:r>
    </w:p>
    <w:p>
      <w:pPr>
        <w:spacing w:after="40"/>
      </w:pPr>
    </w:p>
    <w:p>
      <w:pPr>
        <w:spacing w:after="80"/>
      </w:pPr>
      <w:r>
        <w:rPr>
          <w:b w:val="0"/>
          <w:i w:val="0"/>
        </w:rPr>
        <w:t xml:space="preserve">Đầu tiên, chúng ta định nghĩa một dictionary tên là </w:t>
      </w:r>
      <w:r>
        <w:rPr>
          <w:rFonts w:ascii="Consolas" w:hAnsi="Consolas"/>
          <w:b w:val="0"/>
          <w:i w:val="0"/>
          <w:sz w:val="20"/>
        </w:rPr>
        <w:t>users</w:t>
      </w:r>
      <w:r>
        <w:rPr>
          <w:b w:val="0"/>
          <w:i w:val="0"/>
        </w:rPr>
        <w:t xml:space="preserve"> với hai khóa: một cho tên đăng nhập </w:t>
      </w:r>
      <w:r>
        <w:rPr>
          <w:rFonts w:ascii="Consolas" w:hAnsi="Consolas"/>
          <w:b w:val="0"/>
          <w:i w:val="0"/>
          <w:sz w:val="20"/>
        </w:rPr>
        <w:t>'aeinstein'</w:t>
      </w:r>
      <w:r>
        <w:rPr>
          <w:b w:val="0"/>
          <w:i w:val="0"/>
        </w:rPr>
        <w:t xml:space="preserve"> và một cho </w:t>
      </w:r>
      <w:r>
        <w:rPr>
          <w:rFonts w:ascii="Consolas" w:hAnsi="Consolas"/>
          <w:b w:val="0"/>
          <w:i w:val="0"/>
          <w:sz w:val="20"/>
        </w:rPr>
        <w:t>'mcurie'</w:t>
      </w:r>
      <w:r>
        <w:rPr>
          <w:b w:val="0"/>
          <w:i w:val="0"/>
        </w:rPr>
        <w:t xml:space="preserve">. Giá trị gắn với mỗi khóa là một dictionary chứa tên, họ và địa điểm của mỗi người dùng. Sau đó, chúng ta lặp qua dictionary </w:t>
      </w:r>
      <w:r>
        <w:rPr>
          <w:rFonts w:ascii="Consolas" w:hAnsi="Consolas"/>
          <w:b w:val="0"/>
          <w:i w:val="0"/>
          <w:sz w:val="20"/>
        </w:rPr>
        <w:t>users</w:t>
      </w:r>
      <w:r>
        <w:rPr>
          <w:b w:val="0"/>
          <w:i w:val="0"/>
        </w:rPr>
        <w:t xml:space="preserve"> ❶. Python gán mỗi khóa cho biến </w:t>
      </w:r>
      <w:r>
        <w:rPr>
          <w:rFonts w:ascii="Consolas" w:hAnsi="Consolas"/>
          <w:b w:val="0"/>
          <w:i w:val="0"/>
          <w:sz w:val="20"/>
        </w:rPr>
        <w:t>username</w:t>
      </w:r>
      <w:r>
        <w:rPr>
          <w:b w:val="0"/>
          <w:i w:val="0"/>
        </w:rPr>
        <w:t xml:space="preserve">, và dictionary gắn với mỗi tên đăng nhập được gán cho biến </w:t>
      </w:r>
      <w:r>
        <w:rPr>
          <w:rFonts w:ascii="Consolas" w:hAnsi="Consolas"/>
          <w:b w:val="0"/>
          <w:i w:val="0"/>
          <w:sz w:val="20"/>
        </w:rPr>
        <w:t>user_info</w:t>
      </w:r>
      <w:r>
        <w:rPr>
          <w:b w:val="0"/>
          <w:i w:val="0"/>
        </w:rPr>
        <w:t>. Khi đã vào bên trong vòng lặp dictionary chính, chúng ta in tên đăng nhập ra ❷.</w:t>
      </w:r>
    </w:p>
    <w:p>
      <w:pPr>
        <w:spacing w:after="80"/>
      </w:pPr>
      <w:r>
        <w:rPr>
          <w:b w:val="0"/>
          <w:i w:val="0"/>
        </w:rPr>
        <w:t xml:space="preserve">Tiếp theo, chúng ta bắt đầu truy cập vào dictionary bên trong ❸. Biến </w:t>
      </w:r>
      <w:r>
        <w:rPr>
          <w:rFonts w:ascii="Consolas" w:hAnsi="Consolas"/>
          <w:b w:val="0"/>
          <w:i w:val="0"/>
          <w:sz w:val="20"/>
        </w:rPr>
        <w:t>user_info</w:t>
      </w:r>
      <w:r>
        <w:rPr>
          <w:b w:val="0"/>
          <w:i w:val="0"/>
        </w:rPr>
        <w:t xml:space="preserve">, chứa dictionary thông tin người dùng, có ba khóa: </w:t>
      </w:r>
      <w:r>
        <w:rPr>
          <w:rFonts w:ascii="Consolas" w:hAnsi="Consolas"/>
          <w:b w:val="0"/>
          <w:i w:val="0"/>
          <w:sz w:val="20"/>
        </w:rPr>
        <w:t>'first'</w:t>
      </w:r>
      <w:r>
        <w:rPr>
          <w:b w:val="0"/>
          <w:i w:val="0"/>
        </w:rPr>
        <w:t xml:space="preserve">, </w:t>
      </w:r>
      <w:r>
        <w:rPr>
          <w:rFonts w:ascii="Consolas" w:hAnsi="Consolas"/>
          <w:b w:val="0"/>
          <w:i w:val="0"/>
          <w:sz w:val="20"/>
        </w:rPr>
        <w:t>'last'</w:t>
      </w:r>
      <w:r>
        <w:rPr>
          <w:b w:val="0"/>
          <w:i w:val="0"/>
        </w:rPr>
        <w:t xml:space="preserve"> và </w:t>
      </w:r>
      <w:r>
        <w:rPr>
          <w:rFonts w:ascii="Consolas" w:hAnsi="Consolas"/>
          <w:b w:val="0"/>
          <w:i w:val="0"/>
          <w:sz w:val="20"/>
        </w:rPr>
        <w:t>'location'</w:t>
      </w:r>
      <w:r>
        <w:rPr>
          <w:b w:val="0"/>
          <w:i w:val="0"/>
        </w:rPr>
        <w:t>. Chúng ta dùng mỗi khóa để tạo ra họ tên đầy đủ và địa điểm được định dạng gọn gàng cho từng người, rồi in ra bản tóm tắt những gì chúng ta biết về mỗi người dùng ❹:</w:t>
      </w:r>
    </w:p>
    <w:p>
      <w:pPr>
        <w:spacing w:after="80"/>
      </w:pPr>
      <w:r>
        <w:rPr>
          <w:b w:val="0"/>
          <w:i w:val="0"/>
        </w:rPr>
        <w:t>Tên đăng nhập: aeinstein</w:t>
      </w:r>
      <w:r>
        <w:br/>
      </w:r>
      <w:r>
        <w:rPr>
          <w:b w:val="0"/>
          <w:i w:val="0"/>
        </w:rPr>
        <w:t xml:space="preserve">    Họ tên đầy đủ: Albert Einstein</w:t>
      </w:r>
      <w:r>
        <w:br/>
      </w:r>
      <w:r>
        <w:rPr>
          <w:b w:val="0"/>
          <w:i w:val="0"/>
        </w:rPr>
        <w:t xml:space="preserve">    Địa điểm: Princeton</w:t>
      </w:r>
      <w:r>
        <w:br/>
      </w:r>
      <w:r>
        <w:br/>
      </w:r>
      <w:r>
        <w:rPr>
          <w:b w:val="0"/>
          <w:i w:val="0"/>
        </w:rPr>
        <w:t>Tên đăng nhập: mcurie</w:t>
      </w:r>
      <w:r>
        <w:br/>
      </w:r>
      <w:r>
        <w:rPr>
          <w:b w:val="0"/>
          <w:i w:val="0"/>
        </w:rPr>
        <w:t xml:space="preserve">    Họ tên đầy đủ: Marie Curie</w:t>
      </w:r>
      <w:r>
        <w:br/>
      </w:r>
      <w:r>
        <w:rPr>
          <w:b w:val="0"/>
          <w:i w:val="0"/>
        </w:rPr>
        <w:t xml:space="preserve">    Địa điểm: Paris</w:t>
      </w:r>
    </w:p>
    <w:p>
      <w:pPr>
        <w:spacing w:after="80"/>
      </w:pPr>
      <w:r>
        <w:rPr>
          <w:b w:val="0"/>
          <w:i w:val="0"/>
        </w:rPr>
        <w:t xml:space="preserve">Để ý rằng cấu trúc dictionary của mỗi người dùng là giống hệt nhau. Mặc dù Python không bắt buộc điều này, nhưng cấu trúc như vậy giúp làm việc với các dictionary lồng nhau dễ dàng hơn. Nếu dictionary của mỗi người dùng có các khóa khác nhau, thì code bên trong vòng lặp </w:t>
      </w:r>
      <w:r>
        <w:rPr>
          <w:rFonts w:ascii="Consolas" w:hAnsi="Consolas"/>
          <w:b w:val="0"/>
          <w:i w:val="0"/>
          <w:sz w:val="20"/>
        </w:rPr>
        <w:t>for</w:t>
      </w:r>
      <w:r>
        <w:rPr>
          <w:b w:val="0"/>
          <w:i w:val="0"/>
        </w:rPr>
        <w:t xml:space="preserve"> sẽ phức tạp hơn.</w:t>
      </w:r>
    </w:p>
    <w:p>
      <w:pPr>
        <w:spacing w:before="120" w:after="40"/>
      </w:pPr>
      <w:r>
        <w:rPr>
          <w:b/>
          <w:sz w:val="21"/>
        </w:rPr>
        <w:t>Tự thực hành</w:t>
      </w:r>
    </w:p>
    <w:p>
      <w:pPr>
        <w:spacing w:after="80"/>
      </w:pPr>
      <w:r>
        <w:rPr>
          <w:b/>
          <w:i w:val="0"/>
        </w:rPr>
        <w:t>6-7. Mọi người:</w:t>
      </w:r>
      <w:r>
        <w:rPr>
          <w:b w:val="0"/>
          <w:i w:val="0"/>
        </w:rPr>
        <w:t xml:space="preserve"> Hãy bắt đầu với chương trình bạn đã viết cho Bài tập 6-1 (trang 98). Tạo hai dictionary mới đại diện cho những người khác nhau, và lưu cả ba dictionary vào một danh sách tên là </w:t>
      </w:r>
      <w:r>
        <w:rPr>
          <w:rFonts w:ascii="Consolas" w:hAnsi="Consolas"/>
          <w:b w:val="0"/>
          <w:i w:val="0"/>
          <w:sz w:val="20"/>
        </w:rPr>
        <w:t>people</w:t>
      </w:r>
      <w:r>
        <w:rPr>
          <w:b w:val="0"/>
          <w:i w:val="0"/>
        </w:rPr>
        <w:t>. Lặp qua danh sách những người của bạn. Trong khi lặp qua danh sách, hãy in ra mọi thứ bạn biết về từng người.</w:t>
      </w:r>
    </w:p>
    <w:p>
      <w:pPr>
        <w:spacing w:after="80"/>
      </w:pPr>
      <w:r>
        <w:rPr>
          <w:b/>
          <w:i w:val="0"/>
        </w:rPr>
        <w:t>6-8. Thú cưng:</w:t>
      </w:r>
      <w:r>
        <w:rPr>
          <w:b w:val="0"/>
          <w:i w:val="0"/>
        </w:rPr>
        <w:t xml:space="preserve"> Hãy tạo một vài dictionary (từ điển), trong đó mỗi dictionary đại diện cho một con thú cưng khác nhau. Trong mỗi dictionary, hãy bao gồm loại động vật và tên của chủ sở hữu. Lưu các dictionary này vào một list (danh sách) có tên là </w:t>
      </w:r>
      <w:r>
        <w:rPr>
          <w:rFonts w:ascii="Consolas" w:hAnsi="Consolas"/>
          <w:b w:val="0"/>
          <w:i w:val="0"/>
          <w:sz w:val="20"/>
        </w:rPr>
        <w:t>pets</w:t>
      </w:r>
      <w:r>
        <w:rPr>
          <w:b w:val="0"/>
          <w:i w:val="0"/>
        </w:rPr>
        <w:t>. Tiếp theo, hãy lặp qua list của bạn và khi làm vậy, in ra mọi thứ bạn biết về mỗi con thú cưng.</w:t>
      </w:r>
    </w:p>
    <w:p>
      <w:pPr>
        <w:spacing w:after="80"/>
      </w:pPr>
      <w:r>
        <w:rPr>
          <w:b/>
          <w:i w:val="0"/>
        </w:rPr>
        <w:t>6-9. Địa điểm yêu thích:</w:t>
      </w:r>
      <w:r>
        <w:rPr>
          <w:b w:val="0"/>
          <w:i w:val="0"/>
        </w:rPr>
        <w:t xml:space="preserve"> Hãy tạo một dictionary có tên là </w:t>
      </w:r>
      <w:r>
        <w:rPr>
          <w:rFonts w:ascii="Consolas" w:hAnsi="Consolas"/>
          <w:b w:val="0"/>
          <w:i w:val="0"/>
          <w:sz w:val="20"/>
        </w:rPr>
        <w:t>favorite_places</w:t>
      </w:r>
      <w:r>
        <w:rPr>
          <w:b w:val="0"/>
          <w:i w:val="0"/>
        </w:rPr>
        <w:t>. Nghĩ ra ba cái tên để dùng làm key (khóa) trong dictionary, và lưu từ một đến ba địa điểm yêu thích cho mỗi người. Để bài tập này thú vị hơn một chút, hãy hỏi vài người bạn kể tên một vài địa điểm yêu thích của họ. Lặp qua dictionary, và in ra tên của mỗi người cùng với những địa điểm yêu thích của họ.</w:t>
      </w:r>
    </w:p>
    <w:p>
      <w:pPr>
        <w:spacing w:after="80"/>
      </w:pPr>
      <w:r>
        <w:rPr>
          <w:b/>
          <w:i w:val="0"/>
        </w:rPr>
        <w:t>6-10. Số yêu thích:</w:t>
      </w:r>
      <w:r>
        <w:rPr>
          <w:b w:val="0"/>
          <w:i w:val="0"/>
        </w:rPr>
        <w:t xml:space="preserve"> Hãy sửa đổi chương trình của bạn từ Bài tập 6-2 (trang 98) để mỗi người có thể có nhiều hơn một số yêu thích. Sau đó in ra tên của mỗi người cùng với những số yêu thích của họ.</w:t>
      </w:r>
    </w:p>
    <w:p>
      <w:pPr>
        <w:spacing w:after="80"/>
      </w:pPr>
      <w:r>
        <w:rPr>
          <w:b/>
          <w:i w:val="0"/>
        </w:rPr>
        <w:t>6-11. Các thành phố:</w:t>
      </w:r>
      <w:r>
        <w:rPr>
          <w:b w:val="0"/>
          <w:i w:val="0"/>
        </w:rPr>
        <w:t xml:space="preserve"> Hãy tạo một dictionary có tên là </w:t>
      </w:r>
      <w:r>
        <w:rPr>
          <w:rFonts w:ascii="Consolas" w:hAnsi="Consolas"/>
          <w:b w:val="0"/>
          <w:i w:val="0"/>
          <w:sz w:val="20"/>
        </w:rPr>
        <w:t>cities</w:t>
      </w:r>
      <w:r>
        <w:rPr>
          <w:b w:val="0"/>
          <w:i w:val="0"/>
        </w:rPr>
        <w:t xml:space="preserve">. Dùng tên của ba thành phố làm key trong dictionary của bạn. Tạo một dictionary chứa thông tin về mỗi thành phố, bao gồm quốc gia mà thành phố đó thuộc về, dân số ước tính của nó, và một sự thật thú vị về thành phố đó. Các key cho dictionary của mỗi thành phố nên là những thứ như </w:t>
      </w:r>
      <w:r>
        <w:rPr>
          <w:rFonts w:ascii="Consolas" w:hAnsi="Consolas"/>
          <w:b w:val="0"/>
          <w:i w:val="0"/>
          <w:sz w:val="20"/>
        </w:rPr>
        <w:t>country</w:t>
      </w:r>
      <w:r>
        <w:rPr>
          <w:b w:val="0"/>
          <w:i w:val="0"/>
        </w:rPr>
        <w:t xml:space="preserve">, </w:t>
      </w:r>
      <w:r>
        <w:rPr>
          <w:rFonts w:ascii="Consolas" w:hAnsi="Consolas"/>
          <w:b w:val="0"/>
          <w:i w:val="0"/>
          <w:sz w:val="20"/>
        </w:rPr>
        <w:t>population</w:t>
      </w:r>
      <w:r>
        <w:rPr>
          <w:b w:val="0"/>
          <w:i w:val="0"/>
        </w:rPr>
        <w:t xml:space="preserve">, và </w:t>
      </w:r>
      <w:r>
        <w:rPr>
          <w:rFonts w:ascii="Consolas" w:hAnsi="Consolas"/>
          <w:b w:val="0"/>
          <w:i w:val="0"/>
          <w:sz w:val="20"/>
        </w:rPr>
        <w:t>fact</w:t>
      </w:r>
      <w:r>
        <w:rPr>
          <w:b w:val="0"/>
          <w:i w:val="0"/>
        </w:rPr>
        <w:t>. In ra tên của mỗi thành phố và tất cả thông tin bạn đã lưu về nó.</w:t>
      </w:r>
    </w:p>
    <w:p>
      <w:pPr>
        <w:spacing w:after="80"/>
      </w:pPr>
      <w:r>
        <w:rPr>
          <w:b/>
          <w:i w:val="0"/>
        </w:rPr>
        <w:t>6-12. Mở rộng:</w:t>
      </w:r>
      <w:r>
        <w:rPr>
          <w:b w:val="0"/>
          <w:i w:val="0"/>
        </w:rPr>
        <w:t xml:space="preserve"> Giờ chúng ta đang làm việc với những ví dụ đủ phức tạp để có thể mở rộng theo bất kỳ cách nào. Hãy dùng một trong các chương trình ví dụ từ chương này, và mở rộng nó bằng cách thêm key và value (giá trị) mới, thay đổi ngữ cảnh của chương trình, hoặc cải thiện định dạng của kết quả in ra.</w:t>
      </w:r>
    </w:p>
    <w:p>
      <w:pPr>
        <w:pStyle w:val="Heading2"/>
      </w:pPr>
      <w:r>
        <w:rPr>
          <w:rFonts w:ascii="Calibri" w:hAnsi="Calibri"/>
          <w:b/>
          <w:i w:val="0"/>
          <w:sz w:val="32"/>
        </w:rPr>
        <w:t>Tóm tắt</w:t>
      </w:r>
    </w:p>
    <w:p>
      <w:pPr>
        <w:spacing w:after="80"/>
      </w:pPr>
      <w:r>
        <w:rPr>
          <w:b w:val="0"/>
          <w:i w:val="0"/>
        </w:rPr>
        <w:t>Trong chương này, bạn đã học cách định nghĩa một dictionary và cách làm việc với thông tin được lưu trong một dictionary. Bạn đã học cách truy cập và sửa đổi từng phần tử trong một dictionary, và cách lặp qua toàn bộ thông tin trong một dictionary. Bạn đã học cách lặp qua các cặp key-value của một dictionary, các key của nó, và các value của nó. Bạn cũng đã học cách lồng nhiều dictionary vào trong một list, lồng các list vào trong một dictionary, và lồng một dictionary vào bên trong một dictionary.</w:t>
      </w:r>
    </w:p>
    <w:p>
      <w:pPr>
        <w:spacing w:after="80"/>
      </w:pPr>
      <w:r>
        <w:rPr>
          <w:b w:val="0"/>
          <w:i w:val="0"/>
        </w:rPr>
        <w:t xml:space="preserve">Trong chương tiếp theo, bạn sẽ học về vòng lặp </w:t>
      </w:r>
      <w:r>
        <w:rPr>
          <w:rFonts w:ascii="Consolas" w:hAnsi="Consolas"/>
          <w:b w:val="0"/>
          <w:i w:val="0"/>
          <w:sz w:val="20"/>
        </w:rPr>
        <w:t>while</w:t>
      </w:r>
      <w:r>
        <w:rPr>
          <w:b w:val="0"/>
          <w:i w:val="0"/>
        </w:rPr>
        <w:t xml:space="preserve"> và cách nhận input (dữ liệu nhập) từ những người đang sử dụng chương trình của bạn. Đây sẽ là một chương thú vị, vì bạn sẽ học cách làm cho tất cả các chương trình của mình trở nên tương tác: chúng sẽ có thể phản hồi lại input của người dùng.</w:t>
      </w:r>
    </w:p>
    <w:p>
      <w:pPr>
        <w:pStyle w:val="Heading1"/>
      </w:pPr>
      <w:r>
        <w:rPr>
          <w:rFonts w:ascii="Calibri" w:hAnsi="Calibri"/>
          <w:b/>
          <w:i w:val="0"/>
          <w:sz w:val="38"/>
        </w:rPr>
        <w:t>7</w:t>
      </w:r>
      <w:r>
        <w:rPr>
          <w:rFonts w:ascii="Calibri" w:hAnsi="Calibri"/>
          <w:b/>
          <w:i w:val="0"/>
          <w:sz w:val="38"/>
        </w:rPr>
      </w:r>
      <w:r>
        <w:rPr>
          <w:rFonts w:ascii="Calibri" w:hAnsi="Calibri"/>
          <w:b/>
          <w:i w:val="0"/>
          <w:sz w:val="38"/>
        </w:rPr>
        <w:t>Input của người dùng và vòng lặp while</w:t>
      </w:r>
    </w:p>
    <w:p>
      <w:pPr>
        <w:jc w:val="center"/>
      </w:pPr>
      <w:r>
        <w:drawing>
          <wp:inline xmlns:a="http://schemas.openxmlformats.org/drawingml/2006/main" xmlns:pic="http://schemas.openxmlformats.org/drawingml/2006/picture">
            <wp:extent cx="3867150" cy="3867150"/>
            <wp:docPr id="12" name="Picture 12"/>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Hầu hết các chương trình đều được viết để giải quyết vấn đề của một người dùng cuối. Để làm được điều đó, bạn thường cần lấy một số thông tin từ người dùng. Ví dụ, giả sử ai đó muốn biết liệu họ đã đủ tuổi để bỏ phiếu chưa. Nếu bạn viết một chương trình để trả lời câu hỏi này, bạn cần biết tuổi của người dùng trước khi có thể đưa ra câu trả lời. Chương trình sẽ cần yêu cầu người dùng nhập, hay </w:t>
      </w:r>
      <w:r>
        <w:rPr>
          <w:b w:val="0"/>
          <w:i/>
        </w:rPr>
        <w:t>input</w:t>
      </w:r>
      <w:r>
        <w:rPr>
          <w:b w:val="0"/>
          <w:i w:val="0"/>
        </w:rPr>
        <w:t>, tuổi của họ; một khi chương trình có input này, nó có thể so sánh với độ tuổi được phép bỏ phiếu để xác định xem người dùng đã đủ tuổi chưa và sau đó báo cáo kết quả.</w:t>
      </w:r>
    </w:p>
    <w:p>
      <w:pPr>
        <w:spacing w:after="80"/>
      </w:pPr>
      <w:r>
        <w:rPr>
          <w:b w:val="0"/>
          <w:i w:val="0"/>
        </w:rPr>
        <w:t xml:space="preserve">Trong chương này, bạn sẽ học cách nhận input của người dùng để chương trình của bạn có thể làm việc với nó. Khi chương trình của bạn cần một cái tên, bạn sẽ có thể nhắc người dùng nhập một cái tên. Khi chương trình của bạn cần một danh sách các tên, bạn sẽ có thể nhắc người dùng nhập một loạt các tên. Để làm điều này, bạn sẽ dùng hàm </w:t>
      </w:r>
      <w:r>
        <w:rPr>
          <w:rFonts w:ascii="Consolas" w:hAnsi="Consolas"/>
          <w:b w:val="0"/>
          <w:i w:val="0"/>
          <w:sz w:val="20"/>
        </w:rPr>
        <w:t>input()</w:t>
      </w:r>
      <w:r>
        <w:rPr>
          <w:b w:val="0"/>
          <w:i w:val="0"/>
        </w:rPr>
        <w:t>.</w:t>
      </w:r>
    </w:p>
    <w:p>
      <w:pPr>
        <w:spacing w:after="80"/>
      </w:pPr>
      <w:r>
        <w:rPr>
          <w:b w:val="0"/>
          <w:i w:val="0"/>
        </w:rPr>
        <w:t xml:space="preserve">Bạn cũng sẽ học cách giữ cho các chương trình chạy miễn là người dùng muốn, để họ có thể nhập bao nhiêu thông tin tùy theo nhu cầu; sau đó, chương trình của bạn có thể làm việc với thông tin đó. Bạn sẽ dùng vòng lặp </w:t>
      </w:r>
      <w:r>
        <w:rPr>
          <w:rFonts w:ascii="Consolas" w:hAnsi="Consolas"/>
          <w:b w:val="0"/>
          <w:i w:val="0"/>
          <w:sz w:val="20"/>
        </w:rPr>
        <w:t>while</w:t>
      </w:r>
      <w:r>
        <w:rPr>
          <w:b w:val="0"/>
          <w:i w:val="0"/>
        </w:rPr>
        <w:t xml:space="preserve"> của Python để giữ cho các chương trình chạy miễn là một số điều kiện nhất định vẫn còn đúng.</w:t>
      </w:r>
    </w:p>
    <w:p>
      <w:pPr>
        <w:spacing w:after="80"/>
      </w:pPr>
      <w:r>
        <w:rPr>
          <w:b w:val="0"/>
          <w:i w:val="0"/>
        </w:rPr>
        <w:t>Với khả năng làm việc với input của người dùng và khả năng kiểm soát thời gian chạy của chương trình, bạn sẽ có thể viết những chương trình hoàn toàn tương tác.</w:t>
      </w:r>
    </w:p>
    <w:p>
      <w:pPr>
        <w:pStyle w:val="Heading2"/>
      </w:pPr>
      <w:r>
        <w:rPr>
          <w:rFonts w:ascii="Calibri" w:hAnsi="Calibri"/>
          <w:b/>
          <w:i w:val="0"/>
          <w:sz w:val="32"/>
        </w:rPr>
        <w:t>Cách hàm input() hoạt động</w:t>
      </w:r>
    </w:p>
    <w:p>
      <w:pPr>
        <w:spacing w:after="80"/>
      </w:pPr>
      <w:r>
        <w:rPr>
          <w:b w:val="0"/>
          <w:i w:val="0"/>
        </w:rPr>
        <w:t xml:space="preserve">Hàm </w:t>
      </w:r>
      <w:r>
        <w:rPr>
          <w:rFonts w:ascii="Consolas" w:hAnsi="Consolas"/>
          <w:b w:val="0"/>
          <w:i w:val="0"/>
          <w:sz w:val="20"/>
        </w:rPr>
        <w:t>input()</w:t>
      </w:r>
      <w:r>
        <w:rPr>
          <w:b w:val="0"/>
          <w:i w:val="0"/>
        </w:rPr>
        <w:t xml:space="preserve"> sẽ tạm dừng chương trình của bạn và chờ người dùng nhập vào một đoạn văn bản. Khi Python nhận được dữ liệu người dùng nhập, nó sẽ gán dữ liệu đó cho một biến để bạn dễ dàng xử lý.</w:t>
      </w:r>
    </w:p>
    <w:p>
      <w:pPr>
        <w:spacing w:after="80"/>
      </w:pPr>
      <w:r>
        <w:rPr>
          <w:b w:val="0"/>
          <w:i w:val="0"/>
        </w:rPr>
        <w:t>Ví dụ, chương trình sau đây yêu cầu người dùng nhập vào một đoạn văn bản, rồi hiển thị lại thông điệp đó cho người dùng:</w:t>
      </w:r>
    </w:p>
    <w:p>
      <w:pPr>
        <w:spacing w:after="80"/>
      </w:pPr>
      <w:r>
        <w:rPr>
          <w:b w:val="0"/>
          <w:i w:val="0"/>
        </w:rPr>
        <w:t>parrot.py</w:t>
      </w:r>
    </w:p>
    <w:p>
      <w:pPr>
        <w:spacing w:after="80"/>
      </w:pPr>
      <w:r>
        <w:rPr>
          <w:b w:val="0"/>
          <w:i w:val="0"/>
        </w:rPr>
        <w:t>message = input("Tell me something, and I will repeat it back to you: ")</w:t>
      </w:r>
      <w:r>
        <w:br/>
      </w:r>
      <w:r>
        <w:rPr>
          <w:b w:val="0"/>
          <w:i w:val="0"/>
        </w:rPr>
        <w:t>print(message)</w:t>
      </w:r>
    </w:p>
    <w:p>
      <w:pPr>
        <w:spacing w:after="80"/>
      </w:pPr>
      <w:r>
        <w:rPr>
          <w:b w:val="0"/>
          <w:i w:val="0"/>
        </w:rPr>
        <w:t xml:space="preserve">Hàm </w:t>
      </w:r>
      <w:r>
        <w:rPr>
          <w:rFonts w:ascii="Consolas" w:hAnsi="Consolas"/>
          <w:b w:val="0"/>
          <w:i w:val="0"/>
          <w:sz w:val="20"/>
        </w:rPr>
        <w:t>input()</w:t>
      </w:r>
      <w:r>
        <w:rPr>
          <w:b w:val="0"/>
          <w:i w:val="0"/>
        </w:rPr>
        <w:t xml:space="preserve"> nhận một đối số (argument): </w:t>
      </w:r>
      <w:r>
        <w:rPr>
          <w:b w:val="0"/>
          <w:i/>
        </w:rPr>
        <w:t>lời nhắc</w:t>
      </w:r>
      <w:r>
        <w:rPr>
          <w:b w:val="0"/>
          <w:i w:val="0"/>
        </w:rPr>
        <w:t xml:space="preserve"> (prompt) mà chúng ta muốn hiển thị cho người dùng, để họ biết cần nhập loại thông tin gì. Trong ví dụ này, khi Python chạy dòng đầu tiên, người dùng sẽ thấy lời nhắc </w:t>
      </w:r>
      <w:r>
        <w:rPr>
          <w:rFonts w:ascii="Consolas" w:hAnsi="Consolas"/>
          <w:b w:val="0"/>
          <w:i w:val="0"/>
          <w:sz w:val="20"/>
        </w:rPr>
        <w:t xml:space="preserve">Tell me something, and I will repeat it back to you: </w:t>
      </w:r>
      <w:r>
        <w:rPr>
          <w:b w:val="0"/>
          <w:i w:val="0"/>
        </w:rPr>
        <w:t xml:space="preserve">. Chương trình sẽ chờ trong lúc người dùng nhập câu trả lời và tiếp tục sau khi người dùng nhấn ENTER. Câu trả lời được gán cho biến </w:t>
      </w:r>
      <w:r>
        <w:rPr>
          <w:rFonts w:ascii="Consolas" w:hAnsi="Consolas"/>
          <w:b w:val="0"/>
          <w:i w:val="0"/>
          <w:sz w:val="20"/>
        </w:rPr>
        <w:t>message</w:t>
      </w:r>
      <w:r>
        <w:rPr>
          <w:b w:val="0"/>
          <w:i w:val="0"/>
        </w:rPr>
        <w:t xml:space="preserve">, sau đó </w:t>
      </w:r>
      <w:r>
        <w:rPr>
          <w:rFonts w:ascii="Consolas" w:hAnsi="Consolas"/>
          <w:b w:val="0"/>
          <w:i w:val="0"/>
          <w:sz w:val="20"/>
        </w:rPr>
        <w:t>print(message)</w:t>
      </w:r>
      <w:r>
        <w:rPr>
          <w:b w:val="0"/>
          <w:i w:val="0"/>
        </w:rPr>
        <w:t xml:space="preserve"> hiển thị lại dữ liệu đã nhập cho người dùng:</w:t>
      </w:r>
    </w:p>
    <w:p>
      <w:pPr>
        <w:spacing w:after="0"/>
        <w:ind w:left="360"/>
        <w:shd w:val="clear" w:color="auto" w:fill="F2F2F2"/>
      </w:pPr>
      <w:r>
        <w:rPr>
          <w:rFonts w:ascii="Consolas" w:hAnsi="Consolas"/>
          <w:b w:val="0"/>
          <w:i w:val="0"/>
          <w:sz w:val="18"/>
        </w:rPr>
        <w:t xml:space="preserve">Tell me something, and I will repeat it back to you: </w:t>
      </w:r>
      <w:r>
        <w:rPr>
          <w:rFonts w:ascii="Consolas" w:hAnsi="Consolas"/>
          <w:b/>
          <w:i w:val="0"/>
          <w:sz w:val="18"/>
        </w:rPr>
        <w:t>Hello everyone!</w:t>
      </w:r>
    </w:p>
    <w:p>
      <w:pPr>
        <w:spacing w:after="0"/>
        <w:ind w:left="360"/>
        <w:shd w:val="clear" w:color="auto" w:fill="F2F2F2"/>
      </w:pPr>
      <w:r>
        <w:rPr>
          <w:rFonts w:ascii="Consolas" w:hAnsi="Consolas"/>
          <w:b w:val="0"/>
          <w:i w:val="0"/>
          <w:sz w:val="18"/>
        </w:rPr>
        <w:t>Hello everyone!</w:t>
      </w:r>
    </w:p>
    <w:p>
      <w:pPr>
        <w:spacing w:after="40"/>
      </w:pPr>
    </w:p>
    <w:p>
      <w:pPr>
        <w:spacing w:before="120" w:after="40"/>
      </w:pPr>
      <w:r>
        <w:rPr>
          <w:b/>
          <w:sz w:val="21"/>
        </w:rPr>
        <w:t>Ghi chú</w:t>
      </w:r>
    </w:p>
    <w:p>
      <w:pPr>
        <w:spacing w:after="80"/>
      </w:pPr>
      <w:r>
        <w:rPr>
          <w:b w:val="0"/>
          <w:i w:val="0"/>
        </w:rPr>
        <w:t>Một số trình soạn thảo văn bản sẽ không chạy được các chương trình yêu cầu người dùng nhập dữ liệu. Bạn có thể dùng những trình soạn thảo này để viết các chương trình yêu cầu nhập dữ liệu, nhưng bạn sẽ cần chạy những chương trình đó từ terminal. Xem "Running Python Programs from a Terminal" ở trang 11.</w:t>
      </w:r>
    </w:p>
    <w:p>
      <w:pPr>
        <w:pStyle w:val="Heading3"/>
      </w:pPr>
      <w:r>
        <w:rPr>
          <w:rFonts w:ascii="Calibri" w:hAnsi="Calibri"/>
          <w:b/>
          <w:i w:val="0"/>
          <w:sz w:val="27"/>
        </w:rPr>
        <w:t>Viết lời nhắc rõ ràng</w:t>
      </w:r>
    </w:p>
    <w:p>
      <w:pPr>
        <w:spacing w:after="80"/>
      </w:pPr>
      <w:r>
        <w:rPr>
          <w:b w:val="0"/>
          <w:i w:val="0"/>
        </w:rPr>
        <w:t xml:space="preserve">Mỗi lần bạn dùng hàm </w:t>
      </w:r>
      <w:r>
        <w:rPr>
          <w:rFonts w:ascii="Consolas" w:hAnsi="Consolas"/>
          <w:b w:val="0"/>
          <w:i w:val="0"/>
          <w:sz w:val="20"/>
        </w:rPr>
        <w:t>input()</w:t>
      </w:r>
      <w:r>
        <w:rPr>
          <w:b w:val="0"/>
          <w:i w:val="0"/>
        </w:rPr>
        <w:t>, bạn nên kèm theo một lời nhắc rõ ràng, dễ hiểu để cho người dùng biết chính xác bạn đang cần loại thông tin gì. Bất kỳ câu nào cho người dùng biết cần nhập gì đều được. Ví dụ:</w:t>
      </w:r>
    </w:p>
    <w:p>
      <w:pPr>
        <w:spacing w:after="80"/>
      </w:pPr>
      <w:r>
        <w:rPr>
          <w:b w:val="0"/>
          <w:i w:val="0"/>
        </w:rPr>
        <w:t>greeter.py</w:t>
      </w:r>
    </w:p>
    <w:p>
      <w:pPr>
        <w:spacing w:after="80"/>
      </w:pPr>
      <w:r>
        <w:rPr>
          <w:b w:val="0"/>
          <w:i w:val="0"/>
        </w:rPr>
        <w:t>name = input("Please enter your name: ")</w:t>
      </w:r>
      <w:r>
        <w:br/>
      </w:r>
      <w:r>
        <w:rPr>
          <w:b w:val="0"/>
          <w:i w:val="0"/>
        </w:rPr>
        <w:t>print(f"\nHello, {name}!")</w:t>
      </w:r>
    </w:p>
    <w:p>
      <w:pPr>
        <w:spacing w:after="80"/>
      </w:pPr>
      <w:r>
        <w:rPr>
          <w:b w:val="0"/>
          <w:i w:val="0"/>
        </w:rPr>
        <w:t>Hãy thêm một dấu cách ở cuối lời nhắc (sau dấu hai chấm trong ví dụ trên) để tách lời nhắc khỏi câu trả lời của người dùng và để người dùng biết rõ chỗ cần nhập văn bản. Ví dụ:</w:t>
      </w:r>
    </w:p>
    <w:p>
      <w:pPr>
        <w:spacing w:after="0"/>
        <w:ind w:left="360"/>
        <w:shd w:val="clear" w:color="auto" w:fill="F2F2F2"/>
      </w:pPr>
      <w:r>
        <w:rPr>
          <w:rFonts w:ascii="Consolas" w:hAnsi="Consolas"/>
          <w:b w:val="0"/>
          <w:i w:val="0"/>
          <w:sz w:val="18"/>
        </w:rPr>
        <w:t xml:space="preserve">Please enter your name: </w:t>
      </w:r>
      <w:r>
        <w:rPr>
          <w:rFonts w:ascii="Consolas" w:hAnsi="Consolas"/>
          <w:b/>
          <w:i w:val="0"/>
          <w:sz w:val="18"/>
        </w:rPr>
        <w:t>Eric</w:t>
      </w:r>
    </w:p>
    <w:p>
      <w:pPr>
        <w:spacing w:after="0"/>
        <w:ind w:left="360"/>
        <w:shd w:val="clear" w:color="auto" w:fill="F2F2F2"/>
      </w:pPr>
      <w:r>
        <w:rPr>
          <w:rFonts w:ascii="Consolas" w:hAnsi="Consolas"/>
          <w:b w:val="0"/>
          <w:i w:val="0"/>
          <w:sz w:val="18"/>
        </w:rPr>
        <w:t>Hello, Eric!</w:t>
      </w:r>
    </w:p>
    <w:p>
      <w:pPr>
        <w:spacing w:after="40"/>
      </w:pPr>
    </w:p>
    <w:p>
      <w:pPr>
        <w:spacing w:after="80"/>
      </w:pPr>
      <w:r>
        <w:rPr>
          <w:b w:val="0"/>
          <w:i w:val="0"/>
        </w:rPr>
        <w:t xml:space="preserve">Đôi khi bạn sẽ muốn viết một lời nhắc dài hơn một dòng. Ví dụ, bạn có thể muốn cho người dùng biết lý do bạn đang hỏi một thông tin nào đó. Bạn có thể gán lời nhắc cho một biến rồi truyền biến đó vào hàm </w:t>
      </w:r>
      <w:r>
        <w:rPr>
          <w:rFonts w:ascii="Consolas" w:hAnsi="Consolas"/>
          <w:b w:val="0"/>
          <w:i w:val="0"/>
          <w:sz w:val="20"/>
        </w:rPr>
        <w:t>input()</w:t>
      </w:r>
      <w:r>
        <w:rPr>
          <w:b w:val="0"/>
          <w:i w:val="0"/>
        </w:rPr>
        <w:t xml:space="preserve">. Cách này cho phép bạn xây dựng lời nhắc qua nhiều dòng, rồi viết một câu lệnh </w:t>
      </w:r>
      <w:r>
        <w:rPr>
          <w:rFonts w:ascii="Consolas" w:hAnsi="Consolas"/>
          <w:b w:val="0"/>
          <w:i w:val="0"/>
          <w:sz w:val="20"/>
        </w:rPr>
        <w:t>input()</w:t>
      </w:r>
      <w:r>
        <w:rPr>
          <w:b w:val="0"/>
          <w:i w:val="0"/>
        </w:rPr>
        <w:t xml:space="preserve"> gọn gàng.</w:t>
      </w:r>
    </w:p>
    <w:p>
      <w:pPr>
        <w:spacing w:after="80"/>
      </w:pPr>
      <w:r>
        <w:rPr>
          <w:b w:val="0"/>
          <w:i w:val="0"/>
        </w:rPr>
        <w:t>greeter.py</w:t>
      </w:r>
    </w:p>
    <w:p>
      <w:pPr>
        <w:spacing w:after="0"/>
        <w:ind w:left="360"/>
        <w:shd w:val="clear" w:color="auto" w:fill="F2F2F2"/>
      </w:pPr>
      <w:r>
        <w:rPr>
          <w:rFonts w:ascii="Consolas" w:hAnsi="Consolas"/>
          <w:b w:val="0"/>
          <w:i w:val="0"/>
          <w:sz w:val="18"/>
        </w:rPr>
        <w:t>prompt = "If you share your name, we can personalize the messages you see."</w:t>
      </w:r>
    </w:p>
    <w:p>
      <w:pPr>
        <w:spacing w:after="0"/>
        <w:ind w:left="360"/>
        <w:shd w:val="clear" w:color="auto" w:fill="F2F2F2"/>
      </w:pPr>
      <w:r>
        <w:rPr>
          <w:rFonts w:ascii="Consolas" w:hAnsi="Consolas"/>
          <w:b w:val="0"/>
          <w:i w:val="0"/>
          <w:sz w:val="18"/>
        </w:rPr>
        <w:t>prompt += "\nWhat is your first name?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name = input(prompt)</w:t>
      </w:r>
    </w:p>
    <w:p>
      <w:pPr>
        <w:spacing w:after="0"/>
        <w:ind w:left="360"/>
        <w:shd w:val="clear" w:color="auto" w:fill="F2F2F2"/>
      </w:pPr>
      <w:r>
        <w:rPr>
          <w:rFonts w:ascii="Consolas" w:hAnsi="Consolas"/>
          <w:b w:val="0"/>
          <w:i w:val="0"/>
          <w:sz w:val="18"/>
        </w:rPr>
        <w:t>print(f"\nHello, {name}!")</w:t>
      </w:r>
    </w:p>
    <w:p>
      <w:pPr>
        <w:spacing w:after="40"/>
      </w:pPr>
    </w:p>
    <w:p>
      <w:pPr>
        <w:spacing w:after="80"/>
      </w:pPr>
      <w:r>
        <w:rPr>
          <w:b w:val="0"/>
          <w:i w:val="0"/>
        </w:rPr>
        <w:t xml:space="preserve">Ví dụ này cho thấy một cách để tạo chuỗi nhiều dòng. Dòng đầu tiên gán phần đầu tiên của thông báo cho biến </w:t>
      </w:r>
      <w:r>
        <w:rPr>
          <w:rFonts w:ascii="Consolas" w:hAnsi="Consolas"/>
          <w:b w:val="0"/>
          <w:i w:val="0"/>
          <w:sz w:val="20"/>
        </w:rPr>
        <w:t>prompt</w:t>
      </w:r>
      <w:r>
        <w:rPr>
          <w:b w:val="0"/>
          <w:i w:val="0"/>
        </w:rPr>
        <w:t xml:space="preserve">. Ở dòng thứ hai, toán tử </w:t>
      </w:r>
      <w:r>
        <w:rPr>
          <w:rFonts w:ascii="Consolas" w:hAnsi="Consolas"/>
          <w:b w:val="0"/>
          <w:i w:val="0"/>
          <w:sz w:val="20"/>
        </w:rPr>
        <w:t>+=</w:t>
      </w:r>
      <w:r>
        <w:rPr>
          <w:b w:val="0"/>
          <w:i w:val="0"/>
        </w:rPr>
        <w:t xml:space="preserve"> lấy chuỗi đã được gán cho </w:t>
      </w:r>
      <w:r>
        <w:rPr>
          <w:rFonts w:ascii="Consolas" w:hAnsi="Consolas"/>
          <w:b w:val="0"/>
          <w:i w:val="0"/>
          <w:sz w:val="20"/>
        </w:rPr>
        <w:t>prompt</w:t>
      </w:r>
      <w:r>
        <w:rPr>
          <w:b w:val="0"/>
          <w:i w:val="0"/>
        </w:rPr>
        <w:t xml:space="preserve"> và thêm chuỗi mới vào cuối.</w:t>
      </w:r>
    </w:p>
    <w:p>
      <w:pPr>
        <w:spacing w:after="80"/>
      </w:pPr>
      <w:r>
        <w:rPr>
          <w:b w:val="0"/>
          <w:i w:val="0"/>
        </w:rPr>
        <w:t>Lời nhắc bây giờ trải dài hai dòng, vẫn có dấu cách sau dấu chấm hỏi cho rõ ràng:</w:t>
      </w:r>
    </w:p>
    <w:p>
      <w:pPr>
        <w:spacing w:after="0"/>
        <w:ind w:left="360"/>
        <w:shd w:val="clear" w:color="auto" w:fill="F2F2F2"/>
      </w:pPr>
      <w:r>
        <w:rPr>
          <w:rFonts w:ascii="Consolas" w:hAnsi="Consolas"/>
          <w:b w:val="0"/>
          <w:i w:val="0"/>
          <w:sz w:val="18"/>
        </w:rPr>
        <w:t>If you share your name, we can personalize the messages you see.</w:t>
      </w:r>
    </w:p>
    <w:p>
      <w:pPr>
        <w:spacing w:after="0"/>
        <w:ind w:left="360"/>
        <w:shd w:val="clear" w:color="auto" w:fill="F2F2F2"/>
      </w:pPr>
      <w:r>
        <w:rPr>
          <w:rFonts w:ascii="Consolas" w:hAnsi="Consolas"/>
          <w:b w:val="0"/>
          <w:i w:val="0"/>
          <w:sz w:val="18"/>
        </w:rPr>
        <w:t xml:space="preserve">What is your first name? </w:t>
      </w:r>
      <w:r>
        <w:rPr>
          <w:rFonts w:ascii="Consolas" w:hAnsi="Consolas"/>
          <w:b/>
          <w:i w:val="0"/>
          <w:sz w:val="18"/>
        </w:rPr>
        <w:t>Eric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Hello, Eric!</w:t>
      </w:r>
    </w:p>
    <w:p>
      <w:pPr>
        <w:spacing w:after="40"/>
      </w:pPr>
    </w:p>
    <w:p>
      <w:pPr>
        <w:pStyle w:val="Heading3"/>
      </w:pPr>
      <w:r>
        <w:rPr>
          <w:rFonts w:ascii="Calibri" w:hAnsi="Calibri"/>
          <w:b/>
          <w:i w:val="0"/>
          <w:sz w:val="27"/>
        </w:rPr>
        <w:t>Dùng int() để nhận đầu vào dạng số</w:t>
      </w:r>
    </w:p>
    <w:p>
      <w:pPr>
        <w:spacing w:after="80"/>
      </w:pPr>
      <w:r>
        <w:rPr>
          <w:b w:val="0"/>
          <w:i w:val="0"/>
        </w:rPr>
        <w:t xml:space="preserve">Khi bạn dùng hàm </w:t>
      </w:r>
      <w:r>
        <w:rPr>
          <w:rFonts w:ascii="Consolas" w:hAnsi="Consolas"/>
          <w:b w:val="0"/>
          <w:i w:val="0"/>
          <w:sz w:val="20"/>
        </w:rPr>
        <w:t>input()</w:t>
      </w:r>
      <w:r>
        <w:rPr>
          <w:b w:val="0"/>
          <w:i w:val="0"/>
        </w:rPr>
        <w:t>, Python hiểu mọi thứ người dùng nhập vào đều là chuỗi. Hãy xem phiên làm việc với trình thông dịch sau đây, hỏi tuổi của người dùng: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input("How old are you? ")</w:t>
      </w:r>
    </w:p>
    <w:p>
      <w:pPr>
        <w:spacing w:after="0"/>
        <w:ind w:left="360"/>
        <w:shd w:val="clear" w:color="auto" w:fill="F2F2F2"/>
      </w:pPr>
      <w:r>
        <w:rPr>
          <w:rFonts w:ascii="Consolas" w:hAnsi="Consolas"/>
          <w:b w:val="0"/>
          <w:i w:val="0"/>
          <w:sz w:val="18"/>
        </w:rPr>
        <w:t xml:space="preserve">How old are you? </w:t>
      </w:r>
      <w:r>
        <w:rPr>
          <w:rFonts w:ascii="Consolas" w:hAnsi="Consolas"/>
          <w:b/>
          <w:i w:val="0"/>
          <w:sz w:val="18"/>
        </w:rPr>
        <w:t>21</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w:t>
      </w:r>
    </w:p>
    <w:p>
      <w:pPr>
        <w:spacing w:after="0"/>
        <w:ind w:left="360"/>
        <w:shd w:val="clear" w:color="auto" w:fill="F2F2F2"/>
      </w:pPr>
      <w:r>
        <w:rPr>
          <w:rFonts w:ascii="Consolas" w:hAnsi="Consolas"/>
          <w:b w:val="0"/>
          <w:i w:val="0"/>
          <w:sz w:val="18"/>
        </w:rPr>
        <w:t>'21'</w:t>
      </w:r>
    </w:p>
    <w:p>
      <w:pPr>
        <w:spacing w:after="40"/>
      </w:pPr>
    </w:p>
    <w:p>
      <w:pPr>
        <w:spacing w:after="80"/>
      </w:pPr>
      <w:r>
        <w:rPr>
          <w:b w:val="0"/>
          <w:i w:val="0"/>
        </w:rPr>
        <w:t xml:space="preserve">Người dùng nhập số </w:t>
      </w:r>
      <w:r>
        <w:rPr>
          <w:rFonts w:ascii="Consolas" w:hAnsi="Consolas"/>
          <w:b w:val="0"/>
          <w:i w:val="0"/>
          <w:sz w:val="20"/>
        </w:rPr>
        <w:t>21</w:t>
      </w:r>
      <w:r>
        <w:rPr>
          <w:b w:val="0"/>
          <w:i w:val="0"/>
        </w:rPr>
        <w:t xml:space="preserve">, nhưng khi chúng ta hỏi Python giá trị của </w:t>
      </w:r>
      <w:r>
        <w:rPr>
          <w:rFonts w:ascii="Consolas" w:hAnsi="Consolas"/>
          <w:b w:val="0"/>
          <w:i w:val="0"/>
          <w:sz w:val="20"/>
        </w:rPr>
        <w:t>age</w:t>
      </w:r>
      <w:r>
        <w:rPr>
          <w:b w:val="0"/>
          <w:i w:val="0"/>
        </w:rPr>
        <w:t xml:space="preserve">, nó trả về </w:t>
      </w:r>
      <w:r>
        <w:rPr>
          <w:rFonts w:ascii="Consolas" w:hAnsi="Consolas"/>
          <w:b w:val="0"/>
          <w:i w:val="0"/>
          <w:sz w:val="20"/>
        </w:rPr>
        <w:t>'21'</w:t>
      </w:r>
      <w:r>
        <w:rPr>
          <w:b w:val="0"/>
          <w:i w:val="0"/>
        </w:rPr>
        <w:t>, tức biểu diễn dạng chuỗi của giá trị số vừa nhập. Chúng ta biết Python hiểu đầu vào là chuỗi vì con số giờ được đặt trong dấu ngoặc kép. Nếu bạn chỉ muốn in đầu vào thì cách này chạy tốt. Nhưng nếu bạn thử dùng đầu vào như một con số, bạn sẽ gặp lỗi: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input("How old are you? ")</w:t>
      </w:r>
    </w:p>
    <w:p>
      <w:pPr>
        <w:spacing w:after="0"/>
        <w:ind w:left="360"/>
        <w:shd w:val="clear" w:color="auto" w:fill="F2F2F2"/>
      </w:pPr>
      <w:r>
        <w:rPr>
          <w:rFonts w:ascii="Consolas" w:hAnsi="Consolas"/>
          <w:b w:val="0"/>
          <w:i w:val="0"/>
          <w:sz w:val="18"/>
        </w:rPr>
        <w:t xml:space="preserve">How old are you? </w:t>
      </w:r>
      <w:r>
        <w:rPr>
          <w:rFonts w:ascii="Consolas" w:hAnsi="Consolas"/>
          <w:b/>
          <w:i w:val="0"/>
          <w:sz w:val="18"/>
        </w:rPr>
        <w:t>21</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age &gt;= 18</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 xml:space="preserve">  File "&lt;stdin&gt;", line 1, in &lt;module&gt;</w:t>
      </w:r>
    </w:p>
    <w:p>
      <w:pPr>
        <w:spacing w:after="0"/>
        <w:ind w:left="360"/>
        <w:shd w:val="clear" w:color="auto" w:fill="F2F2F2"/>
      </w:pPr>
      <w:r>
        <w:rPr>
          <w:rFonts w:ascii="Consolas" w:hAnsi="Consolas"/>
          <w:b w:val="0"/>
          <w:i w:val="0"/>
          <w:sz w:val="18"/>
        </w:rPr>
        <w:t>❷ TypeError: '&gt;=' not supported between instances of 'str' and 'int'</w:t>
      </w:r>
    </w:p>
    <w:p>
      <w:pPr>
        <w:spacing w:after="40"/>
      </w:pPr>
    </w:p>
    <w:p>
      <w:pPr>
        <w:spacing w:after="80"/>
      </w:pPr>
      <w:r>
        <w:rPr>
          <w:b w:val="0"/>
          <w:i w:val="0"/>
        </w:rPr>
        <w:t xml:space="preserve">Khi bạn thử dùng đầu vào để thực hiện so sánh số ❶, Python báo lỗi vì nó không thể so sánh một chuỗi với một số nguyên: chuỗi </w:t>
      </w:r>
      <w:r>
        <w:rPr>
          <w:rFonts w:ascii="Consolas" w:hAnsi="Consolas"/>
          <w:b w:val="0"/>
          <w:i w:val="0"/>
          <w:sz w:val="20"/>
        </w:rPr>
        <w:t>'21'</w:t>
      </w:r>
      <w:r>
        <w:rPr>
          <w:b w:val="0"/>
          <w:i w:val="0"/>
        </w:rPr>
        <w:t xml:space="preserve"> được gán cho </w:t>
      </w:r>
      <w:r>
        <w:rPr>
          <w:rFonts w:ascii="Consolas" w:hAnsi="Consolas"/>
          <w:b w:val="0"/>
          <w:i w:val="0"/>
          <w:sz w:val="20"/>
        </w:rPr>
        <w:t>age</w:t>
      </w:r>
      <w:r>
        <w:rPr>
          <w:b w:val="0"/>
          <w:i w:val="0"/>
        </w:rPr>
        <w:t xml:space="preserve"> không thể so sánh với giá trị số </w:t>
      </w:r>
      <w:r>
        <w:rPr>
          <w:rFonts w:ascii="Consolas" w:hAnsi="Consolas"/>
          <w:b w:val="0"/>
          <w:i w:val="0"/>
          <w:sz w:val="20"/>
        </w:rPr>
        <w:t>18</w:t>
      </w:r>
      <w:r>
        <w:rPr>
          <w:b w:val="0"/>
          <w:i w:val="0"/>
        </w:rPr>
        <w:t xml:space="preserve"> ❷.</w:t>
      </w:r>
    </w:p>
    <w:p>
      <w:pPr>
        <w:spacing w:after="80"/>
      </w:pPr>
      <w:r>
        <w:rPr>
          <w:b w:val="0"/>
          <w:i w:val="0"/>
        </w:rPr>
        <w:t xml:space="preserve">Chúng ta có thể giải quyết vấn đề này bằng cách dùng hàm </w:t>
      </w:r>
      <w:r>
        <w:rPr>
          <w:rFonts w:ascii="Consolas" w:hAnsi="Consolas"/>
          <w:b w:val="0"/>
          <w:i w:val="0"/>
          <w:sz w:val="20"/>
        </w:rPr>
        <w:t>int()</w:t>
      </w:r>
      <w:r>
        <w:rPr>
          <w:b w:val="0"/>
          <w:i w:val="0"/>
        </w:rPr>
        <w:t>, hàm này chuyển chuỗi đầu vào thành giá trị số. Điều này cho phép phép so sánh chạy thành công:</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 input("How old are you? ")</w:t>
      </w:r>
    </w:p>
    <w:p>
      <w:pPr>
        <w:spacing w:after="0"/>
        <w:ind w:left="360"/>
        <w:shd w:val="clear" w:color="auto" w:fill="F2F2F2"/>
      </w:pPr>
      <w:r>
        <w:rPr>
          <w:rFonts w:ascii="Consolas" w:hAnsi="Consolas"/>
          <w:b w:val="0"/>
          <w:i w:val="0"/>
          <w:sz w:val="18"/>
        </w:rPr>
        <w:t xml:space="preserve">How old are you? </w:t>
      </w:r>
      <w:r>
        <w:rPr>
          <w:rFonts w:ascii="Consolas" w:hAnsi="Consolas"/>
          <w:b/>
          <w:i w:val="0"/>
          <w:sz w:val="18"/>
        </w:rPr>
        <w:t>21</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age = int(age)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age &gt;= 18</w:t>
      </w:r>
    </w:p>
    <w:p>
      <w:pPr>
        <w:spacing w:after="0"/>
        <w:ind w:left="360"/>
        <w:shd w:val="clear" w:color="auto" w:fill="F2F2F2"/>
      </w:pPr>
      <w:r>
        <w:rPr>
          <w:rFonts w:ascii="Consolas" w:hAnsi="Consolas"/>
          <w:b w:val="0"/>
          <w:i w:val="0"/>
          <w:sz w:val="18"/>
        </w:rPr>
        <w:t>True</w:t>
      </w:r>
    </w:p>
    <w:p>
      <w:pPr>
        <w:spacing w:after="40"/>
      </w:pPr>
    </w:p>
    <w:p>
      <w:pPr>
        <w:spacing w:after="80"/>
      </w:pPr>
      <w:r>
        <w:rPr>
          <w:b w:val="0"/>
          <w:i w:val="0"/>
        </w:rPr>
        <w:t xml:space="preserve">Trong ví dụ này, khi chúng ta nhập </w:t>
      </w:r>
      <w:r>
        <w:rPr>
          <w:rFonts w:ascii="Consolas" w:hAnsi="Consolas"/>
          <w:b w:val="0"/>
          <w:i w:val="0"/>
          <w:sz w:val="20"/>
        </w:rPr>
        <w:t>21</w:t>
      </w:r>
      <w:r>
        <w:rPr>
          <w:b w:val="0"/>
          <w:i w:val="0"/>
        </w:rPr>
        <w:t xml:space="preserve"> tại lời nhắc, Python hiểu con số là chuỗi, nhưng giá trị sau đó được chuyển thành biểu diễn dạng số bởi </w:t>
      </w:r>
      <w:r>
        <w:rPr>
          <w:rFonts w:ascii="Consolas" w:hAnsi="Consolas"/>
          <w:b w:val="0"/>
          <w:i w:val="0"/>
          <w:sz w:val="20"/>
        </w:rPr>
        <w:t>int()</w:t>
      </w:r>
      <w:r>
        <w:rPr>
          <w:b w:val="0"/>
          <w:i w:val="0"/>
        </w:rPr>
        <w:t xml:space="preserve"> ❶. Giờ Python có thể chạy phép kiểm tra điều kiện: nó so sánh </w:t>
      </w:r>
      <w:r>
        <w:rPr>
          <w:rFonts w:ascii="Consolas" w:hAnsi="Consolas"/>
          <w:b w:val="0"/>
          <w:i w:val="0"/>
          <w:sz w:val="20"/>
        </w:rPr>
        <w:t>age</w:t>
      </w:r>
      <w:r>
        <w:rPr>
          <w:b w:val="0"/>
          <w:i w:val="0"/>
        </w:rPr>
        <w:t xml:space="preserve"> (giờ đại diện cho giá trị số 21) và </w:t>
      </w:r>
      <w:r>
        <w:rPr>
          <w:rFonts w:ascii="Consolas" w:hAnsi="Consolas"/>
          <w:b w:val="0"/>
          <w:i w:val="0"/>
          <w:sz w:val="20"/>
        </w:rPr>
        <w:t>18</w:t>
      </w:r>
      <w:r>
        <w:rPr>
          <w:b w:val="0"/>
          <w:i w:val="0"/>
        </w:rPr>
        <w:t xml:space="preserve"> để xem </w:t>
      </w:r>
      <w:r>
        <w:rPr>
          <w:rFonts w:ascii="Consolas" w:hAnsi="Consolas"/>
          <w:b w:val="0"/>
          <w:i w:val="0"/>
          <w:sz w:val="20"/>
        </w:rPr>
        <w:t>age</w:t>
      </w:r>
      <w:r>
        <w:rPr>
          <w:b w:val="0"/>
          <w:i w:val="0"/>
        </w:rPr>
        <w:t xml:space="preserve"> có lớn hơn hoặc bằng 18 không. Phép kiểm tra này cho kết quả </w:t>
      </w:r>
      <w:r>
        <w:rPr>
          <w:rFonts w:ascii="Consolas" w:hAnsi="Consolas"/>
          <w:b w:val="0"/>
          <w:i w:val="0"/>
          <w:sz w:val="20"/>
        </w:rPr>
        <w:t>True</w:t>
      </w:r>
      <w:r>
        <w:rPr>
          <w:b w:val="0"/>
          <w:i w:val="0"/>
        </w:rPr>
        <w:t>.</w:t>
      </w:r>
    </w:p>
    <w:p>
      <w:pPr>
        <w:spacing w:after="80"/>
      </w:pPr>
      <w:r>
        <w:rPr>
          <w:b w:val="0"/>
          <w:i w:val="0"/>
        </w:rPr>
        <w:t xml:space="preserve">Vậy bạn dùng hàm </w:t>
      </w:r>
      <w:r>
        <w:rPr>
          <w:rFonts w:ascii="Consolas" w:hAnsi="Consolas"/>
          <w:b w:val="0"/>
          <w:i w:val="0"/>
          <w:sz w:val="20"/>
        </w:rPr>
        <w:t>int()</w:t>
      </w:r>
      <w:r>
        <w:rPr>
          <w:b w:val="0"/>
          <w:i w:val="0"/>
        </w:rPr>
        <w:t xml:space="preserve"> trong một chương trình thực tế như thế nào? Hãy xem một chương trình xác định xem người ta có đủ cao để đi tàu lượn siêu tốc không:</w:t>
      </w:r>
    </w:p>
    <w:p>
      <w:pPr>
        <w:spacing w:after="80"/>
      </w:pPr>
      <w:r>
        <w:rPr>
          <w:b w:val="0"/>
          <w:i w:val="0"/>
        </w:rPr>
        <w:t>rollercoaster.py</w:t>
      </w:r>
    </w:p>
    <w:p>
      <w:pPr>
        <w:spacing w:after="80"/>
      </w:pPr>
      <w:r>
        <w:rPr>
          <w:b w:val="0"/>
          <w:i w:val="0"/>
        </w:rPr>
        <w:t>height = input("How tall are you, in inches? ")</w:t>
      </w:r>
      <w:r>
        <w:br/>
      </w:r>
      <w:r>
        <w:rPr>
          <w:b w:val="0"/>
          <w:i w:val="0"/>
        </w:rPr>
        <w:t>height = int(height)</w:t>
      </w:r>
      <w:r>
        <w:br/>
      </w:r>
      <w:r>
        <w:br/>
      </w:r>
      <w:r>
        <w:rPr>
          <w:b w:val="0"/>
          <w:i w:val="0"/>
        </w:rPr>
        <w:t>if height &gt;= 48:</w:t>
      </w:r>
      <w:r>
        <w:br/>
      </w:r>
      <w:r>
        <w:rPr>
          <w:b w:val="0"/>
          <w:i w:val="0"/>
        </w:rPr>
        <w:t xml:space="preserve">    print("\nYou're tall enough to ride!")</w:t>
      </w:r>
      <w:r>
        <w:br/>
      </w:r>
      <w:r>
        <w:rPr>
          <w:b w:val="0"/>
          <w:i w:val="0"/>
        </w:rPr>
        <w:t>else:</w:t>
      </w:r>
      <w:r>
        <w:br/>
      </w:r>
      <w:r>
        <w:rPr>
          <w:b w:val="0"/>
          <w:i w:val="0"/>
        </w:rPr>
        <w:t xml:space="preserve">    print("\nYou'll be able to ride when you're a little older.")</w:t>
      </w:r>
    </w:p>
    <w:p>
      <w:pPr>
        <w:spacing w:after="80"/>
      </w:pPr>
      <w:r>
        <w:rPr>
          <w:b w:val="0"/>
          <w:i w:val="0"/>
        </w:rPr>
        <w:t xml:space="preserve">Chương trình có thể so sánh </w:t>
      </w:r>
      <w:r>
        <w:rPr>
          <w:rFonts w:ascii="Consolas" w:hAnsi="Consolas"/>
          <w:b w:val="0"/>
          <w:i w:val="0"/>
          <w:sz w:val="20"/>
        </w:rPr>
        <w:t>height</w:t>
      </w:r>
      <w:r>
        <w:rPr>
          <w:b w:val="0"/>
          <w:i w:val="0"/>
        </w:rPr>
        <w:t xml:space="preserve"> với </w:t>
      </w:r>
      <w:r>
        <w:rPr>
          <w:rFonts w:ascii="Consolas" w:hAnsi="Consolas"/>
          <w:b w:val="0"/>
          <w:i w:val="0"/>
          <w:sz w:val="20"/>
        </w:rPr>
        <w:t>48</w:t>
      </w:r>
      <w:r>
        <w:rPr>
          <w:b w:val="0"/>
          <w:i w:val="0"/>
        </w:rPr>
        <w:t xml:space="preserve"> vì </w:t>
      </w:r>
      <w:r>
        <w:rPr>
          <w:rFonts w:ascii="Consolas" w:hAnsi="Consolas"/>
          <w:b w:val="0"/>
          <w:i w:val="0"/>
          <w:sz w:val="20"/>
        </w:rPr>
        <w:t>height = int(height)</w:t>
      </w:r>
      <w:r>
        <w:rPr>
          <w:b w:val="0"/>
          <w:i w:val="0"/>
        </w:rPr>
        <w:t xml:space="preserve"> chuyển giá trị đầu vào thành biểu diễn dạng số trước khi thực hiện phép so sánh. Nếu con số nhập vào lớn hơn hoặc bằng 48, chúng ta báo cho người dùng rằng họ đủ cao:</w:t>
      </w:r>
    </w:p>
    <w:p>
      <w:pPr>
        <w:spacing w:after="0"/>
        <w:ind w:left="360"/>
        <w:shd w:val="clear" w:color="auto" w:fill="F2F2F2"/>
      </w:pPr>
      <w:r>
        <w:rPr>
          <w:rFonts w:ascii="Consolas" w:hAnsi="Consolas"/>
          <w:b w:val="0"/>
          <w:i w:val="0"/>
          <w:sz w:val="18"/>
        </w:rPr>
        <w:t xml:space="preserve">How tall are you, in inches? </w:t>
      </w:r>
      <w:r>
        <w:rPr>
          <w:rFonts w:ascii="Consolas" w:hAnsi="Consolas"/>
          <w:b/>
          <w:i w:val="0"/>
          <w:sz w:val="18"/>
        </w:rPr>
        <w:t>71</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You're tall enough to ride!</w:t>
      </w:r>
    </w:p>
    <w:p>
      <w:pPr>
        <w:spacing w:after="40"/>
      </w:pPr>
    </w:p>
    <w:p>
      <w:pPr>
        <w:spacing w:after="80"/>
      </w:pPr>
      <w:r>
        <w:rPr>
          <w:b w:val="0"/>
          <w:i w:val="0"/>
        </w:rPr>
        <w:t>Khi bạn dùng đầu vào dạng số để tính toán và so sánh, hãy nhớ chuyển giá trị đầu vào thành biểu diễn dạng số trước.</w:t>
      </w:r>
    </w:p>
    <w:p>
      <w:pPr>
        <w:pStyle w:val="Heading3"/>
      </w:pPr>
      <w:r>
        <w:rPr>
          <w:rFonts w:ascii="Calibri" w:hAnsi="Calibri"/>
          <w:b/>
          <w:i w:val="0"/>
          <w:sz w:val="27"/>
        </w:rPr>
        <w:t>Toán tử modulo</w:t>
      </w:r>
    </w:p>
    <w:p>
      <w:pPr>
        <w:spacing w:after="80"/>
      </w:pPr>
      <w:r>
        <w:rPr>
          <w:b w:val="0"/>
          <w:i w:val="0"/>
        </w:rPr>
        <w:t xml:space="preserve">Một công cụ hữu ích để làm việc với thông tin dạng số là </w:t>
      </w:r>
      <w:r>
        <w:rPr>
          <w:b w:val="0"/>
          <w:i/>
        </w:rPr>
        <w:t>toán tử modulo</w:t>
      </w:r>
      <w:r>
        <w:rPr>
          <w:b w:val="0"/>
          <w:i w:val="0"/>
        </w:rPr>
        <w:t xml:space="preserve"> (</w:t>
      </w:r>
      <w:r>
        <w:rPr>
          <w:rFonts w:ascii="Consolas" w:hAnsi="Consolas"/>
          <w:b w:val="0"/>
          <w:i w:val="0"/>
          <w:sz w:val="20"/>
        </w:rPr>
        <w:t>%</w:t>
      </w:r>
      <w:r>
        <w:rPr>
          <w:b w:val="0"/>
          <w:i w:val="0"/>
        </w:rPr>
        <w:t>), nó chia một số cho một số khác và trả về phần dư:</w:t>
      </w:r>
    </w:p>
    <w:p>
      <w:pPr>
        <w:spacing w:after="0"/>
        <w:ind w:left="360"/>
        <w:shd w:val="clear" w:color="auto" w:fill="F2F2F2"/>
      </w:pPr>
      <w:r>
        <w:rPr>
          <w:rFonts w:ascii="Consolas" w:hAnsi="Consolas"/>
          <w:b w:val="0"/>
          <w:i w:val="0"/>
          <w:sz w:val="18"/>
        </w:rPr>
        <w:t xml:space="preserve">&gt;&gt;&gt; </w:t>
      </w:r>
      <w:r>
        <w:rPr>
          <w:rFonts w:ascii="Consolas" w:hAnsi="Consolas"/>
          <w:b/>
          <w:i w:val="0"/>
          <w:sz w:val="18"/>
        </w:rPr>
        <w:t>4 % 3</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val="0"/>
          <w:sz w:val="18"/>
        </w:rPr>
        <w:t xml:space="preserve">&gt;&gt;&gt; </w:t>
      </w:r>
      <w:r>
        <w:rPr>
          <w:rFonts w:ascii="Consolas" w:hAnsi="Consolas"/>
          <w:b/>
          <w:i w:val="0"/>
          <w:sz w:val="18"/>
        </w:rPr>
        <w:t>5 % 3</w:t>
      </w:r>
    </w:p>
    <w:p>
      <w:pPr>
        <w:spacing w:after="0"/>
        <w:ind w:left="360"/>
        <w:shd w:val="clear" w:color="auto" w:fill="F2F2F2"/>
      </w:pPr>
      <w:r>
        <w:rPr>
          <w:rFonts w:ascii="Consolas" w:hAnsi="Consolas"/>
          <w:b w:val="0"/>
          <w:i w:val="0"/>
          <w:sz w:val="18"/>
        </w:rPr>
        <w:t>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6 % 3</w:t>
      </w:r>
    </w:p>
    <w:p>
      <w:pPr>
        <w:spacing w:after="0"/>
        <w:ind w:left="360"/>
        <w:shd w:val="clear" w:color="auto" w:fill="F2F2F2"/>
      </w:pPr>
      <w:r>
        <w:rPr>
          <w:rFonts w:ascii="Consolas" w:hAnsi="Consolas"/>
          <w:b w:val="0"/>
          <w:i w:val="0"/>
          <w:sz w:val="18"/>
        </w:rPr>
        <w:t>0</w:t>
      </w:r>
    </w:p>
    <w:p>
      <w:pPr>
        <w:spacing w:after="0"/>
        <w:ind w:left="360"/>
        <w:shd w:val="clear" w:color="auto" w:fill="F2F2F2"/>
      </w:pPr>
      <w:r>
        <w:rPr>
          <w:rFonts w:ascii="Consolas" w:hAnsi="Consolas"/>
          <w:b w:val="0"/>
          <w:i w:val="0"/>
          <w:sz w:val="18"/>
        </w:rPr>
        <w:t xml:space="preserve">&gt;&gt;&gt; </w:t>
      </w:r>
      <w:r>
        <w:rPr>
          <w:rFonts w:ascii="Consolas" w:hAnsi="Consolas"/>
          <w:b/>
          <w:i w:val="0"/>
          <w:sz w:val="18"/>
        </w:rPr>
        <w:t>7 % 3</w:t>
      </w:r>
    </w:p>
    <w:p>
      <w:pPr>
        <w:spacing w:after="0"/>
        <w:ind w:left="360"/>
        <w:shd w:val="clear" w:color="auto" w:fill="F2F2F2"/>
      </w:pPr>
      <w:r>
        <w:rPr>
          <w:rFonts w:ascii="Consolas" w:hAnsi="Consolas"/>
          <w:b w:val="0"/>
          <w:i w:val="0"/>
          <w:sz w:val="18"/>
        </w:rPr>
        <w:t>1</w:t>
      </w:r>
    </w:p>
    <w:p>
      <w:pPr>
        <w:spacing w:after="40"/>
      </w:pPr>
    </w:p>
    <w:p>
      <w:pPr>
        <w:spacing w:after="80"/>
      </w:pPr>
      <w:r>
        <w:rPr>
          <w:b w:val="0"/>
          <w:i w:val="0"/>
        </w:rPr>
        <w:t>Toán tử modulo không cho bạn biết một số chứa được bao nhiêu lần số kia; nó chỉ cho bạn biết phần dư là bao nhiêu.</w:t>
      </w:r>
    </w:p>
    <w:p>
      <w:pPr>
        <w:spacing w:after="80"/>
      </w:pPr>
      <w:r>
        <w:rPr>
          <w:b w:val="0"/>
          <w:i w:val="0"/>
        </w:rPr>
        <w:t>Khi một số chia hết cho một số khác, phần dư là 0, nên toán tử modulo luôn trả về 0. Bạn có thể dùng đặc điểm này để xác định một số là chẵn hay lẻ:</w:t>
      </w:r>
    </w:p>
    <w:p>
      <w:pPr>
        <w:spacing w:after="80"/>
      </w:pPr>
      <w:r>
        <w:rPr>
          <w:b w:val="0"/>
          <w:i w:val="0"/>
        </w:rPr>
        <w:t>even_or_odd.py</w:t>
      </w:r>
    </w:p>
    <w:p>
      <w:pPr>
        <w:spacing w:after="80"/>
      </w:pPr>
      <w:r>
        <w:rPr>
          <w:b w:val="0"/>
          <w:i w:val="0"/>
        </w:rPr>
        <w:t>number = input("Enter a number, and I'll tell you if it's even or odd: ")</w:t>
      </w:r>
      <w:r>
        <w:br/>
      </w:r>
      <w:r>
        <w:rPr>
          <w:b w:val="0"/>
          <w:i w:val="0"/>
        </w:rPr>
        <w:t>number = int(number)</w:t>
      </w:r>
      <w:r>
        <w:br/>
      </w:r>
      <w:r>
        <w:br/>
      </w:r>
      <w:r>
        <w:rPr>
          <w:b w:val="0"/>
          <w:i w:val="0"/>
        </w:rPr>
        <w:t>if number % 2 == 0:</w:t>
      </w:r>
      <w:r>
        <w:br/>
      </w:r>
      <w:r>
        <w:rPr>
          <w:b w:val="0"/>
          <w:i w:val="0"/>
        </w:rPr>
        <w:t xml:space="preserve">    print(f"\nThe number {number} is even.")</w:t>
      </w:r>
      <w:r>
        <w:br/>
      </w:r>
      <w:r>
        <w:rPr>
          <w:b w:val="0"/>
          <w:i w:val="0"/>
        </w:rPr>
        <w:t>else:</w:t>
      </w:r>
      <w:r>
        <w:br/>
      </w:r>
      <w:r>
        <w:rPr>
          <w:b w:val="0"/>
          <w:i w:val="0"/>
        </w:rPr>
        <w:t xml:space="preserve">    print(f"\nThe number {number} is odd.")</w:t>
      </w:r>
    </w:p>
    <w:p>
      <w:pPr>
        <w:spacing w:after="80"/>
      </w:pPr>
      <w:r>
        <w:rPr>
          <w:b w:val="0"/>
          <w:i w:val="0"/>
        </w:rPr>
        <w:t xml:space="preserve">Số chẵn thì luôn chia hết cho hai, nên nếu modulo của một số với hai bằng không (ở đây là </w:t>
      </w:r>
      <w:r>
        <w:rPr>
          <w:rFonts w:ascii="Consolas" w:hAnsi="Consolas"/>
          <w:b w:val="0"/>
          <w:i w:val="0"/>
          <w:sz w:val="20"/>
        </w:rPr>
        <w:t>if number % 2 == 0</w:t>
      </w:r>
      <w:r>
        <w:rPr>
          <w:b w:val="0"/>
          <w:i w:val="0"/>
        </w:rPr>
        <w:t>) thì số đó là số chẵn. Ngược lại, nó là số lẻ.</w:t>
      </w:r>
    </w:p>
    <w:p>
      <w:pPr>
        <w:spacing w:after="0"/>
        <w:ind w:left="360"/>
        <w:shd w:val="clear" w:color="auto" w:fill="F2F2F2"/>
      </w:pPr>
      <w:r>
        <w:rPr>
          <w:rFonts w:ascii="Consolas" w:hAnsi="Consolas"/>
          <w:b w:val="0"/>
          <w:i w:val="0"/>
          <w:sz w:val="18"/>
        </w:rPr>
        <w:t xml:space="preserve">Enter a number, and I'll tell you if it's even or odd: </w:t>
      </w:r>
      <w:r>
        <w:rPr>
          <w:rFonts w:ascii="Consolas" w:hAnsi="Consolas"/>
          <w:b/>
          <w:i w:val="0"/>
          <w:sz w:val="18"/>
        </w:rPr>
        <w:t>42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The number 42 is even.</w:t>
      </w:r>
    </w:p>
    <w:p>
      <w:pPr>
        <w:spacing w:after="40"/>
      </w:pPr>
    </w:p>
    <w:p>
      <w:pPr>
        <w:spacing w:before="120" w:after="40"/>
      </w:pPr>
      <w:r>
        <w:rPr>
          <w:b/>
          <w:sz w:val="21"/>
        </w:rPr>
        <w:t>Tự thực hành</w:t>
      </w:r>
    </w:p>
    <w:p>
      <w:pPr>
        <w:spacing w:after="80"/>
      </w:pPr>
      <w:r>
        <w:rPr>
          <w:b/>
          <w:i w:val="0"/>
        </w:rPr>
        <w:t>7-1. Thuê xe:</w:t>
      </w:r>
      <w:r>
        <w:rPr>
          <w:b w:val="0"/>
          <w:i w:val="0"/>
        </w:rPr>
        <w:t xml:space="preserve"> Viết một chương trình hỏi người dùng muốn thuê loại xe gì. In ra một thông báo về chiếc xe đó, chẳng hạn như "Để tôi xem có tìm được cho bạn một chiếc Subaru không nhé."</w:t>
      </w:r>
    </w:p>
    <w:p>
      <w:pPr>
        <w:spacing w:after="80"/>
      </w:pPr>
      <w:r>
        <w:rPr>
          <w:b/>
          <w:i w:val="0"/>
        </w:rPr>
        <w:t>7-2. Chỗ ngồi nhà hàng:</w:t>
      </w:r>
      <w:r>
        <w:rPr>
          <w:b w:val="0"/>
          <w:i w:val="0"/>
        </w:rPr>
        <w:t xml:space="preserve"> Viết một chương trình hỏi người dùng xem nhóm ăn tối của họ có bao nhiêu người. Nếu câu trả lời nhiều hơn tám, in ra thông báo rằng họ sẽ phải chờ bàn. Ngược lại, thông báo rằng bàn của họ đã sẵn sàng.</w:t>
      </w:r>
    </w:p>
    <w:p>
      <w:pPr>
        <w:spacing w:after="80"/>
      </w:pPr>
      <w:r>
        <w:rPr>
          <w:b/>
          <w:i w:val="0"/>
        </w:rPr>
        <w:t>7-3. Bội số của mười:</w:t>
      </w:r>
      <w:r>
        <w:rPr>
          <w:b w:val="0"/>
          <w:i w:val="0"/>
        </w:rPr>
        <w:t xml:space="preserve"> Hỏi người dùng một số, rồi thông báo xem số đó có phải là bội số của 10 hay không.</w:t>
      </w:r>
    </w:p>
    <w:p>
      <w:pPr>
        <w:pStyle w:val="Heading2"/>
      </w:pPr>
      <w:r>
        <w:rPr>
          <w:rFonts w:ascii="Calibri" w:hAnsi="Calibri"/>
          <w:b/>
          <w:i w:val="0"/>
          <w:sz w:val="32"/>
        </w:rPr>
        <w:t>Giới thiệu vòng lặp while</w:t>
      </w:r>
    </w:p>
    <w:p>
      <w:pPr>
        <w:spacing w:after="80"/>
      </w:pPr>
      <w:r>
        <w:rPr>
          <w:b w:val="0"/>
          <w:i w:val="0"/>
        </w:rPr>
        <w:t xml:space="preserve">Vòng lặp </w:t>
      </w:r>
      <w:r>
        <w:rPr>
          <w:rFonts w:ascii="Consolas" w:hAnsi="Consolas"/>
          <w:b w:val="0"/>
          <w:i w:val="0"/>
          <w:sz w:val="20"/>
        </w:rPr>
        <w:t>for</w:t>
      </w:r>
      <w:r>
        <w:rPr>
          <w:b w:val="0"/>
          <w:i w:val="0"/>
        </w:rPr>
        <w:t xml:space="preserve"> nhận một tập hợp các mục và thực thi một khối mã một lần cho mỗi mục trong tập hợp. Ngược lại, vòng lặp </w:t>
      </w:r>
      <w:r>
        <w:rPr>
          <w:rFonts w:ascii="Consolas" w:hAnsi="Consolas"/>
          <w:b w:val="0"/>
          <w:i w:val="0"/>
          <w:sz w:val="20"/>
        </w:rPr>
        <w:t>while</w:t>
      </w:r>
      <w:r>
        <w:rPr>
          <w:b w:val="0"/>
          <w:i w:val="0"/>
        </w:rPr>
        <w:t xml:space="preserve"> chạy miễn là, hay </w:t>
      </w:r>
      <w:r>
        <w:rPr>
          <w:b w:val="0"/>
          <w:i/>
        </w:rPr>
        <w:t>trong khi</w:t>
      </w:r>
      <w:r>
        <w:rPr>
          <w:b w:val="0"/>
          <w:i w:val="0"/>
        </w:rPr>
        <w:t>, một điều kiện nào đó còn đúng.</w:t>
      </w:r>
    </w:p>
    <w:p>
      <w:pPr>
        <w:pStyle w:val="Heading3"/>
      </w:pPr>
      <w:r>
        <w:rPr>
          <w:rFonts w:ascii="Calibri" w:hAnsi="Calibri"/>
          <w:b/>
          <w:i w:val="0"/>
          <w:sz w:val="27"/>
        </w:rPr>
        <w:t>Vòng lặp while trong thực tế</w:t>
      </w:r>
    </w:p>
    <w:p>
      <w:pPr>
        <w:spacing w:after="80"/>
      </w:pPr>
      <w:r>
        <w:rPr>
          <w:b w:val="0"/>
          <w:i w:val="0"/>
        </w:rPr>
        <w:t xml:space="preserve">Bạn có thể dùng vòng lặp </w:t>
      </w:r>
      <w:r>
        <w:rPr>
          <w:rFonts w:ascii="Consolas" w:hAnsi="Consolas"/>
          <w:b w:val="0"/>
          <w:i w:val="0"/>
          <w:sz w:val="20"/>
        </w:rPr>
        <w:t>while</w:t>
      </w:r>
      <w:r>
        <w:rPr>
          <w:b w:val="0"/>
          <w:i w:val="0"/>
        </w:rPr>
        <w:t xml:space="preserve"> để đếm tăng dần qua một dãy số. Ví dụ, vòng lặp </w:t>
      </w:r>
      <w:r>
        <w:rPr>
          <w:rFonts w:ascii="Consolas" w:hAnsi="Consolas"/>
          <w:b w:val="0"/>
          <w:i w:val="0"/>
          <w:sz w:val="20"/>
        </w:rPr>
        <w:t>while</w:t>
      </w:r>
      <w:r>
        <w:rPr>
          <w:b w:val="0"/>
          <w:i w:val="0"/>
        </w:rPr>
        <w:t xml:space="preserve"> sau đây đếm từ 1 đến 5:</w:t>
      </w:r>
    </w:p>
    <w:p>
      <w:pPr>
        <w:spacing w:after="80"/>
      </w:pPr>
      <w:r>
        <w:rPr>
          <w:b w:val="0"/>
          <w:i w:val="0"/>
        </w:rPr>
        <w:t>counting.py</w:t>
      </w:r>
    </w:p>
    <w:p>
      <w:pPr>
        <w:spacing w:after="80"/>
      </w:pPr>
      <w:r>
        <w:rPr>
          <w:b w:val="0"/>
          <w:i w:val="0"/>
        </w:rPr>
        <w:t>current_number = 1</w:t>
      </w:r>
      <w:r>
        <w:br/>
      </w:r>
      <w:r>
        <w:rPr>
          <w:b w:val="0"/>
          <w:i w:val="0"/>
        </w:rPr>
        <w:t>while current_number &lt;= 5:</w:t>
      </w:r>
      <w:r>
        <w:br/>
      </w:r>
      <w:r>
        <w:rPr>
          <w:b w:val="0"/>
          <w:i w:val="0"/>
        </w:rPr>
        <w:t xml:space="preserve">    print(current_number)</w:t>
      </w:r>
      <w:r>
        <w:br/>
      </w:r>
      <w:r>
        <w:rPr>
          <w:b w:val="0"/>
          <w:i w:val="0"/>
        </w:rPr>
        <w:t xml:space="preserve">    current_number += 1</w:t>
      </w:r>
    </w:p>
    <w:p>
      <w:pPr>
        <w:spacing w:after="80"/>
      </w:pPr>
      <w:r>
        <w:rPr>
          <w:b w:val="0"/>
          <w:i w:val="0"/>
        </w:rPr>
        <w:t xml:space="preserve">Ở dòng đầu tiên, chúng ta bắt đầu đếm từ 1 bằng cách gán </w:t>
      </w:r>
      <w:r>
        <w:rPr>
          <w:rFonts w:ascii="Consolas" w:hAnsi="Consolas"/>
          <w:b w:val="0"/>
          <w:i w:val="0"/>
          <w:sz w:val="20"/>
        </w:rPr>
        <w:t>current_number</w:t>
      </w:r>
      <w:r>
        <w:rPr>
          <w:b w:val="0"/>
          <w:i w:val="0"/>
        </w:rPr>
        <w:t xml:space="preserve"> giá trị 1. Vòng lặp </w:t>
      </w:r>
      <w:r>
        <w:rPr>
          <w:rFonts w:ascii="Consolas" w:hAnsi="Consolas"/>
          <w:b w:val="0"/>
          <w:i w:val="0"/>
          <w:sz w:val="20"/>
        </w:rPr>
        <w:t>while</w:t>
      </w:r>
      <w:r>
        <w:rPr>
          <w:b w:val="0"/>
          <w:i w:val="0"/>
        </w:rPr>
        <w:t xml:space="preserve"> sau đó được thiết lập để tiếp tục chạy miễn là giá trị của </w:t>
      </w:r>
      <w:r>
        <w:rPr>
          <w:rFonts w:ascii="Consolas" w:hAnsi="Consolas"/>
          <w:b w:val="0"/>
          <w:i w:val="0"/>
          <w:sz w:val="20"/>
        </w:rPr>
        <w:t>current_number</w:t>
      </w:r>
      <w:r>
        <w:rPr>
          <w:b w:val="0"/>
          <w:i w:val="0"/>
        </w:rPr>
        <w:t xml:space="preserve"> nhỏ hơn hoặc bằng 5. Đoạn mã bên trong vòng lặp in giá trị của </w:t>
      </w:r>
      <w:r>
        <w:rPr>
          <w:rFonts w:ascii="Consolas" w:hAnsi="Consolas"/>
          <w:b w:val="0"/>
          <w:i w:val="0"/>
          <w:sz w:val="20"/>
        </w:rPr>
        <w:t>current_number</w:t>
      </w:r>
      <w:r>
        <w:rPr>
          <w:b w:val="0"/>
          <w:i w:val="0"/>
        </w:rPr>
        <w:t xml:space="preserve"> rồi cộng thêm 1 vào giá trị đó bằng </w:t>
      </w:r>
      <w:r>
        <w:rPr>
          <w:rFonts w:ascii="Consolas" w:hAnsi="Consolas"/>
          <w:b w:val="0"/>
          <w:i w:val="0"/>
          <w:sz w:val="20"/>
        </w:rPr>
        <w:t>current_number += 1</w:t>
      </w:r>
      <w:r>
        <w:rPr>
          <w:b w:val="0"/>
          <w:i w:val="0"/>
        </w:rPr>
        <w:t xml:space="preserve">. (Toán tử </w:t>
      </w:r>
      <w:r>
        <w:rPr>
          <w:rFonts w:ascii="Consolas" w:hAnsi="Consolas"/>
          <w:b w:val="0"/>
          <w:i w:val="0"/>
          <w:sz w:val="20"/>
        </w:rPr>
        <w:t>+=</w:t>
      </w:r>
      <w:r>
        <w:rPr>
          <w:b w:val="0"/>
          <w:i w:val="0"/>
        </w:rPr>
        <w:t xml:space="preserve"> là cách viết tắt của </w:t>
      </w:r>
      <w:r>
        <w:rPr>
          <w:rFonts w:ascii="Consolas" w:hAnsi="Consolas"/>
          <w:b w:val="0"/>
          <w:i w:val="0"/>
          <w:sz w:val="20"/>
        </w:rPr>
        <w:t>current_number = current_number + 1</w:t>
      </w:r>
      <w:r>
        <w:rPr>
          <w:b w:val="0"/>
          <w:i w:val="0"/>
        </w:rPr>
        <w:t>.)</w:t>
      </w:r>
    </w:p>
    <w:p>
      <w:pPr>
        <w:spacing w:after="80"/>
      </w:pPr>
      <w:r>
        <w:rPr>
          <w:b w:val="0"/>
          <w:i w:val="0"/>
        </w:rPr>
        <w:t xml:space="preserve">Python lặp lại vòng lặp miễn là điều kiện </w:t>
      </w:r>
      <w:r>
        <w:rPr>
          <w:rFonts w:ascii="Consolas" w:hAnsi="Consolas"/>
          <w:b w:val="0"/>
          <w:i w:val="0"/>
          <w:sz w:val="20"/>
        </w:rPr>
        <w:t>current_number &lt;= 5</w:t>
      </w:r>
      <w:r>
        <w:rPr>
          <w:b w:val="0"/>
          <w:i w:val="0"/>
        </w:rPr>
        <w:t xml:space="preserve"> còn đúng. Vì 1 nhỏ hơn 5, Python in ra </w:t>
      </w:r>
      <w:r>
        <w:rPr>
          <w:rFonts w:ascii="Consolas" w:hAnsi="Consolas"/>
          <w:b w:val="0"/>
          <w:i w:val="0"/>
          <w:sz w:val="20"/>
        </w:rPr>
        <w:t>1</w:t>
      </w:r>
      <w:r>
        <w:rPr>
          <w:b w:val="0"/>
          <w:i w:val="0"/>
        </w:rPr>
        <w:t xml:space="preserve"> rồi cộng thêm 1, khiến số hiện tại thành </w:t>
      </w:r>
      <w:r>
        <w:rPr>
          <w:rFonts w:ascii="Consolas" w:hAnsi="Consolas"/>
          <w:b w:val="0"/>
          <w:i w:val="0"/>
          <w:sz w:val="20"/>
        </w:rPr>
        <w:t>2</w:t>
      </w:r>
      <w:r>
        <w:rPr>
          <w:b w:val="0"/>
          <w:i w:val="0"/>
        </w:rPr>
        <w:t xml:space="preserve">. Vì 2 nhỏ hơn 5, Python in ra </w:t>
      </w:r>
      <w:r>
        <w:rPr>
          <w:rFonts w:ascii="Consolas" w:hAnsi="Consolas"/>
          <w:b w:val="0"/>
          <w:i w:val="0"/>
          <w:sz w:val="20"/>
        </w:rPr>
        <w:t>2</w:t>
      </w:r>
      <w:r>
        <w:rPr>
          <w:b w:val="0"/>
          <w:i w:val="0"/>
        </w:rPr>
        <w:t xml:space="preserve"> và lại cộng thêm 1, khiến số hiện tại thành </w:t>
      </w:r>
      <w:r>
        <w:rPr>
          <w:rFonts w:ascii="Consolas" w:hAnsi="Consolas"/>
          <w:b w:val="0"/>
          <w:i w:val="0"/>
          <w:sz w:val="20"/>
        </w:rPr>
        <w:t>3</w:t>
      </w:r>
      <w:r>
        <w:rPr>
          <w:b w:val="0"/>
          <w:i w:val="0"/>
        </w:rPr>
        <w:t xml:space="preserve">, cứ tiếp tục như vậy. Khi giá trị của </w:t>
      </w:r>
      <w:r>
        <w:rPr>
          <w:rFonts w:ascii="Consolas" w:hAnsi="Consolas"/>
          <w:b w:val="0"/>
          <w:i w:val="0"/>
          <w:sz w:val="20"/>
        </w:rPr>
        <w:t>current_number</w:t>
      </w:r>
      <w:r>
        <w:rPr>
          <w:b w:val="0"/>
          <w:i w:val="0"/>
        </w:rPr>
        <w:t xml:space="preserve"> lớn hơn 5, vòng lặp ngừng chạy và chương trình kết thúc:</w:t>
      </w:r>
    </w:p>
    <w:p>
      <w:pPr>
        <w:spacing w:after="80"/>
      </w:pPr>
      <w:r>
        <w:rPr>
          <w:b w:val="0"/>
          <w:i w:val="0"/>
        </w:rPr>
        <w:t>1</w:t>
      </w:r>
      <w:r>
        <w:br/>
      </w:r>
      <w:r>
        <w:rPr>
          <w:b w:val="0"/>
          <w:i w:val="0"/>
        </w:rPr>
        <w:t>2</w:t>
      </w:r>
      <w:r>
        <w:br/>
      </w:r>
      <w:r>
        <w:rPr>
          <w:b w:val="0"/>
          <w:i w:val="0"/>
        </w:rPr>
        <w:t>3</w:t>
      </w:r>
      <w:r>
        <w:br/>
      </w:r>
      <w:r>
        <w:rPr>
          <w:b w:val="0"/>
          <w:i w:val="0"/>
        </w:rPr>
        <w:t>4</w:t>
      </w:r>
      <w:r>
        <w:br/>
      </w:r>
      <w:r>
        <w:rPr>
          <w:b w:val="0"/>
          <w:i w:val="0"/>
        </w:rPr>
        <w:t>5</w:t>
      </w:r>
    </w:p>
    <w:p>
      <w:pPr>
        <w:spacing w:after="80"/>
      </w:pPr>
      <w:r>
        <w:rPr>
          <w:b w:val="0"/>
          <w:i w:val="0"/>
        </w:rPr>
        <w:t xml:space="preserve">Những chương trình bạn dùng hằng ngày rất có thể đều chứa vòng lặp </w:t>
      </w:r>
      <w:r>
        <w:rPr>
          <w:rFonts w:ascii="Consolas" w:hAnsi="Consolas"/>
          <w:b w:val="0"/>
          <w:i w:val="0"/>
          <w:sz w:val="20"/>
        </w:rPr>
        <w:t>while</w:t>
      </w:r>
      <w:r>
        <w:rPr>
          <w:b w:val="0"/>
          <w:i w:val="0"/>
        </w:rPr>
        <w:t xml:space="preserve">. Ví dụ, một trò chơi cần vòng lặp </w:t>
      </w:r>
      <w:r>
        <w:rPr>
          <w:rFonts w:ascii="Consolas" w:hAnsi="Consolas"/>
          <w:b w:val="0"/>
          <w:i w:val="0"/>
          <w:sz w:val="20"/>
        </w:rPr>
        <w:t>while</w:t>
      </w:r>
      <w:r>
        <w:rPr>
          <w:b w:val="0"/>
          <w:i w:val="0"/>
        </w:rPr>
        <w:t xml:space="preserve"> để tiếp tục chạy chừng nào bạn còn muốn chơi, và nó có thể dừng lại ngay khi bạn yêu cầu thoát. Các chương trình sẽ chẳng thú vị gì nếu chúng ngừng chạy trước khi chúng ta bảo chúng dừng hoặc vẫn tiếp tục chạy ngay cả sau khi chúng ta muốn thoát, nên vòng lặp </w:t>
      </w:r>
      <w:r>
        <w:rPr>
          <w:rFonts w:ascii="Consolas" w:hAnsi="Consolas"/>
          <w:b w:val="0"/>
          <w:i w:val="0"/>
          <w:sz w:val="20"/>
        </w:rPr>
        <w:t>while</w:t>
      </w:r>
      <w:r>
        <w:rPr>
          <w:b w:val="0"/>
          <w:i w:val="0"/>
        </w:rPr>
        <w:t xml:space="preserve"> thực sự rất hữu ích.</w:t>
      </w:r>
    </w:p>
    <w:p>
      <w:pPr>
        <w:pStyle w:val="Heading3"/>
      </w:pPr>
      <w:r>
        <w:rPr>
          <w:rFonts w:ascii="Calibri" w:hAnsi="Calibri"/>
          <w:b/>
          <w:i w:val="0"/>
          <w:sz w:val="27"/>
        </w:rPr>
        <w:t>Để người dùng chọn thời điểm thoát</w:t>
      </w:r>
    </w:p>
    <w:p>
      <w:pPr>
        <w:spacing w:after="80"/>
      </w:pPr>
      <w:r>
        <w:rPr>
          <w:b w:val="0"/>
          <w:i w:val="0"/>
        </w:rPr>
        <w:t xml:space="preserve">Chúng ta có thể làm cho chương trình </w:t>
      </w:r>
      <w:r>
        <w:rPr>
          <w:b w:val="0"/>
          <w:i/>
        </w:rPr>
        <w:t>parrot.py</w:t>
      </w:r>
      <w:r>
        <w:rPr>
          <w:b w:val="0"/>
          <w:i w:val="0"/>
        </w:rPr>
        <w:t xml:space="preserve"> chạy chừng nào người dùng còn muốn bằng cách đặt phần lớn chương trình vào bên trong một vòng lặp </w:t>
      </w:r>
      <w:r>
        <w:rPr>
          <w:rFonts w:ascii="Consolas" w:hAnsi="Consolas"/>
          <w:b w:val="0"/>
          <w:i w:val="0"/>
          <w:sz w:val="20"/>
        </w:rPr>
        <w:t>while</w:t>
      </w:r>
      <w:r>
        <w:rPr>
          <w:b w:val="0"/>
          <w:i w:val="0"/>
        </w:rPr>
        <w:t xml:space="preserve">. Chúng ta sẽ định nghĩa một </w:t>
      </w:r>
      <w:r>
        <w:rPr>
          <w:b w:val="0"/>
          <w:i/>
        </w:rPr>
        <w:t>giá trị thoát</w:t>
      </w:r>
      <w:r>
        <w:rPr>
          <w:b w:val="0"/>
          <w:i w:val="0"/>
        </w:rPr>
        <w:t xml:space="preserve"> (quit value) rồi giữ chương trình chạy miễn là người dùng chưa nhập giá trị thoát đó:</w:t>
      </w:r>
    </w:p>
    <w:p>
      <w:pPr>
        <w:spacing w:after="80"/>
      </w:pPr>
      <w:r>
        <w:rPr>
          <w:b w:val="0"/>
          <w:i w:val="0"/>
        </w:rPr>
        <w:t>parrot.py</w:t>
      </w:r>
    </w:p>
    <w:p>
      <w:pPr>
        <w:spacing w:after="80"/>
      </w:pPr>
      <w:r>
        <w:rPr>
          <w:b w:val="0"/>
          <w:i w:val="0"/>
        </w:rPr>
        <w:t>prompt = "\nTell me something, and I will repeat it back to you:"</w:t>
      </w:r>
      <w:r>
        <w:br/>
      </w:r>
      <w:r>
        <w:rPr>
          <w:b w:val="0"/>
          <w:i w:val="0"/>
        </w:rPr>
        <w:t>prompt += "\nEnter 'quit' to end the program. "</w:t>
      </w:r>
      <w:r>
        <w:br/>
      </w:r>
      <w:r>
        <w:br/>
      </w:r>
      <w:r>
        <w:rPr>
          <w:b w:val="0"/>
          <w:i w:val="0"/>
        </w:rPr>
        <w:t>message = ""</w:t>
      </w:r>
      <w:r>
        <w:br/>
      </w:r>
      <w:r>
        <w:rPr>
          <w:b w:val="0"/>
          <w:i w:val="0"/>
        </w:rPr>
        <w:t>while message != 'quit':</w:t>
      </w:r>
      <w:r>
        <w:br/>
      </w:r>
      <w:r>
        <w:rPr>
          <w:b w:val="0"/>
          <w:i w:val="0"/>
        </w:rPr>
        <w:t xml:space="preserve">    message = input(prompt)</w:t>
      </w:r>
      <w:r>
        <w:br/>
      </w:r>
      <w:r>
        <w:rPr>
          <w:b w:val="0"/>
          <w:i w:val="0"/>
        </w:rPr>
        <w:t xml:space="preserve">    print(message)</w:t>
      </w:r>
    </w:p>
    <w:p>
      <w:pPr>
        <w:spacing w:after="80"/>
      </w:pPr>
      <w:r>
        <w:rPr>
          <w:b w:val="0"/>
          <w:i w:val="0"/>
        </w:rPr>
        <w:t xml:space="preserve">Đầu tiên chúng ta định nghĩa một lời nhắc (prompt) cho người dùng biết hai lựa chọn của họ: nhập một tin nhắn hoặc nhập giá trị thoát (trong trường hợp này là </w:t>
      </w:r>
      <w:r>
        <w:rPr>
          <w:rFonts w:ascii="Consolas" w:hAnsi="Consolas"/>
          <w:b w:val="0"/>
          <w:i w:val="0"/>
          <w:sz w:val="20"/>
        </w:rPr>
        <w:t>'quit'</w:t>
      </w:r>
      <w:r>
        <w:rPr>
          <w:b w:val="0"/>
          <w:i w:val="0"/>
        </w:rPr>
        <w:t xml:space="preserve">). Sau đó chúng ta tạo một biến </w:t>
      </w:r>
      <w:r>
        <w:rPr>
          <w:rFonts w:ascii="Consolas" w:hAnsi="Consolas"/>
          <w:b w:val="0"/>
          <w:i w:val="0"/>
          <w:sz w:val="20"/>
        </w:rPr>
        <w:t>message</w:t>
      </w:r>
      <w:r>
        <w:rPr>
          <w:b w:val="0"/>
          <w:i w:val="0"/>
        </w:rPr>
        <w:t xml:space="preserve"> để theo dõi bất kỳ giá trị nào người dùng nhập vào. Chúng ta định nghĩa </w:t>
      </w:r>
      <w:r>
        <w:rPr>
          <w:rFonts w:ascii="Consolas" w:hAnsi="Consolas"/>
          <w:b w:val="0"/>
          <w:i w:val="0"/>
          <w:sz w:val="20"/>
        </w:rPr>
        <w:t>message</w:t>
      </w:r>
      <w:r>
        <w:rPr>
          <w:b w:val="0"/>
          <w:i w:val="0"/>
        </w:rPr>
        <w:t xml:space="preserve"> là một chuỗi rỗng, </w:t>
      </w:r>
      <w:r>
        <w:rPr>
          <w:rFonts w:ascii="Consolas" w:hAnsi="Consolas"/>
          <w:b w:val="0"/>
          <w:i w:val="0"/>
          <w:sz w:val="20"/>
        </w:rPr>
        <w:t>""</w:t>
      </w:r>
      <w:r>
        <w:rPr>
          <w:b w:val="0"/>
          <w:i w:val="0"/>
        </w:rPr>
        <w:t xml:space="preserve">, để Python có thứ gì đó để kiểm tra lần đầu tiên nó chạy đến dòng </w:t>
      </w:r>
      <w:r>
        <w:rPr>
          <w:rFonts w:ascii="Consolas" w:hAnsi="Consolas"/>
          <w:b w:val="0"/>
          <w:i w:val="0"/>
          <w:sz w:val="20"/>
        </w:rPr>
        <w:t>while</w:t>
      </w:r>
      <w:r>
        <w:rPr>
          <w:b w:val="0"/>
          <w:i w:val="0"/>
        </w:rPr>
        <w:t xml:space="preserve">. Lần đầu chương trình chạy và Python đến câu lệnh </w:t>
      </w:r>
      <w:r>
        <w:rPr>
          <w:rFonts w:ascii="Consolas" w:hAnsi="Consolas"/>
          <w:b w:val="0"/>
          <w:i w:val="0"/>
          <w:sz w:val="20"/>
        </w:rPr>
        <w:t>while</w:t>
      </w:r>
      <w:r>
        <w:rPr>
          <w:b w:val="0"/>
          <w:i w:val="0"/>
        </w:rPr>
        <w:t xml:space="preserve">, nó cần so sánh giá trị của </w:t>
      </w:r>
      <w:r>
        <w:rPr>
          <w:rFonts w:ascii="Consolas" w:hAnsi="Consolas"/>
          <w:b w:val="0"/>
          <w:i w:val="0"/>
          <w:sz w:val="20"/>
        </w:rPr>
        <w:t>message</w:t>
      </w:r>
      <w:r>
        <w:rPr>
          <w:b w:val="0"/>
          <w:i w:val="0"/>
        </w:rPr>
        <w:t xml:space="preserve"> với </w:t>
      </w:r>
      <w:r>
        <w:rPr>
          <w:rFonts w:ascii="Consolas" w:hAnsi="Consolas"/>
          <w:b w:val="0"/>
          <w:i w:val="0"/>
          <w:sz w:val="20"/>
        </w:rPr>
        <w:t>'quit'</w:t>
      </w:r>
      <w:r>
        <w:rPr>
          <w:b w:val="0"/>
          <w:i w:val="0"/>
        </w:rPr>
        <w:t xml:space="preserve">, nhưng lúc đó người dùng chưa nhập gì cả. Nếu Python không có gì để so sánh, nó sẽ không thể tiếp tục chạy chương trình. Để giải quyết vấn đề này, chúng ta đảm bảo gán cho </w:t>
      </w:r>
      <w:r>
        <w:rPr>
          <w:rFonts w:ascii="Consolas" w:hAnsi="Consolas"/>
          <w:b w:val="0"/>
          <w:i w:val="0"/>
          <w:sz w:val="20"/>
        </w:rPr>
        <w:t>message</w:t>
      </w:r>
      <w:r>
        <w:rPr>
          <w:b w:val="0"/>
          <w:i w:val="0"/>
        </w:rPr>
        <w:t xml:space="preserve"> một giá trị ban đầu. Dù chỉ là một chuỗi rỗng, nó vẫn có ý nghĩa với Python và cho phép Python thực hiện phép so sánh giúp vòng lặp </w:t>
      </w:r>
      <w:r>
        <w:rPr>
          <w:rFonts w:ascii="Consolas" w:hAnsi="Consolas"/>
          <w:b w:val="0"/>
          <w:i w:val="0"/>
          <w:sz w:val="20"/>
        </w:rPr>
        <w:t>while</w:t>
      </w:r>
      <w:r>
        <w:rPr>
          <w:b w:val="0"/>
          <w:i w:val="0"/>
        </w:rPr>
        <w:t xml:space="preserve"> hoạt động. Vòng lặp </w:t>
      </w:r>
      <w:r>
        <w:rPr>
          <w:rFonts w:ascii="Consolas" w:hAnsi="Consolas"/>
          <w:b w:val="0"/>
          <w:i w:val="0"/>
          <w:sz w:val="20"/>
        </w:rPr>
        <w:t>while</w:t>
      </w:r>
      <w:r>
        <w:rPr>
          <w:b w:val="0"/>
          <w:i w:val="0"/>
        </w:rPr>
        <w:t xml:space="preserve"> này chạy miễn là giá trị của </w:t>
      </w:r>
      <w:r>
        <w:rPr>
          <w:rFonts w:ascii="Consolas" w:hAnsi="Consolas"/>
          <w:b w:val="0"/>
          <w:i w:val="0"/>
          <w:sz w:val="20"/>
        </w:rPr>
        <w:t>message</w:t>
      </w:r>
      <w:r>
        <w:rPr>
          <w:b w:val="0"/>
          <w:i w:val="0"/>
        </w:rPr>
        <w:t xml:space="preserve"> không phải là </w:t>
      </w:r>
      <w:r>
        <w:rPr>
          <w:rFonts w:ascii="Consolas" w:hAnsi="Consolas"/>
          <w:b w:val="0"/>
          <w:i w:val="0"/>
          <w:sz w:val="20"/>
        </w:rPr>
        <w:t>'quit'</w:t>
      </w:r>
      <w:r>
        <w:rPr>
          <w:b w:val="0"/>
          <w:i w:val="0"/>
        </w:rPr>
        <w:t>.</w:t>
      </w:r>
    </w:p>
    <w:p>
      <w:pPr>
        <w:spacing w:after="80"/>
      </w:pPr>
      <w:r>
        <w:rPr>
          <w:b w:val="0"/>
          <w:i w:val="0"/>
        </w:rPr>
        <w:t xml:space="preserve">Lần đầu tiên qua vòng lặp, </w:t>
      </w:r>
      <w:r>
        <w:rPr>
          <w:rFonts w:ascii="Consolas" w:hAnsi="Consolas"/>
          <w:b w:val="0"/>
          <w:i w:val="0"/>
          <w:sz w:val="20"/>
        </w:rPr>
        <w:t>message</w:t>
      </w:r>
      <w:r>
        <w:rPr>
          <w:b w:val="0"/>
          <w:i w:val="0"/>
        </w:rPr>
        <w:t xml:space="preserve"> chỉ là một chuỗi rỗng, nên Python bước vào vòng lặp. Tại </w:t>
      </w:r>
      <w:r>
        <w:rPr>
          <w:rFonts w:ascii="Consolas" w:hAnsi="Consolas"/>
          <w:b w:val="0"/>
          <w:i w:val="0"/>
          <w:sz w:val="20"/>
        </w:rPr>
        <w:t>message = input(prompt)</w:t>
      </w:r>
      <w:r>
        <w:rPr>
          <w:b w:val="0"/>
          <w:i w:val="0"/>
        </w:rPr>
        <w:t xml:space="preserve">, Python hiển thị lời nhắc và chờ người dùng nhập vào. Bất cứ thứ gì họ nhập đều được gán cho </w:t>
      </w:r>
      <w:r>
        <w:rPr>
          <w:rFonts w:ascii="Consolas" w:hAnsi="Consolas"/>
          <w:b w:val="0"/>
          <w:i w:val="0"/>
          <w:sz w:val="20"/>
        </w:rPr>
        <w:t>message</w:t>
      </w:r>
      <w:r>
        <w:rPr>
          <w:b w:val="0"/>
          <w:i w:val="0"/>
        </w:rPr>
        <w:t xml:space="preserve"> và được in ra; sau đó, Python đánh giá lại điều kiện trong câu lệnh </w:t>
      </w:r>
      <w:r>
        <w:rPr>
          <w:rFonts w:ascii="Consolas" w:hAnsi="Consolas"/>
          <w:b w:val="0"/>
          <w:i w:val="0"/>
          <w:sz w:val="20"/>
        </w:rPr>
        <w:t>while</w:t>
      </w:r>
      <w:r>
        <w:rPr>
          <w:b w:val="0"/>
          <w:i w:val="0"/>
        </w:rPr>
        <w:t xml:space="preserve">. Miễn là người dùng chưa nhập từ </w:t>
      </w:r>
      <w:r>
        <w:rPr>
          <w:rFonts w:ascii="Consolas" w:hAnsi="Consolas"/>
          <w:b w:val="0"/>
          <w:i w:val="0"/>
          <w:sz w:val="20"/>
        </w:rPr>
        <w:t>'quit'</w:t>
      </w:r>
      <w:r>
        <w:rPr>
          <w:b w:val="0"/>
          <w:i w:val="0"/>
        </w:rPr>
        <w:t xml:space="preserve">, lời nhắc lại được hiển thị và Python chờ nhập thêm. Khi người dùng cuối cùng nhập </w:t>
      </w:r>
      <w:r>
        <w:rPr>
          <w:rFonts w:ascii="Consolas" w:hAnsi="Consolas"/>
          <w:b w:val="0"/>
          <w:i w:val="0"/>
          <w:sz w:val="20"/>
        </w:rPr>
        <w:t>'quit'</w:t>
      </w:r>
      <w:r>
        <w:rPr>
          <w:b w:val="0"/>
          <w:i w:val="0"/>
        </w:rPr>
        <w:t xml:space="preserve">, Python ngừng thực thi vòng lặp </w:t>
      </w:r>
      <w:r>
        <w:rPr>
          <w:rFonts w:ascii="Consolas" w:hAnsi="Consolas"/>
          <w:b w:val="0"/>
          <w:i w:val="0"/>
          <w:sz w:val="20"/>
        </w:rPr>
        <w:t>while</w:t>
      </w:r>
      <w:r>
        <w:rPr>
          <w:b w:val="0"/>
          <w:i w:val="0"/>
        </w:rPr>
        <w:t xml:space="preserve"> và chương trình kết thúc:</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Hello everyone!</w:t>
      </w:r>
    </w:p>
    <w:p>
      <w:pPr>
        <w:spacing w:after="0"/>
        <w:ind w:left="360"/>
        <w:shd w:val="clear" w:color="auto" w:fill="F2F2F2"/>
      </w:pPr>
      <w:r>
        <w:rPr>
          <w:rFonts w:ascii="Consolas" w:hAnsi="Consolas"/>
          <w:b w:val="0"/>
          <w:i w:val="0"/>
          <w:sz w:val="18"/>
        </w:rPr>
        <w:t>Hello everyone!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Hello again.</w:t>
      </w:r>
    </w:p>
    <w:p>
      <w:pPr>
        <w:spacing w:after="0"/>
        <w:ind w:left="360"/>
        <w:shd w:val="clear" w:color="auto" w:fill="F2F2F2"/>
      </w:pPr>
      <w:r>
        <w:rPr>
          <w:rFonts w:ascii="Consolas" w:hAnsi="Consolas"/>
          <w:b w:val="0"/>
          <w:i w:val="0"/>
          <w:sz w:val="18"/>
        </w:rPr>
        <w:t>Hello again.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quit</w:t>
      </w:r>
    </w:p>
    <w:p>
      <w:pPr>
        <w:spacing w:after="0"/>
        <w:ind w:left="360"/>
        <w:shd w:val="clear" w:color="auto" w:fill="F2F2F2"/>
      </w:pPr>
      <w:r>
        <w:rPr>
          <w:rFonts w:ascii="Consolas" w:hAnsi="Consolas"/>
          <w:b w:val="0"/>
          <w:i w:val="0"/>
          <w:sz w:val="18"/>
        </w:rPr>
        <w:t>quit</w:t>
      </w:r>
    </w:p>
    <w:p>
      <w:pPr>
        <w:spacing w:after="40"/>
      </w:pPr>
    </w:p>
    <w:p>
      <w:pPr>
        <w:spacing w:after="80"/>
      </w:pPr>
      <w:r>
        <w:rPr>
          <w:b w:val="0"/>
          <w:i w:val="0"/>
        </w:rPr>
        <w:t xml:space="preserve">Chương trình này chạy tốt, chỉ có điều nó in ra từ </w:t>
      </w:r>
      <w:r>
        <w:rPr>
          <w:rFonts w:ascii="Consolas" w:hAnsi="Consolas"/>
          <w:b w:val="0"/>
          <w:i w:val="0"/>
          <w:sz w:val="20"/>
        </w:rPr>
        <w:t>'quit'</w:t>
      </w:r>
      <w:r>
        <w:rPr>
          <w:b w:val="0"/>
          <w:i w:val="0"/>
        </w:rPr>
        <w:t xml:space="preserve"> như thể đó là một tin nhắn thật sự. Một phép kiểm tra </w:t>
      </w:r>
      <w:r>
        <w:rPr>
          <w:rFonts w:ascii="Consolas" w:hAnsi="Consolas"/>
          <w:b w:val="0"/>
          <w:i w:val="0"/>
          <w:sz w:val="20"/>
        </w:rPr>
        <w:t>if</w:t>
      </w:r>
      <w:r>
        <w:rPr>
          <w:b w:val="0"/>
          <w:i w:val="0"/>
        </w:rPr>
        <w:t xml:space="preserve"> đơn giản sẽ khắc phục điều này:</w:t>
      </w:r>
    </w:p>
    <w:p>
      <w:pPr>
        <w:spacing w:after="0"/>
        <w:ind w:left="360"/>
        <w:shd w:val="clear" w:color="auto" w:fill="F2F2F2"/>
      </w:pPr>
      <w:r>
        <w:rPr>
          <w:rFonts w:ascii="Consolas" w:hAnsi="Consolas"/>
          <w:b w:val="0"/>
          <w:i w:val="0"/>
          <w:sz w:val="18"/>
        </w:rPr>
        <w:t>prompt = "\nTell me something, and I will repeat it back to you:"</w:t>
      </w:r>
    </w:p>
    <w:p>
      <w:pPr>
        <w:spacing w:after="0"/>
        <w:ind w:left="360"/>
        <w:shd w:val="clear" w:color="auto" w:fill="F2F2F2"/>
      </w:pPr>
      <w:r>
        <w:rPr>
          <w:rFonts w:ascii="Consolas" w:hAnsi="Consolas"/>
          <w:b w:val="0"/>
          <w:i w:val="0"/>
          <w:sz w:val="18"/>
        </w:rPr>
        <w:t>prompt += "\nEnter 'quit' to end the program.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message = ""</w:t>
      </w:r>
    </w:p>
    <w:p>
      <w:pPr>
        <w:spacing w:after="0"/>
        <w:ind w:left="360"/>
        <w:shd w:val="clear" w:color="auto" w:fill="F2F2F2"/>
      </w:pPr>
      <w:r>
        <w:rPr>
          <w:rFonts w:ascii="Consolas" w:hAnsi="Consolas"/>
          <w:b w:val="0"/>
          <w:i w:val="0"/>
          <w:sz w:val="18"/>
        </w:rPr>
        <w:t>while message != 'quit':</w:t>
      </w:r>
    </w:p>
    <w:p>
      <w:pPr>
        <w:spacing w:after="0"/>
        <w:ind w:left="360"/>
        <w:shd w:val="clear" w:color="auto" w:fill="F2F2F2"/>
      </w:pPr>
      <w:r>
        <w:rPr>
          <w:rFonts w:ascii="Consolas" w:hAnsi="Consolas"/>
          <w:b w:val="0"/>
          <w:i w:val="0"/>
          <w:sz w:val="18"/>
        </w:rPr>
        <w:t xml:space="preserve">    message = input(prompt)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message != 'quit':</w:t>
      </w:r>
    </w:p>
    <w:p>
      <w:pPr>
        <w:spacing w:after="0"/>
        <w:ind w:left="360"/>
        <w:shd w:val="clear" w:color="auto" w:fill="F2F2F2"/>
      </w:pPr>
      <w:r>
        <w:rPr>
          <w:rFonts w:ascii="Consolas" w:hAnsi="Consolas"/>
          <w:b w:val="0"/>
          <w:i w:val="0"/>
          <w:sz w:val="18"/>
        </w:rPr>
        <w:t xml:space="preserve">        print(message)</w:t>
      </w:r>
    </w:p>
    <w:p>
      <w:pPr>
        <w:spacing w:after="40"/>
      </w:pPr>
    </w:p>
    <w:p>
      <w:pPr>
        <w:spacing w:after="80"/>
      </w:pPr>
      <w:r>
        <w:rPr>
          <w:b w:val="0"/>
          <w:i w:val="0"/>
        </w:rPr>
        <w:t>Giờ đây chương trình thực hiện một phép kiểm tra nhanh trước khi hiển thị tin nhắn và chỉ in tin nhắn nếu nó không khớp với giá trị thoát:</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Hello everyone!</w:t>
      </w:r>
    </w:p>
    <w:p>
      <w:pPr>
        <w:spacing w:after="0"/>
        <w:ind w:left="360"/>
        <w:shd w:val="clear" w:color="auto" w:fill="F2F2F2"/>
      </w:pPr>
      <w:r>
        <w:rPr>
          <w:rFonts w:ascii="Consolas" w:hAnsi="Consolas"/>
          <w:b w:val="0"/>
          <w:i w:val="0"/>
          <w:sz w:val="18"/>
        </w:rPr>
        <w:t>Hello everyone!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Hello again.</w:t>
      </w:r>
    </w:p>
    <w:p>
      <w:pPr>
        <w:spacing w:after="0"/>
        <w:ind w:left="360"/>
        <w:shd w:val="clear" w:color="auto" w:fill="F2F2F2"/>
      </w:pPr>
      <w:r>
        <w:rPr>
          <w:rFonts w:ascii="Consolas" w:hAnsi="Consolas"/>
          <w:b w:val="0"/>
          <w:i w:val="0"/>
          <w:sz w:val="18"/>
        </w:rPr>
        <w:t>Hello again.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Tell me something, and I will repeat it back to you:</w:t>
      </w:r>
    </w:p>
    <w:p>
      <w:pPr>
        <w:spacing w:after="0"/>
        <w:ind w:left="360"/>
        <w:shd w:val="clear" w:color="auto" w:fill="F2F2F2"/>
      </w:pPr>
      <w:r>
        <w:rPr>
          <w:rFonts w:ascii="Consolas" w:hAnsi="Consolas"/>
          <w:b w:val="0"/>
          <w:i w:val="0"/>
          <w:sz w:val="18"/>
        </w:rPr>
        <w:t xml:space="preserve">Enter 'quit' to end the program. </w:t>
      </w:r>
      <w:r>
        <w:rPr>
          <w:rFonts w:ascii="Consolas" w:hAnsi="Consolas"/>
          <w:b/>
          <w:i w:val="0"/>
          <w:sz w:val="18"/>
        </w:rPr>
        <w:t>quit</w:t>
      </w:r>
    </w:p>
    <w:p>
      <w:pPr>
        <w:spacing w:after="40"/>
      </w:pPr>
    </w:p>
    <w:p>
      <w:pPr>
        <w:pStyle w:val="Heading3"/>
      </w:pPr>
      <w:r>
        <w:rPr>
          <w:rFonts w:ascii="Calibri" w:hAnsi="Calibri"/>
          <w:b/>
          <w:i w:val="0"/>
          <w:sz w:val="27"/>
        </w:rPr>
        <w:t>Sử dụng cờ hiệu</w:t>
      </w:r>
    </w:p>
    <w:p>
      <w:pPr>
        <w:spacing w:after="80"/>
      </w:pPr>
      <w:r>
        <w:rPr>
          <w:b w:val="0"/>
          <w:i w:val="0"/>
        </w:rPr>
        <w:t>Trong ví dụ trước, chúng ta cho chương trình thực hiện một số tác vụ nhất định khi một điều kiện cho trước là đúng. Nhưng còn những chương trình phức tạp hơn, nơi nhiều sự kiện khác nhau có thể khiến chương trình ngừng chạy thì sao?</w:t>
      </w:r>
    </w:p>
    <w:p>
      <w:pPr>
        <w:spacing w:after="80"/>
      </w:pPr>
      <w:r>
        <w:rPr>
          <w:b w:val="0"/>
          <w:i w:val="0"/>
        </w:rPr>
        <w:t xml:space="preserve">Ví dụ, trong một trò chơi, nhiều sự kiện khác nhau có thể kết thúc trò chơi. Khi người chơi hết tàu, hết thời gian, hoặc tất cả các thành phố mà họ phải bảo vệ đều bị phá hủy, trò chơi nên kết thúc. Nó cần kết thúc nếu bất kỳ sự kiện nào trong số này xảy ra. Nếu có nhiều sự kiện có thể xảy ra để dừng chương trình, việc cố gắng kiểm tra tất cả các điều kiện này trong một câu lệnh </w:t>
      </w:r>
      <w:r>
        <w:rPr>
          <w:rFonts w:ascii="Consolas" w:hAnsi="Consolas"/>
          <w:b w:val="0"/>
          <w:i w:val="0"/>
          <w:sz w:val="20"/>
        </w:rPr>
        <w:t>while</w:t>
      </w:r>
      <w:r>
        <w:rPr>
          <w:b w:val="0"/>
          <w:i w:val="0"/>
        </w:rPr>
        <w:t xml:space="preserve"> sẽ trở nên phức tạp và khó khăn.</w:t>
      </w:r>
    </w:p>
    <w:p>
      <w:pPr>
        <w:spacing w:after="80"/>
      </w:pPr>
      <w:r>
        <w:rPr>
          <w:b w:val="0"/>
          <w:i w:val="0"/>
        </w:rPr>
        <w:t xml:space="preserve">Đối với một chương trình chỉ nên chạy khi nhiều điều kiện đều đúng, bạn có thể định nghĩa một biến quyết định xem toàn bộ chương trình có đang hoạt động hay không. Biến này, được gọi là </w:t>
      </w:r>
      <w:r>
        <w:rPr>
          <w:b w:val="0"/>
          <w:i/>
        </w:rPr>
        <w:t>cờ hiệu</w:t>
      </w:r>
      <w:r>
        <w:rPr>
          <w:b w:val="0"/>
          <w:i w:val="0"/>
        </w:rPr>
        <w:t xml:space="preserve"> (flag), hoạt động như một tín hiệu cho chương trình. Chúng ta có thể viết chương trình sao cho chúng chạy khi cờ hiệu được đặt thành </w:t>
      </w:r>
      <w:r>
        <w:rPr>
          <w:rFonts w:ascii="Consolas" w:hAnsi="Consolas"/>
          <w:b w:val="0"/>
          <w:i w:val="0"/>
          <w:sz w:val="20"/>
        </w:rPr>
        <w:t>True</w:t>
      </w:r>
      <w:r>
        <w:rPr>
          <w:b w:val="0"/>
          <w:i w:val="0"/>
        </w:rPr>
        <w:t xml:space="preserve"> và dừng chạy khi bất kỳ sự kiện nào trong số nhiều sự kiện đặt giá trị của cờ hiệu thành </w:t>
      </w:r>
      <w:r>
        <w:rPr>
          <w:rFonts w:ascii="Consolas" w:hAnsi="Consolas"/>
          <w:b w:val="0"/>
          <w:i w:val="0"/>
          <w:sz w:val="20"/>
        </w:rPr>
        <w:t>False</w:t>
      </w:r>
      <w:r>
        <w:rPr>
          <w:b w:val="0"/>
          <w:i w:val="0"/>
        </w:rPr>
        <w:t xml:space="preserve">. Kết quả là, câu lệnh </w:t>
      </w:r>
      <w:r>
        <w:rPr>
          <w:rFonts w:ascii="Consolas" w:hAnsi="Consolas"/>
          <w:b w:val="0"/>
          <w:i w:val="0"/>
          <w:sz w:val="20"/>
        </w:rPr>
        <w:t>while</w:t>
      </w:r>
      <w:r>
        <w:rPr>
          <w:b w:val="0"/>
          <w:i w:val="0"/>
        </w:rPr>
        <w:t xml:space="preserve"> tổng thể của chúng ta chỉ cần kiểm tra một điều kiện: liệu cờ hiệu hiện có phải là </w:t>
      </w:r>
      <w:r>
        <w:rPr>
          <w:rFonts w:ascii="Consolas" w:hAnsi="Consolas"/>
          <w:b w:val="0"/>
          <w:i w:val="0"/>
          <w:sz w:val="20"/>
        </w:rPr>
        <w:t>True</w:t>
      </w:r>
      <w:r>
        <w:rPr>
          <w:b w:val="0"/>
          <w:i w:val="0"/>
        </w:rPr>
        <w:t xml:space="preserve"> hay không. Sau đó, tất cả các kiểm tra khác của chúng ta (để xem liệu một sự kiện đã xảy ra mà lẽ ra phải đặt cờ hiệu thành </w:t>
      </w:r>
      <w:r>
        <w:rPr>
          <w:rFonts w:ascii="Consolas" w:hAnsi="Consolas"/>
          <w:b w:val="0"/>
          <w:i w:val="0"/>
          <w:sz w:val="20"/>
        </w:rPr>
        <w:t>False</w:t>
      </w:r>
      <w:r>
        <w:rPr>
          <w:b w:val="0"/>
          <w:i w:val="0"/>
        </w:rPr>
        <w:t xml:space="preserve"> hay chưa) có thể được tổ chức gọn gàng trong phần còn lại của chương trình.</w:t>
      </w:r>
    </w:p>
    <w:p>
      <w:pPr>
        <w:spacing w:after="80"/>
      </w:pPr>
      <w:r>
        <w:rPr>
          <w:b w:val="0"/>
          <w:i w:val="0"/>
        </w:rPr>
        <w:t xml:space="preserve">Hãy thêm một cờ hiệu vào </w:t>
      </w:r>
      <w:r>
        <w:rPr>
          <w:b w:val="0"/>
          <w:i/>
        </w:rPr>
        <w:t>parrot.py</w:t>
      </w:r>
      <w:r>
        <w:rPr>
          <w:b w:val="0"/>
          <w:i w:val="0"/>
        </w:rPr>
        <w:t xml:space="preserve"> từ phần trước. Cờ hiệu này, mà chúng ta sẽ gọi là </w:t>
      </w:r>
      <w:r>
        <w:rPr>
          <w:rFonts w:ascii="Consolas" w:hAnsi="Consolas"/>
          <w:b w:val="0"/>
          <w:i w:val="0"/>
          <w:sz w:val="20"/>
        </w:rPr>
        <w:t>active</w:t>
      </w:r>
      <w:r>
        <w:rPr>
          <w:b w:val="0"/>
          <w:i w:val="0"/>
        </w:rPr>
        <w:t xml:space="preserve"> (dù bạn có thể đặt tên gì cũng được), sẽ theo dõi xem chương trình có nên tiếp tục chạy hay không:</w:t>
      </w:r>
    </w:p>
    <w:p>
      <w:pPr>
        <w:spacing w:after="0"/>
        <w:ind w:left="360"/>
        <w:shd w:val="clear" w:color="auto" w:fill="F2F2F2"/>
      </w:pPr>
      <w:r>
        <w:rPr>
          <w:rFonts w:ascii="Consolas" w:hAnsi="Consolas"/>
          <w:b w:val="0"/>
          <w:i w:val="0"/>
          <w:sz w:val="18"/>
        </w:rPr>
        <w:t>prompt = "\nTell me something, and I will repeat it back to you:"</w:t>
      </w:r>
    </w:p>
    <w:p>
      <w:pPr>
        <w:spacing w:after="0"/>
        <w:ind w:left="360"/>
        <w:shd w:val="clear" w:color="auto" w:fill="F2F2F2"/>
      </w:pPr>
      <w:r>
        <w:rPr>
          <w:rFonts w:ascii="Consolas" w:hAnsi="Consolas"/>
          <w:b w:val="0"/>
          <w:i w:val="0"/>
          <w:sz w:val="18"/>
        </w:rPr>
        <w:t>prompt += "\nEnter 'quit' to end the program.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active = True</w:t>
      </w:r>
    </w:p>
    <w:p>
      <w:pPr>
        <w:spacing w:after="0"/>
        <w:ind w:left="360"/>
        <w:shd w:val="clear" w:color="auto" w:fill="F2F2F2"/>
      </w:pPr>
      <w:r>
        <w:rPr>
          <w:rFonts w:ascii="Consolas" w:hAnsi="Consolas"/>
          <w:b w:val="0"/>
          <w:i w:val="0"/>
          <w:sz w:val="18"/>
        </w:rPr>
        <w:t>❶ while active:</w:t>
      </w:r>
    </w:p>
    <w:p>
      <w:pPr>
        <w:spacing w:after="0"/>
        <w:ind w:left="360"/>
        <w:shd w:val="clear" w:color="auto" w:fill="F2F2F2"/>
      </w:pPr>
      <w:r>
        <w:rPr>
          <w:rFonts w:ascii="Consolas" w:hAnsi="Consolas"/>
          <w:b w:val="0"/>
          <w:i w:val="0"/>
          <w:sz w:val="18"/>
        </w:rPr>
        <w:t xml:space="preserve">    message = input(prompt)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message == 'quit':</w:t>
      </w:r>
    </w:p>
    <w:p>
      <w:pPr>
        <w:spacing w:after="0"/>
        <w:ind w:left="360"/>
        <w:shd w:val="clear" w:color="auto" w:fill="F2F2F2"/>
      </w:pPr>
      <w:r>
        <w:rPr>
          <w:rFonts w:ascii="Consolas" w:hAnsi="Consolas"/>
          <w:b w:val="0"/>
          <w:i w:val="0"/>
          <w:sz w:val="18"/>
        </w:rPr>
        <w:t xml:space="preserve">        active = False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print(message)</w:t>
      </w:r>
    </w:p>
    <w:p>
      <w:pPr>
        <w:spacing w:after="40"/>
      </w:pPr>
    </w:p>
    <w:p>
      <w:pPr>
        <w:spacing w:after="80"/>
      </w:pPr>
      <w:r>
        <w:rPr>
          <w:b w:val="0"/>
          <w:i w:val="0"/>
        </w:rPr>
        <w:t xml:space="preserve">Chúng ta đặt biến </w:t>
      </w:r>
      <w:r>
        <w:rPr>
          <w:rFonts w:ascii="Consolas" w:hAnsi="Consolas"/>
          <w:b w:val="0"/>
          <w:i w:val="0"/>
          <w:sz w:val="20"/>
        </w:rPr>
        <w:t>active</w:t>
      </w:r>
      <w:r>
        <w:rPr>
          <w:b w:val="0"/>
          <w:i w:val="0"/>
        </w:rPr>
        <w:t xml:space="preserve"> thành </w:t>
      </w:r>
      <w:r>
        <w:rPr>
          <w:rFonts w:ascii="Consolas" w:hAnsi="Consolas"/>
          <w:b w:val="0"/>
          <w:i w:val="0"/>
          <w:sz w:val="20"/>
        </w:rPr>
        <w:t>True</w:t>
      </w:r>
      <w:r>
        <w:rPr>
          <w:b w:val="0"/>
          <w:i w:val="0"/>
        </w:rPr>
        <w:t xml:space="preserve"> để chương trình bắt đầu ở trạng thái hoạt động. Làm như vậy khiến câu lệnh </w:t>
      </w:r>
      <w:r>
        <w:rPr>
          <w:rFonts w:ascii="Consolas" w:hAnsi="Consolas"/>
          <w:b w:val="0"/>
          <w:i w:val="0"/>
          <w:sz w:val="20"/>
        </w:rPr>
        <w:t>while</w:t>
      </w:r>
      <w:r>
        <w:rPr>
          <w:b w:val="0"/>
          <w:i w:val="0"/>
        </w:rPr>
        <w:t xml:space="preserve"> đơn giản hơn vì không có phép so sánh nào được thực hiện trong chính câu lệnh </w:t>
      </w:r>
      <w:r>
        <w:rPr>
          <w:rFonts w:ascii="Consolas" w:hAnsi="Consolas"/>
          <w:b w:val="0"/>
          <w:i w:val="0"/>
          <w:sz w:val="20"/>
        </w:rPr>
        <w:t>while</w:t>
      </w:r>
      <w:r>
        <w:rPr>
          <w:b w:val="0"/>
          <w:i w:val="0"/>
        </w:rPr>
        <w:t xml:space="preserve">; logic được xử lý ở các phần khác của chương trình. Chừng nào biến </w:t>
      </w:r>
      <w:r>
        <w:rPr>
          <w:rFonts w:ascii="Consolas" w:hAnsi="Consolas"/>
          <w:b w:val="0"/>
          <w:i w:val="0"/>
          <w:sz w:val="20"/>
        </w:rPr>
        <w:t>active</w:t>
      </w:r>
      <w:r>
        <w:rPr>
          <w:b w:val="0"/>
          <w:i w:val="0"/>
        </w:rPr>
        <w:t xml:space="preserve"> vẫn là </w:t>
      </w:r>
      <w:r>
        <w:rPr>
          <w:rFonts w:ascii="Consolas" w:hAnsi="Consolas"/>
          <w:b w:val="0"/>
          <w:i w:val="0"/>
          <w:sz w:val="20"/>
        </w:rPr>
        <w:t>True</w:t>
      </w:r>
      <w:r>
        <w:rPr>
          <w:b w:val="0"/>
          <w:i w:val="0"/>
        </w:rPr>
        <w:t>, vòng lặp sẽ tiếp tục chạy ❶.</w:t>
      </w:r>
    </w:p>
    <w:p>
      <w:pPr>
        <w:spacing w:after="80"/>
      </w:pPr>
      <w:r>
        <w:rPr>
          <w:b w:val="0"/>
          <w:i w:val="0"/>
        </w:rPr>
        <w:t xml:space="preserve">Trong câu lệnh </w:t>
      </w:r>
      <w:r>
        <w:rPr>
          <w:rFonts w:ascii="Consolas" w:hAnsi="Consolas"/>
          <w:b w:val="0"/>
          <w:i w:val="0"/>
          <w:sz w:val="20"/>
        </w:rPr>
        <w:t>if</w:t>
      </w:r>
      <w:r>
        <w:rPr>
          <w:b w:val="0"/>
          <w:i w:val="0"/>
        </w:rPr>
        <w:t xml:space="preserve"> bên trong vòng lặp </w:t>
      </w:r>
      <w:r>
        <w:rPr>
          <w:rFonts w:ascii="Consolas" w:hAnsi="Consolas"/>
          <w:b w:val="0"/>
          <w:i w:val="0"/>
          <w:sz w:val="20"/>
        </w:rPr>
        <w:t>while</w:t>
      </w:r>
      <w:r>
        <w:rPr>
          <w:b w:val="0"/>
          <w:i w:val="0"/>
        </w:rPr>
        <w:t xml:space="preserve">, chúng ta kiểm tra giá trị của </w:t>
      </w:r>
      <w:r>
        <w:rPr>
          <w:rFonts w:ascii="Consolas" w:hAnsi="Consolas"/>
          <w:b w:val="0"/>
          <w:i w:val="0"/>
          <w:sz w:val="20"/>
        </w:rPr>
        <w:t>message</w:t>
      </w:r>
      <w:r>
        <w:rPr>
          <w:b w:val="0"/>
          <w:i w:val="0"/>
        </w:rPr>
        <w:t xml:space="preserve"> sau khi người dùng nhập dữ liệu vào. Nếu người dùng nhập </w:t>
      </w:r>
      <w:r>
        <w:rPr>
          <w:rFonts w:ascii="Consolas" w:hAnsi="Consolas"/>
          <w:b w:val="0"/>
          <w:i w:val="0"/>
          <w:sz w:val="20"/>
        </w:rPr>
        <w:t>'quit'</w:t>
      </w:r>
      <w:r>
        <w:rPr>
          <w:b w:val="0"/>
          <w:i w:val="0"/>
        </w:rPr>
        <w:t xml:space="preserve">, chúng ta đặt </w:t>
      </w:r>
      <w:r>
        <w:rPr>
          <w:rFonts w:ascii="Consolas" w:hAnsi="Consolas"/>
          <w:b w:val="0"/>
          <w:i w:val="0"/>
          <w:sz w:val="20"/>
        </w:rPr>
        <w:t>active</w:t>
      </w:r>
      <w:r>
        <w:rPr>
          <w:b w:val="0"/>
          <w:i w:val="0"/>
        </w:rPr>
        <w:t xml:space="preserve"> thành </w:t>
      </w:r>
      <w:r>
        <w:rPr>
          <w:rFonts w:ascii="Consolas" w:hAnsi="Consolas"/>
          <w:b w:val="0"/>
          <w:i w:val="0"/>
          <w:sz w:val="20"/>
        </w:rPr>
        <w:t>False</w:t>
      </w:r>
      <w:r>
        <w:rPr>
          <w:b w:val="0"/>
          <w:i w:val="0"/>
        </w:rPr>
        <w:t xml:space="preserve">, và vòng lặp </w:t>
      </w:r>
      <w:r>
        <w:rPr>
          <w:rFonts w:ascii="Consolas" w:hAnsi="Consolas"/>
          <w:b w:val="0"/>
          <w:i w:val="0"/>
          <w:sz w:val="20"/>
        </w:rPr>
        <w:t>while</w:t>
      </w:r>
      <w:r>
        <w:rPr>
          <w:b w:val="0"/>
          <w:i w:val="0"/>
        </w:rPr>
        <w:t xml:space="preserve"> dừng lại. Nếu người dùng nhập bất cứ thứ gì khác ngoài </w:t>
      </w:r>
      <w:r>
        <w:rPr>
          <w:rFonts w:ascii="Consolas" w:hAnsi="Consolas"/>
          <w:b w:val="0"/>
          <w:i w:val="0"/>
          <w:sz w:val="20"/>
        </w:rPr>
        <w:t>'quit'</w:t>
      </w:r>
      <w:r>
        <w:rPr>
          <w:b w:val="0"/>
          <w:i w:val="0"/>
        </w:rPr>
        <w:t>, chúng ta in dữ liệu họ nhập như một thông điệp.</w:t>
      </w:r>
    </w:p>
    <w:p>
      <w:pPr>
        <w:spacing w:after="80"/>
      </w:pPr>
      <w:r>
        <w:rPr>
          <w:b w:val="0"/>
          <w:i w:val="0"/>
        </w:rPr>
        <w:t xml:space="preserve">Chương trình này có kết quả đầu ra giống như ví dụ trước, nơi chúng ta đặt phép kiểm tra điều kiện trực tiếp trong câu lệnh </w:t>
      </w:r>
      <w:r>
        <w:rPr>
          <w:rFonts w:ascii="Consolas" w:hAnsi="Consolas"/>
          <w:b w:val="0"/>
          <w:i w:val="0"/>
          <w:sz w:val="20"/>
        </w:rPr>
        <w:t>while</w:t>
      </w:r>
      <w:r>
        <w:rPr>
          <w:b w:val="0"/>
          <w:i w:val="0"/>
        </w:rPr>
        <w:t xml:space="preserve">. Nhưng giờ đây khi đã có một cờ hiệu để chỉ ra liệu toàn bộ chương trình có đang ở trạng thái hoạt động hay không, việc thêm nhiều phép kiểm tra hơn (chẳng hạn như các câu lệnh </w:t>
      </w:r>
      <w:r>
        <w:rPr>
          <w:rFonts w:ascii="Consolas" w:hAnsi="Consolas"/>
          <w:b w:val="0"/>
          <w:i w:val="0"/>
          <w:sz w:val="20"/>
        </w:rPr>
        <w:t>elif</w:t>
      </w:r>
      <w:r>
        <w:rPr>
          <w:b w:val="0"/>
          <w:i w:val="0"/>
        </w:rPr>
        <w:t xml:space="preserve">) cho những sự kiện lẽ ra phải khiến </w:t>
      </w:r>
      <w:r>
        <w:rPr>
          <w:rFonts w:ascii="Consolas" w:hAnsi="Consolas"/>
          <w:b w:val="0"/>
          <w:i w:val="0"/>
          <w:sz w:val="20"/>
        </w:rPr>
        <w:t>active</w:t>
      </w:r>
      <w:r>
        <w:rPr>
          <w:b w:val="0"/>
          <w:i w:val="0"/>
        </w:rPr>
        <w:t xml:space="preserve"> trở thành </w:t>
      </w:r>
      <w:r>
        <w:rPr>
          <w:rFonts w:ascii="Consolas" w:hAnsi="Consolas"/>
          <w:b w:val="0"/>
          <w:i w:val="0"/>
          <w:sz w:val="20"/>
        </w:rPr>
        <w:t>False</w:t>
      </w:r>
      <w:r>
        <w:rPr>
          <w:b w:val="0"/>
          <w:i w:val="0"/>
        </w:rPr>
        <w:t xml:space="preserve"> sẽ rất dễ dàng. Điều này hữu ích trong những chương trình phức tạp như trò chơi, nơi có thể có nhiều sự kiện mà mỗi sự kiện đều phải khiến chương trình ngừng chạy. Khi bất kỳ sự kiện nào trong số này khiến cờ hiệu active trở thành </w:t>
      </w:r>
      <w:r>
        <w:rPr>
          <w:rFonts w:ascii="Consolas" w:hAnsi="Consolas"/>
          <w:b w:val="0"/>
          <w:i w:val="0"/>
          <w:sz w:val="20"/>
        </w:rPr>
        <w:t>False</w:t>
      </w:r>
      <w:r>
        <w:rPr>
          <w:b w:val="0"/>
          <w:i w:val="0"/>
        </w:rPr>
        <w:t xml:space="preserve">, vòng lặp chính của trò chơi sẽ thoát, một thông điệp </w:t>
      </w:r>
      <w:r>
        <w:rPr>
          <w:b w:val="0"/>
          <w:i/>
        </w:rPr>
        <w:t>Game Over</w:t>
      </w:r>
      <w:r>
        <w:rPr>
          <w:b w:val="0"/>
          <w:i w:val="0"/>
        </w:rPr>
        <w:t xml:space="preserve"> có thể được hiển thị, và người chơi có thể được cho tùy chọn chơi lại.</w:t>
      </w:r>
    </w:p>
    <w:p>
      <w:pPr>
        <w:pStyle w:val="Heading3"/>
      </w:pPr>
      <w:r>
        <w:rPr>
          <w:rFonts w:ascii="Calibri" w:hAnsi="Calibri"/>
          <w:b/>
          <w:i w:val="0"/>
          <w:sz w:val="27"/>
        </w:rPr>
        <w:t>Sử dụng break để thoát khỏi vòng lặp</w:t>
      </w:r>
    </w:p>
    <w:p>
      <w:pPr>
        <w:spacing w:after="80"/>
      </w:pPr>
      <w:r>
        <w:rPr>
          <w:b w:val="0"/>
          <w:i w:val="0"/>
        </w:rPr>
        <w:t xml:space="preserve">Để thoát khỏi một vòng lặp </w:t>
      </w:r>
      <w:r>
        <w:rPr>
          <w:rFonts w:ascii="Consolas" w:hAnsi="Consolas"/>
          <w:b w:val="0"/>
          <w:i w:val="0"/>
          <w:sz w:val="20"/>
        </w:rPr>
        <w:t>while</w:t>
      </w:r>
      <w:r>
        <w:rPr>
          <w:b w:val="0"/>
          <w:i w:val="0"/>
        </w:rPr>
        <w:t xml:space="preserve"> ngay lập tức mà không chạy bất kỳ đoạn mã còn lại nào trong vòng lặp, bất kể kết quả của bất kỳ phép kiểm tra điều kiện nào, hãy dùng câu lệnh </w:t>
      </w:r>
      <w:r>
        <w:rPr>
          <w:rFonts w:ascii="Consolas" w:hAnsi="Consolas"/>
          <w:b w:val="0"/>
          <w:i w:val="0"/>
          <w:sz w:val="20"/>
        </w:rPr>
        <w:t>break</w:t>
      </w:r>
      <w:r>
        <w:rPr>
          <w:b w:val="0"/>
          <w:i w:val="0"/>
        </w:rPr>
        <w:t xml:space="preserve">. Câu lệnh </w:t>
      </w:r>
      <w:r>
        <w:rPr>
          <w:rFonts w:ascii="Consolas" w:hAnsi="Consolas"/>
          <w:b w:val="0"/>
          <w:i w:val="0"/>
          <w:sz w:val="20"/>
        </w:rPr>
        <w:t>break</w:t>
      </w:r>
      <w:r>
        <w:rPr>
          <w:b w:val="0"/>
          <w:i w:val="0"/>
        </w:rPr>
        <w:t xml:space="preserve"> điều khiển luồng chạy của chương trình; bạn có thể dùng nó để kiểm soát những dòng mã nào được thực thi và những dòng nào không, để chương trình chỉ thực thi đoạn mã mà bạn muốn, vào lúc bạn muốn.</w:t>
      </w:r>
    </w:p>
    <w:p>
      <w:pPr>
        <w:spacing w:after="80"/>
      </w:pPr>
      <w:r>
        <w:rPr>
          <w:b w:val="0"/>
          <w:i w:val="0"/>
        </w:rPr>
        <w:t xml:space="preserve">Ví dụ, hãy xem xét một chương trình hỏi người dùng về những nơi họ đã từng đến. Chúng ta có thể dừng vòng lặp </w:t>
      </w:r>
      <w:r>
        <w:rPr>
          <w:rFonts w:ascii="Consolas" w:hAnsi="Consolas"/>
          <w:b w:val="0"/>
          <w:i w:val="0"/>
          <w:sz w:val="20"/>
        </w:rPr>
        <w:t>while</w:t>
      </w:r>
      <w:r>
        <w:rPr>
          <w:b w:val="0"/>
          <w:i w:val="0"/>
        </w:rPr>
        <w:t xml:space="preserve"> trong chương trình này bằng cách gọi </w:t>
      </w:r>
      <w:r>
        <w:rPr>
          <w:rFonts w:ascii="Consolas" w:hAnsi="Consolas"/>
          <w:b w:val="0"/>
          <w:i w:val="0"/>
          <w:sz w:val="20"/>
        </w:rPr>
        <w:t>break</w:t>
      </w:r>
      <w:r>
        <w:rPr>
          <w:b w:val="0"/>
          <w:i w:val="0"/>
        </w:rPr>
        <w:t xml:space="preserve"> ngay khi người dùng nhập giá trị </w:t>
      </w:r>
      <w:r>
        <w:rPr>
          <w:rFonts w:ascii="Consolas" w:hAnsi="Consolas"/>
          <w:b w:val="0"/>
          <w:i w:val="0"/>
          <w:sz w:val="20"/>
        </w:rPr>
        <w:t>'quit'</w:t>
      </w:r>
      <w:r>
        <w:rPr>
          <w:b w:val="0"/>
          <w:i w:val="0"/>
        </w:rPr>
        <w:t>:</w:t>
      </w:r>
    </w:p>
    <w:p>
      <w:pPr>
        <w:spacing w:after="80"/>
      </w:pPr>
      <w:r>
        <w:rPr>
          <w:b w:val="0"/>
          <w:i w:val="0"/>
        </w:rPr>
        <w:t>cities.py</w:t>
      </w:r>
    </w:p>
    <w:p>
      <w:pPr>
        <w:spacing w:after="0"/>
        <w:ind w:left="360"/>
        <w:shd w:val="clear" w:color="auto" w:fill="F2F2F2"/>
      </w:pPr>
      <w:r>
        <w:rPr>
          <w:rFonts w:ascii="Consolas" w:hAnsi="Consolas"/>
          <w:b w:val="0"/>
          <w:i w:val="0"/>
          <w:sz w:val="18"/>
        </w:rPr>
        <w:t>prompt = "\nPlease enter the name of a city you have visited:"</w:t>
      </w:r>
    </w:p>
    <w:p>
      <w:pPr>
        <w:spacing w:after="0"/>
        <w:ind w:left="360"/>
        <w:shd w:val="clear" w:color="auto" w:fill="F2F2F2"/>
      </w:pPr>
      <w:r>
        <w:rPr>
          <w:rFonts w:ascii="Consolas" w:hAnsi="Consolas"/>
          <w:b w:val="0"/>
          <w:i w:val="0"/>
          <w:sz w:val="18"/>
        </w:rPr>
        <w:t>prompt += "\n(Enter 'quit' when you are finished.)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while True:</w:t>
      </w:r>
    </w:p>
    <w:p>
      <w:pPr>
        <w:spacing w:after="0"/>
        <w:ind w:left="360"/>
        <w:shd w:val="clear" w:color="auto" w:fill="F2F2F2"/>
      </w:pPr>
      <w:r>
        <w:rPr>
          <w:rFonts w:ascii="Consolas" w:hAnsi="Consolas"/>
          <w:b w:val="0"/>
          <w:i w:val="0"/>
          <w:sz w:val="18"/>
        </w:rPr>
        <w:t xml:space="preserve">    city = input(prompt)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city == 'quit':</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print(f"I'd love to go to {city.title()}!")</w:t>
      </w:r>
    </w:p>
    <w:p>
      <w:pPr>
        <w:spacing w:after="40"/>
      </w:pPr>
    </w:p>
    <w:p>
      <w:pPr>
        <w:spacing w:after="80"/>
      </w:pPr>
      <w:r>
        <w:rPr>
          <w:b w:val="0"/>
          <w:i w:val="0"/>
        </w:rPr>
        <w:t xml:space="preserve">Một vòng lặp bắt đầu bằng </w:t>
      </w:r>
      <w:r>
        <w:rPr>
          <w:rFonts w:ascii="Consolas" w:hAnsi="Consolas"/>
          <w:b w:val="0"/>
          <w:i w:val="0"/>
          <w:sz w:val="20"/>
        </w:rPr>
        <w:t>while True</w:t>
      </w:r>
      <w:r>
        <w:rPr>
          <w:b w:val="0"/>
          <w:i w:val="0"/>
        </w:rPr>
        <w:t xml:space="preserve"> ❶ sẽ chạy mãi mãi trừ khi nó gặp câu lệnh </w:t>
      </w:r>
      <w:r>
        <w:rPr>
          <w:rFonts w:ascii="Consolas" w:hAnsi="Consolas"/>
          <w:b w:val="0"/>
          <w:i w:val="0"/>
          <w:sz w:val="20"/>
        </w:rPr>
        <w:t>break</w:t>
      </w:r>
      <w:r>
        <w:rPr>
          <w:b w:val="0"/>
          <w:i w:val="0"/>
        </w:rPr>
        <w:t xml:space="preserve">. Vòng lặp trong chương trình này tiếp tục yêu cầu người dùng nhập tên các thành phố họ đã từng đến cho đến khi họ nhập </w:t>
      </w:r>
      <w:r>
        <w:rPr>
          <w:rFonts w:ascii="Consolas" w:hAnsi="Consolas"/>
          <w:b w:val="0"/>
          <w:i w:val="0"/>
          <w:sz w:val="20"/>
        </w:rPr>
        <w:t>'quit'</w:t>
      </w:r>
      <w:r>
        <w:rPr>
          <w:b w:val="0"/>
          <w:i w:val="0"/>
        </w:rPr>
        <w:t xml:space="preserve">. Khi họ nhập </w:t>
      </w:r>
      <w:r>
        <w:rPr>
          <w:rFonts w:ascii="Consolas" w:hAnsi="Consolas"/>
          <w:b w:val="0"/>
          <w:i w:val="0"/>
          <w:sz w:val="20"/>
        </w:rPr>
        <w:t>'quit'</w:t>
      </w:r>
      <w:r>
        <w:rPr>
          <w:b w:val="0"/>
          <w:i w:val="0"/>
        </w:rPr>
        <w:t xml:space="preserve">, câu lệnh </w:t>
      </w:r>
      <w:r>
        <w:rPr>
          <w:rFonts w:ascii="Consolas" w:hAnsi="Consolas"/>
          <w:b w:val="0"/>
          <w:i w:val="0"/>
          <w:sz w:val="20"/>
        </w:rPr>
        <w:t>break</w:t>
      </w:r>
      <w:r>
        <w:rPr>
          <w:b w:val="0"/>
          <w:i w:val="0"/>
        </w:rPr>
        <w:t xml:space="preserve"> chạy, khiến Python thoát khỏi vòng lặp:</w:t>
      </w:r>
    </w:p>
    <w:p>
      <w:pPr>
        <w:spacing w:after="0"/>
        <w:ind w:left="360"/>
        <w:shd w:val="clear" w:color="auto" w:fill="F2F2F2"/>
      </w:pPr>
      <w:r>
        <w:rPr>
          <w:rFonts w:ascii="Consolas" w:hAnsi="Consolas"/>
          <w:b w:val="0"/>
          <w:i w:val="0"/>
          <w:sz w:val="18"/>
        </w:rPr>
        <w:t>Please enter the name of a city you have visited:</w:t>
      </w:r>
    </w:p>
    <w:p>
      <w:pPr>
        <w:spacing w:after="0"/>
        <w:ind w:left="360"/>
        <w:shd w:val="clear" w:color="auto" w:fill="F2F2F2"/>
      </w:pPr>
      <w:r>
        <w:rPr>
          <w:rFonts w:ascii="Consolas" w:hAnsi="Consolas"/>
          <w:b w:val="0"/>
          <w:i w:val="0"/>
          <w:sz w:val="18"/>
        </w:rPr>
        <w:t xml:space="preserve">(Enter 'quit' when you are finished.) </w:t>
      </w:r>
      <w:r>
        <w:rPr>
          <w:rFonts w:ascii="Consolas" w:hAnsi="Consolas"/>
          <w:b/>
          <w:i w:val="0"/>
          <w:sz w:val="18"/>
        </w:rPr>
        <w:t>New York</w:t>
      </w:r>
    </w:p>
    <w:p>
      <w:pPr>
        <w:spacing w:after="0"/>
        <w:ind w:left="360"/>
        <w:shd w:val="clear" w:color="auto" w:fill="F2F2F2"/>
      </w:pPr>
      <w:r>
        <w:rPr>
          <w:rFonts w:ascii="Consolas" w:hAnsi="Consolas"/>
          <w:b w:val="0"/>
          <w:i w:val="0"/>
          <w:sz w:val="18"/>
        </w:rPr>
        <w:t>I'd love to go to New York!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Please enter the name of a city you have visited:</w:t>
      </w:r>
    </w:p>
    <w:p>
      <w:pPr>
        <w:spacing w:after="0"/>
        <w:ind w:left="360"/>
        <w:shd w:val="clear" w:color="auto" w:fill="F2F2F2"/>
      </w:pPr>
      <w:r>
        <w:rPr>
          <w:rFonts w:ascii="Consolas" w:hAnsi="Consolas"/>
          <w:b w:val="0"/>
          <w:i w:val="0"/>
          <w:sz w:val="18"/>
        </w:rPr>
        <w:t xml:space="preserve">(Enter 'quit' when you are finished.) </w:t>
      </w:r>
      <w:r>
        <w:rPr>
          <w:rFonts w:ascii="Consolas" w:hAnsi="Consolas"/>
          <w:b/>
          <w:i w:val="0"/>
          <w:sz w:val="18"/>
        </w:rPr>
        <w:t>San Francisco</w:t>
      </w:r>
    </w:p>
    <w:p>
      <w:pPr>
        <w:spacing w:after="0"/>
        <w:ind w:left="360"/>
        <w:shd w:val="clear" w:color="auto" w:fill="F2F2F2"/>
      </w:pPr>
      <w:r>
        <w:rPr>
          <w:rFonts w:ascii="Consolas" w:hAnsi="Consolas"/>
          <w:b w:val="0"/>
          <w:i w:val="0"/>
          <w:sz w:val="18"/>
        </w:rPr>
        <w:t>I'd love to go to San Francisco!</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Please enter the name of a city you have visited:</w:t>
      </w:r>
    </w:p>
    <w:p>
      <w:pPr>
        <w:spacing w:after="0"/>
        <w:ind w:left="360"/>
        <w:shd w:val="clear" w:color="auto" w:fill="F2F2F2"/>
      </w:pPr>
      <w:r>
        <w:rPr>
          <w:rFonts w:ascii="Consolas" w:hAnsi="Consolas"/>
          <w:b w:val="0"/>
          <w:i w:val="0"/>
          <w:sz w:val="18"/>
        </w:rPr>
        <w:t xml:space="preserve">(Enter 'quit' when you are finished.) </w:t>
      </w:r>
      <w:r>
        <w:rPr>
          <w:rFonts w:ascii="Consolas" w:hAnsi="Consolas"/>
          <w:b/>
          <w:i w:val="0"/>
          <w:sz w:val="18"/>
        </w:rPr>
        <w:t>quit</w:t>
      </w:r>
    </w:p>
    <w:p>
      <w:pPr>
        <w:spacing w:after="40"/>
      </w:pPr>
    </w:p>
    <w:p>
      <w:pPr>
        <w:spacing w:before="120" w:after="40"/>
      </w:pPr>
      <w:r>
        <w:rPr>
          <w:b/>
          <w:sz w:val="21"/>
        </w:rPr>
        <w:t>Ghi chú</w:t>
      </w:r>
    </w:p>
    <w:p>
      <w:pPr>
        <w:spacing w:after="80"/>
      </w:pPr>
      <w:r>
        <w:rPr>
          <w:b w:val="0"/>
          <w:i w:val="0"/>
        </w:rPr>
        <w:t xml:space="preserve">Bạn có thể dùng câu lệnh </w:t>
      </w:r>
      <w:r>
        <w:rPr>
          <w:rFonts w:ascii="Consolas" w:hAnsi="Consolas"/>
          <w:b w:val="0"/>
          <w:i w:val="0"/>
          <w:sz w:val="20"/>
        </w:rPr>
        <w:t>break</w:t>
      </w:r>
      <w:r>
        <w:rPr>
          <w:b w:val="0"/>
          <w:i w:val="0"/>
        </w:rPr>
        <w:t xml:space="preserve"> trong bất kỳ vòng lặp nào của Python. Ví dụ, bạn có thể dùng </w:t>
      </w:r>
      <w:r>
        <w:rPr>
          <w:rFonts w:ascii="Consolas" w:hAnsi="Consolas"/>
          <w:b w:val="0"/>
          <w:i w:val="0"/>
          <w:sz w:val="20"/>
        </w:rPr>
        <w:t>break</w:t>
      </w:r>
      <w:r>
        <w:rPr>
          <w:b w:val="0"/>
          <w:i w:val="0"/>
        </w:rPr>
        <w:t xml:space="preserve"> để thoát khỏi vòng lặp </w:t>
      </w:r>
      <w:r>
        <w:rPr>
          <w:rFonts w:ascii="Consolas" w:hAnsi="Consolas"/>
          <w:b w:val="0"/>
          <w:i w:val="0"/>
          <w:sz w:val="20"/>
        </w:rPr>
        <w:t>for</w:t>
      </w:r>
      <w:r>
        <w:rPr>
          <w:b w:val="0"/>
          <w:i w:val="0"/>
        </w:rPr>
        <w:t xml:space="preserve"> đang duyệt qua một danh sách hoặc một từ điển.</w:t>
      </w:r>
    </w:p>
    <w:p>
      <w:pPr>
        <w:pStyle w:val="Heading3"/>
      </w:pPr>
      <w:r>
        <w:rPr>
          <w:rFonts w:ascii="Calibri" w:hAnsi="Calibri"/>
          <w:b/>
          <w:i w:val="0"/>
          <w:sz w:val="27"/>
        </w:rPr>
        <w:t>Sử dụng continue trong vòng lặp</w:t>
      </w:r>
    </w:p>
    <w:p>
      <w:pPr>
        <w:spacing w:after="80"/>
      </w:pPr>
      <w:r>
        <w:rPr>
          <w:b w:val="0"/>
          <w:i w:val="0"/>
        </w:rPr>
        <w:t xml:space="preserve">Thay vì thoát hoàn toàn khỏi vòng lặp mà không thực thi phần còn lại của mã, bạn có thể dùng câu lệnh </w:t>
      </w:r>
      <w:r>
        <w:rPr>
          <w:rFonts w:ascii="Consolas" w:hAnsi="Consolas"/>
          <w:b w:val="0"/>
          <w:i w:val="0"/>
          <w:sz w:val="20"/>
        </w:rPr>
        <w:t>continue</w:t>
      </w:r>
      <w:r>
        <w:rPr>
          <w:b w:val="0"/>
          <w:i w:val="0"/>
        </w:rPr>
        <w:t xml:space="preserve"> để quay lại đầu vòng lặp, dựa trên kết quả của một phép kiểm tra điều kiện. Ví dụ, hãy xem xét một vòng lặp đếm từ 1 đến 10 nhưng chỉ in ra các số lẻ trong khoảng đó:</w:t>
      </w:r>
    </w:p>
    <w:p>
      <w:pPr>
        <w:spacing w:after="80"/>
      </w:pPr>
      <w:r>
        <w:rPr>
          <w:b w:val="0"/>
          <w:i w:val="0"/>
        </w:rPr>
        <w:t>counting.py</w:t>
      </w:r>
    </w:p>
    <w:p>
      <w:pPr>
        <w:spacing w:after="0"/>
        <w:ind w:left="360"/>
        <w:shd w:val="clear" w:color="auto" w:fill="F2F2F2"/>
      </w:pPr>
      <w:r>
        <w:rPr>
          <w:rFonts w:ascii="Consolas" w:hAnsi="Consolas"/>
          <w:b w:val="0"/>
          <w:i w:val="0"/>
          <w:sz w:val="18"/>
        </w:rPr>
        <w:t>current_number = 0</w:t>
      </w:r>
    </w:p>
    <w:p>
      <w:pPr>
        <w:spacing w:after="0"/>
        <w:ind w:left="360"/>
        <w:shd w:val="clear" w:color="auto" w:fill="F2F2F2"/>
      </w:pPr>
      <w:r>
        <w:rPr>
          <w:rFonts w:ascii="Consolas" w:hAnsi="Consolas"/>
          <w:b w:val="0"/>
          <w:i w:val="0"/>
          <w:sz w:val="18"/>
        </w:rPr>
        <w:t>while current_number &lt; 10:</w:t>
      </w:r>
    </w:p>
    <w:p>
      <w:pPr>
        <w:spacing w:after="0"/>
        <w:ind w:left="360"/>
        <w:shd w:val="clear" w:color="auto" w:fill="F2F2F2"/>
      </w:pPr>
      <w:r>
        <w:rPr>
          <w:rFonts w:ascii="Consolas" w:hAnsi="Consolas"/>
          <w:b w:val="0"/>
          <w:i w:val="0"/>
          <w:sz w:val="18"/>
        </w:rPr>
        <w:t>❶     current_number += 1</w:t>
      </w:r>
    </w:p>
    <w:p>
      <w:pPr>
        <w:spacing w:after="0"/>
        <w:ind w:left="360"/>
        <w:shd w:val="clear" w:color="auto" w:fill="F2F2F2"/>
      </w:pPr>
      <w:r>
        <w:rPr>
          <w:rFonts w:ascii="Consolas" w:hAnsi="Consolas"/>
          <w:b w:val="0"/>
          <w:i w:val="0"/>
          <w:sz w:val="18"/>
        </w:rPr>
        <w:t xml:space="preserve">    if current_number % 2 == 0:</w:t>
      </w:r>
    </w:p>
    <w:p>
      <w:pPr>
        <w:spacing w:after="0"/>
        <w:ind w:left="360"/>
        <w:shd w:val="clear" w:color="auto" w:fill="F2F2F2"/>
      </w:pPr>
      <w:r>
        <w:rPr>
          <w:rFonts w:ascii="Consolas" w:hAnsi="Consolas"/>
          <w:b w:val="0"/>
          <w:i w:val="0"/>
          <w:sz w:val="18"/>
        </w:rPr>
        <w:t xml:space="preserve">        continue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print(current_number)</w:t>
      </w:r>
    </w:p>
    <w:p>
      <w:pPr>
        <w:spacing w:after="40"/>
      </w:pPr>
    </w:p>
    <w:p>
      <w:pPr>
        <w:spacing w:after="80"/>
      </w:pPr>
      <w:r>
        <w:rPr>
          <w:b w:val="0"/>
          <w:i w:val="0"/>
        </w:rPr>
        <w:t xml:space="preserve">Đầu tiên, ta gán </w:t>
      </w:r>
      <w:r>
        <w:rPr>
          <w:rFonts w:ascii="Consolas" w:hAnsi="Consolas"/>
          <w:b w:val="0"/>
          <w:i w:val="0"/>
          <w:sz w:val="20"/>
        </w:rPr>
        <w:t>current_number</w:t>
      </w:r>
      <w:r>
        <w:rPr>
          <w:b w:val="0"/>
          <w:i w:val="0"/>
        </w:rPr>
        <w:t xml:space="preserve"> bằng 0. Vì nó nhỏ hơn 10, Python sẽ vào vòng lặp </w:t>
      </w:r>
      <w:r>
        <w:rPr>
          <w:rFonts w:ascii="Consolas" w:hAnsi="Consolas"/>
          <w:b w:val="0"/>
          <w:i w:val="0"/>
          <w:sz w:val="20"/>
        </w:rPr>
        <w:t>while</w:t>
      </w:r>
      <w:r>
        <w:rPr>
          <w:b w:val="0"/>
          <w:i w:val="0"/>
        </w:rPr>
        <w:t xml:space="preserve">. Khi đã vào trong vòng lặp, ta tăng biến đếm lên 1 ❶, nên </w:t>
      </w:r>
      <w:r>
        <w:rPr>
          <w:rFonts w:ascii="Consolas" w:hAnsi="Consolas"/>
          <w:b w:val="0"/>
          <w:i w:val="0"/>
          <w:sz w:val="20"/>
        </w:rPr>
        <w:t>current_number</w:t>
      </w:r>
      <w:r>
        <w:rPr>
          <w:b w:val="0"/>
          <w:i w:val="0"/>
        </w:rPr>
        <w:t xml:space="preserve"> là 1. Câu lệnh </w:t>
      </w:r>
      <w:r>
        <w:rPr>
          <w:rFonts w:ascii="Consolas" w:hAnsi="Consolas"/>
          <w:b w:val="0"/>
          <w:i w:val="0"/>
          <w:sz w:val="20"/>
        </w:rPr>
        <w:t>if</w:t>
      </w:r>
      <w:r>
        <w:rPr>
          <w:b w:val="0"/>
          <w:i w:val="0"/>
        </w:rPr>
        <w:t xml:space="preserve"> sau đó kiểm tra phần dư của </w:t>
      </w:r>
      <w:r>
        <w:rPr>
          <w:rFonts w:ascii="Consolas" w:hAnsi="Consolas"/>
          <w:b w:val="0"/>
          <w:i w:val="0"/>
          <w:sz w:val="20"/>
        </w:rPr>
        <w:t>current_number</w:t>
      </w:r>
      <w:r>
        <w:rPr>
          <w:b w:val="0"/>
          <w:i w:val="0"/>
        </w:rPr>
        <w:t xml:space="preserve"> chia cho 2. Nếu phần dư là 0 (nghĩa là </w:t>
      </w:r>
      <w:r>
        <w:rPr>
          <w:rFonts w:ascii="Consolas" w:hAnsi="Consolas"/>
          <w:b w:val="0"/>
          <w:i w:val="0"/>
          <w:sz w:val="20"/>
        </w:rPr>
        <w:t>current_number</w:t>
      </w:r>
      <w:r>
        <w:rPr>
          <w:b w:val="0"/>
          <w:i w:val="0"/>
        </w:rPr>
        <w:t xml:space="preserve"> chia hết cho 2), câu lệnh </w:t>
      </w:r>
      <w:r>
        <w:rPr>
          <w:rFonts w:ascii="Consolas" w:hAnsi="Consolas"/>
          <w:b w:val="0"/>
          <w:i w:val="0"/>
          <w:sz w:val="20"/>
        </w:rPr>
        <w:t>continue</w:t>
      </w:r>
      <w:r>
        <w:rPr>
          <w:b w:val="0"/>
          <w:i w:val="0"/>
        </w:rPr>
        <w:t xml:space="preserve"> bảo Python bỏ qua phần còn lại của vòng lặp và quay lại đầu vòng lặp. Nếu số hiện tại không chia hết cho 2, phần còn lại của vòng lặp được thực thi và Python in ra số hiện tại:</w:t>
      </w:r>
    </w:p>
    <w:p>
      <w:pPr>
        <w:spacing w:after="80"/>
      </w:pPr>
      <w:r>
        <w:rPr>
          <w:b w:val="0"/>
          <w:i w:val="0"/>
        </w:rPr>
        <w:t>1</w:t>
      </w:r>
      <w:r>
        <w:br/>
      </w:r>
      <w:r>
        <w:rPr>
          <w:b w:val="0"/>
          <w:i w:val="0"/>
        </w:rPr>
        <w:t>3</w:t>
      </w:r>
      <w:r>
        <w:br/>
      </w:r>
      <w:r>
        <w:rPr>
          <w:b w:val="0"/>
          <w:i w:val="0"/>
        </w:rPr>
        <w:t>5</w:t>
      </w:r>
      <w:r>
        <w:br/>
      </w:r>
      <w:r>
        <w:rPr>
          <w:b w:val="0"/>
          <w:i w:val="0"/>
        </w:rPr>
        <w:t>7</w:t>
      </w:r>
      <w:r>
        <w:br/>
      </w:r>
      <w:r>
        <w:rPr>
          <w:b w:val="0"/>
          <w:i w:val="0"/>
        </w:rPr>
        <w:t>9</w:t>
      </w:r>
    </w:p>
    <w:p>
      <w:pPr>
        <w:pStyle w:val="Heading3"/>
      </w:pPr>
      <w:r>
        <w:rPr>
          <w:rFonts w:ascii="Calibri" w:hAnsi="Calibri"/>
          <w:b/>
          <w:i w:val="0"/>
          <w:sz w:val="27"/>
        </w:rPr>
        <w:t>Tránh vòng lặp vô hạn</w:t>
      </w:r>
    </w:p>
    <w:p>
      <w:pPr>
        <w:spacing w:after="80"/>
      </w:pPr>
      <w:r>
        <w:rPr>
          <w:b w:val="0"/>
          <w:i w:val="0"/>
        </w:rPr>
        <w:t xml:space="preserve">Mọi vòng lặp </w:t>
      </w:r>
      <w:r>
        <w:rPr>
          <w:rFonts w:ascii="Consolas" w:hAnsi="Consolas"/>
          <w:b w:val="0"/>
          <w:i w:val="0"/>
          <w:sz w:val="20"/>
        </w:rPr>
        <w:t>while</w:t>
      </w:r>
      <w:r>
        <w:rPr>
          <w:b w:val="0"/>
          <w:i w:val="0"/>
        </w:rPr>
        <w:t xml:space="preserve"> đều cần một cách để dừng chạy, nếu không nó sẽ chạy mãi mãi. Ví dụ, vòng lặp đếm này nên đếm từ 1 đến 5:</w:t>
      </w:r>
    </w:p>
    <w:p>
      <w:pPr>
        <w:spacing w:after="80"/>
      </w:pPr>
      <w:r>
        <w:rPr>
          <w:b w:val="0"/>
          <w:i w:val="0"/>
        </w:rPr>
        <w:t>counting.py</w:t>
      </w:r>
    </w:p>
    <w:p>
      <w:pPr>
        <w:spacing w:after="80"/>
      </w:pPr>
      <w:r>
        <w:rPr>
          <w:b w:val="0"/>
          <w:i w:val="0"/>
        </w:rPr>
        <w:t>x = 1</w:t>
      </w:r>
      <w:r>
        <w:br/>
      </w:r>
      <w:r>
        <w:rPr>
          <w:b w:val="0"/>
          <w:i w:val="0"/>
        </w:rPr>
        <w:t>while x &lt;= 5:</w:t>
      </w:r>
      <w:r>
        <w:br/>
      </w:r>
      <w:r>
        <w:rPr>
          <w:b w:val="0"/>
          <w:i w:val="0"/>
        </w:rPr>
        <w:t xml:space="preserve">    print(x)</w:t>
      </w:r>
      <w:r>
        <w:br/>
      </w:r>
      <w:r>
        <w:rPr>
          <w:b w:val="0"/>
          <w:i w:val="0"/>
        </w:rPr>
        <w:t xml:space="preserve">    x += 1</w:t>
      </w:r>
    </w:p>
    <w:p>
      <w:pPr>
        <w:spacing w:after="80"/>
      </w:pPr>
      <w:r>
        <w:rPr>
          <w:b w:val="0"/>
          <w:i w:val="0"/>
        </w:rPr>
        <w:t xml:space="preserve">Tuy nhiên, nếu bạn vô tình bỏ quên dòng </w:t>
      </w:r>
      <w:r>
        <w:rPr>
          <w:rFonts w:ascii="Consolas" w:hAnsi="Consolas"/>
          <w:b w:val="0"/>
          <w:i w:val="0"/>
          <w:sz w:val="20"/>
        </w:rPr>
        <w:t>x += 1</w:t>
      </w:r>
      <w:r>
        <w:rPr>
          <w:b w:val="0"/>
          <w:i w:val="0"/>
        </w:rPr>
        <w:t>, vòng lặp sẽ chạy mãi mãi:</w:t>
      </w:r>
    </w:p>
    <w:p>
      <w:pPr>
        <w:spacing w:after="80"/>
      </w:pPr>
      <w:r>
        <w:rPr>
          <w:b w:val="0"/>
          <w:i w:val="0"/>
        </w:rPr>
        <w:t># This loop runs forever!</w:t>
      </w:r>
      <w:r>
        <w:br/>
      </w:r>
      <w:r>
        <w:rPr>
          <w:b w:val="0"/>
          <w:i w:val="0"/>
        </w:rPr>
        <w:t>x = 1</w:t>
      </w:r>
      <w:r>
        <w:br/>
      </w:r>
      <w:r>
        <w:rPr>
          <w:b w:val="0"/>
          <w:i w:val="0"/>
        </w:rPr>
        <w:t>while x &lt;= 5:</w:t>
      </w:r>
      <w:r>
        <w:br/>
      </w:r>
      <w:r>
        <w:rPr>
          <w:b w:val="0"/>
          <w:i w:val="0"/>
        </w:rPr>
        <w:t xml:space="preserve">    print(x)</w:t>
      </w:r>
    </w:p>
    <w:p>
      <w:pPr>
        <w:spacing w:after="80"/>
      </w:pPr>
      <w:r>
        <w:rPr>
          <w:b w:val="0"/>
          <w:i w:val="0"/>
        </w:rPr>
        <w:t xml:space="preserve">Lúc này giá trị của </w:t>
      </w:r>
      <w:r>
        <w:rPr>
          <w:rFonts w:ascii="Consolas" w:hAnsi="Consolas"/>
          <w:b w:val="0"/>
          <w:i w:val="0"/>
          <w:sz w:val="20"/>
        </w:rPr>
        <w:t>x</w:t>
      </w:r>
      <w:r>
        <w:rPr>
          <w:b w:val="0"/>
          <w:i w:val="0"/>
        </w:rPr>
        <w:t xml:space="preserve"> sẽ bắt đầu từ </w:t>
      </w:r>
      <w:r>
        <w:rPr>
          <w:rFonts w:ascii="Consolas" w:hAnsi="Consolas"/>
          <w:b w:val="0"/>
          <w:i w:val="0"/>
          <w:sz w:val="20"/>
        </w:rPr>
        <w:t>1</w:t>
      </w:r>
      <w:r>
        <w:rPr>
          <w:b w:val="0"/>
          <w:i w:val="0"/>
        </w:rPr>
        <w:t xml:space="preserve"> nhưng không bao giờ thay đổi. Kết quả là, phép kiểm tra điều kiện </w:t>
      </w:r>
      <w:r>
        <w:rPr>
          <w:rFonts w:ascii="Consolas" w:hAnsi="Consolas"/>
          <w:b w:val="0"/>
          <w:i w:val="0"/>
          <w:sz w:val="20"/>
        </w:rPr>
        <w:t>x &lt;= 5</w:t>
      </w:r>
      <w:r>
        <w:rPr>
          <w:b w:val="0"/>
          <w:i w:val="0"/>
        </w:rPr>
        <w:t xml:space="preserve"> sẽ luôn cho kết quả </w:t>
      </w:r>
      <w:r>
        <w:rPr>
          <w:rFonts w:ascii="Consolas" w:hAnsi="Consolas"/>
          <w:b w:val="0"/>
          <w:i w:val="0"/>
          <w:sz w:val="20"/>
        </w:rPr>
        <w:t>True</w:t>
      </w:r>
      <w:r>
        <w:rPr>
          <w:b w:val="0"/>
          <w:i w:val="0"/>
        </w:rPr>
        <w:t xml:space="preserve"> và vòng lặp </w:t>
      </w:r>
      <w:r>
        <w:rPr>
          <w:rFonts w:ascii="Consolas" w:hAnsi="Consolas"/>
          <w:b w:val="0"/>
          <w:i w:val="0"/>
          <w:sz w:val="20"/>
        </w:rPr>
        <w:t>while</w:t>
      </w:r>
      <w:r>
        <w:rPr>
          <w:b w:val="0"/>
          <w:i w:val="0"/>
        </w:rPr>
        <w:t xml:space="preserve"> sẽ chạy mãi mãi, in ra một loạt số 1, như thế này:</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val="0"/>
          <w:sz w:val="18"/>
        </w:rPr>
        <w:t>1</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Mọi lập trình viên đôi khi đều vô tình viết ra một vòng lặp </w:t>
      </w:r>
      <w:r>
        <w:rPr>
          <w:rFonts w:ascii="Consolas" w:hAnsi="Consolas"/>
          <w:b w:val="0"/>
          <w:i w:val="0"/>
          <w:sz w:val="20"/>
        </w:rPr>
        <w:t>while</w:t>
      </w:r>
      <w:r>
        <w:rPr>
          <w:b w:val="0"/>
          <w:i w:val="0"/>
        </w:rPr>
        <w:t xml:space="preserve"> vô hạn, đặc biệt là khi các vòng lặp của chương trình có điều kiện thoát tinh tế. Nếu chương trình của bạn bị kẹt trong một vòng lặp vô hạn, hãy nhấn CTRL-C hoặc chỉ cần đóng cửa sổ terminal đang hiển thị kết quả của chương trình.</w:t>
      </w:r>
    </w:p>
    <w:p>
      <w:pPr>
        <w:spacing w:after="80"/>
      </w:pPr>
      <w:r>
        <w:rPr>
          <w:b w:val="0"/>
          <w:i w:val="0"/>
        </w:rPr>
        <w:t xml:space="preserve">Để tránh viết ra những vòng lặp vô hạn, hãy kiểm tra mọi vòng lặp </w:t>
      </w:r>
      <w:r>
        <w:rPr>
          <w:rFonts w:ascii="Consolas" w:hAnsi="Consolas"/>
          <w:b w:val="0"/>
          <w:i w:val="0"/>
          <w:sz w:val="20"/>
        </w:rPr>
        <w:t>while</w:t>
      </w:r>
      <w:r>
        <w:rPr>
          <w:b w:val="0"/>
          <w:i w:val="0"/>
        </w:rPr>
        <w:t xml:space="preserve"> và đảm bảo rằng vòng lặp dừng lại đúng như bạn mong đợi. Nếu bạn muốn chương trình của mình kết thúc khi người dùng nhập một giá trị đầu vào nhất định, hãy chạy chương trình và nhập giá trị đó. Nếu chương trình không kết thúc, hãy xem xét kỹ cách chương trình xử lý giá trị lẽ ra phải khiến vòng lặp thoát ra. Hãy đảm bảo rằng ít nhất một phần của chương trình có thể làm cho điều kiện của vòng lặp trở thành </w:t>
      </w:r>
      <w:r>
        <w:rPr>
          <w:rFonts w:ascii="Consolas" w:hAnsi="Consolas"/>
          <w:b w:val="0"/>
          <w:i w:val="0"/>
          <w:sz w:val="20"/>
        </w:rPr>
        <w:t>False</w:t>
      </w:r>
      <w:r>
        <w:rPr>
          <w:b w:val="0"/>
          <w:i w:val="0"/>
        </w:rPr>
        <w:t xml:space="preserve"> hoặc khiến nó chạm tới một câu lệnh </w:t>
      </w:r>
      <w:r>
        <w:rPr>
          <w:rFonts w:ascii="Consolas" w:hAnsi="Consolas"/>
          <w:b w:val="0"/>
          <w:i w:val="0"/>
          <w:sz w:val="20"/>
        </w:rPr>
        <w:t>break</w:t>
      </w:r>
      <w:r>
        <w:rPr>
          <w:b w:val="0"/>
          <w:i w:val="0"/>
        </w:rPr>
        <w:t>.</w:t>
      </w:r>
    </w:p>
    <w:p>
      <w:pPr>
        <w:spacing w:before="120" w:after="40"/>
      </w:pPr>
      <w:r>
        <w:rPr>
          <w:b/>
          <w:sz w:val="21"/>
        </w:rPr>
        <w:t>Ghi chú</w:t>
      </w:r>
    </w:p>
    <w:p>
      <w:pPr>
        <w:spacing w:after="80"/>
      </w:pPr>
      <w:r>
        <w:rPr>
          <w:b w:val="0"/>
          <w:i w:val="0"/>
        </w:rPr>
        <w:t>VS Code, giống như nhiều trình soạn thảo khác, hiển thị kết quả đầu ra trong một cửa sổ terminal nhúng. Để hủy một vòng lặp vô hạn, hãy đảm bảo bạn nhấp vào vùng hiển thị kết quả của trình soạn thảo trước khi nhấn CTRL-C.</w:t>
      </w:r>
    </w:p>
    <w:p>
      <w:pPr>
        <w:spacing w:before="120" w:after="40"/>
      </w:pPr>
      <w:r>
        <w:rPr>
          <w:b/>
          <w:sz w:val="21"/>
        </w:rPr>
        <w:t>Tự thực hành</w:t>
      </w:r>
    </w:p>
    <w:p>
      <w:pPr>
        <w:spacing w:after="80"/>
      </w:pPr>
      <w:r>
        <w:rPr>
          <w:b/>
          <w:i w:val="0"/>
        </w:rPr>
        <w:t>7-4. Các loại nhân bánh pizza:</w:t>
      </w:r>
      <w:r>
        <w:rPr>
          <w:b w:val="0"/>
          <w:i w:val="0"/>
        </w:rPr>
        <w:t xml:space="preserve"> Viết một vòng lặp nhắc người dùng nhập một loạt các loại nhân bánh pizza cho đến khi họ nhập giá trị </w:t>
      </w:r>
      <w:r>
        <w:rPr>
          <w:rFonts w:ascii="Consolas" w:hAnsi="Consolas"/>
          <w:b w:val="0"/>
          <w:i w:val="0"/>
          <w:sz w:val="20"/>
        </w:rPr>
        <w:t>'quit'</w:t>
      </w:r>
      <w:r>
        <w:rPr>
          <w:b w:val="0"/>
          <w:i w:val="0"/>
        </w:rPr>
        <w:t>. Khi họ nhập mỗi loại nhân, hãy in một thông báo nói rằng bạn sẽ thêm loại nhân đó vào chiếc pizza của họ.</w:t>
      </w:r>
    </w:p>
    <w:p>
      <w:pPr>
        <w:spacing w:after="80"/>
      </w:pPr>
      <w:r>
        <w:rPr>
          <w:b/>
          <w:i w:val="0"/>
        </w:rPr>
        <w:t>7-5. Vé xem phim:</w:t>
      </w:r>
      <w:r>
        <w:rPr>
          <w:b w:val="0"/>
          <w:i w:val="0"/>
        </w:rPr>
        <w:t xml:space="preserve"> Một rạp chiếu phim thu các mức giá vé khác nhau tùy theo độ tuổi của mỗi người. Nếu một người dưới 3 tuổi, vé miễn phí; nếu họ từ 3 đến 12 tuổi, vé là $10; và nếu họ trên 12 tuổi, vé là $15. Viết một vòng lặp trong đó bạn hỏi người dùng độ tuổi của họ, rồi thông báo cho họ giá vé xem phim của họ.</w:t>
      </w:r>
    </w:p>
    <w:p>
      <w:pPr>
        <w:spacing w:after="80"/>
      </w:pPr>
      <w:r>
        <w:rPr>
          <w:b/>
          <w:i w:val="0"/>
        </w:rPr>
        <w:t>7-6. Ba cách thoát:</w:t>
      </w:r>
      <w:r>
        <w:rPr>
          <w:b w:val="0"/>
          <w:i w:val="0"/>
        </w:rPr>
        <w:t xml:space="preserve"> Viết các phiên bản khác nhau của Bài tập 7-4 hoặc 7-5 sao cho mỗi phiên bản thực hiện ít nhất một lần mỗi việc sau:</w:t>
      </w:r>
    </w:p>
    <w:p>
      <w:pPr>
        <w:spacing w:after="80"/>
        <w:ind w:left="360"/>
      </w:pPr>
      <w:r>
        <w:t xml:space="preserve">• </w:t>
      </w:r>
      <w:r>
        <w:rPr>
          <w:b w:val="0"/>
          <w:i w:val="0"/>
        </w:rPr>
        <w:t xml:space="preserve">Dùng một phép kiểm tra điều kiện trong câu lệnh </w:t>
      </w:r>
      <w:r>
        <w:rPr>
          <w:rFonts w:ascii="Consolas" w:hAnsi="Consolas"/>
          <w:b w:val="0"/>
          <w:i w:val="0"/>
          <w:sz w:val="20"/>
        </w:rPr>
        <w:t>while</w:t>
      </w:r>
      <w:r>
        <w:rPr>
          <w:b w:val="0"/>
          <w:i w:val="0"/>
        </w:rPr>
        <w:t xml:space="preserve"> để dừng vòng lặp.</w:t>
      </w:r>
    </w:p>
    <w:p>
      <w:pPr>
        <w:spacing w:after="80"/>
        <w:ind w:left="360"/>
      </w:pPr>
      <w:r>
        <w:t xml:space="preserve">• </w:t>
      </w:r>
      <w:r>
        <w:rPr>
          <w:b w:val="0"/>
          <w:i w:val="0"/>
        </w:rPr>
        <w:t xml:space="preserve">Dùng một biến </w:t>
      </w:r>
      <w:r>
        <w:rPr>
          <w:rFonts w:ascii="Consolas" w:hAnsi="Consolas"/>
          <w:b w:val="0"/>
          <w:i w:val="0"/>
          <w:sz w:val="20"/>
        </w:rPr>
        <w:t>active</w:t>
      </w:r>
      <w:r>
        <w:rPr>
          <w:b w:val="0"/>
          <w:i w:val="0"/>
        </w:rPr>
        <w:t xml:space="preserve"> để điều khiển vòng lặp chạy trong bao lâu.</w:t>
      </w:r>
    </w:p>
    <w:p>
      <w:pPr>
        <w:spacing w:after="80"/>
        <w:ind w:left="360"/>
      </w:pPr>
      <w:r>
        <w:t xml:space="preserve">• </w:t>
      </w:r>
      <w:r>
        <w:rPr>
          <w:b w:val="0"/>
          <w:i w:val="0"/>
        </w:rPr>
        <w:t xml:space="preserve">Dùng một câu lệnh </w:t>
      </w:r>
      <w:r>
        <w:rPr>
          <w:rFonts w:ascii="Consolas" w:hAnsi="Consolas"/>
          <w:b w:val="0"/>
          <w:i w:val="0"/>
          <w:sz w:val="20"/>
        </w:rPr>
        <w:t>break</w:t>
      </w:r>
      <w:r>
        <w:rPr>
          <w:b w:val="0"/>
          <w:i w:val="0"/>
        </w:rPr>
        <w:t xml:space="preserve"> để thoát khỏi vòng lặp khi người dùng nhập giá trị </w:t>
      </w:r>
      <w:r>
        <w:rPr>
          <w:rFonts w:ascii="Consolas" w:hAnsi="Consolas"/>
          <w:b w:val="0"/>
          <w:i w:val="0"/>
          <w:sz w:val="20"/>
        </w:rPr>
        <w:t>'quit'</w:t>
      </w:r>
      <w:r>
        <w:rPr>
          <w:b w:val="0"/>
          <w:i w:val="0"/>
        </w:rPr>
        <w:t>.</w:t>
      </w:r>
    </w:p>
    <w:p>
      <w:pPr>
        <w:spacing w:after="80"/>
      </w:pPr>
      <w:r>
        <w:rPr>
          <w:b/>
          <w:i w:val="0"/>
        </w:rPr>
        <w:t>7-7. Vô hạn:</w:t>
      </w:r>
      <w:r>
        <w:rPr>
          <w:b w:val="0"/>
          <w:i w:val="0"/>
        </w:rPr>
        <w:t xml:space="preserve"> Viết một vòng lặp không bao giờ kết thúc, và chạy nó. (Để kết thúc vòng lặp, hãy nhấn CTRL-C hoặc đóng cửa sổ hiển thị kết quả đầu ra.)</w:t>
      </w:r>
    </w:p>
    <w:p>
      <w:pPr>
        <w:pStyle w:val="Heading2"/>
      </w:pPr>
      <w:r>
        <w:rPr>
          <w:rFonts w:ascii="Calibri" w:hAnsi="Calibri"/>
          <w:b/>
          <w:i w:val="0"/>
          <w:sz w:val="32"/>
        </w:rPr>
        <w:t>Sử dụng vòng lặp while với danh sách và từ điển</w:t>
      </w:r>
    </w:p>
    <w:p>
      <w:pPr>
        <w:spacing w:after="80"/>
      </w:pPr>
      <w:r>
        <w:rPr>
          <w:b w:val="0"/>
          <w:i w:val="0"/>
        </w:rPr>
        <w:t xml:space="preserve">Cho đến giờ, chúng ta mới chỉ làm việc với một mẩu thông tin của người dùng tại một thời điểm. Chúng ta nhận đầu vào của người dùng rồi in ra đầu vào đó hoặc một phản hồi cho nó. Lần tiếp theo qua vòng lặp </w:t>
      </w:r>
      <w:r>
        <w:rPr>
          <w:rFonts w:ascii="Consolas" w:hAnsi="Consolas"/>
          <w:b w:val="0"/>
          <w:i w:val="0"/>
          <w:sz w:val="20"/>
        </w:rPr>
        <w:t>while</w:t>
      </w:r>
      <w:r>
        <w:rPr>
          <w:b w:val="0"/>
          <w:i w:val="0"/>
        </w:rPr>
        <w:t xml:space="preserve">, chúng ta sẽ nhận một giá trị đầu vào khác và phản hồi giá trị đó. Nhưng để theo dõi nhiều người dùng và nhiều mẩu thông tin, chúng ta sẽ cần dùng danh sách và từ điển cùng với các vòng lặp </w:t>
      </w:r>
      <w:r>
        <w:rPr>
          <w:rFonts w:ascii="Consolas" w:hAnsi="Consolas"/>
          <w:b w:val="0"/>
          <w:i w:val="0"/>
          <w:sz w:val="20"/>
        </w:rPr>
        <w:t>while</w:t>
      </w:r>
      <w:r>
        <w:rPr>
          <w:b w:val="0"/>
          <w:i w:val="0"/>
        </w:rPr>
        <w:t xml:space="preserve"> của mình.</w:t>
      </w:r>
    </w:p>
    <w:p>
      <w:pPr>
        <w:spacing w:after="80"/>
      </w:pPr>
      <w:r>
        <w:rPr>
          <w:b w:val="0"/>
          <w:i w:val="0"/>
        </w:rPr>
        <w:t xml:space="preserve">Vòng lặp </w:t>
      </w:r>
      <w:r>
        <w:rPr>
          <w:rFonts w:ascii="Consolas" w:hAnsi="Consolas"/>
          <w:b w:val="0"/>
          <w:i w:val="0"/>
          <w:sz w:val="20"/>
        </w:rPr>
        <w:t>for</w:t>
      </w:r>
      <w:r>
        <w:rPr>
          <w:b w:val="0"/>
          <w:i w:val="0"/>
        </w:rPr>
        <w:t xml:space="preserve"> rất hiệu quả để lặp qua một danh sách, nhưng bạn không nên sửa đổi một danh sách bên trong vòng lặp </w:t>
      </w:r>
      <w:r>
        <w:rPr>
          <w:rFonts w:ascii="Consolas" w:hAnsi="Consolas"/>
          <w:b w:val="0"/>
          <w:i w:val="0"/>
          <w:sz w:val="20"/>
        </w:rPr>
        <w:t>for</w:t>
      </w:r>
      <w:r>
        <w:rPr>
          <w:b w:val="0"/>
          <w:i w:val="0"/>
        </w:rPr>
        <w:t xml:space="preserve"> vì Python sẽ gặp khó khăn trong việc theo dõi các phần tử trong danh sách. Để sửa đổi một danh sách trong khi bạn xử lý nó, hãy dùng vòng lặp </w:t>
      </w:r>
      <w:r>
        <w:rPr>
          <w:rFonts w:ascii="Consolas" w:hAnsi="Consolas"/>
          <w:b w:val="0"/>
          <w:i w:val="0"/>
          <w:sz w:val="20"/>
        </w:rPr>
        <w:t>while</w:t>
      </w:r>
      <w:r>
        <w:rPr>
          <w:b w:val="0"/>
          <w:i w:val="0"/>
        </w:rPr>
        <w:t xml:space="preserve">. Việc dùng vòng lặp </w:t>
      </w:r>
      <w:r>
        <w:rPr>
          <w:rFonts w:ascii="Consolas" w:hAnsi="Consolas"/>
          <w:b w:val="0"/>
          <w:i w:val="0"/>
          <w:sz w:val="20"/>
        </w:rPr>
        <w:t>while</w:t>
      </w:r>
      <w:r>
        <w:rPr>
          <w:b w:val="0"/>
          <w:i w:val="0"/>
        </w:rPr>
        <w:t xml:space="preserve"> với danh sách và từ điển cho phép bạn thu thập, lưu trữ và sắp xếp rất nhiều thông tin đầu vào để xem xét và báo cáo lại sau này.</w:t>
      </w:r>
    </w:p>
    <w:p>
      <w:pPr>
        <w:pStyle w:val="Heading3"/>
      </w:pPr>
      <w:r>
        <w:rPr>
          <w:rFonts w:ascii="Calibri" w:hAnsi="Calibri"/>
          <w:b/>
          <w:i w:val="0"/>
          <w:sz w:val="27"/>
        </w:rPr>
        <w:t>Chuyển các mục từ danh sách này sang danh sách khác</w:t>
      </w:r>
    </w:p>
    <w:p>
      <w:pPr>
        <w:spacing w:after="80"/>
      </w:pPr>
      <w:r>
        <w:rPr>
          <w:b w:val="0"/>
          <w:i w:val="0"/>
        </w:rPr>
        <w:t xml:space="preserve">Hãy tưởng tượng một danh sách những người dùng mới đăng ký nhưng chưa được xác minh của một trang web. Sau khi xác minh những người dùng này, làm thế nào để chuyển họ sang một danh sách riêng gồm những người dùng đã được xác nhận? Một cách là dùng vòng lặp </w:t>
      </w:r>
      <w:r>
        <w:rPr>
          <w:rFonts w:ascii="Consolas" w:hAnsi="Consolas"/>
          <w:b w:val="0"/>
          <w:i w:val="0"/>
          <w:sz w:val="20"/>
        </w:rPr>
        <w:t>while</w:t>
      </w:r>
      <w:r>
        <w:rPr>
          <w:b w:val="0"/>
          <w:i w:val="0"/>
        </w:rPr>
        <w:t xml:space="preserve"> để lấy người dùng ra khỏi danh sách chưa xác minh khi ta xác minh họ, rồi thêm họ vào một danh sách riêng gồm những người dùng đã xác nhận. Đoạn mã đó có thể trông như thế này:</w:t>
      </w:r>
    </w:p>
    <w:p>
      <w:pPr>
        <w:spacing w:after="80"/>
      </w:pPr>
      <w:r>
        <w:rPr>
          <w:b w:val="0"/>
          <w:i w:val="0"/>
        </w:rPr>
        <w:t>confirmed_users.py</w:t>
      </w:r>
    </w:p>
    <w:p>
      <w:pPr>
        <w:spacing w:after="0"/>
        <w:ind w:left="360"/>
        <w:shd w:val="clear" w:color="auto" w:fill="F2F2F2"/>
      </w:pPr>
      <w:r>
        <w:rPr>
          <w:rFonts w:ascii="Consolas" w:hAnsi="Consolas"/>
          <w:b w:val="0"/>
          <w:i w:val="0"/>
          <w:sz w:val="18"/>
        </w:rPr>
        <w:t># Start with users that need to be verified,</w:t>
      </w:r>
    </w:p>
    <w:p>
      <w:pPr>
        <w:spacing w:after="0"/>
        <w:ind w:left="360"/>
        <w:shd w:val="clear" w:color="auto" w:fill="F2F2F2"/>
      </w:pPr>
      <w:r>
        <w:rPr>
          <w:rFonts w:ascii="Consolas" w:hAnsi="Consolas"/>
          <w:b w:val="0"/>
          <w:i w:val="0"/>
          <w:sz w:val="18"/>
        </w:rPr>
        <w:t>#  and an empty list to hold confirmed users.</w:t>
      </w:r>
    </w:p>
    <w:p>
      <w:pPr>
        <w:spacing w:after="0"/>
        <w:ind w:left="360"/>
        <w:shd w:val="clear" w:color="auto" w:fill="F2F2F2"/>
      </w:pPr>
      <w:r>
        <w:rPr>
          <w:rFonts w:ascii="Consolas" w:hAnsi="Consolas"/>
          <w:b w:val="0"/>
          <w:i w:val="0"/>
          <w:sz w:val="18"/>
        </w:rPr>
        <w:t>❶ unconfirmed_users = ['alice', 'brian', 'candace']</w:t>
      </w:r>
    </w:p>
    <w:p>
      <w:pPr>
        <w:spacing w:after="0"/>
        <w:ind w:left="360"/>
        <w:shd w:val="clear" w:color="auto" w:fill="F2F2F2"/>
      </w:pPr>
      <w:r>
        <w:rPr>
          <w:rFonts w:ascii="Consolas" w:hAnsi="Consolas"/>
          <w:b w:val="0"/>
          <w:i w:val="0"/>
          <w:sz w:val="18"/>
        </w:rPr>
        <w:t>confirmed_users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Verify each user until there are no more unconfirmed users.</w:t>
      </w:r>
    </w:p>
    <w:p>
      <w:pPr>
        <w:spacing w:after="0"/>
        <w:ind w:left="360"/>
        <w:shd w:val="clear" w:color="auto" w:fill="F2F2F2"/>
      </w:pPr>
      <w:r>
        <w:rPr>
          <w:rFonts w:ascii="Consolas" w:hAnsi="Consolas"/>
          <w:b w:val="0"/>
          <w:i w:val="0"/>
          <w:sz w:val="18"/>
        </w:rPr>
        <w:t>#  Move each verified user into the list of confirmed users.</w:t>
      </w:r>
    </w:p>
    <w:p>
      <w:pPr>
        <w:spacing w:after="0"/>
        <w:ind w:left="360"/>
        <w:shd w:val="clear" w:color="auto" w:fill="F2F2F2"/>
      </w:pPr>
      <w:r>
        <w:rPr>
          <w:rFonts w:ascii="Consolas" w:hAnsi="Consolas"/>
          <w:b w:val="0"/>
          <w:i w:val="0"/>
          <w:sz w:val="18"/>
        </w:rPr>
        <w:t>❷ while unconfirmed_users:</w:t>
      </w:r>
    </w:p>
    <w:p>
      <w:pPr>
        <w:spacing w:after="0"/>
        <w:ind w:left="360"/>
        <w:shd w:val="clear" w:color="auto" w:fill="F2F2F2"/>
      </w:pPr>
      <w:r>
        <w:rPr>
          <w:rFonts w:ascii="Consolas" w:hAnsi="Consolas"/>
          <w:b w:val="0"/>
          <w:i w:val="0"/>
          <w:sz w:val="18"/>
        </w:rPr>
        <w:t>❸     current_user = unconfirmed_users.pop()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print(f"Verifying user: {current_user.title()}")</w:t>
      </w:r>
    </w:p>
    <w:p>
      <w:pPr>
        <w:spacing w:after="0"/>
        <w:ind w:left="360"/>
        <w:shd w:val="clear" w:color="auto" w:fill="F2F2F2"/>
      </w:pPr>
      <w:r>
        <w:rPr>
          <w:rFonts w:ascii="Consolas" w:hAnsi="Consolas"/>
          <w:b w:val="0"/>
          <w:i w:val="0"/>
          <w:sz w:val="18"/>
        </w:rPr>
        <w:t>❹     confirmed_users.append(current_user)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Display all confirmed users.</w:t>
      </w:r>
    </w:p>
    <w:p>
      <w:pPr>
        <w:spacing w:after="0"/>
        <w:ind w:left="360"/>
        <w:shd w:val="clear" w:color="auto" w:fill="F2F2F2"/>
      </w:pPr>
      <w:r>
        <w:rPr>
          <w:rFonts w:ascii="Consolas" w:hAnsi="Consolas"/>
          <w:b w:val="0"/>
          <w:i w:val="0"/>
          <w:sz w:val="18"/>
        </w:rPr>
        <w:t>print("\nThe following users have been confirmed:")</w:t>
      </w:r>
    </w:p>
    <w:p>
      <w:pPr>
        <w:spacing w:after="0"/>
        <w:ind w:left="360"/>
        <w:shd w:val="clear" w:color="auto" w:fill="F2F2F2"/>
      </w:pPr>
      <w:r>
        <w:rPr>
          <w:rFonts w:ascii="Consolas" w:hAnsi="Consolas"/>
          <w:b w:val="0"/>
          <w:i w:val="0"/>
          <w:sz w:val="18"/>
        </w:rPr>
        <w:t>for confirmed_user in confirmed_users:</w:t>
      </w:r>
    </w:p>
    <w:p>
      <w:pPr>
        <w:spacing w:after="0"/>
        <w:ind w:left="360"/>
        <w:shd w:val="clear" w:color="auto" w:fill="F2F2F2"/>
      </w:pPr>
      <w:r>
        <w:rPr>
          <w:rFonts w:ascii="Consolas" w:hAnsi="Consolas"/>
          <w:b w:val="0"/>
          <w:i w:val="0"/>
          <w:sz w:val="18"/>
        </w:rPr>
        <w:t xml:space="preserve">    print(confirmed_user.title())</w:t>
      </w:r>
    </w:p>
    <w:p>
      <w:pPr>
        <w:spacing w:after="40"/>
      </w:pPr>
    </w:p>
    <w:p>
      <w:pPr>
        <w:spacing w:after="80"/>
      </w:pPr>
      <w:r>
        <w:rPr>
          <w:b w:val="0"/>
          <w:i w:val="0"/>
        </w:rPr>
        <w:t xml:space="preserve">Ta bắt đầu với một danh sách những người dùng chưa xác nhận ❶ (Alice, Brian và Candace) và một danh sách rỗng để chứa những người dùng đã xác nhận. Vòng lặp </w:t>
      </w:r>
      <w:r>
        <w:rPr>
          <w:rFonts w:ascii="Consolas" w:hAnsi="Consolas"/>
          <w:b w:val="0"/>
          <w:i w:val="0"/>
          <w:sz w:val="20"/>
        </w:rPr>
        <w:t>while</w:t>
      </w:r>
      <w:r>
        <w:rPr>
          <w:b w:val="0"/>
          <w:i w:val="0"/>
        </w:rPr>
        <w:t xml:space="preserve"> chạy miễn là danh sách </w:t>
      </w:r>
      <w:r>
        <w:rPr>
          <w:rFonts w:ascii="Consolas" w:hAnsi="Consolas"/>
          <w:b w:val="0"/>
          <w:i w:val="0"/>
          <w:sz w:val="20"/>
        </w:rPr>
        <w:t>unconfirmed_users</w:t>
      </w:r>
      <w:r>
        <w:rPr>
          <w:b w:val="0"/>
          <w:i w:val="0"/>
        </w:rPr>
        <w:t xml:space="preserve"> vẫn chưa rỗng ❷. Trong vòng lặp này, phương thức </w:t>
      </w:r>
      <w:r>
        <w:rPr>
          <w:rFonts w:ascii="Consolas" w:hAnsi="Consolas"/>
          <w:b w:val="0"/>
          <w:i w:val="0"/>
          <w:sz w:val="20"/>
        </w:rPr>
        <w:t>pop()</w:t>
      </w:r>
      <w:r>
        <w:rPr>
          <w:b w:val="0"/>
          <w:i w:val="0"/>
        </w:rPr>
        <w:t xml:space="preserve"> lần lượt xóa những người dùng chưa xác minh ra khỏi cuối danh sách </w:t>
      </w:r>
      <w:r>
        <w:rPr>
          <w:rFonts w:ascii="Consolas" w:hAnsi="Consolas"/>
          <w:b w:val="0"/>
          <w:i w:val="0"/>
          <w:sz w:val="20"/>
        </w:rPr>
        <w:t>unconfirmed_users</w:t>
      </w:r>
      <w:r>
        <w:rPr>
          <w:b w:val="0"/>
          <w:i w:val="0"/>
        </w:rPr>
        <w:t xml:space="preserve"> ❸. Vì Candace đứng cuối trong danh sách </w:t>
      </w:r>
      <w:r>
        <w:rPr>
          <w:rFonts w:ascii="Consolas" w:hAnsi="Consolas"/>
          <w:b w:val="0"/>
          <w:i w:val="0"/>
          <w:sz w:val="20"/>
        </w:rPr>
        <w:t>unconfirmed_users</w:t>
      </w:r>
      <w:r>
        <w:rPr>
          <w:b w:val="0"/>
          <w:i w:val="0"/>
        </w:rPr>
        <w:t xml:space="preserve">, tên của cô ấy sẽ là người đầu tiên bị xóa, được gán cho </w:t>
      </w:r>
      <w:r>
        <w:rPr>
          <w:rFonts w:ascii="Consolas" w:hAnsi="Consolas"/>
          <w:b w:val="0"/>
          <w:i w:val="0"/>
          <w:sz w:val="20"/>
        </w:rPr>
        <w:t>current_user</w:t>
      </w:r>
      <w:r>
        <w:rPr>
          <w:b w:val="0"/>
          <w:i w:val="0"/>
        </w:rPr>
        <w:t xml:space="preserve"> và thêm vào danh sách </w:t>
      </w:r>
      <w:r>
        <w:rPr>
          <w:rFonts w:ascii="Consolas" w:hAnsi="Consolas"/>
          <w:b w:val="0"/>
          <w:i w:val="0"/>
          <w:sz w:val="20"/>
        </w:rPr>
        <w:t>confirmed_users</w:t>
      </w:r>
      <w:r>
        <w:rPr>
          <w:b w:val="0"/>
          <w:i w:val="0"/>
        </w:rPr>
        <w:t xml:space="preserve"> ❹. Tiếp theo là Brian, rồi đến Alice.</w:t>
      </w:r>
    </w:p>
    <w:p>
      <w:pPr>
        <w:spacing w:after="80"/>
      </w:pPr>
      <w:r>
        <w:rPr>
          <w:b w:val="0"/>
          <w:i w:val="0"/>
        </w:rPr>
        <w:t>Ta mô phỏng việc xác nhận từng người dùng bằng cách in một thông báo xác minh rồi thêm họ vào danh sách những người dùng đã xác nhận. Khi danh sách người dùng chưa xác nhận thu hẹp lại, danh sách người dùng đã xác nhận lại lớn lên. Khi danh sách người dùng chưa xác nhận rỗng, vòng lặp dừng lại và danh sách người dùng đã xác nhận được in ra:</w:t>
      </w:r>
    </w:p>
    <w:p>
      <w:pPr>
        <w:spacing w:after="80"/>
      </w:pPr>
      <w:r>
        <w:rPr>
          <w:b w:val="0"/>
          <w:i w:val="0"/>
        </w:rPr>
        <w:t>Verifying user: Candace</w:t>
      </w:r>
      <w:r>
        <w:br/>
      </w:r>
      <w:r>
        <w:rPr>
          <w:b w:val="0"/>
          <w:i w:val="0"/>
        </w:rPr>
        <w:t>Verifying user: Brian</w:t>
      </w:r>
      <w:r>
        <w:br/>
      </w:r>
      <w:r>
        <w:rPr>
          <w:b w:val="0"/>
          <w:i w:val="0"/>
        </w:rPr>
        <w:t>Verifying user: Alice</w:t>
      </w:r>
      <w:r>
        <w:br/>
      </w:r>
      <w:r>
        <w:br/>
      </w:r>
      <w:r>
        <w:rPr>
          <w:b w:val="0"/>
          <w:i w:val="0"/>
        </w:rPr>
        <w:t>The following users have been confirmed:</w:t>
      </w:r>
      <w:r>
        <w:br/>
      </w:r>
      <w:r>
        <w:rPr>
          <w:b w:val="0"/>
          <w:i w:val="0"/>
        </w:rPr>
        <w:t>Candace</w:t>
      </w:r>
      <w:r>
        <w:br/>
      </w:r>
      <w:r>
        <w:rPr>
          <w:b w:val="0"/>
          <w:i w:val="0"/>
        </w:rPr>
        <w:t>Brian</w:t>
      </w:r>
      <w:r>
        <w:br/>
      </w:r>
      <w:r>
        <w:rPr>
          <w:b w:val="0"/>
          <w:i w:val="0"/>
        </w:rPr>
        <w:t>Alice</w:t>
      </w:r>
    </w:p>
    <w:p>
      <w:pPr>
        <w:pStyle w:val="Heading3"/>
      </w:pPr>
      <w:r>
        <w:rPr>
          <w:rFonts w:ascii="Calibri" w:hAnsi="Calibri"/>
          <w:b/>
          <w:i w:val="0"/>
          <w:sz w:val="27"/>
        </w:rPr>
        <w:t>Xóa mọi lần xuất hiện của một giá trị cụ thể khỏi danh sách</w:t>
      </w:r>
    </w:p>
    <w:p>
      <w:pPr>
        <w:spacing w:after="80"/>
      </w:pPr>
      <w:r>
        <w:rPr>
          <w:b w:val="0"/>
          <w:i w:val="0"/>
        </w:rPr>
        <w:t xml:space="preserve">Trong Chương 3, ta đã dùng </w:t>
      </w:r>
      <w:r>
        <w:rPr>
          <w:rFonts w:ascii="Consolas" w:hAnsi="Consolas"/>
          <w:b w:val="0"/>
          <w:i w:val="0"/>
          <w:sz w:val="20"/>
        </w:rPr>
        <w:t>remove()</w:t>
      </w:r>
      <w:r>
        <w:rPr>
          <w:b w:val="0"/>
          <w:i w:val="0"/>
        </w:rPr>
        <w:t xml:space="preserve"> để xóa một giá trị cụ thể khỏi danh sách. Hàm </w:t>
      </w:r>
      <w:r>
        <w:rPr>
          <w:rFonts w:ascii="Consolas" w:hAnsi="Consolas"/>
          <w:b w:val="0"/>
          <w:i w:val="0"/>
          <w:sz w:val="20"/>
        </w:rPr>
        <w:t>remove()</w:t>
      </w:r>
      <w:r>
        <w:rPr>
          <w:b w:val="0"/>
          <w:i w:val="0"/>
        </w:rPr>
        <w:t xml:space="preserve"> hoạt động được vì giá trị mà ta quan tâm chỉ xuất hiện một lần trong danh sách. Nhưng nếu bạn muốn xóa mọi lần xuất hiện của một giá trị khỏi danh sách thì sao?</w:t>
      </w:r>
    </w:p>
    <w:p>
      <w:pPr>
        <w:spacing w:after="80"/>
      </w:pPr>
      <w:r>
        <w:rPr>
          <w:b w:val="0"/>
          <w:i w:val="0"/>
        </w:rPr>
        <w:t xml:space="preserve">Giả sử bạn có một danh sách thú cưng với giá trị </w:t>
      </w:r>
      <w:r>
        <w:rPr>
          <w:rFonts w:ascii="Consolas" w:hAnsi="Consolas"/>
          <w:b w:val="0"/>
          <w:i w:val="0"/>
          <w:sz w:val="20"/>
        </w:rPr>
        <w:t>'cat'</w:t>
      </w:r>
      <w:r>
        <w:rPr>
          <w:b w:val="0"/>
          <w:i w:val="0"/>
        </w:rPr>
        <w:t xml:space="preserve"> lặp lại vài lần. Để xóa mọi lần xuất hiện của giá trị đó, bạn có thể chạy vòng lặp </w:t>
      </w:r>
      <w:r>
        <w:rPr>
          <w:rFonts w:ascii="Consolas" w:hAnsi="Consolas"/>
          <w:b w:val="0"/>
          <w:i w:val="0"/>
          <w:sz w:val="20"/>
        </w:rPr>
        <w:t>while</w:t>
      </w:r>
      <w:r>
        <w:rPr>
          <w:b w:val="0"/>
          <w:i w:val="0"/>
        </w:rPr>
        <w:t xml:space="preserve"> cho đến khi </w:t>
      </w:r>
      <w:r>
        <w:rPr>
          <w:rFonts w:ascii="Consolas" w:hAnsi="Consolas"/>
          <w:b w:val="0"/>
          <w:i w:val="0"/>
          <w:sz w:val="20"/>
        </w:rPr>
        <w:t>'cat'</w:t>
      </w:r>
      <w:r>
        <w:rPr>
          <w:b w:val="0"/>
          <w:i w:val="0"/>
        </w:rPr>
        <w:t xml:space="preserve"> không còn trong danh sách nữa, như minh họa ở đây:</w:t>
      </w:r>
    </w:p>
    <w:p>
      <w:pPr>
        <w:spacing w:after="80"/>
      </w:pPr>
      <w:r>
        <w:rPr>
          <w:b w:val="0"/>
          <w:i w:val="0"/>
        </w:rPr>
        <w:t>pets.py</w:t>
      </w:r>
    </w:p>
    <w:p>
      <w:pPr>
        <w:spacing w:after="80"/>
      </w:pPr>
      <w:r>
        <w:rPr>
          <w:b w:val="0"/>
          <w:i w:val="0"/>
        </w:rPr>
        <w:t>pets = ['dog', 'cat', 'dog', 'goldfish', 'cat', 'rabbit', 'cat']</w:t>
      </w:r>
      <w:r>
        <w:br/>
      </w:r>
      <w:r>
        <w:rPr>
          <w:b w:val="0"/>
          <w:i w:val="0"/>
        </w:rPr>
        <w:t>print(pets)</w:t>
      </w:r>
      <w:r>
        <w:br/>
      </w:r>
      <w:r>
        <w:br/>
      </w:r>
      <w:r>
        <w:rPr>
          <w:b w:val="0"/>
          <w:i w:val="0"/>
        </w:rPr>
        <w:t>while 'cat' in pets:</w:t>
      </w:r>
      <w:r>
        <w:br/>
      </w:r>
      <w:r>
        <w:rPr>
          <w:b w:val="0"/>
          <w:i w:val="0"/>
        </w:rPr>
        <w:t xml:space="preserve">    pets.remove('cat')</w:t>
      </w:r>
      <w:r>
        <w:br/>
      </w:r>
      <w:r>
        <w:br/>
      </w:r>
      <w:r>
        <w:rPr>
          <w:b w:val="0"/>
          <w:i w:val="0"/>
        </w:rPr>
        <w:t>print(pets)</w:t>
      </w:r>
    </w:p>
    <w:p>
      <w:pPr>
        <w:spacing w:after="80"/>
      </w:pPr>
      <w:r>
        <w:rPr>
          <w:b w:val="0"/>
          <w:i w:val="0"/>
        </w:rPr>
        <w:t xml:space="preserve">Ta bắt đầu với một danh sách chứa nhiều lần xuất hiện của </w:t>
      </w:r>
      <w:r>
        <w:rPr>
          <w:rFonts w:ascii="Consolas" w:hAnsi="Consolas"/>
          <w:b w:val="0"/>
          <w:i w:val="0"/>
          <w:sz w:val="20"/>
        </w:rPr>
        <w:t>'cat'</w:t>
      </w:r>
      <w:r>
        <w:rPr>
          <w:b w:val="0"/>
          <w:i w:val="0"/>
        </w:rPr>
        <w:t xml:space="preserve">. Sau khi in danh sách, Python bước vào vòng lặp </w:t>
      </w:r>
      <w:r>
        <w:rPr>
          <w:rFonts w:ascii="Consolas" w:hAnsi="Consolas"/>
          <w:b w:val="0"/>
          <w:i w:val="0"/>
          <w:sz w:val="20"/>
        </w:rPr>
        <w:t>while</w:t>
      </w:r>
      <w:r>
        <w:rPr>
          <w:b w:val="0"/>
          <w:i w:val="0"/>
        </w:rPr>
        <w:t xml:space="preserve"> vì nó tìm thấy giá trị </w:t>
      </w:r>
      <w:r>
        <w:rPr>
          <w:rFonts w:ascii="Consolas" w:hAnsi="Consolas"/>
          <w:b w:val="0"/>
          <w:i w:val="0"/>
          <w:sz w:val="20"/>
        </w:rPr>
        <w:t>'cat'</w:t>
      </w:r>
      <w:r>
        <w:rPr>
          <w:b w:val="0"/>
          <w:i w:val="0"/>
        </w:rPr>
        <w:t xml:space="preserve"> trong danh sách ít nhất một lần. Khi đã vào trong vòng lặp, Python xóa lần xuất hiện đầu tiên của </w:t>
      </w:r>
      <w:r>
        <w:rPr>
          <w:rFonts w:ascii="Consolas" w:hAnsi="Consolas"/>
          <w:b w:val="0"/>
          <w:i w:val="0"/>
          <w:sz w:val="20"/>
        </w:rPr>
        <w:t>'cat'</w:t>
      </w:r>
      <w:r>
        <w:rPr>
          <w:b w:val="0"/>
          <w:i w:val="0"/>
        </w:rPr>
        <w:t xml:space="preserve">, quay lại dòng </w:t>
      </w:r>
      <w:r>
        <w:rPr>
          <w:rFonts w:ascii="Consolas" w:hAnsi="Consolas"/>
          <w:b w:val="0"/>
          <w:i w:val="0"/>
          <w:sz w:val="20"/>
        </w:rPr>
        <w:t>while</w:t>
      </w:r>
      <w:r>
        <w:rPr>
          <w:b w:val="0"/>
          <w:i w:val="0"/>
        </w:rPr>
        <w:t xml:space="preserve">, rồi lại vào vòng lặp khi thấy rằng </w:t>
      </w:r>
      <w:r>
        <w:rPr>
          <w:rFonts w:ascii="Consolas" w:hAnsi="Consolas"/>
          <w:b w:val="0"/>
          <w:i w:val="0"/>
          <w:sz w:val="20"/>
        </w:rPr>
        <w:t>'cat'</w:t>
      </w:r>
      <w:r>
        <w:rPr>
          <w:b w:val="0"/>
          <w:i w:val="0"/>
        </w:rPr>
        <w:t xml:space="preserve"> vẫn còn trong danh sách. Nó xóa từng lần xuất hiện của </w:t>
      </w:r>
      <w:r>
        <w:rPr>
          <w:rFonts w:ascii="Consolas" w:hAnsi="Consolas"/>
          <w:b w:val="0"/>
          <w:i w:val="0"/>
          <w:sz w:val="20"/>
        </w:rPr>
        <w:t>'cat'</w:t>
      </w:r>
      <w:r>
        <w:rPr>
          <w:b w:val="0"/>
          <w:i w:val="0"/>
        </w:rPr>
        <w:t xml:space="preserve"> cho đến khi giá trị này không còn trong danh sách nữa, lúc đó Python thoát khỏi vòng lặp và in lại danh sách:</w:t>
      </w:r>
    </w:p>
    <w:p>
      <w:pPr>
        <w:spacing w:after="80"/>
      </w:pPr>
      <w:r>
        <w:rPr>
          <w:b w:val="0"/>
          <w:i w:val="0"/>
        </w:rPr>
        <w:t>['dog', 'cat', 'dog', 'goldfish', 'cat', 'rabbit', 'cat']</w:t>
      </w:r>
      <w:r>
        <w:br/>
      </w:r>
      <w:r>
        <w:rPr>
          <w:b w:val="0"/>
          <w:i w:val="0"/>
        </w:rPr>
        <w:t>['dog', 'dog', 'goldfish', 'rabbit']</w:t>
      </w:r>
    </w:p>
    <w:p>
      <w:pPr>
        <w:pStyle w:val="Heading3"/>
      </w:pPr>
      <w:r>
        <w:rPr>
          <w:rFonts w:ascii="Calibri" w:hAnsi="Calibri"/>
          <w:b/>
          <w:i w:val="0"/>
          <w:sz w:val="27"/>
        </w:rPr>
        <w:t>Điền dữ liệu do người dùng nhập vào một từ điển</w:t>
      </w:r>
    </w:p>
    <w:p>
      <w:pPr>
        <w:spacing w:after="80"/>
      </w:pPr>
      <w:r>
        <w:rPr>
          <w:b w:val="0"/>
          <w:i w:val="0"/>
        </w:rPr>
        <w:t xml:space="preserve">Bạn có thể nhập bao nhiêu dữ liệu tùy thích trong mỗi lần lặp qua vòng lặp </w:t>
      </w:r>
      <w:r>
        <w:rPr>
          <w:rFonts w:ascii="Consolas" w:hAnsi="Consolas"/>
          <w:b w:val="0"/>
          <w:i w:val="0"/>
          <w:sz w:val="20"/>
        </w:rPr>
        <w:t>while</w:t>
      </w:r>
      <w:r>
        <w:rPr>
          <w:b w:val="0"/>
          <w:i w:val="0"/>
        </w:rPr>
        <w:t>. Hãy cùng viết một chương trình khảo sát, trong đó mỗi lần lặp qua vòng lặp sẽ hỏi tên và câu trả lời của người tham gia. Chúng ta sẽ lưu dữ liệu thu thập được vào một dictionary (từ điển), vì chúng ta muốn gắn mỗi câu trả lời với một người dùng cụ thể:</w:t>
      </w:r>
    </w:p>
    <w:p>
      <w:pPr>
        <w:spacing w:after="80"/>
      </w:pPr>
      <w:r>
        <w:rPr>
          <w:b w:val="0"/>
          <w:i w:val="0"/>
        </w:rPr>
        <w:t>mountain_poll.py</w:t>
      </w:r>
    </w:p>
    <w:p>
      <w:pPr>
        <w:spacing w:after="0"/>
        <w:ind w:left="360"/>
        <w:shd w:val="clear" w:color="auto" w:fill="F2F2F2"/>
      </w:pPr>
      <w:r>
        <w:rPr>
          <w:rFonts w:ascii="Consolas" w:hAnsi="Consolas"/>
          <w:b w:val="0"/>
          <w:i w:val="0"/>
          <w:sz w:val="18"/>
        </w:rPr>
        <w:t>responses = {}</w:t>
      </w:r>
    </w:p>
    <w:p>
      <w:pPr>
        <w:spacing w:after="0"/>
        <w:ind w:left="360"/>
        <w:shd w:val="clear" w:color="auto" w:fill="F2F2F2"/>
      </w:pPr>
      <w:r>
        <w:rPr>
          <w:rFonts w:ascii="Consolas" w:hAnsi="Consolas"/>
          <w:b w:val="0"/>
          <w:i w:val="0"/>
          <w:sz w:val="18"/>
        </w:rPr>
        <w:t># Set a flag to indicate that polling is active.</w:t>
      </w:r>
    </w:p>
    <w:p>
      <w:pPr>
        <w:spacing w:after="0"/>
        <w:ind w:left="360"/>
        <w:shd w:val="clear" w:color="auto" w:fill="F2F2F2"/>
      </w:pPr>
      <w:r>
        <w:rPr>
          <w:rFonts w:ascii="Consolas" w:hAnsi="Consolas"/>
          <w:b w:val="0"/>
          <w:i w:val="0"/>
          <w:sz w:val="18"/>
        </w:rPr>
        <w:t>polling_active = True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while polling_active:</w:t>
      </w:r>
    </w:p>
    <w:p>
      <w:pPr>
        <w:spacing w:after="0"/>
        <w:ind w:left="360"/>
        <w:shd w:val="clear" w:color="auto" w:fill="F2F2F2"/>
      </w:pPr>
      <w:r>
        <w:rPr>
          <w:rFonts w:ascii="Consolas" w:hAnsi="Consolas"/>
          <w:b w:val="0"/>
          <w:i w:val="0"/>
          <w:sz w:val="18"/>
        </w:rPr>
        <w:t xml:space="preserve">    # Prompt for the person's name and response.</w:t>
      </w:r>
    </w:p>
    <w:p>
      <w:pPr>
        <w:spacing w:after="0"/>
        <w:ind w:left="360"/>
        <w:shd w:val="clear" w:color="auto" w:fill="F2F2F2"/>
      </w:pPr>
      <w:r>
        <w:rPr>
          <w:rFonts w:ascii="Consolas" w:hAnsi="Consolas"/>
          <w:b w:val="0"/>
          <w:i w:val="0"/>
          <w:sz w:val="18"/>
        </w:rPr>
        <w:t>❶     name = input("\nWhat is your name? ")</w:t>
      </w:r>
    </w:p>
    <w:p>
      <w:pPr>
        <w:spacing w:after="0"/>
        <w:ind w:left="360"/>
        <w:shd w:val="clear" w:color="auto" w:fill="F2F2F2"/>
      </w:pPr>
      <w:r>
        <w:rPr>
          <w:rFonts w:ascii="Consolas" w:hAnsi="Consolas"/>
          <w:b w:val="0"/>
          <w:i w:val="0"/>
          <w:sz w:val="18"/>
        </w:rPr>
        <w:t xml:space="preserve">    response = input("Which mountain would you like to climb someday?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Store the response in the dictionary.</w:t>
      </w:r>
    </w:p>
    <w:p>
      <w:pPr>
        <w:spacing w:after="0"/>
        <w:ind w:left="360"/>
        <w:shd w:val="clear" w:color="auto" w:fill="F2F2F2"/>
      </w:pPr>
      <w:r>
        <w:rPr>
          <w:rFonts w:ascii="Consolas" w:hAnsi="Consolas"/>
          <w:b w:val="0"/>
          <w:i w:val="0"/>
          <w:sz w:val="18"/>
        </w:rPr>
        <w:t>❷     responses[name] = response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Find out if anyone else is going to take the poll.</w:t>
      </w:r>
    </w:p>
    <w:p>
      <w:pPr>
        <w:spacing w:after="0"/>
        <w:ind w:left="360"/>
        <w:shd w:val="clear" w:color="auto" w:fill="F2F2F2"/>
      </w:pPr>
      <w:r>
        <w:rPr>
          <w:rFonts w:ascii="Consolas" w:hAnsi="Consolas"/>
          <w:b w:val="0"/>
          <w:i w:val="0"/>
          <w:sz w:val="18"/>
        </w:rPr>
        <w:t>❸     repeat = input("Would you like to let another person respond? (yes/ no) ")</w:t>
      </w:r>
    </w:p>
    <w:p>
      <w:pPr>
        <w:spacing w:after="0"/>
        <w:ind w:left="360"/>
        <w:shd w:val="clear" w:color="auto" w:fill="F2F2F2"/>
      </w:pPr>
      <w:r>
        <w:rPr>
          <w:rFonts w:ascii="Consolas" w:hAnsi="Consolas"/>
          <w:b w:val="0"/>
          <w:i w:val="0"/>
          <w:sz w:val="18"/>
        </w:rPr>
        <w:t xml:space="preserve">    if repeat == 'no':</w:t>
      </w:r>
    </w:p>
    <w:p>
      <w:pPr>
        <w:spacing w:after="0"/>
        <w:ind w:left="360"/>
        <w:shd w:val="clear" w:color="auto" w:fill="F2F2F2"/>
      </w:pPr>
      <w:r>
        <w:rPr>
          <w:rFonts w:ascii="Consolas" w:hAnsi="Consolas"/>
          <w:b w:val="0"/>
          <w:i w:val="0"/>
          <w:sz w:val="18"/>
        </w:rPr>
        <w:t xml:space="preserve">        polling_active = False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Polling is complete. Show the results.</w:t>
      </w:r>
    </w:p>
    <w:p>
      <w:pPr>
        <w:spacing w:after="0"/>
        <w:ind w:left="360"/>
        <w:shd w:val="clear" w:color="auto" w:fill="F2F2F2"/>
      </w:pPr>
      <w:r>
        <w:rPr>
          <w:rFonts w:ascii="Consolas" w:hAnsi="Consolas"/>
          <w:b w:val="0"/>
          <w:i w:val="0"/>
          <w:sz w:val="18"/>
        </w:rPr>
        <w:t>print("\n--- Poll Results ---")</w:t>
      </w:r>
    </w:p>
    <w:p>
      <w:pPr>
        <w:spacing w:after="0"/>
        <w:ind w:left="360"/>
        <w:shd w:val="clear" w:color="auto" w:fill="F2F2F2"/>
      </w:pPr>
      <w:r>
        <w:rPr>
          <w:rFonts w:ascii="Consolas" w:hAnsi="Consolas"/>
          <w:b w:val="0"/>
          <w:i w:val="0"/>
          <w:sz w:val="18"/>
        </w:rPr>
        <w:t>❹ for name, response in responses.items():</w:t>
      </w:r>
    </w:p>
    <w:p>
      <w:pPr>
        <w:spacing w:after="0"/>
        <w:ind w:left="360"/>
        <w:shd w:val="clear" w:color="auto" w:fill="F2F2F2"/>
      </w:pPr>
      <w:r>
        <w:rPr>
          <w:rFonts w:ascii="Consolas" w:hAnsi="Consolas"/>
          <w:b w:val="0"/>
          <w:i w:val="0"/>
          <w:sz w:val="18"/>
        </w:rPr>
        <w:t xml:space="preserve">    print(f"{name} would like to climb {response}.")</w:t>
      </w:r>
    </w:p>
    <w:p>
      <w:pPr>
        <w:spacing w:after="40"/>
      </w:pPr>
    </w:p>
    <w:p>
      <w:pPr>
        <w:spacing w:after="80"/>
      </w:pPr>
      <w:r>
        <w:rPr>
          <w:b w:val="0"/>
          <w:i w:val="0"/>
        </w:rPr>
        <w:t>Chương trình đầu tiên định nghĩa một dictionary rỗng (</w:t>
      </w:r>
      <w:r>
        <w:rPr>
          <w:rFonts w:ascii="Consolas" w:hAnsi="Consolas"/>
          <w:b w:val="0"/>
          <w:i w:val="0"/>
          <w:sz w:val="20"/>
        </w:rPr>
        <w:t>responses</w:t>
      </w:r>
      <w:r>
        <w:rPr>
          <w:b w:val="0"/>
          <w:i w:val="0"/>
        </w:rPr>
        <w:t>) và đặt một cờ (</w:t>
      </w:r>
      <w:r>
        <w:rPr>
          <w:rFonts w:ascii="Consolas" w:hAnsi="Consolas"/>
          <w:b w:val="0"/>
          <w:i w:val="0"/>
          <w:sz w:val="20"/>
        </w:rPr>
        <w:t>polling_active</w:t>
      </w:r>
      <w:r>
        <w:rPr>
          <w:b w:val="0"/>
          <w:i w:val="0"/>
        </w:rPr>
        <w:t xml:space="preserve">) để báo rằng cuộc khảo sát đang hoạt động. Chừng nào </w:t>
      </w:r>
      <w:r>
        <w:rPr>
          <w:rFonts w:ascii="Consolas" w:hAnsi="Consolas"/>
          <w:b w:val="0"/>
          <w:i w:val="0"/>
          <w:sz w:val="20"/>
        </w:rPr>
        <w:t>polling_active</w:t>
      </w:r>
      <w:r>
        <w:rPr>
          <w:b w:val="0"/>
          <w:i w:val="0"/>
        </w:rPr>
        <w:t xml:space="preserve"> còn là </w:t>
      </w:r>
      <w:r>
        <w:rPr>
          <w:rFonts w:ascii="Consolas" w:hAnsi="Consolas"/>
          <w:b w:val="0"/>
          <w:i w:val="0"/>
          <w:sz w:val="20"/>
        </w:rPr>
        <w:t>True</w:t>
      </w:r>
      <w:r>
        <w:rPr>
          <w:b w:val="0"/>
          <w:i w:val="0"/>
        </w:rPr>
        <w:t xml:space="preserve">, Python sẽ chạy đoạn code trong vòng lặp </w:t>
      </w:r>
      <w:r>
        <w:rPr>
          <w:rFonts w:ascii="Consolas" w:hAnsi="Consolas"/>
          <w:b w:val="0"/>
          <w:i w:val="0"/>
          <w:sz w:val="20"/>
        </w:rPr>
        <w:t>while</w:t>
      </w:r>
      <w:r>
        <w:rPr>
          <w:b w:val="0"/>
          <w:i w:val="0"/>
        </w:rPr>
        <w:t>.</w:t>
      </w:r>
    </w:p>
    <w:p>
      <w:pPr>
        <w:spacing w:after="80"/>
      </w:pPr>
      <w:r>
        <w:rPr>
          <w:b w:val="0"/>
          <w:i w:val="0"/>
        </w:rPr>
        <w:t xml:space="preserve">Trong vòng lặp, người dùng được nhắc nhập tên và một ngọn núi họ muốn leo ❶. Thông tin đó được lưu vào dictionary </w:t>
      </w:r>
      <w:r>
        <w:rPr>
          <w:rFonts w:ascii="Consolas" w:hAnsi="Consolas"/>
          <w:b w:val="0"/>
          <w:i w:val="0"/>
          <w:sz w:val="20"/>
        </w:rPr>
        <w:t>responses</w:t>
      </w:r>
      <w:r>
        <w:rPr>
          <w:b w:val="0"/>
          <w:i w:val="0"/>
        </w:rPr>
        <w:t xml:space="preserve"> ❷, và người dùng được hỏi có muốn tiếp tục khảo sát hay không ❸. Nếu họ nhập </w:t>
      </w:r>
      <w:r>
        <w:rPr>
          <w:rFonts w:ascii="Consolas" w:hAnsi="Consolas"/>
          <w:b w:val="0"/>
          <w:i w:val="0"/>
          <w:sz w:val="20"/>
        </w:rPr>
        <w:t>yes</w:t>
      </w:r>
      <w:r>
        <w:rPr>
          <w:b w:val="0"/>
          <w:i w:val="0"/>
        </w:rPr>
        <w:t xml:space="preserve">, chương trình lại vào vòng lặp </w:t>
      </w:r>
      <w:r>
        <w:rPr>
          <w:rFonts w:ascii="Consolas" w:hAnsi="Consolas"/>
          <w:b w:val="0"/>
          <w:i w:val="0"/>
          <w:sz w:val="20"/>
        </w:rPr>
        <w:t>while</w:t>
      </w:r>
      <w:r>
        <w:rPr>
          <w:b w:val="0"/>
          <w:i w:val="0"/>
        </w:rPr>
        <w:t xml:space="preserve">. Nếu họ nhập </w:t>
      </w:r>
      <w:r>
        <w:rPr>
          <w:rFonts w:ascii="Consolas" w:hAnsi="Consolas"/>
          <w:b w:val="0"/>
          <w:i w:val="0"/>
          <w:sz w:val="20"/>
        </w:rPr>
        <w:t>no</w:t>
      </w:r>
      <w:r>
        <w:rPr>
          <w:b w:val="0"/>
          <w:i w:val="0"/>
        </w:rPr>
        <w:t xml:space="preserve">, cờ </w:t>
      </w:r>
      <w:r>
        <w:rPr>
          <w:rFonts w:ascii="Consolas" w:hAnsi="Consolas"/>
          <w:b w:val="0"/>
          <w:i w:val="0"/>
          <w:sz w:val="20"/>
        </w:rPr>
        <w:t>polling_active</w:t>
      </w:r>
      <w:r>
        <w:rPr>
          <w:b w:val="0"/>
          <w:i w:val="0"/>
        </w:rPr>
        <w:t xml:space="preserve"> được đặt thành </w:t>
      </w:r>
      <w:r>
        <w:rPr>
          <w:rFonts w:ascii="Consolas" w:hAnsi="Consolas"/>
          <w:b w:val="0"/>
          <w:i w:val="0"/>
          <w:sz w:val="20"/>
        </w:rPr>
        <w:t>False</w:t>
      </w:r>
      <w:r>
        <w:rPr>
          <w:b w:val="0"/>
          <w:i w:val="0"/>
        </w:rPr>
        <w:t xml:space="preserve">, vòng lặp </w:t>
      </w:r>
      <w:r>
        <w:rPr>
          <w:rFonts w:ascii="Consolas" w:hAnsi="Consolas"/>
          <w:b w:val="0"/>
          <w:i w:val="0"/>
          <w:sz w:val="20"/>
        </w:rPr>
        <w:t>while</w:t>
      </w:r>
      <w:r>
        <w:rPr>
          <w:b w:val="0"/>
          <w:i w:val="0"/>
        </w:rPr>
        <w:t xml:space="preserve"> dừng chạy, và khối code cuối cùng ❹ hiển thị kết quả của cuộc khảo sát.</w:t>
      </w:r>
    </w:p>
    <w:p>
      <w:pPr>
        <w:spacing w:after="80"/>
      </w:pPr>
      <w:r>
        <w:rPr>
          <w:b w:val="0"/>
          <w:i w:val="0"/>
        </w:rPr>
        <w:t>Nếu bạn chạy chương trình này và nhập các câu trả lời mẫu, bạn sẽ thấy kết quả như thế này:</w:t>
      </w:r>
    </w:p>
    <w:p>
      <w:pPr>
        <w:spacing w:after="0"/>
        <w:ind w:left="360"/>
        <w:shd w:val="clear" w:color="auto" w:fill="F2F2F2"/>
      </w:pPr>
      <w:r>
        <w:rPr>
          <w:rFonts w:ascii="Consolas" w:hAnsi="Consolas"/>
          <w:b w:val="0"/>
          <w:i w:val="0"/>
          <w:sz w:val="18"/>
        </w:rPr>
        <w:t xml:space="preserve">What is your name? </w:t>
      </w:r>
      <w:r>
        <w:rPr>
          <w:rFonts w:ascii="Consolas" w:hAnsi="Consolas"/>
          <w:b/>
          <w:i w:val="0"/>
          <w:sz w:val="18"/>
        </w:rPr>
        <w:t>Eric</w:t>
      </w:r>
    </w:p>
    <w:p>
      <w:pPr>
        <w:spacing w:after="0"/>
        <w:ind w:left="360"/>
        <w:shd w:val="clear" w:color="auto" w:fill="F2F2F2"/>
      </w:pPr>
      <w:r>
        <w:rPr>
          <w:rFonts w:ascii="Consolas" w:hAnsi="Consolas"/>
          <w:b w:val="0"/>
          <w:i w:val="0"/>
          <w:sz w:val="18"/>
        </w:rPr>
        <w:t xml:space="preserve">Which mountain would you like to climb someday? </w:t>
      </w:r>
      <w:r>
        <w:rPr>
          <w:rFonts w:ascii="Consolas" w:hAnsi="Consolas"/>
          <w:b/>
          <w:i w:val="0"/>
          <w:sz w:val="18"/>
        </w:rPr>
        <w:t>Denali</w:t>
      </w:r>
    </w:p>
    <w:p>
      <w:pPr>
        <w:spacing w:after="0"/>
        <w:ind w:left="360"/>
        <w:shd w:val="clear" w:color="auto" w:fill="F2F2F2"/>
      </w:pPr>
      <w:r>
        <w:rPr>
          <w:rFonts w:ascii="Consolas" w:hAnsi="Consolas"/>
          <w:b w:val="0"/>
          <w:i w:val="0"/>
          <w:sz w:val="18"/>
        </w:rPr>
        <w:t xml:space="preserve">Would you like to let another person respond? (yes/ no) </w:t>
      </w:r>
      <w:r>
        <w:rPr>
          <w:rFonts w:ascii="Consolas" w:hAnsi="Consolas"/>
          <w:b/>
          <w:i w:val="0"/>
          <w:sz w:val="18"/>
        </w:rPr>
        <w:t>yes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What is your name? </w:t>
      </w:r>
      <w:r>
        <w:rPr>
          <w:rFonts w:ascii="Consolas" w:hAnsi="Consolas"/>
          <w:b/>
          <w:i w:val="0"/>
          <w:sz w:val="18"/>
        </w:rPr>
        <w:t>Lynn</w:t>
      </w:r>
    </w:p>
    <w:p>
      <w:pPr>
        <w:spacing w:after="0"/>
        <w:ind w:left="360"/>
        <w:shd w:val="clear" w:color="auto" w:fill="F2F2F2"/>
      </w:pPr>
      <w:r>
        <w:rPr>
          <w:rFonts w:ascii="Consolas" w:hAnsi="Consolas"/>
          <w:b w:val="0"/>
          <w:i w:val="0"/>
          <w:sz w:val="18"/>
        </w:rPr>
        <w:t xml:space="preserve">Which mountain would you like to climb someday? </w:t>
      </w:r>
      <w:r>
        <w:rPr>
          <w:rFonts w:ascii="Consolas" w:hAnsi="Consolas"/>
          <w:b/>
          <w:i w:val="0"/>
          <w:sz w:val="18"/>
        </w:rPr>
        <w:t>Devil's Thumb</w:t>
      </w:r>
    </w:p>
    <w:p>
      <w:pPr>
        <w:spacing w:after="0"/>
        <w:ind w:left="360"/>
        <w:shd w:val="clear" w:color="auto" w:fill="F2F2F2"/>
      </w:pPr>
      <w:r>
        <w:rPr>
          <w:rFonts w:ascii="Consolas" w:hAnsi="Consolas"/>
          <w:b w:val="0"/>
          <w:i w:val="0"/>
          <w:sz w:val="18"/>
        </w:rPr>
        <w:t xml:space="preserve">Would you like to let another person respond? (yes/ no) </w:t>
      </w:r>
      <w:r>
        <w:rPr>
          <w:rFonts w:ascii="Consolas" w:hAnsi="Consolas"/>
          <w:b/>
          <w:i w:val="0"/>
          <w:sz w:val="18"/>
        </w:rPr>
        <w:t>no</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Poll Results ---</w:t>
      </w:r>
    </w:p>
    <w:p>
      <w:pPr>
        <w:spacing w:after="0"/>
        <w:ind w:left="360"/>
        <w:shd w:val="clear" w:color="auto" w:fill="F2F2F2"/>
      </w:pPr>
      <w:r>
        <w:rPr>
          <w:rFonts w:ascii="Consolas" w:hAnsi="Consolas"/>
          <w:b w:val="0"/>
          <w:i w:val="0"/>
          <w:sz w:val="18"/>
        </w:rPr>
        <w:t>Eric would like to climb Denali.</w:t>
      </w:r>
    </w:p>
    <w:p>
      <w:pPr>
        <w:spacing w:after="0"/>
        <w:ind w:left="360"/>
        <w:shd w:val="clear" w:color="auto" w:fill="F2F2F2"/>
      </w:pPr>
      <w:r>
        <w:rPr>
          <w:rFonts w:ascii="Consolas" w:hAnsi="Consolas"/>
          <w:b w:val="0"/>
          <w:i w:val="0"/>
          <w:sz w:val="18"/>
        </w:rPr>
        <w:t>Lynn would like to climb Devil's Thumb.</w:t>
      </w:r>
    </w:p>
    <w:p>
      <w:pPr>
        <w:spacing w:after="40"/>
      </w:pPr>
    </w:p>
    <w:p>
      <w:pPr>
        <w:spacing w:before="120" w:after="40"/>
      </w:pPr>
      <w:r>
        <w:rPr>
          <w:b/>
          <w:sz w:val="21"/>
        </w:rPr>
        <w:t>Tự thực hành</w:t>
      </w:r>
    </w:p>
    <w:p>
      <w:pPr>
        <w:spacing w:after="80"/>
      </w:pPr>
      <w:r>
        <w:rPr>
          <w:b/>
          <w:i w:val="0"/>
        </w:rPr>
        <w:t>7-8. Tiệm bánh sandwich:</w:t>
      </w:r>
      <w:r>
        <w:rPr>
          <w:b w:val="0"/>
          <w:i w:val="0"/>
        </w:rPr>
        <w:t xml:space="preserve"> Tạo một danh sách tên là </w:t>
      </w:r>
      <w:r>
        <w:rPr>
          <w:rFonts w:ascii="Consolas" w:hAnsi="Consolas"/>
          <w:b w:val="0"/>
          <w:i w:val="0"/>
          <w:sz w:val="20"/>
        </w:rPr>
        <w:t>sandwich_orders</w:t>
      </w:r>
      <w:r>
        <w:rPr>
          <w:b w:val="0"/>
          <w:i w:val="0"/>
        </w:rPr>
        <w:t xml:space="preserve"> và điền vào đó tên của nhiều loại sandwich khác nhau. Sau đó tạo một danh sách rỗng tên là </w:t>
      </w:r>
      <w:r>
        <w:rPr>
          <w:rFonts w:ascii="Consolas" w:hAnsi="Consolas"/>
          <w:b w:val="0"/>
          <w:i w:val="0"/>
          <w:sz w:val="20"/>
        </w:rPr>
        <w:t>finished_sandwiches</w:t>
      </w:r>
      <w:r>
        <w:rPr>
          <w:b w:val="0"/>
          <w:i w:val="0"/>
        </w:rPr>
        <w:t xml:space="preserve">. Lặp qua danh sách các đơn sandwich và in một thông báo cho mỗi đơn, chẳng hạn như </w:t>
      </w:r>
      <w:r>
        <w:rPr>
          <w:rFonts w:ascii="Consolas" w:hAnsi="Consolas"/>
          <w:b w:val="0"/>
          <w:i w:val="0"/>
          <w:sz w:val="20"/>
        </w:rPr>
        <w:t>I made your tuna sandwich</w:t>
      </w:r>
      <w:r>
        <w:rPr>
          <w:b w:val="0"/>
          <w:i w:val="0"/>
        </w:rPr>
        <w:t>. Khi mỗi chiếc sandwich được làm xong, hãy chuyển nó sang danh sách sandwich đã hoàn thành. Sau khi tất cả sandwich đã được làm xong, in một thông báo liệt kê từng chiếc sandwich đã được làm.</w:t>
      </w:r>
    </w:p>
    <w:p>
      <w:pPr>
        <w:spacing w:after="80"/>
      </w:pPr>
      <w:r>
        <w:rPr>
          <w:b/>
          <w:i w:val="0"/>
        </w:rPr>
        <w:t>7-9. Hết pastrami:</w:t>
      </w:r>
      <w:r>
        <w:rPr>
          <w:b w:val="0"/>
          <w:i w:val="0"/>
        </w:rPr>
        <w:t xml:space="preserve"> Dùng danh sách </w:t>
      </w:r>
      <w:r>
        <w:rPr>
          <w:rFonts w:ascii="Consolas" w:hAnsi="Consolas"/>
          <w:b w:val="0"/>
          <w:i w:val="0"/>
          <w:sz w:val="20"/>
        </w:rPr>
        <w:t>sandwich_orders</w:t>
      </w:r>
      <w:r>
        <w:rPr>
          <w:b w:val="0"/>
          <w:i w:val="0"/>
        </w:rPr>
        <w:t xml:space="preserve"> từ Bài tập 7-8, hãy đảm bảo sandwich </w:t>
      </w:r>
      <w:r>
        <w:rPr>
          <w:rFonts w:ascii="Consolas" w:hAnsi="Consolas"/>
          <w:b w:val="0"/>
          <w:i w:val="0"/>
          <w:sz w:val="20"/>
        </w:rPr>
        <w:t>'pastrami'</w:t>
      </w:r>
      <w:r>
        <w:rPr>
          <w:b w:val="0"/>
          <w:i w:val="0"/>
        </w:rPr>
        <w:t xml:space="preserve"> xuất hiện trong danh sách ít nhất ba lần. Thêm code gần đầu chương trình để in một thông báo rằng tiệm đã hết pastrami, sau đó dùng vòng lặp </w:t>
      </w:r>
      <w:r>
        <w:rPr>
          <w:rFonts w:ascii="Consolas" w:hAnsi="Consolas"/>
          <w:b w:val="0"/>
          <w:i w:val="0"/>
          <w:sz w:val="20"/>
        </w:rPr>
        <w:t>while</w:t>
      </w:r>
      <w:r>
        <w:rPr>
          <w:b w:val="0"/>
          <w:i w:val="0"/>
        </w:rPr>
        <w:t xml:space="preserve"> để xóa mọi lần xuất hiện của </w:t>
      </w:r>
      <w:r>
        <w:rPr>
          <w:rFonts w:ascii="Consolas" w:hAnsi="Consolas"/>
          <w:b w:val="0"/>
          <w:i w:val="0"/>
          <w:sz w:val="20"/>
        </w:rPr>
        <w:t>'pastrami'</w:t>
      </w:r>
      <w:r>
        <w:rPr>
          <w:b w:val="0"/>
          <w:i w:val="0"/>
        </w:rPr>
        <w:t xml:space="preserve"> khỏi </w:t>
      </w:r>
      <w:r>
        <w:rPr>
          <w:rFonts w:ascii="Consolas" w:hAnsi="Consolas"/>
          <w:b w:val="0"/>
          <w:i w:val="0"/>
          <w:sz w:val="20"/>
        </w:rPr>
        <w:t>sandwich_orders</w:t>
      </w:r>
      <w:r>
        <w:rPr>
          <w:b w:val="0"/>
          <w:i w:val="0"/>
        </w:rPr>
        <w:t xml:space="preserve">. Đảm bảo không có chiếc sandwich pastrami nào lọt vào </w:t>
      </w:r>
      <w:r>
        <w:rPr>
          <w:rFonts w:ascii="Consolas" w:hAnsi="Consolas"/>
          <w:b w:val="0"/>
          <w:i w:val="0"/>
          <w:sz w:val="20"/>
        </w:rPr>
        <w:t>finished_sandwiches</w:t>
      </w:r>
      <w:r>
        <w:rPr>
          <w:b w:val="0"/>
          <w:i w:val="0"/>
        </w:rPr>
        <w:t>.</w:t>
      </w:r>
    </w:p>
    <w:p>
      <w:pPr>
        <w:spacing w:after="80"/>
      </w:pPr>
      <w:r>
        <w:rPr>
          <w:b/>
          <w:i w:val="0"/>
        </w:rPr>
        <w:t>7-10. Kỳ nghỉ trong mơ:</w:t>
      </w:r>
      <w:r>
        <w:rPr>
          <w:b w:val="0"/>
          <w:i w:val="0"/>
        </w:rPr>
        <w:t xml:space="preserve"> Viết một chương trình khảo sát người dùng về kỳ nghỉ trong mơ của họ. Viết một câu hỏi tương tự như </w:t>
      </w:r>
      <w:r>
        <w:rPr>
          <w:b w:val="0"/>
          <w:i/>
        </w:rPr>
        <w:t>If you could visit one place in the world, where would you go?</w:t>
      </w:r>
      <w:r>
        <w:rPr>
          <w:b w:val="0"/>
          <w:i w:val="0"/>
        </w:rPr>
        <w:t xml:space="preserve"> Bao gồm một khối code in kết quả của cuộc khảo sát.</w:t>
      </w:r>
    </w:p>
    <w:p>
      <w:pPr>
        <w:pStyle w:val="Heading2"/>
      </w:pPr>
      <w:r>
        <w:rPr>
          <w:rFonts w:ascii="Calibri" w:hAnsi="Calibri"/>
          <w:b/>
          <w:i w:val="0"/>
          <w:sz w:val="32"/>
        </w:rPr>
        <w:t>Tóm tắt</w:t>
      </w:r>
    </w:p>
    <w:p>
      <w:pPr>
        <w:spacing w:after="80"/>
      </w:pPr>
      <w:r>
        <w:rPr>
          <w:b w:val="0"/>
          <w:i w:val="0"/>
        </w:rPr>
        <w:t xml:space="preserve">Trong chương này, bạn đã học cách dùng </w:t>
      </w:r>
      <w:r>
        <w:rPr>
          <w:rFonts w:ascii="Consolas" w:hAnsi="Consolas"/>
          <w:b w:val="0"/>
          <w:i w:val="0"/>
          <w:sz w:val="20"/>
        </w:rPr>
        <w:t>input()</w:t>
      </w:r>
      <w:r>
        <w:rPr>
          <w:b w:val="0"/>
          <w:i w:val="0"/>
        </w:rPr>
        <w:t xml:space="preserve"> để cho phép người dùng cung cấp thông tin của riêng họ trong chương trình của bạn. Bạn đã học cách làm việc với cả dữ liệu dạng văn bản lẫn dạng số và cách dùng vòng lặp </w:t>
      </w:r>
      <w:r>
        <w:rPr>
          <w:rFonts w:ascii="Consolas" w:hAnsi="Consolas"/>
          <w:b w:val="0"/>
          <w:i w:val="0"/>
          <w:sz w:val="20"/>
        </w:rPr>
        <w:t>while</w:t>
      </w:r>
      <w:r>
        <w:rPr>
          <w:b w:val="0"/>
          <w:i w:val="0"/>
        </w:rPr>
        <w:t xml:space="preserve"> để chương trình chạy chừng nào người dùng còn muốn. Bạn đã thấy nhiều cách điều khiển luồng của vòng lặp </w:t>
      </w:r>
      <w:r>
        <w:rPr>
          <w:rFonts w:ascii="Consolas" w:hAnsi="Consolas"/>
          <w:b w:val="0"/>
          <w:i w:val="0"/>
          <w:sz w:val="20"/>
        </w:rPr>
        <w:t>while</w:t>
      </w:r>
      <w:r>
        <w:rPr>
          <w:b w:val="0"/>
          <w:i w:val="0"/>
        </w:rPr>
        <w:t xml:space="preserve"> bằng cách đặt cờ </w:t>
      </w:r>
      <w:r>
        <w:rPr>
          <w:rFonts w:ascii="Consolas" w:hAnsi="Consolas"/>
          <w:b w:val="0"/>
          <w:i w:val="0"/>
          <w:sz w:val="20"/>
        </w:rPr>
        <w:t>active</w:t>
      </w:r>
      <w:r>
        <w:rPr>
          <w:b w:val="0"/>
          <w:i w:val="0"/>
        </w:rPr>
        <w:t xml:space="preserve">, dùng câu lệnh </w:t>
      </w:r>
      <w:r>
        <w:rPr>
          <w:rFonts w:ascii="Consolas" w:hAnsi="Consolas"/>
          <w:b w:val="0"/>
          <w:i w:val="0"/>
          <w:sz w:val="20"/>
        </w:rPr>
        <w:t>break</w:t>
      </w:r>
      <w:r>
        <w:rPr>
          <w:b w:val="0"/>
          <w:i w:val="0"/>
        </w:rPr>
        <w:t xml:space="preserve">, và dùng câu lệnh </w:t>
      </w:r>
      <w:r>
        <w:rPr>
          <w:rFonts w:ascii="Consolas" w:hAnsi="Consolas"/>
          <w:b w:val="0"/>
          <w:i w:val="0"/>
          <w:sz w:val="20"/>
        </w:rPr>
        <w:t>continue</w:t>
      </w:r>
      <w:r>
        <w:rPr>
          <w:b w:val="0"/>
          <w:i w:val="0"/>
        </w:rPr>
        <w:t xml:space="preserve">. Bạn đã học cách dùng vòng lặp </w:t>
      </w:r>
      <w:r>
        <w:rPr>
          <w:rFonts w:ascii="Consolas" w:hAnsi="Consolas"/>
          <w:b w:val="0"/>
          <w:i w:val="0"/>
          <w:sz w:val="20"/>
        </w:rPr>
        <w:t>while</w:t>
      </w:r>
      <w:r>
        <w:rPr>
          <w:b w:val="0"/>
          <w:i w:val="0"/>
        </w:rPr>
        <w:t xml:space="preserve"> để chuyển các phần tử từ danh sách này sang danh sách khác và cách xóa mọi lần xuất hiện của một giá trị khỏi danh sách. Bạn cũng đã học cách vòng lặp </w:t>
      </w:r>
      <w:r>
        <w:rPr>
          <w:rFonts w:ascii="Consolas" w:hAnsi="Consolas"/>
          <w:b w:val="0"/>
          <w:i w:val="0"/>
          <w:sz w:val="20"/>
        </w:rPr>
        <w:t>while</w:t>
      </w:r>
      <w:r>
        <w:rPr>
          <w:b w:val="0"/>
          <w:i w:val="0"/>
        </w:rPr>
        <w:t xml:space="preserve"> có thể được dùng với dictionary.</w:t>
      </w:r>
    </w:p>
    <w:p>
      <w:pPr>
        <w:spacing w:after="80"/>
      </w:pPr>
      <w:r>
        <w:rPr>
          <w:b w:val="0"/>
          <w:i w:val="0"/>
        </w:rPr>
        <w:t xml:space="preserve">Trong Chương 8, bạn sẽ học về hàm (function). </w:t>
      </w:r>
      <w:r>
        <w:rPr>
          <w:b w:val="0"/>
          <w:i/>
        </w:rPr>
        <w:t>Hàm</w:t>
      </w:r>
      <w:r>
        <w:rPr>
          <w:b w:val="0"/>
          <w:i w:val="0"/>
        </w:rPr>
        <w:t xml:space="preserve"> cho phép bạn chia chương trình thành những phần nhỏ, mỗi phần đảm nhận một công việc cụ thể. Bạn có thể gọi một hàm bao nhiêu lần tùy thích, và bạn có thể lưu các hàm trong những file riêng biệt. Nhờ dùng hàm, bạn sẽ viết được code hiệu quả hơn, dễ gỡ lỗi và bảo trì hơn, đồng thời có thể tái sử dụng trong nhiều chương trình khác nhau.</w:t>
      </w:r>
    </w:p>
    <w:p>
      <w:pPr>
        <w:pStyle w:val="Heading1"/>
      </w:pPr>
      <w:r>
        <w:rPr>
          <w:rFonts w:ascii="Calibri" w:hAnsi="Calibri"/>
          <w:b/>
          <w:i w:val="0"/>
          <w:sz w:val="38"/>
        </w:rPr>
        <w:t>8</w:t>
      </w:r>
      <w:r>
        <w:rPr>
          <w:rFonts w:ascii="Calibri" w:hAnsi="Calibri"/>
          <w:b/>
          <w:i w:val="0"/>
          <w:sz w:val="38"/>
        </w:rPr>
      </w:r>
      <w:r>
        <w:rPr>
          <w:rFonts w:ascii="Calibri" w:hAnsi="Calibri"/>
          <w:b/>
          <w:i w:val="0"/>
          <w:sz w:val="38"/>
        </w:rPr>
        <w:t>Hàm</w:t>
      </w:r>
    </w:p>
    <w:p>
      <w:pPr>
        <w:jc w:val="center"/>
      </w:pPr>
      <w:r>
        <w:drawing>
          <wp:inline xmlns:a="http://schemas.openxmlformats.org/drawingml/2006/main" xmlns:pic="http://schemas.openxmlformats.org/drawingml/2006/picture">
            <wp:extent cx="3867150" cy="3867150"/>
            <wp:docPr id="13" name="Picture 13"/>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này, bạn sẽ học cách viết </w:t>
      </w:r>
      <w:r>
        <w:rPr>
          <w:b w:val="0"/>
          <w:i/>
        </w:rPr>
        <w:t>hàm</w:t>
      </w:r>
      <w:r>
        <w:rPr>
          <w:b w:val="0"/>
          <w:i w:val="0"/>
        </w:rPr>
        <w:t xml:space="preserve"> (function), là những khối code được đặt tên, được thiết kế để làm một công việc cụ thể. Khi bạn muốn thực hiện một tác vụ cụ thể đã được định nghĩa trong một hàm, bạn </w:t>
      </w:r>
      <w:r>
        <w:rPr>
          <w:b w:val="0"/>
          <w:i/>
        </w:rPr>
        <w:t>gọi</w:t>
      </w:r>
      <w:r>
        <w:rPr>
          <w:b w:val="0"/>
          <w:i w:val="0"/>
        </w:rPr>
        <w:t xml:space="preserve"> hàm phụ trách tác vụ đó. Nếu bạn cần thực hiện tác vụ đó nhiều lần trong chương trình, bạn không cần phải gõ lại toàn bộ code cho cùng một tác vụ hết lần này đến lần khác; bạn chỉ cần gọi hàm chuyên xử lý tác vụ đó, và lời gọi này bảo Python chạy đoạn code bên trong hàm. Bạn sẽ thấy rằng dùng hàm giúp chương trình của bạn dễ viết, dễ đọc, dễ kiểm thử và dễ sửa hơn.</w:t>
      </w:r>
    </w:p>
    <w:p>
      <w:pPr>
        <w:spacing w:after="80"/>
      </w:pPr>
      <w:r>
        <w:rPr>
          <w:b w:val="0"/>
          <w:i w:val="0"/>
        </w:rPr>
        <w:t xml:space="preserve">Trong chương này, bạn cũng sẽ học nhiều cách khác nhau để truyền thông tin vào hàm. Bạn sẽ học cách viết một số hàm mà công việc chính là hiển thị thông tin, và những hàm khác được thiết kế để xử lý dữ liệu và trả về một giá trị hoặc một tập giá trị. Cuối cùng, bạn sẽ học cách lưu các hàm vào những tệp riêng biệt gọi là </w:t>
      </w:r>
      <w:r>
        <w:rPr>
          <w:b w:val="0"/>
          <w:i/>
        </w:rPr>
        <w:t>mô-đun</w:t>
      </w:r>
      <w:r>
        <w:rPr>
          <w:b w:val="0"/>
          <w:i w:val="0"/>
        </w:rPr>
        <w:t xml:space="preserve"> (module) để giúp sắp xếp các tệp chương trình chính của bạn gọn gàng hơn.</w:t>
      </w:r>
    </w:p>
    <w:p>
      <w:pPr>
        <w:pStyle w:val="Heading2"/>
      </w:pPr>
      <w:r>
        <w:rPr>
          <w:rFonts w:ascii="Calibri" w:hAnsi="Calibri"/>
          <w:b/>
          <w:i w:val="0"/>
          <w:sz w:val="32"/>
        </w:rPr>
        <w:t>Định nghĩa một hàm</w:t>
      </w:r>
    </w:p>
    <w:p>
      <w:pPr>
        <w:spacing w:after="80"/>
      </w:pPr>
      <w:r>
        <w:rPr>
          <w:b w:val="0"/>
          <w:i w:val="0"/>
        </w:rPr>
        <w:t xml:space="preserve">Đây là một hàm đơn giản tên là </w:t>
      </w:r>
      <w:r>
        <w:rPr>
          <w:rFonts w:ascii="Consolas" w:hAnsi="Consolas"/>
          <w:b w:val="0"/>
          <w:i w:val="0"/>
          <w:sz w:val="20"/>
        </w:rPr>
        <w:t>greet_user()</w:t>
      </w:r>
      <w:r>
        <w:rPr>
          <w:b w:val="0"/>
          <w:i w:val="0"/>
        </w:rPr>
        <w:t xml:space="preserve"> dùng để in lời chào:</w:t>
      </w:r>
    </w:p>
    <w:p>
      <w:pPr>
        <w:spacing w:after="80"/>
      </w:pPr>
      <w:r>
        <w:rPr>
          <w:b w:val="0"/>
          <w:i w:val="0"/>
        </w:rPr>
        <w:t>greeter.py</w:t>
      </w:r>
    </w:p>
    <w:p>
      <w:pPr>
        <w:spacing w:after="80"/>
      </w:pPr>
      <w:r>
        <w:rPr>
          <w:b w:val="0"/>
          <w:i w:val="0"/>
        </w:rPr>
        <w:t>def greet_user():</w:t>
      </w:r>
      <w:r>
        <w:br/>
      </w:r>
      <w:r>
        <w:rPr>
          <w:b w:val="0"/>
          <w:i w:val="0"/>
        </w:rPr>
        <w:t xml:space="preserve">    """Display a simple greeting."""</w:t>
      </w:r>
      <w:r>
        <w:br/>
      </w:r>
      <w:r>
        <w:rPr>
          <w:b w:val="0"/>
          <w:i w:val="0"/>
        </w:rPr>
        <w:t xml:space="preserve">    print("Hello!")</w:t>
      </w:r>
      <w:r>
        <w:br/>
      </w:r>
      <w:r>
        <w:br/>
      </w:r>
      <w:r>
        <w:rPr>
          <w:b w:val="0"/>
          <w:i w:val="0"/>
        </w:rPr>
        <w:t>greet_user()</w:t>
      </w:r>
    </w:p>
    <w:p>
      <w:pPr>
        <w:spacing w:after="80"/>
      </w:pPr>
      <w:r>
        <w:rPr>
          <w:b w:val="0"/>
          <w:i w:val="0"/>
        </w:rPr>
        <w:t xml:space="preserve">Ví dụ này cho thấy cấu trúc đơn giản nhất của một hàm. Dòng đầu tiên dùng từ khóa </w:t>
      </w:r>
      <w:r>
        <w:rPr>
          <w:rFonts w:ascii="Consolas" w:hAnsi="Consolas"/>
          <w:b w:val="0"/>
          <w:i w:val="0"/>
          <w:sz w:val="20"/>
        </w:rPr>
        <w:t>def</w:t>
      </w:r>
      <w:r>
        <w:rPr>
          <w:b w:val="0"/>
          <w:i w:val="0"/>
        </w:rPr>
        <w:t xml:space="preserve"> để báo cho Python biết rằng bạn đang định nghĩa một hàm. Đây là </w:t>
      </w:r>
      <w:r>
        <w:rPr>
          <w:b w:val="0"/>
          <w:i/>
        </w:rPr>
        <w:t>định nghĩa hàm</w:t>
      </w:r>
      <w:r>
        <w:rPr>
          <w:b w:val="0"/>
          <w:i w:val="0"/>
        </w:rPr>
        <w:t xml:space="preserve"> (function definition), nó cho Python biết tên của hàm và, nếu cần, loại thông tin mà hàm cần để hoàn thành công việc của mình. Cặp dấu ngoặc đơn chứa thông tin đó. Trong trường hợp này, tên của hàm là </w:t>
      </w:r>
      <w:r>
        <w:rPr>
          <w:rFonts w:ascii="Consolas" w:hAnsi="Consolas"/>
          <w:b w:val="0"/>
          <w:i w:val="0"/>
          <w:sz w:val="20"/>
        </w:rPr>
        <w:t>greet_user()</w:t>
      </w:r>
      <w:r>
        <w:rPr>
          <w:b w:val="0"/>
          <w:i w:val="0"/>
        </w:rPr>
        <w:t>, và nó không cần thông tin gì để làm việc, nên cặp ngoặc đơn của nó để trống. (Dù vậy, cặp ngoặc đơn vẫn là bắt buộc.) Cuối cùng, phần định nghĩa kết thúc bằng dấu hai chấm.</w:t>
      </w:r>
    </w:p>
    <w:p>
      <w:pPr>
        <w:spacing w:after="80"/>
      </w:pPr>
      <w:r>
        <w:rPr>
          <w:b w:val="0"/>
          <w:i w:val="0"/>
        </w:rPr>
        <w:t xml:space="preserve">Bất kỳ dòng nào được thụt lề theo sau </w:t>
      </w:r>
      <w:r>
        <w:rPr>
          <w:rFonts w:ascii="Consolas" w:hAnsi="Consolas"/>
          <w:b w:val="0"/>
          <w:i w:val="0"/>
          <w:sz w:val="20"/>
        </w:rPr>
        <w:t>def greet_user():</w:t>
      </w:r>
      <w:r>
        <w:rPr>
          <w:b w:val="0"/>
          <w:i w:val="0"/>
        </w:rPr>
        <w:t xml:space="preserve"> đều tạo nên </w:t>
      </w:r>
      <w:r>
        <w:rPr>
          <w:b w:val="0"/>
          <w:i/>
        </w:rPr>
        <w:t>thân</w:t>
      </w:r>
      <w:r>
        <w:rPr>
          <w:b w:val="0"/>
          <w:i w:val="0"/>
        </w:rPr>
        <w:t xml:space="preserve"> (body) của hàm. Đoạn văn bản ở dòng thứ hai là một chú thích gọi là </w:t>
      </w:r>
      <w:r>
        <w:rPr>
          <w:b w:val="0"/>
          <w:i/>
        </w:rPr>
        <w:t>docstring</w:t>
      </w:r>
      <w:r>
        <w:rPr>
          <w:b w:val="0"/>
          <w:i w:val="0"/>
        </w:rPr>
        <w:t>, mô tả hàm làm gì. Khi Python tạo tài liệu cho các hàm trong chương trình của bạn, nó sẽ tìm một chuỗi ngay sau phần định nghĩa hàm. Những chuỗi này thường được đặt trong ba dấu ngoặc kép, cho phép bạn viết nhiều dòng.</w:t>
      </w:r>
    </w:p>
    <w:p>
      <w:pPr>
        <w:spacing w:after="80"/>
      </w:pPr>
      <w:r>
        <w:rPr>
          <w:b w:val="0"/>
          <w:i w:val="0"/>
        </w:rPr>
        <w:t xml:space="preserve">Dòng </w:t>
      </w:r>
      <w:r>
        <w:rPr>
          <w:rFonts w:ascii="Consolas" w:hAnsi="Consolas"/>
          <w:b w:val="0"/>
          <w:i w:val="0"/>
          <w:sz w:val="20"/>
        </w:rPr>
        <w:t>print("Hello!")</w:t>
      </w:r>
      <w:r>
        <w:rPr>
          <w:b w:val="0"/>
          <w:i w:val="0"/>
        </w:rPr>
        <w:t xml:space="preserve"> là dòng mã thực sự duy nhất trong thân của hàm này, nên </w:t>
      </w:r>
      <w:r>
        <w:rPr>
          <w:rFonts w:ascii="Consolas" w:hAnsi="Consolas"/>
          <w:b w:val="0"/>
          <w:i w:val="0"/>
          <w:sz w:val="20"/>
        </w:rPr>
        <w:t>greet_user()</w:t>
      </w:r>
      <w:r>
        <w:rPr>
          <w:b w:val="0"/>
          <w:i w:val="0"/>
        </w:rPr>
        <w:t xml:space="preserve"> chỉ có một nhiệm vụ duy nhất: </w:t>
      </w:r>
      <w:r>
        <w:rPr>
          <w:rFonts w:ascii="Consolas" w:hAnsi="Consolas"/>
          <w:b w:val="0"/>
          <w:i w:val="0"/>
          <w:sz w:val="20"/>
        </w:rPr>
        <w:t>print("Hello!")</w:t>
      </w:r>
      <w:r>
        <w:rPr>
          <w:b w:val="0"/>
          <w:i w:val="0"/>
        </w:rPr>
        <w:t>.</w:t>
      </w:r>
    </w:p>
    <w:p>
      <w:pPr>
        <w:spacing w:after="80"/>
      </w:pPr>
      <w:r>
        <w:rPr>
          <w:b w:val="0"/>
          <w:i w:val="0"/>
        </w:rPr>
        <w:t xml:space="preserve">Khi bạn muốn dùng hàm này, bạn phải gọi nó. Một </w:t>
      </w:r>
      <w:r>
        <w:rPr>
          <w:b w:val="0"/>
          <w:i/>
        </w:rPr>
        <w:t>lời gọi hàm</w:t>
      </w:r>
      <w:r>
        <w:rPr>
          <w:b w:val="0"/>
          <w:i w:val="0"/>
        </w:rPr>
        <w:t xml:space="preserve"> (function call) báo cho Python thực thi đoạn mã trong hàm. Để </w:t>
      </w:r>
      <w:r>
        <w:rPr>
          <w:b w:val="0"/>
          <w:i/>
        </w:rPr>
        <w:t>gọi</w:t>
      </w:r>
      <w:r>
        <w:rPr>
          <w:b w:val="0"/>
          <w:i w:val="0"/>
        </w:rPr>
        <w:t xml:space="preserve"> một hàm, bạn viết tên của hàm, theo sau là bất kỳ thông tin cần thiết nào trong cặp ngoặc đơn. Vì ở đây không cần thông tin gì, nên việc gọi hàm của chúng ta đơn giản chỉ là nhập </w:t>
      </w:r>
      <w:r>
        <w:rPr>
          <w:rFonts w:ascii="Consolas" w:hAnsi="Consolas"/>
          <w:b w:val="0"/>
          <w:i w:val="0"/>
          <w:sz w:val="20"/>
        </w:rPr>
        <w:t>greet_user()</w:t>
      </w:r>
      <w:r>
        <w:rPr>
          <w:b w:val="0"/>
          <w:i w:val="0"/>
        </w:rPr>
        <w:t xml:space="preserve">. Đúng như mong đợi, nó in ra </w:t>
      </w:r>
      <w:r>
        <w:rPr>
          <w:rFonts w:ascii="Consolas" w:hAnsi="Consolas"/>
          <w:b w:val="0"/>
          <w:i w:val="0"/>
          <w:sz w:val="20"/>
        </w:rPr>
        <w:t>Hello!</w:t>
      </w:r>
      <w:r>
        <w:rPr>
          <w:b w:val="0"/>
          <w:i w:val="0"/>
        </w:rPr>
        <w:t>:</w:t>
      </w:r>
    </w:p>
    <w:p>
      <w:pPr>
        <w:spacing w:after="80"/>
      </w:pPr>
      <w:r>
        <w:rPr>
          <w:b w:val="0"/>
          <w:i w:val="0"/>
        </w:rPr>
        <w:t>Hello!</w:t>
      </w:r>
    </w:p>
    <w:p>
      <w:pPr>
        <w:pStyle w:val="Heading3"/>
      </w:pPr>
      <w:r>
        <w:rPr>
          <w:rFonts w:ascii="Calibri" w:hAnsi="Calibri"/>
          <w:b/>
          <w:i w:val="0"/>
          <w:sz w:val="27"/>
        </w:rPr>
        <w:t>Truyền thông tin vào một hàm</w:t>
      </w:r>
    </w:p>
    <w:p>
      <w:pPr>
        <w:spacing w:after="80"/>
      </w:pPr>
      <w:r>
        <w:rPr>
          <w:b w:val="0"/>
          <w:i w:val="0"/>
        </w:rPr>
        <w:t xml:space="preserve">Nếu bạn sửa đổi hàm </w:t>
      </w:r>
      <w:r>
        <w:rPr>
          <w:rFonts w:ascii="Consolas" w:hAnsi="Consolas"/>
          <w:b w:val="0"/>
          <w:i w:val="0"/>
          <w:sz w:val="20"/>
        </w:rPr>
        <w:t>greet_user()</w:t>
      </w:r>
      <w:r>
        <w:rPr>
          <w:b w:val="0"/>
          <w:i w:val="0"/>
        </w:rPr>
        <w:t xml:space="preserve"> một chút, nó có thể chào người dùng bằng tên của họ. Để hàm làm được điều này, bạn nhập </w:t>
      </w:r>
      <w:r>
        <w:rPr>
          <w:rFonts w:ascii="Consolas" w:hAnsi="Consolas"/>
          <w:b w:val="0"/>
          <w:i w:val="0"/>
          <w:sz w:val="20"/>
        </w:rPr>
        <w:t>username</w:t>
      </w:r>
      <w:r>
        <w:rPr>
          <w:b w:val="0"/>
          <w:i w:val="0"/>
        </w:rPr>
        <w:t xml:space="preserve"> vào trong cặp ngoặc đơn của phần định nghĩa hàm tại </w:t>
      </w:r>
      <w:r>
        <w:rPr>
          <w:rFonts w:ascii="Consolas" w:hAnsi="Consolas"/>
          <w:b w:val="0"/>
          <w:i w:val="0"/>
          <w:sz w:val="20"/>
        </w:rPr>
        <w:t>def greet_user()</w:t>
      </w:r>
      <w:r>
        <w:rPr>
          <w:b w:val="0"/>
          <w:i w:val="0"/>
        </w:rPr>
        <w:t xml:space="preserve">. Bằng cách thêm </w:t>
      </w:r>
      <w:r>
        <w:rPr>
          <w:rFonts w:ascii="Consolas" w:hAnsi="Consolas"/>
          <w:b w:val="0"/>
          <w:i w:val="0"/>
          <w:sz w:val="20"/>
        </w:rPr>
        <w:t>username</w:t>
      </w:r>
      <w:r>
        <w:rPr>
          <w:b w:val="0"/>
          <w:i w:val="0"/>
        </w:rPr>
        <w:t xml:space="preserve"> vào đây, bạn cho phép hàm chấp nhận bất kỳ giá trị </w:t>
      </w:r>
      <w:r>
        <w:rPr>
          <w:rFonts w:ascii="Consolas" w:hAnsi="Consolas"/>
          <w:b w:val="0"/>
          <w:i w:val="0"/>
          <w:sz w:val="20"/>
        </w:rPr>
        <w:t>username</w:t>
      </w:r>
      <w:r>
        <w:rPr>
          <w:b w:val="0"/>
          <w:i w:val="0"/>
        </w:rPr>
        <w:t xml:space="preserve"> nào mà bạn chỉ định. Hàm giờ đây mong đợi bạn cung cấp một giá trị cho </w:t>
      </w:r>
      <w:r>
        <w:rPr>
          <w:rFonts w:ascii="Consolas" w:hAnsi="Consolas"/>
          <w:b w:val="0"/>
          <w:i w:val="0"/>
          <w:sz w:val="20"/>
        </w:rPr>
        <w:t>username</w:t>
      </w:r>
      <w:r>
        <w:rPr>
          <w:b w:val="0"/>
          <w:i w:val="0"/>
        </w:rPr>
        <w:t xml:space="preserve"> mỗi lần bạn gọi nó. Khi bạn gọi </w:t>
      </w:r>
      <w:r>
        <w:rPr>
          <w:rFonts w:ascii="Consolas" w:hAnsi="Consolas"/>
          <w:b w:val="0"/>
          <w:i w:val="0"/>
          <w:sz w:val="20"/>
        </w:rPr>
        <w:t>greet_user()</w:t>
      </w:r>
      <w:r>
        <w:rPr>
          <w:b w:val="0"/>
          <w:i w:val="0"/>
        </w:rPr>
        <w:t xml:space="preserve">, bạn có thể truyền vào một cái tên, chẳng hạn như </w:t>
      </w:r>
      <w:r>
        <w:rPr>
          <w:rFonts w:ascii="Consolas" w:hAnsi="Consolas"/>
          <w:b w:val="0"/>
          <w:i w:val="0"/>
          <w:sz w:val="20"/>
        </w:rPr>
        <w:t>'jesse'</w:t>
      </w:r>
      <w:r>
        <w:rPr>
          <w:b w:val="0"/>
          <w:i w:val="0"/>
        </w:rPr>
        <w:t>, bên trong cặp ngoặc đơn:</w:t>
      </w:r>
    </w:p>
    <w:p>
      <w:pPr>
        <w:spacing w:after="0"/>
        <w:ind w:left="360"/>
        <w:shd w:val="clear" w:color="auto" w:fill="F2F2F2"/>
      </w:pPr>
      <w:r>
        <w:rPr>
          <w:rFonts w:ascii="Consolas" w:hAnsi="Consolas"/>
          <w:b w:val="0"/>
          <w:i w:val="0"/>
          <w:sz w:val="18"/>
        </w:rPr>
        <w:t>def greet_user(username):</w:t>
      </w:r>
    </w:p>
    <w:p>
      <w:pPr>
        <w:spacing w:after="0"/>
        <w:ind w:left="360"/>
        <w:shd w:val="clear" w:color="auto" w:fill="F2F2F2"/>
      </w:pPr>
      <w:r>
        <w:rPr>
          <w:rFonts w:ascii="Consolas" w:hAnsi="Consolas"/>
          <w:b w:val="0"/>
          <w:i w:val="0"/>
          <w:sz w:val="18"/>
        </w:rPr>
        <w:t xml:space="preserve">    """Display a simple greeting."""</w:t>
      </w:r>
    </w:p>
    <w:p>
      <w:pPr>
        <w:spacing w:after="0"/>
        <w:ind w:left="360"/>
        <w:shd w:val="clear" w:color="auto" w:fill="F2F2F2"/>
      </w:pPr>
      <w:r>
        <w:rPr>
          <w:rFonts w:ascii="Consolas" w:hAnsi="Consolas"/>
          <w:b w:val="0"/>
          <w:i w:val="0"/>
          <w:sz w:val="18"/>
        </w:rPr>
        <w:t xml:space="preserve">    print(f"Hello, {username.title()}!")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greet_user('jesse')</w:t>
      </w:r>
    </w:p>
    <w:p>
      <w:pPr>
        <w:spacing w:after="40"/>
      </w:pPr>
    </w:p>
    <w:p>
      <w:pPr>
        <w:spacing w:after="80"/>
      </w:pPr>
      <w:r>
        <w:rPr>
          <w:b w:val="0"/>
          <w:i w:val="0"/>
        </w:rPr>
        <w:t xml:space="preserve">Nhập </w:t>
      </w:r>
      <w:r>
        <w:rPr>
          <w:rFonts w:ascii="Consolas" w:hAnsi="Consolas"/>
          <w:b w:val="0"/>
          <w:i w:val="0"/>
          <w:sz w:val="20"/>
        </w:rPr>
        <w:t>greet_user('jesse')</w:t>
      </w:r>
      <w:r>
        <w:rPr>
          <w:b w:val="0"/>
          <w:i w:val="0"/>
        </w:rPr>
        <w:t xml:space="preserve"> sẽ gọi </w:t>
      </w:r>
      <w:r>
        <w:rPr>
          <w:rFonts w:ascii="Consolas" w:hAnsi="Consolas"/>
          <w:b w:val="0"/>
          <w:i w:val="0"/>
          <w:sz w:val="20"/>
        </w:rPr>
        <w:t>greet_user()</w:t>
      </w:r>
      <w:r>
        <w:rPr>
          <w:b w:val="0"/>
          <w:i w:val="0"/>
        </w:rPr>
        <w:t xml:space="preserve"> và cung cấp cho hàm thông tin mà nó cần để thực thi lệnh gọi </w:t>
      </w:r>
      <w:r>
        <w:rPr>
          <w:rFonts w:ascii="Consolas" w:hAnsi="Consolas"/>
          <w:b w:val="0"/>
          <w:i w:val="0"/>
          <w:sz w:val="20"/>
        </w:rPr>
        <w:t>print()</w:t>
      </w:r>
      <w:r>
        <w:rPr>
          <w:b w:val="0"/>
          <w:i w:val="0"/>
        </w:rPr>
        <w:t>. Hàm chấp nhận cái tên bạn đã truyền vào và hiển thị lời chào cho cái tên đó:</w:t>
      </w:r>
    </w:p>
    <w:p>
      <w:pPr>
        <w:spacing w:after="80"/>
      </w:pPr>
      <w:r>
        <w:rPr>
          <w:b w:val="0"/>
          <w:i w:val="0"/>
        </w:rPr>
        <w:t>Hello, Jesse!</w:t>
      </w:r>
    </w:p>
    <w:p>
      <w:pPr>
        <w:spacing w:after="80"/>
      </w:pPr>
      <w:r>
        <w:rPr>
          <w:b w:val="0"/>
          <w:i w:val="0"/>
        </w:rPr>
        <w:t xml:space="preserve">Tương tự, khi nhập </w:t>
      </w:r>
      <w:r>
        <w:rPr>
          <w:rFonts w:ascii="Consolas" w:hAnsi="Consolas"/>
          <w:b w:val="0"/>
          <w:i w:val="0"/>
          <w:sz w:val="20"/>
        </w:rPr>
        <w:t>greet_user('sarah')</w:t>
      </w:r>
      <w:r>
        <w:rPr>
          <w:b w:val="0"/>
          <w:i w:val="0"/>
        </w:rPr>
        <w:t xml:space="preserve">, nó sẽ gọi </w:t>
      </w:r>
      <w:r>
        <w:rPr>
          <w:rFonts w:ascii="Consolas" w:hAnsi="Consolas"/>
          <w:b w:val="0"/>
          <w:i w:val="0"/>
          <w:sz w:val="20"/>
        </w:rPr>
        <w:t>greet_user()</w:t>
      </w:r>
      <w:r>
        <w:rPr>
          <w:b w:val="0"/>
          <w:i w:val="0"/>
        </w:rPr>
        <w:t xml:space="preserve">, truyền vào </w:t>
      </w:r>
      <w:r>
        <w:rPr>
          <w:rFonts w:ascii="Consolas" w:hAnsi="Consolas"/>
          <w:b w:val="0"/>
          <w:i w:val="0"/>
          <w:sz w:val="20"/>
        </w:rPr>
        <w:t>'sarah'</w:t>
      </w:r>
      <w:r>
        <w:rPr>
          <w:b w:val="0"/>
          <w:i w:val="0"/>
        </w:rPr>
        <w:t xml:space="preserve">, và in ra </w:t>
      </w:r>
      <w:r>
        <w:rPr>
          <w:rFonts w:ascii="Consolas" w:hAnsi="Consolas"/>
          <w:b w:val="0"/>
          <w:i w:val="0"/>
          <w:sz w:val="20"/>
        </w:rPr>
        <w:t>Hello, Sarah!</w:t>
      </w:r>
      <w:r>
        <w:rPr>
          <w:b w:val="0"/>
          <w:i w:val="0"/>
        </w:rPr>
        <w:t xml:space="preserve"> Bạn có thể gọi </w:t>
      </w:r>
      <w:r>
        <w:rPr>
          <w:rFonts w:ascii="Consolas" w:hAnsi="Consolas"/>
          <w:b w:val="0"/>
          <w:i w:val="0"/>
          <w:sz w:val="20"/>
        </w:rPr>
        <w:t>greet_user()</w:t>
      </w:r>
      <w:r>
        <w:rPr>
          <w:b w:val="0"/>
          <w:i w:val="0"/>
        </w:rPr>
        <w:t xml:space="preserve"> bao nhiêu lần tùy thích và truyền vào bất kỳ tên nào bạn muốn, mỗi lần đều cho ra kết quả nhất quán.</w:t>
      </w:r>
    </w:p>
    <w:p>
      <w:pPr>
        <w:pStyle w:val="Heading3"/>
      </w:pPr>
      <w:r>
        <w:rPr>
          <w:rFonts w:ascii="Calibri" w:hAnsi="Calibri"/>
          <w:b/>
          <w:i w:val="0"/>
          <w:sz w:val="27"/>
        </w:rPr>
        <w:t>Đối số và Tham số</w:t>
      </w:r>
    </w:p>
    <w:p>
      <w:pPr>
        <w:spacing w:after="80"/>
      </w:pPr>
      <w:r>
        <w:rPr>
          <w:b w:val="0"/>
          <w:i w:val="0"/>
        </w:rPr>
        <w:t xml:space="preserve">Trong hàm </w:t>
      </w:r>
      <w:r>
        <w:rPr>
          <w:rFonts w:ascii="Consolas" w:hAnsi="Consolas"/>
          <w:b w:val="0"/>
          <w:i w:val="0"/>
          <w:sz w:val="20"/>
        </w:rPr>
        <w:t>greet_user()</w:t>
      </w:r>
      <w:r>
        <w:rPr>
          <w:b w:val="0"/>
          <w:i w:val="0"/>
        </w:rPr>
        <w:t xml:space="preserve"> ở trên, chúng ta đã định nghĩa </w:t>
      </w:r>
      <w:r>
        <w:rPr>
          <w:rFonts w:ascii="Consolas" w:hAnsi="Consolas"/>
          <w:b w:val="0"/>
          <w:i w:val="0"/>
          <w:sz w:val="20"/>
        </w:rPr>
        <w:t>greet_user()</w:t>
      </w:r>
      <w:r>
        <w:rPr>
          <w:b w:val="0"/>
          <w:i w:val="0"/>
        </w:rPr>
        <w:t xml:space="preserve"> yêu cầu một giá trị cho biến </w:t>
      </w:r>
      <w:r>
        <w:rPr>
          <w:rFonts w:ascii="Consolas" w:hAnsi="Consolas"/>
          <w:b w:val="0"/>
          <w:i w:val="0"/>
          <w:sz w:val="20"/>
        </w:rPr>
        <w:t>username</w:t>
      </w:r>
      <w:r>
        <w:rPr>
          <w:b w:val="0"/>
          <w:i w:val="0"/>
        </w:rPr>
        <w:t>. Sau khi gọi hàm và truyền cho nó thông tin (tên của một người), nó đã in ra lời chào đúng.</w:t>
      </w:r>
    </w:p>
    <w:p>
      <w:pPr>
        <w:spacing w:after="80"/>
      </w:pPr>
      <w:r>
        <w:rPr>
          <w:b w:val="0"/>
          <w:i w:val="0"/>
        </w:rPr>
        <w:t xml:space="preserve">Biến </w:t>
      </w:r>
      <w:r>
        <w:rPr>
          <w:rFonts w:ascii="Consolas" w:hAnsi="Consolas"/>
          <w:b w:val="0"/>
          <w:i w:val="0"/>
          <w:sz w:val="20"/>
        </w:rPr>
        <w:t>username</w:t>
      </w:r>
      <w:r>
        <w:rPr>
          <w:b w:val="0"/>
          <w:i w:val="0"/>
        </w:rPr>
        <w:t xml:space="preserve"> trong định nghĩa của </w:t>
      </w:r>
      <w:r>
        <w:rPr>
          <w:rFonts w:ascii="Consolas" w:hAnsi="Consolas"/>
          <w:b w:val="0"/>
          <w:i w:val="0"/>
          <w:sz w:val="20"/>
        </w:rPr>
        <w:t>greet_user()</w:t>
      </w:r>
      <w:r>
        <w:rPr>
          <w:b w:val="0"/>
          <w:i w:val="0"/>
        </w:rPr>
        <w:t xml:space="preserve"> là một ví dụ của </w:t>
      </w:r>
      <w:r>
        <w:rPr>
          <w:b w:val="0"/>
          <w:i/>
        </w:rPr>
        <w:t>tham số</w:t>
      </w:r>
      <w:r>
        <w:rPr>
          <w:b w:val="0"/>
          <w:i w:val="0"/>
        </w:rPr>
        <w:t xml:space="preserve"> (parameter), một mẩu thông tin mà hàm cần để hoàn thành nhiệm vụ của nó. Giá trị </w:t>
      </w:r>
      <w:r>
        <w:rPr>
          <w:rFonts w:ascii="Consolas" w:hAnsi="Consolas"/>
          <w:b w:val="0"/>
          <w:i w:val="0"/>
          <w:sz w:val="20"/>
        </w:rPr>
        <w:t>'jesse'</w:t>
      </w:r>
      <w:r>
        <w:rPr>
          <w:b w:val="0"/>
          <w:i w:val="0"/>
        </w:rPr>
        <w:t xml:space="preserve"> trong </w:t>
      </w:r>
      <w:r>
        <w:rPr>
          <w:rFonts w:ascii="Consolas" w:hAnsi="Consolas"/>
          <w:b w:val="0"/>
          <w:i w:val="0"/>
          <w:sz w:val="20"/>
        </w:rPr>
        <w:t>greet_user('jesse')</w:t>
      </w:r>
      <w:r>
        <w:rPr>
          <w:b w:val="0"/>
          <w:i w:val="0"/>
        </w:rPr>
        <w:t xml:space="preserve"> là một ví dụ của đối số. Một </w:t>
      </w:r>
      <w:r>
        <w:rPr>
          <w:b w:val="0"/>
          <w:i/>
        </w:rPr>
        <w:t>đối số</w:t>
      </w:r>
      <w:r>
        <w:rPr>
          <w:b w:val="0"/>
          <w:i w:val="0"/>
        </w:rPr>
        <w:t xml:space="preserve"> (argument) là một mẩu thông tin được truyền từ lời gọi hàm đến hàm. Khi gọi hàm, chúng ta đặt giá trị mà mình muốn hàm xử lý vào trong dấu ngoặc đơn. Trong trường hợp này, đối số </w:t>
      </w:r>
      <w:r>
        <w:rPr>
          <w:rFonts w:ascii="Consolas" w:hAnsi="Consolas"/>
          <w:b w:val="0"/>
          <w:i w:val="0"/>
          <w:sz w:val="20"/>
        </w:rPr>
        <w:t>'jesse'</w:t>
      </w:r>
      <w:r>
        <w:rPr>
          <w:b w:val="0"/>
          <w:i w:val="0"/>
        </w:rPr>
        <w:t xml:space="preserve"> được truyền đến hàm </w:t>
      </w:r>
      <w:r>
        <w:rPr>
          <w:rFonts w:ascii="Consolas" w:hAnsi="Consolas"/>
          <w:b w:val="0"/>
          <w:i w:val="0"/>
          <w:sz w:val="20"/>
        </w:rPr>
        <w:t>greet_user()</w:t>
      </w:r>
      <w:r>
        <w:rPr>
          <w:b w:val="0"/>
          <w:i w:val="0"/>
        </w:rPr>
        <w:t xml:space="preserve">, và giá trị đó được gán cho tham số </w:t>
      </w:r>
      <w:r>
        <w:rPr>
          <w:rFonts w:ascii="Consolas" w:hAnsi="Consolas"/>
          <w:b w:val="0"/>
          <w:i w:val="0"/>
          <w:sz w:val="20"/>
        </w:rPr>
        <w:t>username</w:t>
      </w:r>
      <w:r>
        <w:rPr>
          <w:b w:val="0"/>
          <w:i w:val="0"/>
        </w:rPr>
        <w:t>.</w:t>
      </w:r>
    </w:p>
    <w:p>
      <w:pPr>
        <w:spacing w:before="120" w:after="40"/>
      </w:pPr>
      <w:r>
        <w:rPr>
          <w:b/>
          <w:sz w:val="21"/>
        </w:rPr>
        <w:t>Ghi chú</w:t>
      </w:r>
    </w:p>
    <w:p>
      <w:pPr>
        <w:spacing w:after="80"/>
      </w:pPr>
      <w:r>
        <w:rPr>
          <w:b w:val="0"/>
          <w:i w:val="0"/>
        </w:rPr>
        <w:t>Đôi khi người ta dùng từ đối số và tham số thay thế cho nhau. Đừng ngạc nhiên nếu bạn thấy các biến trong định nghĩa hàm được gọi là đối số, hoặc các biến trong lời gọi hàm được gọi là tham số.</w:t>
      </w:r>
    </w:p>
    <w:p>
      <w:pPr>
        <w:spacing w:before="120" w:after="40"/>
      </w:pPr>
      <w:r>
        <w:rPr>
          <w:b/>
          <w:sz w:val="21"/>
        </w:rPr>
        <w:t>Tự thực hành</w:t>
      </w:r>
    </w:p>
    <w:p>
      <w:pPr>
        <w:spacing w:after="80"/>
      </w:pPr>
      <w:r>
        <w:rPr>
          <w:b/>
          <w:i w:val="0"/>
        </w:rPr>
        <w:t>8-1. Tin nhắn:</w:t>
      </w:r>
      <w:r>
        <w:rPr>
          <w:b w:val="0"/>
          <w:i w:val="0"/>
        </w:rPr>
        <w:t xml:space="preserve"> Viết một hàm tên là </w:t>
      </w:r>
      <w:r>
        <w:rPr>
          <w:rFonts w:ascii="Consolas" w:hAnsi="Consolas"/>
          <w:b w:val="0"/>
          <w:i w:val="0"/>
          <w:sz w:val="20"/>
        </w:rPr>
        <w:t>display_message()</w:t>
      </w:r>
      <w:r>
        <w:rPr>
          <w:b w:val="0"/>
          <w:i w:val="0"/>
        </w:rPr>
        <w:t xml:space="preserve"> in ra một câu cho mọi người biết bạn đang học gì trong chương này. Gọi hàm đó, và đảm bảo tin nhắn hiển thị đúng.</w:t>
      </w:r>
    </w:p>
    <w:p>
      <w:pPr>
        <w:spacing w:after="80"/>
      </w:pPr>
      <w:r>
        <w:rPr>
          <w:b/>
          <w:i w:val="0"/>
        </w:rPr>
        <w:t>8-2. Cuốn sách yêu thích:</w:t>
      </w:r>
      <w:r>
        <w:rPr>
          <w:b w:val="0"/>
          <w:i w:val="0"/>
        </w:rPr>
        <w:t xml:space="preserve"> Viết một hàm tên là </w:t>
      </w:r>
      <w:r>
        <w:rPr>
          <w:rFonts w:ascii="Consolas" w:hAnsi="Consolas"/>
          <w:b w:val="0"/>
          <w:i w:val="0"/>
          <w:sz w:val="20"/>
        </w:rPr>
        <w:t>favorite_book()</w:t>
      </w:r>
      <w:r>
        <w:rPr>
          <w:b w:val="0"/>
          <w:i w:val="0"/>
        </w:rPr>
        <w:t xml:space="preserve"> nhận một tham số, </w:t>
      </w:r>
      <w:r>
        <w:rPr>
          <w:rFonts w:ascii="Consolas" w:hAnsi="Consolas"/>
          <w:b w:val="0"/>
          <w:i w:val="0"/>
          <w:sz w:val="20"/>
        </w:rPr>
        <w:t>title</w:t>
      </w:r>
      <w:r>
        <w:rPr>
          <w:b w:val="0"/>
          <w:i w:val="0"/>
        </w:rPr>
        <w:t xml:space="preserve">. Hàm này nên in ra một tin nhắn, chẳng hạn như </w:t>
      </w:r>
      <w:r>
        <w:rPr>
          <w:rFonts w:ascii="Consolas" w:hAnsi="Consolas"/>
          <w:b w:val="0"/>
          <w:i w:val="0"/>
          <w:sz w:val="20"/>
        </w:rPr>
        <w:t>One of my favorite books is Alice in Wonderland</w:t>
      </w:r>
      <w:r>
        <w:rPr>
          <w:b w:val="0"/>
          <w:i w:val="0"/>
        </w:rPr>
        <w:t>. Gọi hàm đó, nhớ đưa tên một cuốn sách vào làm đối số trong lời gọi hàm.</w:t>
      </w:r>
    </w:p>
    <w:p>
      <w:pPr>
        <w:pStyle w:val="Heading2"/>
      </w:pPr>
      <w:r>
        <w:rPr>
          <w:rFonts w:ascii="Calibri" w:hAnsi="Calibri"/>
          <w:b/>
          <w:i w:val="0"/>
          <w:sz w:val="32"/>
        </w:rPr>
        <w:t>Truyền đối số</w:t>
      </w:r>
    </w:p>
    <w:p>
      <w:pPr>
        <w:spacing w:after="80"/>
      </w:pPr>
      <w:r>
        <w:rPr>
          <w:b w:val="0"/>
          <w:i w:val="0"/>
        </w:rPr>
        <w:t xml:space="preserve">Vì định nghĩa hàm có thể có nhiều tham số, nên một lời gọi hàm có thể cần nhiều đối số. Bạn có thể truyền đối số cho hàm theo nhiều cách. Bạn có thể dùng </w:t>
      </w:r>
      <w:r>
        <w:rPr>
          <w:b w:val="0"/>
          <w:i/>
        </w:rPr>
        <w:t>đối số vị trí</w:t>
      </w:r>
      <w:r>
        <w:rPr>
          <w:b w:val="0"/>
          <w:i w:val="0"/>
        </w:rPr>
        <w:t xml:space="preserve"> (positional arguments), cần phải theo đúng thứ tự mà các tham số được viết; </w:t>
      </w:r>
      <w:r>
        <w:rPr>
          <w:b w:val="0"/>
          <w:i/>
        </w:rPr>
        <w:t>đối số từ khóa</w:t>
      </w:r>
      <w:r>
        <w:rPr>
          <w:b w:val="0"/>
          <w:i w:val="0"/>
        </w:rPr>
        <w:t xml:space="preserve"> (keyword arguments), trong đó mỗi đối số gồm một tên biến và một giá trị; và danh sách cùng từ điển chứa các giá trị. Hãy cùng xem lần lượt từng cách.</w:t>
      </w:r>
    </w:p>
    <w:p>
      <w:pPr>
        <w:pStyle w:val="Heading3"/>
      </w:pPr>
      <w:r>
        <w:rPr>
          <w:rFonts w:ascii="Calibri" w:hAnsi="Calibri"/>
          <w:b/>
          <w:i w:val="0"/>
          <w:sz w:val="27"/>
        </w:rPr>
        <w:t>Đối số vị trí</w:t>
      </w:r>
    </w:p>
    <w:p>
      <w:pPr>
        <w:spacing w:after="80"/>
      </w:pPr>
      <w:r>
        <w:rPr>
          <w:b w:val="0"/>
          <w:i w:val="0"/>
        </w:rPr>
        <w:t xml:space="preserve">Khi bạn gọi một hàm, Python phải khớp từng đối số trong lời gọi hàm với một tham số trong định nghĩa hàm. Cách đơn giản nhất để làm điều này là dựa trên thứ tự của các đối số được cung cấp. Các giá trị được khớp theo cách này gọi là </w:t>
      </w:r>
      <w:r>
        <w:rPr>
          <w:b w:val="0"/>
          <w:i/>
        </w:rPr>
        <w:t>đối số vị trí</w:t>
      </w:r>
      <w:r>
        <w:rPr>
          <w:b w:val="0"/>
          <w:i w:val="0"/>
        </w:rPr>
        <w:t xml:space="preserve"> (positional arguments).</w:t>
      </w:r>
    </w:p>
    <w:p>
      <w:pPr>
        <w:spacing w:after="80"/>
      </w:pPr>
      <w:r>
        <w:rPr>
          <w:b w:val="0"/>
          <w:i w:val="0"/>
        </w:rPr>
        <w:t>Để xem cách hoạt động, hãy xét một hàm hiển thị thông tin về thú cưng. Hàm này cho chúng ta biết mỗi con thú cưng thuộc loài nào và tên của nó, như minh họa sau đây:</w:t>
      </w:r>
    </w:p>
    <w:p>
      <w:pPr>
        <w:spacing w:after="80"/>
      </w:pPr>
      <w:r>
        <w:rPr>
          <w:b w:val="0"/>
          <w:i w:val="0"/>
        </w:rPr>
        <w:t>pets.py</w:t>
      </w:r>
    </w:p>
    <w:p>
      <w:pPr>
        <w:spacing w:after="0"/>
        <w:ind w:left="360"/>
        <w:shd w:val="clear" w:color="auto" w:fill="F2F2F2"/>
      </w:pPr>
      <w:r>
        <w:rPr>
          <w:rFonts w:ascii="Consolas" w:hAnsi="Consolas"/>
          <w:b w:val="0"/>
          <w:i w:val="0"/>
          <w:sz w:val="18"/>
        </w:rPr>
        <w:t>❶ def describe_pet(animal_type, pet_name):</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describe_pet('hamster', 'harry')</w:t>
      </w:r>
    </w:p>
    <w:p>
      <w:pPr>
        <w:spacing w:after="40"/>
      </w:pPr>
    </w:p>
    <w:p>
      <w:pPr>
        <w:spacing w:after="80"/>
      </w:pPr>
      <w:r>
        <w:rPr>
          <w:b w:val="0"/>
          <w:i w:val="0"/>
        </w:rPr>
        <w:t xml:space="preserve">Định nghĩa cho thấy hàm này cần một loại động vật và tên của con vật đó ❶. Khi gọi </w:t>
      </w:r>
      <w:r>
        <w:rPr>
          <w:rFonts w:ascii="Consolas" w:hAnsi="Consolas"/>
          <w:b w:val="0"/>
          <w:i w:val="0"/>
          <w:sz w:val="20"/>
        </w:rPr>
        <w:t>describe_pet()</w:t>
      </w:r>
      <w:r>
        <w:rPr>
          <w:b w:val="0"/>
          <w:i w:val="0"/>
        </w:rPr>
        <w:t xml:space="preserve">, chúng ta cần cung cấp loại động vật và tên, theo đúng thứ tự đó. Ví dụ, trong lời gọi hàm, đối số </w:t>
      </w:r>
      <w:r>
        <w:rPr>
          <w:rFonts w:ascii="Consolas" w:hAnsi="Consolas"/>
          <w:b w:val="0"/>
          <w:i w:val="0"/>
          <w:sz w:val="20"/>
        </w:rPr>
        <w:t>'hamster'</w:t>
      </w:r>
      <w:r>
        <w:rPr>
          <w:b w:val="0"/>
          <w:i w:val="0"/>
        </w:rPr>
        <w:t xml:space="preserve"> được gán cho tham số </w:t>
      </w:r>
      <w:r>
        <w:rPr>
          <w:rFonts w:ascii="Consolas" w:hAnsi="Consolas"/>
          <w:b w:val="0"/>
          <w:i w:val="0"/>
          <w:sz w:val="20"/>
        </w:rPr>
        <w:t>animal_type</w:t>
      </w:r>
      <w:r>
        <w:rPr>
          <w:b w:val="0"/>
          <w:i w:val="0"/>
        </w:rPr>
        <w:t xml:space="preserve"> và đối số </w:t>
      </w:r>
      <w:r>
        <w:rPr>
          <w:rFonts w:ascii="Consolas" w:hAnsi="Consolas"/>
          <w:b w:val="0"/>
          <w:i w:val="0"/>
          <w:sz w:val="20"/>
        </w:rPr>
        <w:t>'harry'</w:t>
      </w:r>
      <w:r>
        <w:rPr>
          <w:b w:val="0"/>
          <w:i w:val="0"/>
        </w:rPr>
        <w:t xml:space="preserve"> được gán cho tham số </w:t>
      </w:r>
      <w:r>
        <w:rPr>
          <w:rFonts w:ascii="Consolas" w:hAnsi="Consolas"/>
          <w:b w:val="0"/>
          <w:i w:val="0"/>
          <w:sz w:val="20"/>
        </w:rPr>
        <w:t>pet_name</w:t>
      </w:r>
      <w:r>
        <w:rPr>
          <w:b w:val="0"/>
          <w:i w:val="0"/>
        </w:rPr>
        <w:t xml:space="preserve"> ❷. Trong thân hàm, hai tham số này được dùng để hiển thị thông tin về con vật đang được mô tả.</w:t>
      </w:r>
    </w:p>
    <w:p>
      <w:pPr>
        <w:spacing w:after="80"/>
      </w:pPr>
      <w:r>
        <w:rPr>
          <w:b w:val="0"/>
          <w:i w:val="0"/>
        </w:rPr>
        <w:t>Kết quả mô tả một chú hamster tên Harry:</w:t>
      </w:r>
    </w:p>
    <w:p>
      <w:pPr>
        <w:spacing w:after="80"/>
      </w:pPr>
      <w:r>
        <w:rPr>
          <w:b w:val="0"/>
          <w:i w:val="0"/>
        </w:rPr>
        <w:t>Tôi có một con hamster.</w:t>
      </w:r>
      <w:r>
        <w:br/>
      </w:r>
      <w:r>
        <w:rPr>
          <w:b w:val="0"/>
          <w:i w:val="0"/>
        </w:rPr>
        <w:t>Hamster của tôi tên là Harry.</w:t>
      </w:r>
    </w:p>
    <w:p>
      <w:pPr>
        <w:pStyle w:val="Heading4"/>
      </w:pPr>
      <w:r>
        <w:rPr>
          <w:rFonts w:ascii="Calibri" w:hAnsi="Calibri"/>
          <w:b/>
          <w:i w:val="0"/>
          <w:sz w:val="24"/>
        </w:rPr>
        <w:t>Gọi hàm nhiều lần</w:t>
      </w:r>
    </w:p>
    <w:p>
      <w:pPr>
        <w:spacing w:after="80"/>
      </w:pPr>
      <w:r>
        <w:rPr>
          <w:b w:val="0"/>
          <w:i w:val="0"/>
        </w:rPr>
        <w:t xml:space="preserve">Bạn có thể gọi một hàm bao nhiêu lần cũng được. Để mô tả một con vật thứ hai khác, chỉ cần thêm một lời gọi </w:t>
      </w:r>
      <w:r>
        <w:rPr>
          <w:rFonts w:ascii="Consolas" w:hAnsi="Consolas"/>
          <w:b w:val="0"/>
          <w:i w:val="0"/>
          <w:sz w:val="20"/>
        </w:rPr>
        <w:t>describe_pet()</w:t>
      </w:r>
      <w:r>
        <w:rPr>
          <w:b w:val="0"/>
          <w:i w:val="0"/>
        </w:rPr>
        <w:t xml:space="preserve"> nữa:</w:t>
      </w:r>
    </w:p>
    <w:p>
      <w:pPr>
        <w:spacing w:after="0"/>
        <w:ind w:left="360"/>
        <w:shd w:val="clear" w:color="auto" w:fill="F2F2F2"/>
      </w:pPr>
      <w:r>
        <w:rPr>
          <w:rFonts w:ascii="Consolas" w:hAnsi="Consolas"/>
          <w:b w:val="0"/>
          <w:i w:val="0"/>
          <w:sz w:val="18"/>
        </w:rPr>
        <w:t>def describe_pet(animal_type, pet_name):</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describe_pet('hamster', 'harry')</w:t>
      </w:r>
    </w:p>
    <w:p>
      <w:pPr>
        <w:spacing w:after="0"/>
        <w:ind w:left="360"/>
        <w:shd w:val="clear" w:color="auto" w:fill="F2F2F2"/>
      </w:pPr>
      <w:r>
        <w:rPr>
          <w:rFonts w:ascii="Consolas" w:hAnsi="Consolas"/>
          <w:b w:val="0"/>
          <w:i w:val="0"/>
          <w:sz w:val="18"/>
        </w:rPr>
        <w:t>describe_pet('dog', 'willie')</w:t>
      </w:r>
    </w:p>
    <w:p>
      <w:pPr>
        <w:spacing w:after="40"/>
      </w:pPr>
    </w:p>
    <w:p>
      <w:pPr>
        <w:spacing w:after="80"/>
      </w:pPr>
      <w:r>
        <w:rPr>
          <w:b w:val="0"/>
          <w:i w:val="0"/>
        </w:rPr>
        <w:t xml:space="preserve">Trong lời gọi hàm thứ hai này, chúng ta truyền cho </w:t>
      </w:r>
      <w:r>
        <w:rPr>
          <w:rFonts w:ascii="Consolas" w:hAnsi="Consolas"/>
          <w:b w:val="0"/>
          <w:i w:val="0"/>
          <w:sz w:val="20"/>
        </w:rPr>
        <w:t>describe_pet()</w:t>
      </w:r>
      <w:r>
        <w:rPr>
          <w:b w:val="0"/>
          <w:i w:val="0"/>
        </w:rPr>
        <w:t xml:space="preserve"> các đối số </w:t>
      </w:r>
      <w:r>
        <w:rPr>
          <w:rFonts w:ascii="Consolas" w:hAnsi="Consolas"/>
          <w:b w:val="0"/>
          <w:i w:val="0"/>
          <w:sz w:val="20"/>
        </w:rPr>
        <w:t>'dog'</w:t>
      </w:r>
      <w:r>
        <w:rPr>
          <w:b w:val="0"/>
          <w:i w:val="0"/>
        </w:rPr>
        <w:t xml:space="preserve"> và </w:t>
      </w:r>
      <w:r>
        <w:rPr>
          <w:rFonts w:ascii="Consolas" w:hAnsi="Consolas"/>
          <w:b w:val="0"/>
          <w:i w:val="0"/>
          <w:sz w:val="20"/>
        </w:rPr>
        <w:t>'willie'</w:t>
      </w:r>
      <w:r>
        <w:rPr>
          <w:b w:val="0"/>
          <w:i w:val="0"/>
        </w:rPr>
        <w:t xml:space="preserve">. Giống như bộ đối số trước đó, Python khớp </w:t>
      </w:r>
      <w:r>
        <w:rPr>
          <w:rFonts w:ascii="Consolas" w:hAnsi="Consolas"/>
          <w:b w:val="0"/>
          <w:i w:val="0"/>
          <w:sz w:val="20"/>
        </w:rPr>
        <w:t>'dog'</w:t>
      </w:r>
      <w:r>
        <w:rPr>
          <w:b w:val="0"/>
          <w:i w:val="0"/>
        </w:rPr>
        <w:t xml:space="preserve"> với tham số </w:t>
      </w:r>
      <w:r>
        <w:rPr>
          <w:rFonts w:ascii="Consolas" w:hAnsi="Consolas"/>
          <w:b w:val="0"/>
          <w:i w:val="0"/>
          <w:sz w:val="20"/>
        </w:rPr>
        <w:t>animal_type</w:t>
      </w:r>
      <w:r>
        <w:rPr>
          <w:b w:val="0"/>
          <w:i w:val="0"/>
        </w:rPr>
        <w:t xml:space="preserve"> và </w:t>
      </w:r>
      <w:r>
        <w:rPr>
          <w:rFonts w:ascii="Consolas" w:hAnsi="Consolas"/>
          <w:b w:val="0"/>
          <w:i w:val="0"/>
          <w:sz w:val="20"/>
        </w:rPr>
        <w:t>'willie'</w:t>
      </w:r>
      <w:r>
        <w:rPr>
          <w:b w:val="0"/>
          <w:i w:val="0"/>
        </w:rPr>
        <w:t xml:space="preserve"> với tham số </w:t>
      </w:r>
      <w:r>
        <w:rPr>
          <w:rFonts w:ascii="Consolas" w:hAnsi="Consolas"/>
          <w:b w:val="0"/>
          <w:i w:val="0"/>
          <w:sz w:val="20"/>
        </w:rPr>
        <w:t>pet_name</w:t>
      </w:r>
      <w:r>
        <w:rPr>
          <w:b w:val="0"/>
          <w:i w:val="0"/>
        </w:rPr>
        <w:t>. Như trước, hàm thực hiện công việc của nó, nhưng lần này nó in ra giá trị cho một chú chó tên Willie. Giờ chúng ta có một chú hamster tên Harry và một chú chó tên Willie:</w:t>
      </w:r>
    </w:p>
    <w:p>
      <w:pPr>
        <w:spacing w:after="80"/>
      </w:pPr>
      <w:r>
        <w:rPr>
          <w:b w:val="0"/>
          <w:i w:val="0"/>
        </w:rPr>
        <w:t>Tôi có một con hamster.</w:t>
      </w:r>
      <w:r>
        <w:br/>
      </w:r>
      <w:r>
        <w:rPr>
          <w:b w:val="0"/>
          <w:i w:val="0"/>
        </w:rPr>
        <w:t>Hamster của tôi tên là Harry.</w:t>
      </w:r>
      <w:r>
        <w:br/>
      </w:r>
      <w:r>
        <w:br/>
      </w:r>
      <w:r>
        <w:rPr>
          <w:b w:val="0"/>
          <w:i w:val="0"/>
        </w:rPr>
        <w:t>Tôi có một con chó.</w:t>
      </w:r>
      <w:r>
        <w:br/>
      </w:r>
      <w:r>
        <w:rPr>
          <w:b w:val="0"/>
          <w:i w:val="0"/>
        </w:rPr>
        <w:t>Chó của tôi tên là Willie.</w:t>
      </w:r>
    </w:p>
    <w:p>
      <w:pPr>
        <w:spacing w:after="80"/>
      </w:pPr>
      <w:r>
        <w:rPr>
          <w:b w:val="0"/>
          <w:i w:val="0"/>
        </w:rPr>
        <w:t>Gọi hàm nhiều lần là một cách làm việc rất hiệu quả. Đoạn code mô tả một con vật chỉ được viết một lần trong hàm. Sau đó, bất cứ khi nào bạn muốn mô tả một con vật mới, bạn chỉ cần gọi hàm với thông tin của con vật mới đó. Kể cả khi đoạn code mô tả con vật có dài đến 10 dòng, bạn vẫn có thể mô tả một con vật mới chỉ với một dòng bằng cách gọi lại hàm.</w:t>
      </w:r>
    </w:p>
    <w:p>
      <w:pPr>
        <w:pStyle w:val="Heading4"/>
      </w:pPr>
      <w:r>
        <w:rPr>
          <w:rFonts w:ascii="Calibri" w:hAnsi="Calibri"/>
          <w:b/>
          <w:i w:val="0"/>
          <w:sz w:val="24"/>
        </w:rPr>
        <w:t>Thứ tự rất quan trọng với đối số vị trí</w:t>
      </w:r>
    </w:p>
    <w:p>
      <w:pPr>
        <w:spacing w:after="80"/>
      </w:pPr>
      <w:r>
        <w:rPr>
          <w:b w:val="0"/>
          <w:i w:val="0"/>
        </w:rPr>
        <w:t>Bạn có thể nhận được kết quả bất ngờ nếu trộn lẫn thứ tự các đối số trong lời gọi hàm khi dùng đối số vị trí:</w:t>
      </w:r>
    </w:p>
    <w:p>
      <w:pPr>
        <w:spacing w:after="0"/>
        <w:ind w:left="360"/>
        <w:shd w:val="clear" w:color="auto" w:fill="F2F2F2"/>
      </w:pPr>
      <w:r>
        <w:rPr>
          <w:rFonts w:ascii="Consolas" w:hAnsi="Consolas"/>
          <w:b w:val="0"/>
          <w:i w:val="0"/>
          <w:sz w:val="18"/>
        </w:rPr>
        <w:t>def describe_pet(animal_type, pet_name):</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describe_pet('harry', 'hamster')</w:t>
      </w:r>
    </w:p>
    <w:p>
      <w:pPr>
        <w:spacing w:after="40"/>
      </w:pPr>
    </w:p>
    <w:p>
      <w:pPr>
        <w:spacing w:after="80"/>
      </w:pPr>
      <w:r>
        <w:rPr>
          <w:b w:val="0"/>
          <w:i w:val="0"/>
        </w:rPr>
        <w:t xml:space="preserve">Trong lời gọi hàm này, chúng ta liệt kê tên trước và loại động vật sau. Vì lần này đối số </w:t>
      </w:r>
      <w:r>
        <w:rPr>
          <w:rFonts w:ascii="Consolas" w:hAnsi="Consolas"/>
          <w:b w:val="0"/>
          <w:i w:val="0"/>
          <w:sz w:val="20"/>
        </w:rPr>
        <w:t>'harry'</w:t>
      </w:r>
      <w:r>
        <w:rPr>
          <w:b w:val="0"/>
          <w:i w:val="0"/>
        </w:rPr>
        <w:t xml:space="preserve"> được liệt kê trước, giá trị đó được gán cho tham số </w:t>
      </w:r>
      <w:r>
        <w:rPr>
          <w:rFonts w:ascii="Consolas" w:hAnsi="Consolas"/>
          <w:b w:val="0"/>
          <w:i w:val="0"/>
          <w:sz w:val="20"/>
        </w:rPr>
        <w:t>animal_type</w:t>
      </w:r>
      <w:r>
        <w:rPr>
          <w:b w:val="0"/>
          <w:i w:val="0"/>
        </w:rPr>
        <w:t xml:space="preserve">. Tương tự, </w:t>
      </w:r>
      <w:r>
        <w:rPr>
          <w:rFonts w:ascii="Consolas" w:hAnsi="Consolas"/>
          <w:b w:val="0"/>
          <w:i w:val="0"/>
          <w:sz w:val="20"/>
        </w:rPr>
        <w:t>'hamster'</w:t>
      </w:r>
      <w:r>
        <w:rPr>
          <w:b w:val="0"/>
          <w:i w:val="0"/>
        </w:rPr>
        <w:t xml:space="preserve"> được gán cho </w:t>
      </w:r>
      <w:r>
        <w:rPr>
          <w:rFonts w:ascii="Consolas" w:hAnsi="Consolas"/>
          <w:b w:val="0"/>
          <w:i w:val="0"/>
          <w:sz w:val="20"/>
        </w:rPr>
        <w:t>pet_name</w:t>
      </w:r>
      <w:r>
        <w:rPr>
          <w:b w:val="0"/>
          <w:i w:val="0"/>
        </w:rPr>
        <w:t>. Giờ chúng ta có một "harry" tên là "Hamster":</w:t>
      </w:r>
    </w:p>
    <w:p>
      <w:pPr>
        <w:spacing w:after="80"/>
      </w:pPr>
      <w:r>
        <w:rPr>
          <w:b w:val="0"/>
          <w:i w:val="0"/>
        </w:rPr>
        <w:t>Tôi có một con harry.</w:t>
      </w:r>
      <w:r>
        <w:br/>
      </w:r>
      <w:r>
        <w:rPr>
          <w:b w:val="0"/>
          <w:i w:val="0"/>
        </w:rPr>
        <w:t>harry của tôi tên là Hamster.</w:t>
      </w:r>
    </w:p>
    <w:p>
      <w:pPr>
        <w:spacing w:after="80"/>
      </w:pPr>
      <w:r>
        <w:rPr>
          <w:b w:val="0"/>
          <w:i w:val="0"/>
        </w:rPr>
        <w:t>Nếu bạn nhận được kết quả buồn cười như thế này, hãy kiểm tra để chắc chắn rằng thứ tự các đối số trong lời gọi hàm khớp với thứ tự các tham số trong định nghĩa của hàm.</w:t>
      </w:r>
    </w:p>
    <w:p>
      <w:pPr>
        <w:pStyle w:val="Heading3"/>
      </w:pPr>
      <w:r>
        <w:rPr>
          <w:rFonts w:ascii="Calibri" w:hAnsi="Calibri"/>
          <w:b/>
          <w:i w:val="0"/>
          <w:sz w:val="27"/>
        </w:rPr>
        <w:t>Đối số từ khóa</w:t>
      </w:r>
    </w:p>
    <w:p>
      <w:pPr>
        <w:spacing w:after="80"/>
      </w:pPr>
      <w:r>
        <w:rPr>
          <w:b w:val="0"/>
          <w:i/>
        </w:rPr>
        <w:t>Đối số từ khóa</w:t>
      </w:r>
      <w:r>
        <w:rPr>
          <w:b w:val="0"/>
          <w:i w:val="0"/>
        </w:rPr>
        <w:t xml:space="preserve"> (keyword argument) là một cặp tên-giá trị mà bạn truyền vào một hàm. Bạn liên kết trực tiếp tên và giá trị ngay trong đối số, nên khi bạn truyền đối số vào hàm, sẽ không có sự nhầm lẫn nào (bạn sẽ không bị trường hợp một chú chuột tên là Hamster đâu). Đối số từ khóa giúp bạn không phải lo lắng về việc sắp xếp đối số đúng thứ tự trong lời gọi hàm, và chúng làm rõ vai trò của từng giá trị trong lời gọi hàm.</w:t>
      </w:r>
    </w:p>
    <w:p>
      <w:pPr>
        <w:spacing w:after="80"/>
      </w:pPr>
      <w:r>
        <w:rPr>
          <w:b w:val="0"/>
          <w:i w:val="0"/>
        </w:rPr>
        <w:t xml:space="preserve">Hãy viết lại </w:t>
      </w:r>
      <w:r>
        <w:rPr>
          <w:b w:val="0"/>
          <w:i/>
        </w:rPr>
        <w:t>pets.py</w:t>
      </w:r>
      <w:r>
        <w:rPr>
          <w:b w:val="0"/>
          <w:i w:val="0"/>
        </w:rPr>
        <w:t xml:space="preserve"> bằng cách dùng đối số từ khóa để gọi </w:t>
      </w:r>
      <w:r>
        <w:rPr>
          <w:rFonts w:ascii="Consolas" w:hAnsi="Consolas"/>
          <w:b w:val="0"/>
          <w:i w:val="0"/>
          <w:sz w:val="20"/>
        </w:rPr>
        <w:t>describe_pet()</w:t>
      </w:r>
      <w:r>
        <w:rPr>
          <w:b w:val="0"/>
          <w:i w:val="0"/>
        </w:rPr>
        <w:t>:</w:t>
      </w:r>
    </w:p>
    <w:p>
      <w:pPr>
        <w:spacing w:after="0"/>
        <w:ind w:left="360"/>
        <w:shd w:val="clear" w:color="auto" w:fill="F2F2F2"/>
      </w:pPr>
      <w:r>
        <w:rPr>
          <w:rFonts w:ascii="Consolas" w:hAnsi="Consolas"/>
          <w:b w:val="0"/>
          <w:i w:val="0"/>
          <w:sz w:val="18"/>
        </w:rPr>
        <w:t>def describe_pet(animal_type, pet_name):</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describe_pet(animal_type='hamster', pet_name='harry')</w:t>
      </w:r>
    </w:p>
    <w:p>
      <w:pPr>
        <w:spacing w:after="40"/>
      </w:pPr>
    </w:p>
    <w:p>
      <w:pPr>
        <w:spacing w:after="80"/>
      </w:pPr>
      <w:r>
        <w:rPr>
          <w:b w:val="0"/>
          <w:i w:val="0"/>
        </w:rPr>
        <w:t xml:space="preserve">Hàm </w:t>
      </w:r>
      <w:r>
        <w:rPr>
          <w:rFonts w:ascii="Consolas" w:hAnsi="Consolas"/>
          <w:b w:val="0"/>
          <w:i w:val="0"/>
          <w:sz w:val="20"/>
        </w:rPr>
        <w:t>describe_pet()</w:t>
      </w:r>
      <w:r>
        <w:rPr>
          <w:b w:val="0"/>
          <w:i w:val="0"/>
        </w:rPr>
        <w:t xml:space="preserve"> không thay đổi gì cả. Nhưng khi ta gọi hàm, ta nói rõ với Python rằng mỗi đối số nên được khớp với tham số nào. Khi Python đọc lời gọi hàm, nó biết phải gán đối số </w:t>
      </w:r>
      <w:r>
        <w:rPr>
          <w:rFonts w:ascii="Consolas" w:hAnsi="Consolas"/>
          <w:b w:val="0"/>
          <w:i w:val="0"/>
          <w:sz w:val="20"/>
        </w:rPr>
        <w:t>'hamster'</w:t>
      </w:r>
      <w:r>
        <w:rPr>
          <w:b w:val="0"/>
          <w:i w:val="0"/>
        </w:rPr>
        <w:t xml:space="preserve"> cho tham số </w:t>
      </w:r>
      <w:r>
        <w:rPr>
          <w:rFonts w:ascii="Consolas" w:hAnsi="Consolas"/>
          <w:b w:val="0"/>
          <w:i w:val="0"/>
          <w:sz w:val="20"/>
        </w:rPr>
        <w:t>animal_type</w:t>
      </w:r>
      <w:r>
        <w:rPr>
          <w:b w:val="0"/>
          <w:i w:val="0"/>
        </w:rPr>
        <w:t xml:space="preserve"> và đối số </w:t>
      </w:r>
      <w:r>
        <w:rPr>
          <w:rFonts w:ascii="Consolas" w:hAnsi="Consolas"/>
          <w:b w:val="0"/>
          <w:i w:val="0"/>
          <w:sz w:val="20"/>
        </w:rPr>
        <w:t>'harry'</w:t>
      </w:r>
      <w:r>
        <w:rPr>
          <w:b w:val="0"/>
          <w:i w:val="0"/>
        </w:rPr>
        <w:t xml:space="preserve"> cho </w:t>
      </w:r>
      <w:r>
        <w:rPr>
          <w:rFonts w:ascii="Consolas" w:hAnsi="Consolas"/>
          <w:b w:val="0"/>
          <w:i w:val="0"/>
          <w:sz w:val="20"/>
        </w:rPr>
        <w:t>pet_name</w:t>
      </w:r>
      <w:r>
        <w:rPr>
          <w:b w:val="0"/>
          <w:i w:val="0"/>
        </w:rPr>
        <w:t>. Kết quả xuất ra hiển thị chính xác rằng ta có một chú chuột hamster tên là Harry.</w:t>
      </w:r>
    </w:p>
    <w:p>
      <w:pPr>
        <w:spacing w:after="80"/>
      </w:pPr>
      <w:r>
        <w:rPr>
          <w:b w:val="0"/>
          <w:i w:val="0"/>
        </w:rPr>
        <w:t>Thứ tự của các đối số từ khóa không quan trọng vì Python biết mỗi giá trị nên đi đâu. Hai lời gọi hàm sau đây là tương đương nhau:</w:t>
      </w:r>
    </w:p>
    <w:p>
      <w:pPr>
        <w:spacing w:after="80"/>
      </w:pPr>
      <w:r>
        <w:rPr>
          <w:b w:val="0"/>
          <w:i w:val="0"/>
        </w:rPr>
        <w:t>describe_pet(animal_type='hamster', pet_name='harry')</w:t>
      </w:r>
      <w:r>
        <w:br/>
      </w:r>
      <w:r>
        <w:rPr>
          <w:b w:val="0"/>
          <w:i w:val="0"/>
        </w:rPr>
        <w:t>describe_pet(pet_name='harry', animal_type='hamster')</w:t>
      </w:r>
    </w:p>
    <w:p>
      <w:pPr>
        <w:spacing w:before="120" w:after="40"/>
      </w:pPr>
      <w:r>
        <w:rPr>
          <w:b/>
          <w:sz w:val="21"/>
        </w:rPr>
        <w:t>Ghi chú</w:t>
      </w:r>
    </w:p>
    <w:p>
      <w:pPr>
        <w:spacing w:after="80"/>
      </w:pPr>
      <w:r>
        <w:rPr>
          <w:b w:val="0"/>
          <w:i w:val="0"/>
        </w:rPr>
        <w:t>Khi bạn dùng đối số từ khóa, hãy chắc chắn dùng đúng tên của các tham số trong phần định nghĩa hàm.</w:t>
      </w:r>
    </w:p>
    <w:p>
      <w:pPr>
        <w:pStyle w:val="Heading3"/>
      </w:pPr>
      <w:r>
        <w:rPr>
          <w:rFonts w:ascii="Calibri" w:hAnsi="Calibri"/>
          <w:b/>
          <w:i w:val="0"/>
          <w:sz w:val="27"/>
        </w:rPr>
        <w:t>Giá trị mặc định</w:t>
      </w:r>
    </w:p>
    <w:p>
      <w:pPr>
        <w:spacing w:after="80"/>
      </w:pPr>
      <w:r>
        <w:rPr>
          <w:b w:val="0"/>
          <w:i w:val="0"/>
        </w:rPr>
        <w:t xml:space="preserve">Khi viết một hàm, bạn có thể định nghĩa một </w:t>
      </w:r>
      <w:r>
        <w:rPr>
          <w:b w:val="0"/>
          <w:i/>
        </w:rPr>
        <w:t>giá trị mặc định</w:t>
      </w:r>
      <w:r>
        <w:rPr>
          <w:b w:val="0"/>
          <w:i w:val="0"/>
        </w:rPr>
        <w:t xml:space="preserve"> (default value) cho mỗi tham số. Nếu một đối số cho tham số đó được cung cấp trong lời gọi hàm, Python sẽ dùng giá trị của đối số đó. Nếu không, nó sẽ dùng giá trị mặc định của tham số. Vậy nên khi bạn định nghĩa giá trị mặc định cho một tham số, bạn có thể bỏ qua đối số tương ứng mà bình thường bạn vẫn viết trong lời gọi hàm. Dùng giá trị mặc định có thể giúp đơn giản hóa các lời gọi hàm và làm rõ cách mà hàm của bạn thường được dùng.</w:t>
      </w:r>
    </w:p>
    <w:p>
      <w:pPr>
        <w:spacing w:after="80"/>
      </w:pPr>
      <w:r>
        <w:rPr>
          <w:b w:val="0"/>
          <w:i w:val="0"/>
        </w:rPr>
        <w:t xml:space="preserve">Ví dụ, nếu bạn để ý rằng hầu hết các lời gọi </w:t>
      </w:r>
      <w:r>
        <w:rPr>
          <w:rFonts w:ascii="Consolas" w:hAnsi="Consolas"/>
          <w:b w:val="0"/>
          <w:i w:val="0"/>
          <w:sz w:val="20"/>
        </w:rPr>
        <w:t>describe_pet()</w:t>
      </w:r>
      <w:r>
        <w:rPr>
          <w:b w:val="0"/>
          <w:i w:val="0"/>
        </w:rPr>
        <w:t xml:space="preserve"> đều được dùng để mô tả chó, bạn có thể đặt giá trị mặc định của </w:t>
      </w:r>
      <w:r>
        <w:rPr>
          <w:rFonts w:ascii="Consolas" w:hAnsi="Consolas"/>
          <w:b w:val="0"/>
          <w:i w:val="0"/>
          <w:sz w:val="20"/>
        </w:rPr>
        <w:t>animal_type</w:t>
      </w:r>
      <w:r>
        <w:rPr>
          <w:b w:val="0"/>
          <w:i w:val="0"/>
        </w:rPr>
        <w:t xml:space="preserve"> là </w:t>
      </w:r>
      <w:r>
        <w:rPr>
          <w:rFonts w:ascii="Consolas" w:hAnsi="Consolas"/>
          <w:b w:val="0"/>
          <w:i w:val="0"/>
          <w:sz w:val="20"/>
        </w:rPr>
        <w:t>'dog'</w:t>
      </w:r>
      <w:r>
        <w:rPr>
          <w:b w:val="0"/>
          <w:i w:val="0"/>
        </w:rPr>
        <w:t xml:space="preserve">. Giờ đây bất kỳ ai gọi </w:t>
      </w:r>
      <w:r>
        <w:rPr>
          <w:rFonts w:ascii="Consolas" w:hAnsi="Consolas"/>
          <w:b w:val="0"/>
          <w:i w:val="0"/>
          <w:sz w:val="20"/>
        </w:rPr>
        <w:t>describe_pet()</w:t>
      </w:r>
      <w:r>
        <w:rPr>
          <w:b w:val="0"/>
          <w:i w:val="0"/>
        </w:rPr>
        <w:t xml:space="preserve"> cho một chú chó đều có thể bỏ qua thông tin đó:</w:t>
      </w:r>
    </w:p>
    <w:p>
      <w:pPr>
        <w:spacing w:after="0"/>
        <w:ind w:left="360"/>
        <w:shd w:val="clear" w:color="auto" w:fill="F2F2F2"/>
      </w:pPr>
      <w:r>
        <w:rPr>
          <w:rFonts w:ascii="Consolas" w:hAnsi="Consolas"/>
          <w:b w:val="0"/>
          <w:i w:val="0"/>
          <w:sz w:val="18"/>
        </w:rPr>
        <w:t>def describe_pet(pet_name, animal_type='dog'):</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describe_pet(pet_name='willie')</w:t>
      </w:r>
    </w:p>
    <w:p>
      <w:pPr>
        <w:spacing w:after="40"/>
      </w:pPr>
    </w:p>
    <w:p>
      <w:pPr>
        <w:spacing w:after="80"/>
      </w:pPr>
      <w:r>
        <w:rPr>
          <w:b w:val="0"/>
          <w:i w:val="0"/>
        </w:rPr>
        <w:t xml:space="preserve">Ta đã thay đổi định nghĩa của </w:t>
      </w:r>
      <w:r>
        <w:rPr>
          <w:rFonts w:ascii="Consolas" w:hAnsi="Consolas"/>
          <w:b w:val="0"/>
          <w:i w:val="0"/>
          <w:sz w:val="20"/>
        </w:rPr>
        <w:t>describe_pet()</w:t>
      </w:r>
      <w:r>
        <w:rPr>
          <w:b w:val="0"/>
          <w:i w:val="0"/>
        </w:rPr>
        <w:t xml:space="preserve"> để bao gồm một giá trị mặc định, </w:t>
      </w:r>
      <w:r>
        <w:rPr>
          <w:rFonts w:ascii="Consolas" w:hAnsi="Consolas"/>
          <w:b w:val="0"/>
          <w:i w:val="0"/>
          <w:sz w:val="20"/>
        </w:rPr>
        <w:t>'dog'</w:t>
      </w:r>
      <w:r>
        <w:rPr>
          <w:b w:val="0"/>
          <w:i w:val="0"/>
        </w:rPr>
        <w:t xml:space="preserve">, cho </w:t>
      </w:r>
      <w:r>
        <w:rPr>
          <w:rFonts w:ascii="Consolas" w:hAnsi="Consolas"/>
          <w:b w:val="0"/>
          <w:i w:val="0"/>
          <w:sz w:val="20"/>
        </w:rPr>
        <w:t>animal_type</w:t>
      </w:r>
      <w:r>
        <w:rPr>
          <w:b w:val="0"/>
          <w:i w:val="0"/>
        </w:rPr>
        <w:t xml:space="preserve">. Giờ đây khi hàm được gọi mà không chỉ định </w:t>
      </w:r>
      <w:r>
        <w:rPr>
          <w:rFonts w:ascii="Consolas" w:hAnsi="Consolas"/>
          <w:b w:val="0"/>
          <w:i w:val="0"/>
          <w:sz w:val="20"/>
        </w:rPr>
        <w:t>animal_type</w:t>
      </w:r>
      <w:r>
        <w:rPr>
          <w:b w:val="0"/>
          <w:i w:val="0"/>
        </w:rPr>
        <w:t xml:space="preserve">, Python biết phải dùng giá trị </w:t>
      </w:r>
      <w:r>
        <w:rPr>
          <w:rFonts w:ascii="Consolas" w:hAnsi="Consolas"/>
          <w:b w:val="0"/>
          <w:i w:val="0"/>
          <w:sz w:val="20"/>
        </w:rPr>
        <w:t>'dog'</w:t>
      </w:r>
      <w:r>
        <w:rPr>
          <w:b w:val="0"/>
          <w:i w:val="0"/>
        </w:rPr>
        <w:t xml:space="preserve"> cho tham số này:</w:t>
      </w:r>
    </w:p>
    <w:p>
      <w:pPr>
        <w:spacing w:after="80"/>
      </w:pPr>
      <w:r>
        <w:rPr>
          <w:b w:val="0"/>
          <w:i w:val="0"/>
        </w:rPr>
        <w:t>I have a dog.</w:t>
      </w:r>
      <w:r>
        <w:br/>
      </w:r>
      <w:r>
        <w:rPr>
          <w:b w:val="0"/>
          <w:i w:val="0"/>
        </w:rPr>
        <w:t>My dog's name is Willie.</w:t>
      </w:r>
    </w:p>
    <w:p>
      <w:pPr>
        <w:spacing w:after="80"/>
      </w:pPr>
      <w:r>
        <w:rPr>
          <w:b w:val="0"/>
          <w:i w:val="0"/>
        </w:rPr>
        <w:t xml:space="preserve">Lưu ý rằng thứ tự của các tham số trong định nghĩa hàm đã phải thay đổi. Vì giá trị mặc định khiến việc chỉ định loại động vật như một đối số trở nên không cần thiết, nên đối số duy nhất còn lại trong lời gọi hàm là tên của thú cưng. Python vẫn hiểu đây là một đối số vị trí (positional argument), nên nếu hàm được gọi chỉ với tên thú cưng, đối số đó sẽ khớp với tham số đầu tiên được liệt kê trong định nghĩa hàm. Đây là lý do tham số đầu tiên cần phải là </w:t>
      </w:r>
      <w:r>
        <w:rPr>
          <w:rFonts w:ascii="Consolas" w:hAnsi="Consolas"/>
          <w:b w:val="0"/>
          <w:i w:val="0"/>
          <w:sz w:val="20"/>
        </w:rPr>
        <w:t>pet_name</w:t>
      </w:r>
      <w:r>
        <w:rPr>
          <w:b w:val="0"/>
          <w:i w:val="0"/>
        </w:rPr>
        <w:t>.</w:t>
      </w:r>
    </w:p>
    <w:p>
      <w:pPr>
        <w:spacing w:after="80"/>
      </w:pPr>
      <w:r>
        <w:rPr>
          <w:b w:val="0"/>
          <w:i w:val="0"/>
        </w:rPr>
        <w:t>Cách đơn giản nhất để dùng hàm này bây giờ là chỉ cần cung cấp tên của chú chó trong lời gọi hàm:</w:t>
      </w:r>
    </w:p>
    <w:p>
      <w:pPr>
        <w:spacing w:after="80"/>
      </w:pPr>
      <w:r>
        <w:rPr>
          <w:b w:val="0"/>
          <w:i w:val="0"/>
        </w:rPr>
        <w:t>describe_pet('willie')</w:t>
      </w:r>
    </w:p>
    <w:p>
      <w:pPr>
        <w:spacing w:after="80"/>
      </w:pPr>
      <w:r>
        <w:rPr>
          <w:b w:val="0"/>
          <w:i w:val="0"/>
        </w:rPr>
        <w:t xml:space="preserve">Lời gọi hàm này sẽ cho kết quả giống hệt ví dụ trước. Đối số (argument) duy nhất được cung cấp là </w:t>
      </w:r>
      <w:r>
        <w:rPr>
          <w:rFonts w:ascii="Consolas" w:hAnsi="Consolas"/>
          <w:b w:val="0"/>
          <w:i w:val="0"/>
          <w:sz w:val="20"/>
        </w:rPr>
        <w:t>'willie'</w:t>
      </w:r>
      <w:r>
        <w:rPr>
          <w:b w:val="0"/>
          <w:i w:val="0"/>
        </w:rPr>
        <w:t xml:space="preserve">, nên nó được khớp với tham số (parameter) đầu tiên trong định nghĩa hàm, </w:t>
      </w:r>
      <w:r>
        <w:rPr>
          <w:rFonts w:ascii="Consolas" w:hAnsi="Consolas"/>
          <w:b w:val="0"/>
          <w:i w:val="0"/>
          <w:sz w:val="20"/>
        </w:rPr>
        <w:t>pet_name</w:t>
      </w:r>
      <w:r>
        <w:rPr>
          <w:b w:val="0"/>
          <w:i w:val="0"/>
        </w:rPr>
        <w:t xml:space="preserve">. Vì không có đối số nào được cung cấp cho </w:t>
      </w:r>
      <w:r>
        <w:rPr>
          <w:rFonts w:ascii="Consolas" w:hAnsi="Consolas"/>
          <w:b w:val="0"/>
          <w:i w:val="0"/>
          <w:sz w:val="20"/>
        </w:rPr>
        <w:t>animal_type</w:t>
      </w:r>
      <w:r>
        <w:rPr>
          <w:b w:val="0"/>
          <w:i w:val="0"/>
        </w:rPr>
        <w:t xml:space="preserve">, Python sẽ dùng giá trị mặc định </w:t>
      </w:r>
      <w:r>
        <w:rPr>
          <w:rFonts w:ascii="Consolas" w:hAnsi="Consolas"/>
          <w:b w:val="0"/>
          <w:i w:val="0"/>
          <w:sz w:val="20"/>
        </w:rPr>
        <w:t>'dog'</w:t>
      </w:r>
      <w:r>
        <w:rPr>
          <w:b w:val="0"/>
          <w:i w:val="0"/>
        </w:rPr>
        <w:t>.</w:t>
      </w:r>
    </w:p>
    <w:p>
      <w:pPr>
        <w:spacing w:after="80"/>
      </w:pPr>
      <w:r>
        <w:rPr>
          <w:b w:val="0"/>
          <w:i w:val="0"/>
        </w:rPr>
        <w:t>Để mô tả một con vật không phải chó, bạn có thể dùng lời gọi hàm như thế này:</w:t>
      </w:r>
    </w:p>
    <w:p>
      <w:pPr>
        <w:spacing w:after="80"/>
      </w:pPr>
      <w:r>
        <w:rPr>
          <w:b w:val="0"/>
          <w:i w:val="0"/>
        </w:rPr>
        <w:t>describe_pet(pet_name='harry', animal_type='hamster')</w:t>
      </w:r>
    </w:p>
    <w:p>
      <w:pPr>
        <w:spacing w:after="80"/>
      </w:pPr>
      <w:r>
        <w:rPr>
          <w:b w:val="0"/>
          <w:i w:val="0"/>
        </w:rPr>
        <w:t xml:space="preserve">Vì đã cung cấp một đối số rõ ràng cho </w:t>
      </w:r>
      <w:r>
        <w:rPr>
          <w:rFonts w:ascii="Consolas" w:hAnsi="Consolas"/>
          <w:b w:val="0"/>
          <w:i w:val="0"/>
          <w:sz w:val="20"/>
        </w:rPr>
        <w:t>animal_type</w:t>
      </w:r>
      <w:r>
        <w:rPr>
          <w:b w:val="0"/>
          <w:i w:val="0"/>
        </w:rPr>
        <w:t>, Python sẽ bỏ qua giá trị mặc định của tham số đó.</w:t>
      </w:r>
    </w:p>
    <w:p>
      <w:pPr>
        <w:spacing w:before="120" w:after="40"/>
      </w:pPr>
      <w:r>
        <w:rPr>
          <w:b/>
          <w:sz w:val="21"/>
        </w:rPr>
        <w:t>Ghi chú</w:t>
      </w:r>
    </w:p>
    <w:p>
      <w:pPr>
        <w:spacing w:after="80"/>
      </w:pPr>
      <w:r>
        <w:rPr>
          <w:b w:val="0"/>
          <w:i w:val="0"/>
        </w:rPr>
        <w:t>Khi bạn dùng giá trị mặc định, bất kỳ tham số nào có giá trị mặc định đều phải được liệt kê sau tất cả các tham số không có giá trị mặc định. Điều này giúp Python tiếp tục diễn giải các đối số theo vị trí (positional argument) một cách chính xác.</w:t>
      </w:r>
    </w:p>
    <w:p>
      <w:pPr>
        <w:pStyle w:val="Heading3"/>
      </w:pPr>
      <w:r>
        <w:rPr>
          <w:rFonts w:ascii="Calibri" w:hAnsi="Calibri"/>
          <w:b/>
          <w:i w:val="0"/>
          <w:sz w:val="27"/>
        </w:rPr>
        <w:t>Các cách gọi hàm tương đương</w:t>
      </w:r>
    </w:p>
    <w:p>
      <w:pPr>
        <w:spacing w:after="80"/>
      </w:pPr>
      <w:r>
        <w:rPr>
          <w:b w:val="0"/>
          <w:i w:val="0"/>
        </w:rPr>
        <w:t xml:space="preserve">Vì đối số theo vị trí, đối số theo từ khóa (keyword argument) và giá trị mặc định đều có thể được dùng chung với nhau, nên bạn sẽ thường có nhiều cách gọi hàm tương đương nhau. Hãy xem định nghĩa sau cho </w:t>
      </w:r>
      <w:r>
        <w:rPr>
          <w:rFonts w:ascii="Consolas" w:hAnsi="Consolas"/>
          <w:b w:val="0"/>
          <w:i w:val="0"/>
          <w:sz w:val="20"/>
        </w:rPr>
        <w:t>describe_pet()</w:t>
      </w:r>
      <w:r>
        <w:rPr>
          <w:b w:val="0"/>
          <w:i w:val="0"/>
        </w:rPr>
        <w:t xml:space="preserve"> với một giá trị mặc định được cung cấp:</w:t>
      </w:r>
    </w:p>
    <w:p>
      <w:pPr>
        <w:spacing w:after="80"/>
      </w:pPr>
      <w:r>
        <w:rPr>
          <w:b w:val="0"/>
          <w:i w:val="0"/>
        </w:rPr>
        <w:t>def describe_pet(pet_name, animal_type='dog'):</w:t>
      </w:r>
    </w:p>
    <w:p>
      <w:pPr>
        <w:spacing w:after="80"/>
      </w:pPr>
      <w:r>
        <w:rPr>
          <w:b w:val="0"/>
          <w:i w:val="0"/>
        </w:rPr>
        <w:t xml:space="preserve">Với định nghĩa này, luôn phải cung cấp một đối số cho </w:t>
      </w:r>
      <w:r>
        <w:rPr>
          <w:rFonts w:ascii="Consolas" w:hAnsi="Consolas"/>
          <w:b w:val="0"/>
          <w:i w:val="0"/>
          <w:sz w:val="20"/>
        </w:rPr>
        <w:t>pet_name</w:t>
      </w:r>
      <w:r>
        <w:rPr>
          <w:b w:val="0"/>
          <w:i w:val="0"/>
        </w:rPr>
        <w:t xml:space="preserve">, và giá trị này có thể được cung cấp theo dạng vị trí hoặc dạng từ khóa. Nếu con vật được mô tả không phải là chó, thì phải thêm một đối số cho </w:t>
      </w:r>
      <w:r>
        <w:rPr>
          <w:rFonts w:ascii="Consolas" w:hAnsi="Consolas"/>
          <w:b w:val="0"/>
          <w:i w:val="0"/>
          <w:sz w:val="20"/>
        </w:rPr>
        <w:t>animal_type</w:t>
      </w:r>
      <w:r>
        <w:rPr>
          <w:b w:val="0"/>
          <w:i w:val="0"/>
        </w:rPr>
        <w:t xml:space="preserve"> trong lời gọi hàm, và đối số này cũng có thể được chỉ định theo dạng vị trí hoặc dạng từ khóa.</w:t>
      </w:r>
    </w:p>
    <w:p>
      <w:pPr>
        <w:spacing w:after="80"/>
      </w:pPr>
      <w:r>
        <w:rPr>
          <w:b w:val="0"/>
          <w:i w:val="0"/>
        </w:rPr>
        <w:t>Tất cả các lời gọi hàm sau đây đều hoạt động với hàm này:</w:t>
      </w:r>
    </w:p>
    <w:p>
      <w:pPr>
        <w:spacing w:after="80"/>
      </w:pPr>
      <w:r>
        <w:rPr>
          <w:b w:val="0"/>
          <w:i w:val="0"/>
        </w:rPr>
        <w:t># Một chú chó tên Willie.</w:t>
      </w:r>
      <w:r>
        <w:br/>
      </w:r>
      <w:r>
        <w:rPr>
          <w:b w:val="0"/>
          <w:i w:val="0"/>
        </w:rPr>
        <w:t>describe_pet('willie')</w:t>
      </w:r>
      <w:r>
        <w:br/>
      </w:r>
      <w:r>
        <w:rPr>
          <w:b w:val="0"/>
          <w:i w:val="0"/>
        </w:rPr>
        <w:t>describe_pet(pet_name='willie')</w:t>
      </w:r>
      <w:r>
        <w:br/>
      </w:r>
      <w:r>
        <w:br/>
      </w:r>
      <w:r>
        <w:rPr>
          <w:b w:val="0"/>
          <w:i w:val="0"/>
        </w:rPr>
        <w:t># Một chú hamster tên Harry.</w:t>
      </w:r>
      <w:r>
        <w:br/>
      </w:r>
      <w:r>
        <w:rPr>
          <w:b w:val="0"/>
          <w:i w:val="0"/>
        </w:rPr>
        <w:t>describe_pet('harry', 'hamster')</w:t>
      </w:r>
      <w:r>
        <w:br/>
      </w:r>
      <w:r>
        <w:rPr>
          <w:b w:val="0"/>
          <w:i w:val="0"/>
        </w:rPr>
        <w:t>describe_pet(pet_name='harry', animal_type='hamster')</w:t>
      </w:r>
      <w:r>
        <w:br/>
      </w:r>
      <w:r>
        <w:rPr>
          <w:b w:val="0"/>
          <w:i w:val="0"/>
        </w:rPr>
        <w:t>describe_pet(animal_type='hamster', pet_name='harry')</w:t>
      </w:r>
    </w:p>
    <w:p>
      <w:pPr>
        <w:spacing w:after="80"/>
      </w:pPr>
      <w:r>
        <w:rPr>
          <w:b w:val="0"/>
          <w:i w:val="0"/>
        </w:rPr>
        <w:t>Mỗi lời gọi hàm trong số này sẽ cho ra kết quả giống hệt các ví dụ trước.</w:t>
      </w:r>
    </w:p>
    <w:p>
      <w:pPr>
        <w:spacing w:after="80"/>
      </w:pPr>
      <w:r>
        <w:rPr>
          <w:b w:val="0"/>
          <w:i w:val="0"/>
        </w:rPr>
        <w:t>Dùng kiểu gọi nào cũng không quan trọng lắm. Miễn là lời gọi hàm của bạn tạo ra kết quả bạn muốn, cứ dùng kiểu mà bạn thấy dễ hiểu nhất.</w:t>
      </w:r>
    </w:p>
    <w:p>
      <w:pPr>
        <w:pStyle w:val="Heading3"/>
      </w:pPr>
      <w:r>
        <w:rPr>
          <w:rFonts w:ascii="Calibri" w:hAnsi="Calibri"/>
          <w:b/>
          <w:i w:val="0"/>
          <w:sz w:val="27"/>
        </w:rPr>
        <w:t>Tránh lỗi đối số</w:t>
      </w:r>
    </w:p>
    <w:p>
      <w:pPr>
        <w:spacing w:after="80"/>
      </w:pPr>
      <w:r>
        <w:rPr>
          <w:b w:val="0"/>
          <w:i w:val="0"/>
        </w:rPr>
        <w:t xml:space="preserve">Khi bắt đầu dùng hàm, đừng ngạc nhiên nếu bạn gặp lỗi về đối số không khớp. Lỗi đối số không khớp xảy ra khi bạn cung cấp ít hơn hoặc nhiều hơn số đối số mà hàm cần để hoạt động. Ví dụ, đây là điều xảy ra nếu ta thử gọi </w:t>
      </w:r>
      <w:r>
        <w:rPr>
          <w:rFonts w:ascii="Consolas" w:hAnsi="Consolas"/>
          <w:b w:val="0"/>
          <w:i w:val="0"/>
          <w:sz w:val="20"/>
        </w:rPr>
        <w:t>describe_pet()</w:t>
      </w:r>
      <w:r>
        <w:rPr>
          <w:b w:val="0"/>
          <w:i w:val="0"/>
        </w:rPr>
        <w:t xml:space="preserve"> mà không truyền đối số nào:</w:t>
      </w:r>
    </w:p>
    <w:p>
      <w:pPr>
        <w:spacing w:after="0"/>
        <w:ind w:left="360"/>
        <w:shd w:val="clear" w:color="auto" w:fill="F2F2F2"/>
      </w:pPr>
      <w:r>
        <w:rPr>
          <w:rFonts w:ascii="Consolas" w:hAnsi="Consolas"/>
          <w:b w:val="0"/>
          <w:i w:val="0"/>
          <w:sz w:val="18"/>
        </w:rPr>
        <w:t>def describe_pet(animal_type, pet_name):</w:t>
      </w:r>
    </w:p>
    <w:p>
      <w:pPr>
        <w:spacing w:after="0"/>
        <w:ind w:left="360"/>
        <w:shd w:val="clear" w:color="auto" w:fill="F2F2F2"/>
      </w:pPr>
      <w:r>
        <w:rPr>
          <w:rFonts w:ascii="Consolas" w:hAnsi="Consolas"/>
          <w:b w:val="0"/>
          <w:i w:val="0"/>
          <w:sz w:val="18"/>
        </w:rPr>
        <w:t xml:space="preserve">    """Display information about a pet."""</w:t>
      </w:r>
    </w:p>
    <w:p>
      <w:pPr>
        <w:spacing w:after="0"/>
        <w:ind w:left="360"/>
        <w:shd w:val="clear" w:color="auto" w:fill="F2F2F2"/>
      </w:pPr>
      <w:r>
        <w:rPr>
          <w:rFonts w:ascii="Consolas" w:hAnsi="Consolas"/>
          <w:b w:val="0"/>
          <w:i w:val="0"/>
          <w:sz w:val="18"/>
        </w:rPr>
        <w:t xml:space="preserve">    print(f"\nI have a {animal_type}.")</w:t>
      </w:r>
    </w:p>
    <w:p>
      <w:pPr>
        <w:spacing w:after="0"/>
        <w:ind w:left="360"/>
        <w:shd w:val="clear" w:color="auto" w:fill="F2F2F2"/>
      </w:pPr>
      <w:r>
        <w:rPr>
          <w:rFonts w:ascii="Consolas" w:hAnsi="Consolas"/>
          <w:b w:val="0"/>
          <w:i w:val="0"/>
          <w:sz w:val="18"/>
        </w:rPr>
        <w:t xml:space="preserve">    print(f"My {animal_type}'s name is {pet_name.title()}.")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describe_pet()</w:t>
      </w:r>
    </w:p>
    <w:p>
      <w:pPr>
        <w:spacing w:after="40"/>
      </w:pPr>
    </w:p>
    <w:p>
      <w:pPr>
        <w:spacing w:after="80"/>
      </w:pPr>
      <w:r>
        <w:rPr>
          <w:b w:val="0"/>
          <w:i w:val="0"/>
        </w:rPr>
        <w:t>Python nhận ra rằng lời gọi hàm đang thiếu một số thông tin, và traceback cho ta biết rằng:</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❶   File "pets.py", line 6, in &lt;module&gt;</w:t>
      </w:r>
    </w:p>
    <w:p>
      <w:pPr>
        <w:spacing w:after="0"/>
        <w:ind w:left="360"/>
        <w:shd w:val="clear" w:color="auto" w:fill="F2F2F2"/>
      </w:pPr>
      <w:r>
        <w:rPr>
          <w:rFonts w:ascii="Consolas" w:hAnsi="Consolas"/>
          <w:b w:val="0"/>
          <w:i w:val="0"/>
          <w:sz w:val="18"/>
        </w:rPr>
        <w:t>❷     describe_pet()</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❸ TypeError: describe_pet() missing 2 required positional arguments: </w:t>
      </w:r>
    </w:p>
    <w:p>
      <w:pPr>
        <w:spacing w:after="0"/>
        <w:ind w:left="360"/>
        <w:shd w:val="clear" w:color="auto" w:fill="F2F2F2"/>
      </w:pPr>
      <w:r>
        <w:rPr>
          <w:rFonts w:ascii="Consolas" w:hAnsi="Consolas"/>
          <w:b w:val="0"/>
          <w:i w:val="0"/>
          <w:sz w:val="18"/>
        </w:rPr>
        <w:t xml:space="preserve">    'animal_type' and 'pet_name'</w:t>
      </w:r>
    </w:p>
    <w:p>
      <w:pPr>
        <w:spacing w:after="40"/>
      </w:pPr>
    </w:p>
    <w:p>
      <w:pPr>
        <w:spacing w:after="80"/>
      </w:pPr>
      <w:r>
        <w:rPr>
          <w:b w:val="0"/>
          <w:i w:val="0"/>
        </w:rPr>
        <w:t>Traceback trước tiên cho ta biết vị trí của vấn đề ❶, giúp ta nhìn lại và thấy rằng có gì đó sai trong lời gọi hàm của mình. Tiếp theo, lời gọi hàm gây lỗi được viết ra cho ta thấy ❷. Cuối cùng, traceback cho ta biết lời gọi này thiếu hai đối số và báo tên của những đối số còn thiếu ❸. Nếu hàm này nằm trong một file riêng, ta có thể sẽ viết lại lời gọi cho đúng mà không cần phải mở file đó ra đọc code của hàm.</w:t>
      </w:r>
    </w:p>
    <w:p>
      <w:pPr>
        <w:spacing w:after="80"/>
      </w:pPr>
      <w:r>
        <w:rPr>
          <w:b w:val="0"/>
          <w:i w:val="0"/>
        </w:rPr>
        <w:t>Python thật hữu ích ở chỗ nó đọc code của hàm giúp ta và cho ta biết tên của những đối số mà ta cần cung cấp. Đây là một lý do nữa để đặt tên mô tả cho các biến và hàm của bạn. Nếu bạn làm vậy, các thông báo lỗi của Python sẽ hữu ích hơn cho bạn và cho bất kỳ ai khác có thể dùng code của bạn.</w:t>
      </w:r>
    </w:p>
    <w:p>
      <w:pPr>
        <w:spacing w:after="80"/>
      </w:pPr>
      <w:r>
        <w:rPr>
          <w:b w:val="0"/>
          <w:i w:val="0"/>
        </w:rPr>
        <w:t>Nếu bạn cung cấp quá nhiều đối số, bạn cũng sẽ nhận được một traceback tương tự giúp bạn khớp đúng lời gọi hàm với định nghĩa hàm.</w:t>
      </w:r>
    </w:p>
    <w:p>
      <w:pPr>
        <w:spacing w:before="120" w:after="40"/>
      </w:pPr>
      <w:r>
        <w:rPr>
          <w:b/>
          <w:sz w:val="21"/>
        </w:rPr>
        <w:t>Tự thực hành</w:t>
      </w:r>
    </w:p>
    <w:p>
      <w:pPr>
        <w:spacing w:after="80"/>
      </w:pPr>
      <w:r>
        <w:rPr>
          <w:b/>
          <w:i w:val="0"/>
        </w:rPr>
        <w:t>8-3. Áo phông:</w:t>
      </w:r>
      <w:r>
        <w:rPr>
          <w:b w:val="0"/>
          <w:i w:val="0"/>
        </w:rPr>
        <w:t xml:space="preserve"> Viết một hàm tên là </w:t>
      </w:r>
      <w:r>
        <w:rPr>
          <w:rFonts w:ascii="Consolas" w:hAnsi="Consolas"/>
          <w:b w:val="0"/>
          <w:i w:val="0"/>
          <w:sz w:val="20"/>
        </w:rPr>
        <w:t>make_shirt()</w:t>
      </w:r>
      <w:r>
        <w:rPr>
          <w:b w:val="0"/>
          <w:i w:val="0"/>
        </w:rPr>
        <w:t xml:space="preserve"> nhận vào một kích cỡ và nội dung thông điệp cần in trên áo. Hàm này sẽ in ra một câu tóm tắt kích cỡ của áo và thông điệp được in trên đó.</w:t>
      </w:r>
    </w:p>
    <w:p>
      <w:pPr>
        <w:spacing w:after="80"/>
      </w:pPr>
      <w:r>
        <w:rPr>
          <w:b w:val="0"/>
          <w:i w:val="0"/>
        </w:rPr>
        <w:t>Gọi hàm một lần bằng đối số theo vị trí để tạo một chiếc áo. Gọi hàm lần thứ hai bằng đối số theo từ khóa.</w:t>
      </w:r>
    </w:p>
    <w:p>
      <w:pPr>
        <w:spacing w:after="80"/>
      </w:pPr>
      <w:r>
        <w:rPr>
          <w:b/>
          <w:i w:val="0"/>
        </w:rPr>
        <w:t>8-4. Áo cỡ lớn:</w:t>
      </w:r>
      <w:r>
        <w:rPr>
          <w:b w:val="0"/>
          <w:i w:val="0"/>
        </w:rPr>
        <w:t xml:space="preserve"> Sửa hàm </w:t>
      </w:r>
      <w:r>
        <w:rPr>
          <w:rFonts w:ascii="Consolas" w:hAnsi="Consolas"/>
          <w:b w:val="0"/>
          <w:i w:val="0"/>
          <w:sz w:val="20"/>
        </w:rPr>
        <w:t>make_shirt()</w:t>
      </w:r>
      <w:r>
        <w:rPr>
          <w:b w:val="0"/>
          <w:i w:val="0"/>
        </w:rPr>
        <w:t xml:space="preserve"> sao cho mặc định áo là cỡ lớn với thông điệp là </w:t>
      </w:r>
      <w:r>
        <w:rPr>
          <w:b w:val="0"/>
          <w:i/>
        </w:rPr>
        <w:t>I love Python</w:t>
      </w:r>
      <w:r>
        <w:rPr>
          <w:b w:val="0"/>
          <w:i w:val="0"/>
        </w:rPr>
        <w:t>. Tạo một chiếc áo cỡ lớn và một chiếc áo cỡ trung với thông điệp mặc định, và một chiếc áo cỡ bất kỳ với thông điệp khác.</w:t>
      </w:r>
    </w:p>
    <w:p>
      <w:pPr>
        <w:spacing w:after="80"/>
      </w:pPr>
      <w:r>
        <w:rPr>
          <w:b/>
          <w:i w:val="0"/>
        </w:rPr>
        <w:t>8-5. Các thành phố:</w:t>
      </w:r>
      <w:r>
        <w:rPr>
          <w:b w:val="0"/>
          <w:i w:val="0"/>
        </w:rPr>
        <w:t xml:space="preserve"> Viết một hàm tên là </w:t>
      </w:r>
      <w:r>
        <w:rPr>
          <w:rFonts w:ascii="Consolas" w:hAnsi="Consolas"/>
          <w:b w:val="0"/>
          <w:i w:val="0"/>
          <w:sz w:val="20"/>
        </w:rPr>
        <w:t>describe_city()</w:t>
      </w:r>
      <w:r>
        <w:rPr>
          <w:b w:val="0"/>
          <w:i w:val="0"/>
        </w:rPr>
        <w:t xml:space="preserve"> nhận vào tên của một thành phố và quốc gia của nó. Hàm này sẽ in ra một câu đơn giản, chẳng hạn như </w:t>
      </w:r>
      <w:r>
        <w:rPr>
          <w:rFonts w:ascii="Consolas" w:hAnsi="Consolas"/>
          <w:b w:val="0"/>
          <w:i w:val="0"/>
          <w:sz w:val="20"/>
        </w:rPr>
        <w:t>Reykjavik is in Iceland</w:t>
      </w:r>
      <w:r>
        <w:rPr>
          <w:b w:val="0"/>
          <w:i w:val="0"/>
        </w:rPr>
        <w:t>. Gán cho tham số quốc gia một giá trị mặc định. Gọi hàm của bạn với ba thành phố khác nhau, trong đó ít nhất một thành phố không thuộc quốc gia mặc định.</w:t>
      </w:r>
    </w:p>
    <w:p>
      <w:pPr>
        <w:pStyle w:val="Heading2"/>
      </w:pPr>
      <w:r>
        <w:rPr>
          <w:rFonts w:ascii="Calibri" w:hAnsi="Calibri"/>
          <w:b/>
          <w:i w:val="0"/>
          <w:sz w:val="32"/>
        </w:rPr>
        <w:t>Giá trị trả về</w:t>
      </w:r>
    </w:p>
    <w:p>
      <w:pPr>
        <w:spacing w:after="80"/>
      </w:pPr>
      <w:r>
        <w:rPr>
          <w:b w:val="0"/>
          <w:i w:val="0"/>
        </w:rPr>
        <w:t xml:space="preserve">Một hàm không phải lúc nào cũng cần hiển thị kết quả trực tiếp. Thay vào đó, nó có thể xử lý dữ liệu rồi trả về một giá trị hoặc một tập giá trị. Giá trị mà hàm trả về được gọi là </w:t>
      </w:r>
      <w:r>
        <w:rPr>
          <w:b w:val="0"/>
          <w:i/>
        </w:rPr>
        <w:t>giá trị trả về</w:t>
      </w:r>
      <w:r>
        <w:rPr>
          <w:b w:val="0"/>
          <w:i w:val="0"/>
        </w:rPr>
        <w:t xml:space="preserve"> (return value). Câu lệnh </w:t>
      </w:r>
      <w:r>
        <w:rPr>
          <w:rFonts w:ascii="Consolas" w:hAnsi="Consolas"/>
          <w:b w:val="0"/>
          <w:i w:val="0"/>
          <w:sz w:val="20"/>
        </w:rPr>
        <w:t>return</w:t>
      </w:r>
      <w:r>
        <w:rPr>
          <w:b w:val="0"/>
          <w:i w:val="0"/>
        </w:rPr>
        <w:t xml:space="preserve"> lấy một giá trị từ bên trong hàm và gửi nó trở lại dòng đã gọi hàm. Giá trị trả về cho phép bạn chuyển phần lớn công việc nặng nhọc của chương trình vào các hàm, giúp phần thân chương trình gọn gàng hơn.</w:t>
      </w:r>
    </w:p>
    <w:p>
      <w:pPr>
        <w:pStyle w:val="Heading3"/>
      </w:pPr>
      <w:r>
        <w:rPr>
          <w:rFonts w:ascii="Calibri" w:hAnsi="Calibri"/>
          <w:b/>
          <w:i w:val="0"/>
          <w:sz w:val="27"/>
        </w:rPr>
        <w:t>Trả về một giá trị đơn giản</w:t>
      </w:r>
    </w:p>
    <w:p>
      <w:pPr>
        <w:spacing w:after="80"/>
      </w:pPr>
      <w:r>
        <w:rPr>
          <w:b w:val="0"/>
          <w:i w:val="0"/>
        </w:rPr>
        <w:t>Hãy xem một hàm nhận tên và họ, rồi trả về một họ tên được định dạng gọn gàng:</w:t>
      </w:r>
    </w:p>
    <w:p>
      <w:pPr>
        <w:spacing w:after="80"/>
      </w:pPr>
      <w:r>
        <w:rPr>
          <w:b w:val="0"/>
          <w:i w:val="0"/>
        </w:rPr>
        <w:t>formatted_name.py</w:t>
      </w:r>
    </w:p>
    <w:p>
      <w:pPr>
        <w:spacing w:after="0"/>
        <w:ind w:left="360"/>
        <w:shd w:val="clear" w:color="auto" w:fill="F2F2F2"/>
      </w:pPr>
      <w:r>
        <w:rPr>
          <w:rFonts w:ascii="Consolas" w:hAnsi="Consolas"/>
          <w:b w:val="0"/>
          <w:i w:val="0"/>
          <w:sz w:val="18"/>
        </w:rPr>
        <w:t>def get_formatted_name(first_name, last_name):</w:t>
      </w:r>
    </w:p>
    <w:p>
      <w:pPr>
        <w:spacing w:after="0"/>
        <w:ind w:left="360"/>
        <w:shd w:val="clear" w:color="auto" w:fill="F2F2F2"/>
      </w:pPr>
      <w:r>
        <w:rPr>
          <w:rFonts w:ascii="Consolas" w:hAnsi="Consolas"/>
          <w:b w:val="0"/>
          <w:i w:val="0"/>
          <w:sz w:val="18"/>
        </w:rPr>
        <w:t xml:space="preserve">    """Return a full name, neatly formatted."""</w:t>
      </w:r>
    </w:p>
    <w:p>
      <w:pPr>
        <w:spacing w:after="0"/>
        <w:ind w:left="360"/>
        <w:shd w:val="clear" w:color="auto" w:fill="F2F2F2"/>
      </w:pPr>
      <w:r>
        <w:rPr>
          <w:rFonts w:ascii="Consolas" w:hAnsi="Consolas"/>
          <w:b w:val="0"/>
          <w:i w:val="0"/>
          <w:sz w:val="18"/>
        </w:rPr>
        <w:t>❶     full_name = f"{first_name} {last_name}"</w:t>
      </w:r>
    </w:p>
    <w:p>
      <w:pPr>
        <w:spacing w:after="0"/>
        <w:ind w:left="360"/>
        <w:shd w:val="clear" w:color="auto" w:fill="F2F2F2"/>
      </w:pPr>
      <w:r>
        <w:rPr>
          <w:rFonts w:ascii="Consolas" w:hAnsi="Consolas"/>
          <w:b w:val="0"/>
          <w:i w:val="0"/>
          <w:sz w:val="18"/>
        </w:rPr>
        <w:t>❷     return full_name.title()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musician = get_formatted_name('jimi', 'hendrix')</w:t>
      </w:r>
    </w:p>
    <w:p>
      <w:pPr>
        <w:spacing w:after="0"/>
        <w:ind w:left="360"/>
        <w:shd w:val="clear" w:color="auto" w:fill="F2F2F2"/>
      </w:pPr>
      <w:r>
        <w:rPr>
          <w:rFonts w:ascii="Consolas" w:hAnsi="Consolas"/>
          <w:b w:val="0"/>
          <w:i w:val="0"/>
          <w:sz w:val="18"/>
        </w:rPr>
        <w:t>print(musician)</w:t>
      </w:r>
    </w:p>
    <w:p>
      <w:pPr>
        <w:spacing w:after="40"/>
      </w:pPr>
    </w:p>
    <w:p>
      <w:pPr>
        <w:spacing w:after="80"/>
      </w:pPr>
      <w:r>
        <w:rPr>
          <w:b w:val="0"/>
          <w:i w:val="0"/>
        </w:rPr>
        <w:t xml:space="preserve">Định nghĩa của </w:t>
      </w:r>
      <w:r>
        <w:rPr>
          <w:rFonts w:ascii="Consolas" w:hAnsi="Consolas"/>
          <w:b w:val="0"/>
          <w:i w:val="0"/>
          <w:sz w:val="20"/>
        </w:rPr>
        <w:t>get_formatted_name()</w:t>
      </w:r>
      <w:r>
        <w:rPr>
          <w:b w:val="0"/>
          <w:i w:val="0"/>
        </w:rPr>
        <w:t xml:space="preserve"> nhận tham số là tên và họ. Hàm kết hợp hai tên này, thêm một khoảng trắng ở giữa, và gán kết quả cho </w:t>
      </w:r>
      <w:r>
        <w:rPr>
          <w:rFonts w:ascii="Consolas" w:hAnsi="Consolas"/>
          <w:b w:val="0"/>
          <w:i w:val="0"/>
          <w:sz w:val="20"/>
        </w:rPr>
        <w:t>full_name</w:t>
      </w:r>
      <w:r>
        <w:rPr>
          <w:b w:val="0"/>
          <w:i w:val="0"/>
        </w:rPr>
        <w:t xml:space="preserve"> ❶. Giá trị của </w:t>
      </w:r>
      <w:r>
        <w:rPr>
          <w:rFonts w:ascii="Consolas" w:hAnsi="Consolas"/>
          <w:b w:val="0"/>
          <w:i w:val="0"/>
          <w:sz w:val="20"/>
        </w:rPr>
        <w:t>full_name</w:t>
      </w:r>
      <w:r>
        <w:rPr>
          <w:b w:val="0"/>
          <w:i w:val="0"/>
        </w:rPr>
        <w:t xml:space="preserve"> được chuyển sang dạng chữ hoa đầu từ (title case), rồi được trả về cho dòng đã gọi nó ❷.</w:t>
      </w:r>
    </w:p>
    <w:p>
      <w:pPr>
        <w:spacing w:after="80"/>
      </w:pPr>
      <w:r>
        <w:rPr>
          <w:b w:val="0"/>
          <w:i w:val="0"/>
        </w:rPr>
        <w:t xml:space="preserve">Khi bạn gọi một hàm có trả về giá trị, bạn cần cung cấp một biến để gán giá trị trả về đó. Trong trường hợp này, giá trị trả về được gán cho biến </w:t>
      </w:r>
      <w:r>
        <w:rPr>
          <w:rFonts w:ascii="Consolas" w:hAnsi="Consolas"/>
          <w:b w:val="0"/>
          <w:i w:val="0"/>
          <w:sz w:val="20"/>
        </w:rPr>
        <w:t>musician</w:t>
      </w:r>
      <w:r>
        <w:rPr>
          <w:b w:val="0"/>
          <w:i w:val="0"/>
        </w:rPr>
        <w:t xml:space="preserve"> ❸. Kết quả hiển thị một họ tên được định dạng gọn gàng, ghép từ các phần trong tên của một người:</w:t>
      </w:r>
    </w:p>
    <w:p>
      <w:pPr>
        <w:spacing w:after="80"/>
      </w:pPr>
      <w:r>
        <w:rPr>
          <w:b w:val="0"/>
          <w:i w:val="0"/>
        </w:rPr>
        <w:t>Jimi Hendrix</w:t>
      </w:r>
    </w:p>
    <w:p>
      <w:pPr>
        <w:spacing w:after="80"/>
      </w:pPr>
      <w:r>
        <w:rPr>
          <w:b w:val="0"/>
          <w:i w:val="0"/>
        </w:rPr>
        <w:t>Điều này có vẻ như tốn khá nhiều công sức để có một họ tên gọn gàng, trong khi chúng ta chỉ cần viết:</w:t>
      </w:r>
    </w:p>
    <w:p>
      <w:pPr>
        <w:spacing w:after="80"/>
      </w:pPr>
      <w:r>
        <w:rPr>
          <w:b w:val="0"/>
          <w:i w:val="0"/>
        </w:rPr>
        <w:t>print("Jimi Hendrix")</w:t>
      </w:r>
    </w:p>
    <w:p>
      <w:pPr>
        <w:spacing w:after="80"/>
      </w:pPr>
      <w:r>
        <w:rPr>
          <w:b w:val="0"/>
          <w:i w:val="0"/>
        </w:rPr>
        <w:t xml:space="preserve">Tuy nhiên, khi bạn nghĩ đến việc làm việc với một chương trình lớn cần lưu trữ nhiều tên và họ riêng biệt, những hàm như </w:t>
      </w:r>
      <w:r>
        <w:rPr>
          <w:rFonts w:ascii="Consolas" w:hAnsi="Consolas"/>
          <w:b w:val="0"/>
          <w:i w:val="0"/>
          <w:sz w:val="20"/>
        </w:rPr>
        <w:t>get_formatted_name()</w:t>
      </w:r>
      <w:r>
        <w:rPr>
          <w:b w:val="0"/>
          <w:i w:val="0"/>
        </w:rPr>
        <w:t xml:space="preserve"> trở nên rất hữu ích. Bạn lưu tên và họ riêng ra, rồi gọi hàm này mỗi khi muốn hiển thị họ tên đầy đủ.</w:t>
      </w:r>
    </w:p>
    <w:p>
      <w:pPr>
        <w:pStyle w:val="Heading3"/>
      </w:pPr>
      <w:r>
        <w:rPr>
          <w:rFonts w:ascii="Calibri" w:hAnsi="Calibri"/>
          <w:b/>
          <w:i w:val="0"/>
          <w:sz w:val="27"/>
        </w:rPr>
        <w:t>Biến một đối số thành tùy chọn</w:t>
      </w:r>
    </w:p>
    <w:p>
      <w:pPr>
        <w:spacing w:after="80"/>
      </w:pPr>
      <w:r>
        <w:rPr>
          <w:b w:val="0"/>
          <w:i w:val="0"/>
        </w:rPr>
        <w:t>Đôi khi việc biến một đối số thành tùy chọn là hợp lý, để người dùng hàm có thể chọn cung cấp thêm thông tin chỉ khi họ muốn. Bạn có thể dùng giá trị mặc định (default value) để biến một đối số thành tùy chọn.</w:t>
      </w:r>
    </w:p>
    <w:p>
      <w:pPr>
        <w:spacing w:after="80"/>
      </w:pPr>
      <w:r>
        <w:rPr>
          <w:b w:val="0"/>
          <w:i w:val="0"/>
        </w:rPr>
        <w:t xml:space="preserve">Ví dụ, giả sử chúng ta muốn mở rộng </w:t>
      </w:r>
      <w:r>
        <w:rPr>
          <w:rFonts w:ascii="Consolas" w:hAnsi="Consolas"/>
          <w:b w:val="0"/>
          <w:i w:val="0"/>
          <w:sz w:val="20"/>
        </w:rPr>
        <w:t>get_formatted_name()</w:t>
      </w:r>
      <w:r>
        <w:rPr>
          <w:b w:val="0"/>
          <w:i w:val="0"/>
        </w:rPr>
        <w:t xml:space="preserve"> để xử lý cả tên đệm. Lần thử đầu tiên để thêm tên đệm có thể trông như thế này:</w:t>
      </w:r>
    </w:p>
    <w:p>
      <w:pPr>
        <w:spacing w:after="80"/>
      </w:pPr>
      <w:r>
        <w:rPr>
          <w:b w:val="0"/>
          <w:i w:val="0"/>
        </w:rPr>
        <w:t>def get_formatted_name(first_name, middle_name, last_name):</w:t>
      </w:r>
      <w:r>
        <w:br/>
      </w:r>
      <w:r>
        <w:rPr>
          <w:b w:val="0"/>
          <w:i w:val="0"/>
        </w:rPr>
        <w:t xml:space="preserve">    """Return a full name, neatly formatted."""</w:t>
      </w:r>
      <w:r>
        <w:br/>
      </w:r>
      <w:r>
        <w:rPr>
          <w:b w:val="0"/>
          <w:i w:val="0"/>
        </w:rPr>
        <w:t xml:space="preserve">    full_name = f"{first_name} {middle_name} {last_name}"</w:t>
      </w:r>
      <w:r>
        <w:br/>
      </w:r>
      <w:r>
        <w:rPr>
          <w:b w:val="0"/>
          <w:i w:val="0"/>
        </w:rPr>
        <w:t xml:space="preserve">    return full_name.title()</w:t>
      </w:r>
      <w:r>
        <w:br/>
      </w:r>
      <w:r>
        <w:br/>
      </w:r>
      <w:r>
        <w:rPr>
          <w:b w:val="0"/>
          <w:i w:val="0"/>
        </w:rPr>
        <w:t>musician = get_formatted_name('john', 'lee', 'hooker')</w:t>
      </w:r>
      <w:r>
        <w:br/>
      </w:r>
      <w:r>
        <w:rPr>
          <w:b w:val="0"/>
          <w:i w:val="0"/>
        </w:rPr>
        <w:t>print(musician)</w:t>
      </w:r>
    </w:p>
    <w:p>
      <w:pPr>
        <w:spacing w:after="80"/>
      </w:pPr>
      <w:r>
        <w:rPr>
          <w:b w:val="0"/>
          <w:i w:val="0"/>
        </w:rPr>
        <w:t>Hàm này hoạt động khi được cung cấp tên, tên đệm và họ. Hàm nhận vào cả ba phần của tên rồi xây dựng một chuỗi từ chúng. Hàm thêm dấu cách ở những chỗ thích hợp và chuyển toàn bộ tên sang dạng chữ hoa đầu từ (title case):</w:t>
      </w:r>
    </w:p>
    <w:p>
      <w:pPr>
        <w:spacing w:after="80"/>
      </w:pPr>
      <w:r>
        <w:rPr>
          <w:b w:val="0"/>
          <w:i w:val="0"/>
        </w:rPr>
        <w:t>John Lee Hooker</w:t>
      </w:r>
    </w:p>
    <w:p>
      <w:pPr>
        <w:spacing w:after="80"/>
      </w:pPr>
      <w:r>
        <w:rPr>
          <w:b w:val="0"/>
          <w:i w:val="0"/>
        </w:rPr>
        <w:t xml:space="preserve">Nhưng không phải lúc nào cũng cần tên đệm, và hàm như đã viết sẽ không hoạt động nếu bạn thử gọi nó chỉ với tên và họ. Để tên đệm trở thành tùy chọn, ta có thể gán cho đối số </w:t>
      </w:r>
      <w:r>
        <w:rPr>
          <w:rFonts w:ascii="Consolas" w:hAnsi="Consolas"/>
          <w:b w:val="0"/>
          <w:i w:val="0"/>
          <w:sz w:val="20"/>
        </w:rPr>
        <w:t>middle_name</w:t>
      </w:r>
      <w:r>
        <w:rPr>
          <w:b w:val="0"/>
          <w:i w:val="0"/>
        </w:rPr>
        <w:t xml:space="preserve"> một giá trị mặc định rỗng và bỏ qua đối số này trừ khi người dùng cung cấp giá trị. Để </w:t>
      </w:r>
      <w:r>
        <w:rPr>
          <w:rFonts w:ascii="Consolas" w:hAnsi="Consolas"/>
          <w:b w:val="0"/>
          <w:i w:val="0"/>
          <w:sz w:val="20"/>
        </w:rPr>
        <w:t>get_formatted_name()</w:t>
      </w:r>
      <w:r>
        <w:rPr>
          <w:b w:val="0"/>
          <w:i w:val="0"/>
        </w:rPr>
        <w:t xml:space="preserve"> hoạt động mà không có tên đệm, ta đặt giá trị mặc định của </w:t>
      </w:r>
      <w:r>
        <w:rPr>
          <w:rFonts w:ascii="Consolas" w:hAnsi="Consolas"/>
          <w:b w:val="0"/>
          <w:i w:val="0"/>
          <w:sz w:val="20"/>
        </w:rPr>
        <w:t>middle_name</w:t>
      </w:r>
      <w:r>
        <w:rPr>
          <w:b w:val="0"/>
          <w:i w:val="0"/>
        </w:rPr>
        <w:t xml:space="preserve"> là một chuỗi rỗng và chuyển nó xuống cuối danh sách tham số:</w:t>
      </w:r>
    </w:p>
    <w:p>
      <w:pPr>
        <w:spacing w:after="0"/>
        <w:ind w:left="360"/>
        <w:shd w:val="clear" w:color="auto" w:fill="F2F2F2"/>
      </w:pPr>
      <w:r>
        <w:rPr>
          <w:rFonts w:ascii="Consolas" w:hAnsi="Consolas"/>
          <w:b w:val="0"/>
          <w:i w:val="0"/>
          <w:sz w:val="18"/>
        </w:rPr>
        <w:t>def get_formatted_name(first_name, last_name, middle_name=''):</w:t>
      </w:r>
    </w:p>
    <w:p>
      <w:pPr>
        <w:spacing w:after="0"/>
        <w:ind w:left="360"/>
        <w:shd w:val="clear" w:color="auto" w:fill="F2F2F2"/>
      </w:pPr>
      <w:r>
        <w:rPr>
          <w:rFonts w:ascii="Consolas" w:hAnsi="Consolas"/>
          <w:b w:val="0"/>
          <w:i w:val="0"/>
          <w:sz w:val="18"/>
        </w:rPr>
        <w:t xml:space="preserve">    """Return a full name, neatly formatted."""</w:t>
      </w:r>
    </w:p>
    <w:p>
      <w:pPr>
        <w:spacing w:after="0"/>
        <w:ind w:left="360"/>
        <w:shd w:val="clear" w:color="auto" w:fill="F2F2F2"/>
      </w:pPr>
      <w:r>
        <w:rPr>
          <w:rFonts w:ascii="Consolas" w:hAnsi="Consolas"/>
          <w:b w:val="0"/>
          <w:i w:val="0"/>
          <w:sz w:val="18"/>
        </w:rPr>
        <w:t>❶     if middle_name:</w:t>
      </w:r>
    </w:p>
    <w:p>
      <w:pPr>
        <w:spacing w:after="0"/>
        <w:ind w:left="360"/>
        <w:shd w:val="clear" w:color="auto" w:fill="F2F2F2"/>
      </w:pPr>
      <w:r>
        <w:rPr>
          <w:rFonts w:ascii="Consolas" w:hAnsi="Consolas"/>
          <w:b w:val="0"/>
          <w:i w:val="0"/>
          <w:sz w:val="18"/>
        </w:rPr>
        <w:t xml:space="preserve">        full_name = f"{first_name} {middle_name} {last_name}"</w:t>
      </w:r>
    </w:p>
    <w:p>
      <w:pPr>
        <w:spacing w:after="0"/>
        <w:ind w:left="360"/>
        <w:shd w:val="clear" w:color="auto" w:fill="F2F2F2"/>
      </w:pPr>
      <w:r>
        <w:rPr>
          <w:rFonts w:ascii="Consolas" w:hAnsi="Consolas"/>
          <w:b w:val="0"/>
          <w:i w:val="0"/>
          <w:sz w:val="18"/>
        </w:rPr>
        <w:t>❷     else:</w:t>
      </w:r>
    </w:p>
    <w:p>
      <w:pPr>
        <w:spacing w:after="0"/>
        <w:ind w:left="360"/>
        <w:shd w:val="clear" w:color="auto" w:fill="F2F2F2"/>
      </w:pPr>
      <w:r>
        <w:rPr>
          <w:rFonts w:ascii="Consolas" w:hAnsi="Consolas"/>
          <w:b w:val="0"/>
          <w:i w:val="0"/>
          <w:sz w:val="18"/>
        </w:rPr>
        <w:t xml:space="preserve">        full_name = f"{first_name} {last_name}"</w:t>
      </w:r>
    </w:p>
    <w:p>
      <w:pPr>
        <w:spacing w:after="0"/>
        <w:ind w:left="360"/>
        <w:shd w:val="clear" w:color="auto" w:fill="F2F2F2"/>
      </w:pPr>
      <w:r>
        <w:rPr>
          <w:rFonts w:ascii="Consolas" w:hAnsi="Consolas"/>
          <w:b w:val="0"/>
          <w:i w:val="0"/>
          <w:sz w:val="18"/>
        </w:rPr>
        <w:t xml:space="preserve">    return full_name.title()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musician = get_formatted_name('jimi', 'hendrix')</w:t>
      </w:r>
    </w:p>
    <w:p>
      <w:pPr>
        <w:spacing w:after="0"/>
        <w:ind w:left="360"/>
        <w:shd w:val="clear" w:color="auto" w:fill="F2F2F2"/>
      </w:pPr>
      <w:r>
        <w:rPr>
          <w:rFonts w:ascii="Consolas" w:hAnsi="Consolas"/>
          <w:b w:val="0"/>
          <w:i w:val="0"/>
          <w:sz w:val="18"/>
        </w:rPr>
        <w:t>print(musician)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musician = get_formatted_name('john', 'hooker', 'lee')</w:t>
      </w:r>
    </w:p>
    <w:p>
      <w:pPr>
        <w:spacing w:after="0"/>
        <w:ind w:left="360"/>
        <w:shd w:val="clear" w:color="auto" w:fill="F2F2F2"/>
      </w:pPr>
      <w:r>
        <w:rPr>
          <w:rFonts w:ascii="Consolas" w:hAnsi="Consolas"/>
          <w:b w:val="0"/>
          <w:i w:val="0"/>
          <w:sz w:val="18"/>
        </w:rPr>
        <w:t>print(musician)</w:t>
      </w:r>
    </w:p>
    <w:p>
      <w:pPr>
        <w:spacing w:after="40"/>
      </w:pPr>
    </w:p>
    <w:p>
      <w:pPr>
        <w:spacing w:after="80"/>
      </w:pPr>
      <w:r>
        <w:rPr>
          <w:b w:val="0"/>
          <w:i w:val="0"/>
        </w:rPr>
        <w:t>Trong ví dụ này, tên được xây dựng từ ba phần có thể có. Vì luôn có tên và họ, nên các tham số này được liệt kê đầu tiên trong định nghĩa hàm. Tên đệm là tùy chọn, nên nó được liệt kê cuối cùng trong định nghĩa, và giá trị mặc định của nó là một chuỗi rỗng.</w:t>
      </w:r>
    </w:p>
    <w:p>
      <w:pPr>
        <w:spacing w:after="80"/>
      </w:pPr>
      <w:r>
        <w:rPr>
          <w:b w:val="0"/>
          <w:i w:val="0"/>
        </w:rPr>
        <w:t xml:space="preserve">Trong thân hàm, ta kiểm tra xem có tên đệm được cung cấp hay không. Python hiểu các chuỗi không rỗng là </w:t>
      </w:r>
      <w:r>
        <w:rPr>
          <w:rFonts w:ascii="Consolas" w:hAnsi="Consolas"/>
          <w:b w:val="0"/>
          <w:i w:val="0"/>
          <w:sz w:val="20"/>
        </w:rPr>
        <w:t>True</w:t>
      </w:r>
      <w:r>
        <w:rPr>
          <w:b w:val="0"/>
          <w:i w:val="0"/>
        </w:rPr>
        <w:t xml:space="preserve">, nên phép kiểm tra điều kiện </w:t>
      </w:r>
      <w:r>
        <w:rPr>
          <w:rFonts w:ascii="Consolas" w:hAnsi="Consolas"/>
          <w:b w:val="0"/>
          <w:i w:val="0"/>
          <w:sz w:val="20"/>
        </w:rPr>
        <w:t>if middle_name</w:t>
      </w:r>
      <w:r>
        <w:rPr>
          <w:b w:val="0"/>
          <w:i w:val="0"/>
        </w:rPr>
        <w:t xml:space="preserve"> cho kết quả </w:t>
      </w:r>
      <w:r>
        <w:rPr>
          <w:rFonts w:ascii="Consolas" w:hAnsi="Consolas"/>
          <w:b w:val="0"/>
          <w:i w:val="0"/>
          <w:sz w:val="20"/>
        </w:rPr>
        <w:t>True</w:t>
      </w:r>
      <w:r>
        <w:rPr>
          <w:b w:val="0"/>
          <w:i w:val="0"/>
        </w:rPr>
        <w:t xml:space="preserve"> nếu có đối số tên đệm trong lời gọi hàm ❶. Nếu có tên đệm được cung cấp, tên, tên đệm và họ được kết hợp lại thành một tên đầy đủ. Tên này sau đó được chuyển sang dạng chữ hoa đầu từ và trả về cho dòng gọi hàm, nơi nó được gán cho biến </w:t>
      </w:r>
      <w:r>
        <w:rPr>
          <w:rFonts w:ascii="Consolas" w:hAnsi="Consolas"/>
          <w:b w:val="0"/>
          <w:i w:val="0"/>
          <w:sz w:val="20"/>
        </w:rPr>
        <w:t>musician</w:t>
      </w:r>
      <w:r>
        <w:rPr>
          <w:b w:val="0"/>
          <w:i w:val="0"/>
        </w:rPr>
        <w:t xml:space="preserve"> và được in ra. Nếu không có tên đệm được cung cấp, chuỗi rỗng sẽ trượt phép kiểm tra </w:t>
      </w:r>
      <w:r>
        <w:rPr>
          <w:rFonts w:ascii="Consolas" w:hAnsi="Consolas"/>
          <w:b w:val="0"/>
          <w:i w:val="0"/>
          <w:sz w:val="20"/>
        </w:rPr>
        <w:t>if</w:t>
      </w:r>
      <w:r>
        <w:rPr>
          <w:b w:val="0"/>
          <w:i w:val="0"/>
        </w:rPr>
        <w:t xml:space="preserve"> và khối </w:t>
      </w:r>
      <w:r>
        <w:rPr>
          <w:rFonts w:ascii="Consolas" w:hAnsi="Consolas"/>
          <w:b w:val="0"/>
          <w:i w:val="0"/>
          <w:sz w:val="20"/>
        </w:rPr>
        <w:t>else</w:t>
      </w:r>
      <w:r>
        <w:rPr>
          <w:b w:val="0"/>
          <w:i w:val="0"/>
        </w:rPr>
        <w:t xml:space="preserve"> sẽ chạy ❷. Tên đầy đủ được tạo chỉ với tên và họ, và tên đã định dạng được trả về cho dòng gọi hàm, nơi nó được gán cho </w:t>
      </w:r>
      <w:r>
        <w:rPr>
          <w:rFonts w:ascii="Consolas" w:hAnsi="Consolas"/>
          <w:b w:val="0"/>
          <w:i w:val="0"/>
          <w:sz w:val="20"/>
        </w:rPr>
        <w:t>musician</w:t>
      </w:r>
      <w:r>
        <w:rPr>
          <w:b w:val="0"/>
          <w:i w:val="0"/>
        </w:rPr>
        <w:t xml:space="preserve"> và được in ra.</w:t>
      </w:r>
    </w:p>
    <w:p>
      <w:pPr>
        <w:spacing w:after="80"/>
      </w:pPr>
      <w:r>
        <w:rPr>
          <w:b w:val="0"/>
          <w:i w:val="0"/>
        </w:rPr>
        <w:t>Gọi hàm này với tên và họ thì khá đơn giản. Tuy nhiên, nếu ta dùng tên đệm, ta phải đảm bảo tên đệm là đối số cuối cùng được truyền vào để Python khớp các đối số theo vị trí một cách chính xác ❸.</w:t>
      </w:r>
    </w:p>
    <w:p>
      <w:pPr>
        <w:spacing w:after="80"/>
      </w:pPr>
      <w:r>
        <w:rPr>
          <w:b w:val="0"/>
          <w:i w:val="0"/>
        </w:rPr>
        <w:t>Phiên bản đã chỉnh sửa này của hàm hoạt động với những người chỉ có tên và họ, và cũng hoạt động với những người có tên đệm:</w:t>
      </w:r>
    </w:p>
    <w:p>
      <w:pPr>
        <w:spacing w:after="80"/>
      </w:pPr>
      <w:r>
        <w:rPr>
          <w:b w:val="0"/>
          <w:i w:val="0"/>
        </w:rPr>
        <w:t>Jimi Hendrix</w:t>
      </w:r>
      <w:r>
        <w:br/>
      </w:r>
      <w:r>
        <w:rPr>
          <w:b w:val="0"/>
          <w:i w:val="0"/>
        </w:rPr>
        <w:t>John Lee Hooker</w:t>
      </w:r>
    </w:p>
    <w:p>
      <w:pPr>
        <w:spacing w:after="80"/>
      </w:pPr>
      <w:r>
        <w:rPr>
          <w:b w:val="0"/>
          <w:i w:val="0"/>
        </w:rPr>
        <w:t>Các giá trị tùy chọn cho phép hàm xử lý được nhiều trường hợp sử dụng khác nhau mà vẫn giữ cho lời gọi hàm đơn giản nhất có thể.</w:t>
      </w:r>
    </w:p>
    <w:p>
      <w:pPr>
        <w:pStyle w:val="Heading3"/>
      </w:pPr>
      <w:r>
        <w:rPr>
          <w:rFonts w:ascii="Calibri" w:hAnsi="Calibri"/>
          <w:b/>
          <w:i w:val="0"/>
          <w:sz w:val="27"/>
        </w:rPr>
        <w:t>Trả về một Dictionary</w:t>
      </w:r>
    </w:p>
    <w:p>
      <w:pPr>
        <w:spacing w:after="80"/>
      </w:pPr>
      <w:r>
        <w:rPr>
          <w:b w:val="0"/>
          <w:i w:val="0"/>
        </w:rPr>
        <w:t>Một hàm có thể trả về bất kỳ loại giá trị nào bạn cần, kể cả những cấu trúc dữ liệu phức tạp hơn như danh sách (list) và dictionary. Ví dụ, hàm sau đây nhận vào các phần của một tên và trả về một dictionary biểu diễn một người:</w:t>
      </w:r>
    </w:p>
    <w:p>
      <w:pPr>
        <w:spacing w:after="80"/>
      </w:pPr>
      <w:r>
        <w:rPr>
          <w:b w:val="0"/>
          <w:i w:val="0"/>
        </w:rPr>
        <w:t>person.py</w:t>
      </w:r>
    </w:p>
    <w:p>
      <w:pPr>
        <w:spacing w:after="0"/>
        <w:ind w:left="360"/>
        <w:shd w:val="clear" w:color="auto" w:fill="F2F2F2"/>
      </w:pPr>
      <w:r>
        <w:rPr>
          <w:rFonts w:ascii="Consolas" w:hAnsi="Consolas"/>
          <w:b w:val="0"/>
          <w:i w:val="0"/>
          <w:sz w:val="18"/>
        </w:rPr>
        <w:t>def build_person(first_name, last_name):</w:t>
      </w:r>
    </w:p>
    <w:p>
      <w:pPr>
        <w:spacing w:after="0"/>
        <w:ind w:left="360"/>
        <w:shd w:val="clear" w:color="auto" w:fill="F2F2F2"/>
      </w:pPr>
      <w:r>
        <w:rPr>
          <w:rFonts w:ascii="Consolas" w:hAnsi="Consolas"/>
          <w:b w:val="0"/>
          <w:i w:val="0"/>
          <w:sz w:val="18"/>
        </w:rPr>
        <w:t xml:space="preserve">    """Return a dictionary of information about a person."""</w:t>
      </w:r>
    </w:p>
    <w:p>
      <w:pPr>
        <w:spacing w:after="0"/>
        <w:ind w:left="360"/>
        <w:shd w:val="clear" w:color="auto" w:fill="F2F2F2"/>
      </w:pPr>
      <w:r>
        <w:rPr>
          <w:rFonts w:ascii="Consolas" w:hAnsi="Consolas"/>
          <w:b w:val="0"/>
          <w:i w:val="0"/>
          <w:sz w:val="18"/>
        </w:rPr>
        <w:t>❶     person = {'first': first_name, 'last': last_name}</w:t>
      </w:r>
    </w:p>
    <w:p>
      <w:pPr>
        <w:spacing w:after="0"/>
        <w:ind w:left="360"/>
        <w:shd w:val="clear" w:color="auto" w:fill="F2F2F2"/>
      </w:pPr>
      <w:r>
        <w:rPr>
          <w:rFonts w:ascii="Consolas" w:hAnsi="Consolas"/>
          <w:b w:val="0"/>
          <w:i w:val="0"/>
          <w:sz w:val="18"/>
        </w:rPr>
        <w:t>❷     return person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musician = build_person('jimi', 'hendrix')</w:t>
      </w:r>
    </w:p>
    <w:p>
      <w:pPr>
        <w:spacing w:after="0"/>
        <w:ind w:left="360"/>
        <w:shd w:val="clear" w:color="auto" w:fill="F2F2F2"/>
      </w:pPr>
      <w:r>
        <w:rPr>
          <w:rFonts w:ascii="Consolas" w:hAnsi="Consolas"/>
          <w:b w:val="0"/>
          <w:i w:val="0"/>
          <w:sz w:val="18"/>
        </w:rPr>
        <w:t>❸ print(musician)</w:t>
      </w:r>
    </w:p>
    <w:p>
      <w:pPr>
        <w:spacing w:after="40"/>
      </w:pPr>
    </w:p>
    <w:p>
      <w:pPr>
        <w:spacing w:after="80"/>
      </w:pPr>
      <w:r>
        <w:rPr>
          <w:b w:val="0"/>
          <w:i w:val="0"/>
        </w:rPr>
        <w:t xml:space="preserve">Hàm </w:t>
      </w:r>
      <w:r>
        <w:rPr>
          <w:rFonts w:ascii="Consolas" w:hAnsi="Consolas"/>
          <w:b w:val="0"/>
          <w:i w:val="0"/>
          <w:sz w:val="20"/>
        </w:rPr>
        <w:t>build_person()</w:t>
      </w:r>
      <w:r>
        <w:rPr>
          <w:b w:val="0"/>
          <w:i w:val="0"/>
        </w:rPr>
        <w:t xml:space="preserve"> nhận vào tên và họ, rồi đặt các giá trị này vào một dictionary ❶. Giá trị của </w:t>
      </w:r>
      <w:r>
        <w:rPr>
          <w:rFonts w:ascii="Consolas" w:hAnsi="Consolas"/>
          <w:b w:val="0"/>
          <w:i w:val="0"/>
          <w:sz w:val="20"/>
        </w:rPr>
        <w:t>first_name</w:t>
      </w:r>
      <w:r>
        <w:rPr>
          <w:b w:val="0"/>
          <w:i w:val="0"/>
        </w:rPr>
        <w:t xml:space="preserve"> được lưu với khóa </w:t>
      </w:r>
      <w:r>
        <w:rPr>
          <w:rFonts w:ascii="Consolas" w:hAnsi="Consolas"/>
          <w:b w:val="0"/>
          <w:i w:val="0"/>
          <w:sz w:val="20"/>
        </w:rPr>
        <w:t>'first'</w:t>
      </w:r>
      <w:r>
        <w:rPr>
          <w:b w:val="0"/>
          <w:i w:val="0"/>
        </w:rPr>
        <w:t xml:space="preserve">, và giá trị của </w:t>
      </w:r>
      <w:r>
        <w:rPr>
          <w:rFonts w:ascii="Consolas" w:hAnsi="Consolas"/>
          <w:b w:val="0"/>
          <w:i w:val="0"/>
          <w:sz w:val="20"/>
        </w:rPr>
        <w:t>last_name</w:t>
      </w:r>
      <w:r>
        <w:rPr>
          <w:b w:val="0"/>
          <w:i w:val="0"/>
        </w:rPr>
        <w:t xml:space="preserve"> được lưu với khóa </w:t>
      </w:r>
      <w:r>
        <w:rPr>
          <w:rFonts w:ascii="Consolas" w:hAnsi="Consolas"/>
          <w:b w:val="0"/>
          <w:i w:val="0"/>
          <w:sz w:val="20"/>
        </w:rPr>
        <w:t>'last'</w:t>
      </w:r>
      <w:r>
        <w:rPr>
          <w:b w:val="0"/>
          <w:i w:val="0"/>
        </w:rPr>
        <w:t>. Sau đó, toàn bộ dictionary biểu diễn người này được trả về ❷. Giá trị trả về được in ra ❸ với hai phần thông tin dạng văn bản ban đầu giờ đây được lưu trong một dictionary:</w:t>
      </w:r>
    </w:p>
    <w:p>
      <w:pPr>
        <w:spacing w:after="80"/>
      </w:pPr>
      <w:r>
        <w:rPr>
          <w:b w:val="0"/>
          <w:i w:val="0"/>
        </w:rPr>
        <w:t>{'first': 'jimi', 'last': 'hendrix'}</w:t>
      </w:r>
    </w:p>
    <w:p>
      <w:pPr>
        <w:spacing w:after="80"/>
      </w:pPr>
      <w:r>
        <w:rPr>
          <w:b w:val="0"/>
          <w:i w:val="0"/>
        </w:rPr>
        <w:t xml:space="preserve">Hàm này nhận thông tin văn bản đơn giản và đưa nó vào một cấu trúc dữ liệu có ý nghĩa hơn, cho phép bạn làm việc với thông tin đó thay vì chỉ in ra. Hai chuỗi </w:t>
      </w:r>
      <w:r>
        <w:rPr>
          <w:rFonts w:ascii="Consolas" w:hAnsi="Consolas"/>
          <w:b w:val="0"/>
          <w:i w:val="0"/>
          <w:sz w:val="20"/>
        </w:rPr>
        <w:t>'jimi'</w:t>
      </w:r>
      <w:r>
        <w:rPr>
          <w:b w:val="0"/>
          <w:i w:val="0"/>
        </w:rPr>
        <w:t xml:space="preserve"> và </w:t>
      </w:r>
      <w:r>
        <w:rPr>
          <w:rFonts w:ascii="Consolas" w:hAnsi="Consolas"/>
          <w:b w:val="0"/>
          <w:i w:val="0"/>
          <w:sz w:val="20"/>
        </w:rPr>
        <w:t>'hendrix'</w:t>
      </w:r>
      <w:r>
        <w:rPr>
          <w:b w:val="0"/>
          <w:i w:val="0"/>
        </w:rPr>
        <w:t xml:space="preserve"> giờ đây được gán nhãn là tên và họ. Bạn có thể dễ dàng mở rộng hàm này để chấp nhận các giá trị tùy chọn như tên đệm, tuổi, nghề nghiệp, hoặc bất kỳ thông tin nào khác mà bạn muốn lưu về một người. Ví dụ, thay đổi sau đây cho phép bạn lưu cả tuổi của một người:</w:t>
      </w:r>
    </w:p>
    <w:p>
      <w:pPr>
        <w:spacing w:after="0"/>
        <w:ind w:left="360"/>
        <w:shd w:val="clear" w:color="auto" w:fill="F2F2F2"/>
      </w:pPr>
      <w:r>
        <w:rPr>
          <w:rFonts w:ascii="Consolas" w:hAnsi="Consolas"/>
          <w:b w:val="0"/>
          <w:i w:val="0"/>
          <w:sz w:val="18"/>
        </w:rPr>
        <w:t>def build_person(first_name, last_name, age=None):</w:t>
      </w:r>
    </w:p>
    <w:p>
      <w:pPr>
        <w:spacing w:after="0"/>
        <w:ind w:left="360"/>
        <w:shd w:val="clear" w:color="auto" w:fill="F2F2F2"/>
      </w:pPr>
      <w:r>
        <w:rPr>
          <w:rFonts w:ascii="Consolas" w:hAnsi="Consolas"/>
          <w:b w:val="0"/>
          <w:i w:val="0"/>
          <w:sz w:val="18"/>
        </w:rPr>
        <w:t xml:space="preserve">    """Return a dictionary of information about a person."""</w:t>
      </w:r>
    </w:p>
    <w:p>
      <w:pPr>
        <w:spacing w:after="0"/>
        <w:ind w:left="360"/>
        <w:shd w:val="clear" w:color="auto" w:fill="F2F2F2"/>
      </w:pPr>
      <w:r>
        <w:rPr>
          <w:rFonts w:ascii="Consolas" w:hAnsi="Consolas"/>
          <w:b w:val="0"/>
          <w:i w:val="0"/>
          <w:sz w:val="18"/>
        </w:rPr>
        <w:t xml:space="preserve">    person = {'first': first_name, 'last': last_name}</w:t>
      </w:r>
    </w:p>
    <w:p>
      <w:pPr>
        <w:spacing w:after="0"/>
        <w:ind w:left="360"/>
        <w:shd w:val="clear" w:color="auto" w:fill="F2F2F2"/>
      </w:pPr>
      <w:r>
        <w:rPr>
          <w:rFonts w:ascii="Consolas" w:hAnsi="Consolas"/>
          <w:b w:val="0"/>
          <w:i w:val="0"/>
          <w:sz w:val="18"/>
        </w:rPr>
        <w:t xml:space="preserve">    if age:</w:t>
      </w:r>
    </w:p>
    <w:p>
      <w:pPr>
        <w:spacing w:after="0"/>
        <w:ind w:left="360"/>
        <w:shd w:val="clear" w:color="auto" w:fill="F2F2F2"/>
      </w:pPr>
      <w:r>
        <w:rPr>
          <w:rFonts w:ascii="Consolas" w:hAnsi="Consolas"/>
          <w:b w:val="0"/>
          <w:i w:val="0"/>
          <w:sz w:val="18"/>
        </w:rPr>
        <w:t xml:space="preserve">        person['age'] = age</w:t>
      </w:r>
    </w:p>
    <w:p>
      <w:pPr>
        <w:spacing w:after="0"/>
        <w:ind w:left="360"/>
        <w:shd w:val="clear" w:color="auto" w:fill="F2F2F2"/>
      </w:pPr>
      <w:r>
        <w:rPr>
          <w:rFonts w:ascii="Consolas" w:hAnsi="Consolas"/>
          <w:b w:val="0"/>
          <w:i w:val="0"/>
          <w:sz w:val="18"/>
        </w:rPr>
        <w:t xml:space="preserve">    return person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musician = build_person('jimi', 'hendrix', age=27)</w:t>
      </w:r>
    </w:p>
    <w:p>
      <w:pPr>
        <w:spacing w:after="0"/>
        <w:ind w:left="360"/>
        <w:shd w:val="clear" w:color="auto" w:fill="F2F2F2"/>
      </w:pPr>
      <w:r>
        <w:rPr>
          <w:rFonts w:ascii="Consolas" w:hAnsi="Consolas"/>
          <w:b w:val="0"/>
          <w:i w:val="0"/>
          <w:sz w:val="18"/>
        </w:rPr>
        <w:t>print(musician)</w:t>
      </w:r>
    </w:p>
    <w:p>
      <w:pPr>
        <w:spacing w:after="40"/>
      </w:pPr>
    </w:p>
    <w:p>
      <w:pPr>
        <w:spacing w:after="80"/>
      </w:pPr>
      <w:r>
        <w:rPr>
          <w:b w:val="0"/>
          <w:i w:val="0"/>
        </w:rPr>
        <w:t xml:space="preserve">Chúng ta thêm một tham số tùy chọn mới </w:t>
      </w:r>
      <w:r>
        <w:rPr>
          <w:rFonts w:ascii="Consolas" w:hAnsi="Consolas"/>
          <w:b w:val="0"/>
          <w:i w:val="0"/>
          <w:sz w:val="20"/>
        </w:rPr>
        <w:t>age</w:t>
      </w:r>
      <w:r>
        <w:rPr>
          <w:b w:val="0"/>
          <w:i w:val="0"/>
        </w:rPr>
        <w:t xml:space="preserve"> vào định nghĩa hàm và gán cho tham số này giá trị đặc biệt </w:t>
      </w:r>
      <w:r>
        <w:rPr>
          <w:rFonts w:ascii="Consolas" w:hAnsi="Consolas"/>
          <w:b w:val="0"/>
          <w:i w:val="0"/>
          <w:sz w:val="20"/>
        </w:rPr>
        <w:t>None</w:t>
      </w:r>
      <w:r>
        <w:rPr>
          <w:b w:val="0"/>
          <w:i w:val="0"/>
        </w:rPr>
        <w:t xml:space="preserve">, được dùng khi một biến không có giá trị cụ thể nào được gán cho nó. Bạn có thể nghĩ về </w:t>
      </w:r>
      <w:r>
        <w:rPr>
          <w:rFonts w:ascii="Consolas" w:hAnsi="Consolas"/>
          <w:b w:val="0"/>
          <w:i w:val="0"/>
          <w:sz w:val="20"/>
        </w:rPr>
        <w:t>None</w:t>
      </w:r>
      <w:r>
        <w:rPr>
          <w:b w:val="0"/>
          <w:i w:val="0"/>
        </w:rPr>
        <w:t xml:space="preserve"> như một giá trị giữ chỗ. Trong các phép kiểm tra điều kiện, </w:t>
      </w:r>
      <w:r>
        <w:rPr>
          <w:rFonts w:ascii="Consolas" w:hAnsi="Consolas"/>
          <w:b w:val="0"/>
          <w:i w:val="0"/>
          <w:sz w:val="20"/>
        </w:rPr>
        <w:t>None</w:t>
      </w:r>
      <w:r>
        <w:rPr>
          <w:b w:val="0"/>
          <w:i w:val="0"/>
        </w:rPr>
        <w:t xml:space="preserve"> được đánh giá là </w:t>
      </w:r>
      <w:r>
        <w:rPr>
          <w:rFonts w:ascii="Consolas" w:hAnsi="Consolas"/>
          <w:b w:val="0"/>
          <w:i w:val="0"/>
          <w:sz w:val="20"/>
        </w:rPr>
        <w:t>False</w:t>
      </w:r>
      <w:r>
        <w:rPr>
          <w:b w:val="0"/>
          <w:i w:val="0"/>
        </w:rPr>
        <w:t xml:space="preserve">. Nếu lời gọi hàm bao gồm một giá trị cho </w:t>
      </w:r>
      <w:r>
        <w:rPr>
          <w:rFonts w:ascii="Consolas" w:hAnsi="Consolas"/>
          <w:b w:val="0"/>
          <w:i w:val="0"/>
          <w:sz w:val="20"/>
        </w:rPr>
        <w:t>age</w:t>
      </w:r>
      <w:r>
        <w:rPr>
          <w:b w:val="0"/>
          <w:i w:val="0"/>
        </w:rPr>
        <w:t>, giá trị đó sẽ được lưu vào từ điển. Hàm này luôn lưu tên của một người, nhưng cũng có thể được sửa đổi để lưu bất kỳ thông tin nào khác mà bạn muốn về một người.</w:t>
      </w:r>
    </w:p>
    <w:p>
      <w:pPr>
        <w:pStyle w:val="Heading3"/>
      </w:pPr>
      <w:r>
        <w:rPr>
          <w:rFonts w:ascii="Calibri" w:hAnsi="Calibri"/>
          <w:b/>
          <w:i w:val="0"/>
          <w:sz w:val="27"/>
        </w:rPr>
        <w:t>Sử dụng hàm với vòng lặp while</w:t>
      </w:r>
    </w:p>
    <w:p>
      <w:pPr>
        <w:spacing w:after="80"/>
      </w:pPr>
      <w:r>
        <w:rPr>
          <w:b w:val="0"/>
          <w:i w:val="0"/>
        </w:rPr>
        <w:t xml:space="preserve">Bạn có thể sử dụng hàm với tất cả các cấu trúc Python mà bạn đã học cho đến nay. Ví dụ, hãy dùng hàm </w:t>
      </w:r>
      <w:r>
        <w:rPr>
          <w:rFonts w:ascii="Consolas" w:hAnsi="Consolas"/>
          <w:b w:val="0"/>
          <w:i w:val="0"/>
          <w:sz w:val="20"/>
        </w:rPr>
        <w:t>get_formatted_name()</w:t>
      </w:r>
      <w:r>
        <w:rPr>
          <w:b w:val="0"/>
          <w:i w:val="0"/>
        </w:rPr>
        <w:t xml:space="preserve"> với một vòng lặp </w:t>
      </w:r>
      <w:r>
        <w:rPr>
          <w:rFonts w:ascii="Consolas" w:hAnsi="Consolas"/>
          <w:b w:val="0"/>
          <w:i w:val="0"/>
          <w:sz w:val="20"/>
        </w:rPr>
        <w:t>while</w:t>
      </w:r>
      <w:r>
        <w:rPr>
          <w:b w:val="0"/>
          <w:i w:val="0"/>
        </w:rPr>
        <w:t xml:space="preserve"> để chào hỏi người dùng một cách trang trọng hơn. Đây là lần thử đầu tiên để chào hỏi mọi người bằng tên và họ của họ:</w:t>
      </w:r>
    </w:p>
    <w:p>
      <w:pPr>
        <w:spacing w:after="80"/>
      </w:pPr>
      <w:r>
        <w:rPr>
          <w:b w:val="0"/>
          <w:i w:val="0"/>
        </w:rPr>
        <w:t>greeter.py</w:t>
      </w:r>
    </w:p>
    <w:p>
      <w:pPr>
        <w:spacing w:after="0"/>
        <w:ind w:left="360"/>
        <w:shd w:val="clear" w:color="auto" w:fill="F2F2F2"/>
      </w:pPr>
      <w:r>
        <w:rPr>
          <w:rFonts w:ascii="Consolas" w:hAnsi="Consolas"/>
          <w:b w:val="0"/>
          <w:i w:val="0"/>
          <w:sz w:val="18"/>
        </w:rPr>
        <w:t>def get_formatted_name(first_name, last_name):</w:t>
      </w:r>
    </w:p>
    <w:p>
      <w:pPr>
        <w:spacing w:after="0"/>
        <w:ind w:left="360"/>
        <w:shd w:val="clear" w:color="auto" w:fill="F2F2F2"/>
      </w:pPr>
      <w:r>
        <w:rPr>
          <w:rFonts w:ascii="Consolas" w:hAnsi="Consolas"/>
          <w:b w:val="0"/>
          <w:i w:val="0"/>
          <w:sz w:val="18"/>
        </w:rPr>
        <w:t xml:space="preserve">    """Return a full name, neatly formatted."""</w:t>
      </w:r>
    </w:p>
    <w:p>
      <w:pPr>
        <w:spacing w:after="0"/>
        <w:ind w:left="360"/>
        <w:shd w:val="clear" w:color="auto" w:fill="F2F2F2"/>
      </w:pPr>
      <w:r>
        <w:rPr>
          <w:rFonts w:ascii="Consolas" w:hAnsi="Consolas"/>
          <w:b w:val="0"/>
          <w:i w:val="0"/>
          <w:sz w:val="18"/>
        </w:rPr>
        <w:t xml:space="preserve">    full_name = f"{first_name} {last_name}"</w:t>
      </w:r>
    </w:p>
    <w:p>
      <w:pPr>
        <w:spacing w:after="0"/>
        <w:ind w:left="360"/>
        <w:shd w:val="clear" w:color="auto" w:fill="F2F2F2"/>
      </w:pPr>
      <w:r>
        <w:rPr>
          <w:rFonts w:ascii="Consolas" w:hAnsi="Consolas"/>
          <w:b w:val="0"/>
          <w:i w:val="0"/>
          <w:sz w:val="18"/>
        </w:rPr>
        <w:t xml:space="preserve">    return full_name.title()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This is an infinite loop!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❶     print("\nPlease tell me your name:")</w:t>
      </w:r>
    </w:p>
    <w:p>
      <w:pPr>
        <w:spacing w:after="0"/>
        <w:ind w:left="360"/>
        <w:shd w:val="clear" w:color="auto" w:fill="F2F2F2"/>
      </w:pPr>
      <w:r>
        <w:rPr>
          <w:rFonts w:ascii="Consolas" w:hAnsi="Consolas"/>
          <w:b w:val="0"/>
          <w:i w:val="0"/>
          <w:sz w:val="18"/>
        </w:rPr>
        <w:t xml:space="preserve">    f_name = input("First name: ")</w:t>
      </w:r>
    </w:p>
    <w:p>
      <w:pPr>
        <w:spacing w:after="0"/>
        <w:ind w:left="360"/>
        <w:shd w:val="clear" w:color="auto" w:fill="F2F2F2"/>
      </w:pPr>
      <w:r>
        <w:rPr>
          <w:rFonts w:ascii="Consolas" w:hAnsi="Consolas"/>
          <w:b w:val="0"/>
          <w:i w:val="0"/>
          <w:sz w:val="18"/>
        </w:rPr>
        <w:t xml:space="preserve">    l_name = input("Last name: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formatted_name = get_formatted_name(f_name, l_name)</w:t>
      </w:r>
    </w:p>
    <w:p>
      <w:pPr>
        <w:spacing w:after="0"/>
        <w:ind w:left="360"/>
        <w:shd w:val="clear" w:color="auto" w:fill="F2F2F2"/>
      </w:pPr>
      <w:r>
        <w:rPr>
          <w:rFonts w:ascii="Consolas" w:hAnsi="Consolas"/>
          <w:b w:val="0"/>
          <w:i w:val="0"/>
          <w:sz w:val="18"/>
        </w:rPr>
        <w:t xml:space="preserve">    print(f"\nHello, {formatted_name}!")</w:t>
      </w:r>
    </w:p>
    <w:p>
      <w:pPr>
        <w:spacing w:after="40"/>
      </w:pPr>
    </w:p>
    <w:p>
      <w:pPr>
        <w:spacing w:after="80"/>
      </w:pPr>
      <w:r>
        <w:rPr>
          <w:b w:val="0"/>
          <w:i w:val="0"/>
        </w:rPr>
        <w:t xml:space="preserve">Với ví dụ này, chúng ta dùng một phiên bản đơn giản của </w:t>
      </w:r>
      <w:r>
        <w:rPr>
          <w:rFonts w:ascii="Consolas" w:hAnsi="Consolas"/>
          <w:b w:val="0"/>
          <w:i w:val="0"/>
          <w:sz w:val="20"/>
        </w:rPr>
        <w:t>get_formatted_name()</w:t>
      </w:r>
      <w:r>
        <w:rPr>
          <w:b w:val="0"/>
          <w:i w:val="0"/>
        </w:rPr>
        <w:t xml:space="preserve"> không liên quan đến tên đệm. Vòng lặp </w:t>
      </w:r>
      <w:r>
        <w:rPr>
          <w:rFonts w:ascii="Consolas" w:hAnsi="Consolas"/>
          <w:b w:val="0"/>
          <w:i w:val="0"/>
          <w:sz w:val="20"/>
        </w:rPr>
        <w:t>while</w:t>
      </w:r>
      <w:r>
        <w:rPr>
          <w:b w:val="0"/>
          <w:i w:val="0"/>
        </w:rPr>
        <w:t xml:space="preserve"> yêu cầu người dùng nhập tên của họ, và chúng ta nhắc nhập tên và họ riêng biệt ❶.</w:t>
      </w:r>
    </w:p>
    <w:p>
      <w:pPr>
        <w:spacing w:after="80"/>
      </w:pPr>
      <w:r>
        <w:rPr>
          <w:b w:val="0"/>
          <w:i w:val="0"/>
        </w:rPr>
        <w:t xml:space="preserve">Nhưng có một vấn đề với vòng lặp </w:t>
      </w:r>
      <w:r>
        <w:rPr>
          <w:rFonts w:ascii="Consolas" w:hAnsi="Consolas"/>
          <w:b w:val="0"/>
          <w:i w:val="0"/>
          <w:sz w:val="20"/>
        </w:rPr>
        <w:t>while</w:t>
      </w:r>
      <w:r>
        <w:rPr>
          <w:b w:val="0"/>
          <w:i w:val="0"/>
        </w:rPr>
        <w:t xml:space="preserve"> này: Chúng ta chưa định nghĩa điều kiện thoát. Bạn đặt điều kiện thoát ở đâu khi yêu cầu một loạt các thông tin nhập vào? Chúng ta muốn người dùng có thể thoát càng dễ dàng càng tốt, nên mỗi lời nhắc nên cung cấp một cách để thoát. Câu lệnh </w:t>
      </w:r>
      <w:r>
        <w:rPr>
          <w:rFonts w:ascii="Consolas" w:hAnsi="Consolas"/>
          <w:b w:val="0"/>
          <w:i w:val="0"/>
          <w:sz w:val="20"/>
        </w:rPr>
        <w:t>break</w:t>
      </w:r>
      <w:r>
        <w:rPr>
          <w:b w:val="0"/>
          <w:i w:val="0"/>
        </w:rPr>
        <w:t xml:space="preserve"> cung cấp một cách đơn giản để thoát khỏi vòng lặp ở cả hai lời nhắc:</w:t>
      </w:r>
    </w:p>
    <w:p>
      <w:pPr>
        <w:spacing w:after="0"/>
        <w:ind w:left="360"/>
        <w:shd w:val="clear" w:color="auto" w:fill="F2F2F2"/>
      </w:pPr>
      <w:r>
        <w:rPr>
          <w:rFonts w:ascii="Consolas" w:hAnsi="Consolas"/>
          <w:b w:val="0"/>
          <w:i w:val="0"/>
          <w:sz w:val="18"/>
        </w:rPr>
        <w:t>def get_formatted_name(first_name, last_name):</w:t>
      </w:r>
    </w:p>
    <w:p>
      <w:pPr>
        <w:spacing w:after="0"/>
        <w:ind w:left="360"/>
        <w:shd w:val="clear" w:color="auto" w:fill="F2F2F2"/>
      </w:pPr>
      <w:r>
        <w:rPr>
          <w:rFonts w:ascii="Consolas" w:hAnsi="Consolas"/>
          <w:b w:val="0"/>
          <w:i w:val="0"/>
          <w:sz w:val="18"/>
        </w:rPr>
        <w:t xml:space="preserve">    """Return a full name, neatly formatted."""</w:t>
      </w:r>
    </w:p>
    <w:p>
      <w:pPr>
        <w:spacing w:after="0"/>
        <w:ind w:left="360"/>
        <w:shd w:val="clear" w:color="auto" w:fill="F2F2F2"/>
      </w:pPr>
      <w:r>
        <w:rPr>
          <w:rFonts w:ascii="Consolas" w:hAnsi="Consolas"/>
          <w:b w:val="0"/>
          <w:i w:val="0"/>
          <w:sz w:val="18"/>
        </w:rPr>
        <w:t xml:space="preserve">    full_name = f"{first_name} {last_name}"</w:t>
      </w:r>
    </w:p>
    <w:p>
      <w:pPr>
        <w:spacing w:after="0"/>
        <w:ind w:left="360"/>
        <w:shd w:val="clear" w:color="auto" w:fill="F2F2F2"/>
      </w:pPr>
      <w:r>
        <w:rPr>
          <w:rFonts w:ascii="Consolas" w:hAnsi="Consolas"/>
          <w:b w:val="0"/>
          <w:i w:val="0"/>
          <w:sz w:val="18"/>
        </w:rPr>
        <w:t xml:space="preserve">    return full_name.title()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print("\nPlease tell me your name:")</w:t>
      </w:r>
    </w:p>
    <w:p>
      <w:pPr>
        <w:spacing w:after="0"/>
        <w:ind w:left="360"/>
        <w:shd w:val="clear" w:color="auto" w:fill="F2F2F2"/>
      </w:pPr>
      <w:r>
        <w:rPr>
          <w:rFonts w:ascii="Consolas" w:hAnsi="Consolas"/>
          <w:b w:val="0"/>
          <w:i w:val="0"/>
          <w:sz w:val="18"/>
        </w:rPr>
        <w:t xml:space="preserve">    print("(enter 'q' at any time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f_name = input("First name: ")</w:t>
      </w:r>
    </w:p>
    <w:p>
      <w:pPr>
        <w:spacing w:after="0"/>
        <w:ind w:left="360"/>
        <w:shd w:val="clear" w:color="auto" w:fill="F2F2F2"/>
      </w:pPr>
      <w:r>
        <w:rPr>
          <w:rFonts w:ascii="Consolas" w:hAnsi="Consolas"/>
          <w:b w:val="0"/>
          <w:i w:val="0"/>
          <w:sz w:val="18"/>
        </w:rPr>
        <w:t xml:space="preserve">    if f_name == 'q':</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l_name = input("Last name: ")</w:t>
      </w:r>
    </w:p>
    <w:p>
      <w:pPr>
        <w:spacing w:after="0"/>
        <w:ind w:left="360"/>
        <w:shd w:val="clear" w:color="auto" w:fill="F2F2F2"/>
      </w:pPr>
      <w:r>
        <w:rPr>
          <w:rFonts w:ascii="Consolas" w:hAnsi="Consolas"/>
          <w:b w:val="0"/>
          <w:i w:val="0"/>
          <w:sz w:val="18"/>
        </w:rPr>
        <w:t xml:space="preserve">    if l_name == 'q':</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formatted_name = get_formatted_name(f_name, l_name)</w:t>
      </w:r>
    </w:p>
    <w:p>
      <w:pPr>
        <w:spacing w:after="0"/>
        <w:ind w:left="360"/>
        <w:shd w:val="clear" w:color="auto" w:fill="F2F2F2"/>
      </w:pPr>
      <w:r>
        <w:rPr>
          <w:rFonts w:ascii="Consolas" w:hAnsi="Consolas"/>
          <w:b w:val="0"/>
          <w:i w:val="0"/>
          <w:sz w:val="18"/>
        </w:rPr>
        <w:t xml:space="preserve">    print(f"\nHello, {formatted_name}!")</w:t>
      </w:r>
    </w:p>
    <w:p>
      <w:pPr>
        <w:spacing w:after="40"/>
      </w:pPr>
    </w:p>
    <w:p>
      <w:pPr>
        <w:spacing w:after="80"/>
      </w:pPr>
      <w:r>
        <w:rPr>
          <w:b w:val="0"/>
          <w:i w:val="0"/>
        </w:rPr>
        <w:t xml:space="preserve">Chúng ta thêm một thông báo cho người dùng biết cách thoát, và sau đó thoát khỏi vòng lặp nếu người dùng nhập giá trị thoát ở một trong hai lời nhắc. Giờ đây chương trình sẽ tiếp tục chào hỏi mọi người cho đến khi ai đó nhập </w:t>
      </w:r>
      <w:r>
        <w:rPr>
          <w:rFonts w:ascii="Consolas" w:hAnsi="Consolas"/>
          <w:b w:val="0"/>
          <w:i w:val="0"/>
          <w:sz w:val="20"/>
        </w:rPr>
        <w:t>q</w:t>
      </w:r>
      <w:r>
        <w:rPr>
          <w:b w:val="0"/>
          <w:i w:val="0"/>
        </w:rPr>
        <w:t xml:space="preserve"> cho một trong hai tên:</w:t>
      </w:r>
    </w:p>
    <w:p>
      <w:pPr>
        <w:spacing w:after="0"/>
        <w:ind w:left="360"/>
        <w:shd w:val="clear" w:color="auto" w:fill="F2F2F2"/>
      </w:pPr>
      <w:r>
        <w:rPr>
          <w:rFonts w:ascii="Consolas" w:hAnsi="Consolas"/>
          <w:b w:val="0"/>
          <w:i w:val="0"/>
          <w:sz w:val="18"/>
        </w:rPr>
        <w:t>Please tell me your name:</w:t>
      </w:r>
    </w:p>
    <w:p>
      <w:pPr>
        <w:spacing w:after="0"/>
        <w:ind w:left="360"/>
        <w:shd w:val="clear" w:color="auto" w:fill="F2F2F2"/>
      </w:pPr>
      <w:r>
        <w:rPr>
          <w:rFonts w:ascii="Consolas" w:hAnsi="Consolas"/>
          <w:b w:val="0"/>
          <w:i w:val="0"/>
          <w:sz w:val="18"/>
        </w:rPr>
        <w:t>(enter 'q' at any time to quit)</w:t>
      </w:r>
    </w:p>
    <w:p>
      <w:pPr>
        <w:spacing w:after="0"/>
        <w:ind w:left="360"/>
        <w:shd w:val="clear" w:color="auto" w:fill="F2F2F2"/>
      </w:pPr>
      <w:r>
        <w:rPr>
          <w:rFonts w:ascii="Consolas" w:hAnsi="Consolas"/>
          <w:b w:val="0"/>
          <w:i w:val="0"/>
          <w:sz w:val="18"/>
        </w:rPr>
        <w:t xml:space="preserve">First name: </w:t>
      </w:r>
      <w:r>
        <w:rPr>
          <w:rFonts w:ascii="Consolas" w:hAnsi="Consolas"/>
          <w:b/>
          <w:i w:val="0"/>
          <w:sz w:val="18"/>
        </w:rPr>
        <w:t>eric</w:t>
      </w:r>
    </w:p>
    <w:p>
      <w:pPr>
        <w:spacing w:after="0"/>
        <w:ind w:left="360"/>
        <w:shd w:val="clear" w:color="auto" w:fill="F2F2F2"/>
      </w:pPr>
      <w:r>
        <w:rPr>
          <w:rFonts w:ascii="Consolas" w:hAnsi="Consolas"/>
          <w:b w:val="0"/>
          <w:i w:val="0"/>
          <w:sz w:val="18"/>
        </w:rPr>
        <w:t xml:space="preserve">Last name: </w:t>
      </w:r>
      <w:r>
        <w:rPr>
          <w:rFonts w:ascii="Consolas" w:hAnsi="Consolas"/>
          <w:b/>
          <w:i w:val="0"/>
          <w:sz w:val="18"/>
        </w:rPr>
        <w:t>matthes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Hello, Eric Matthes!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Please tell me your name:</w:t>
      </w:r>
    </w:p>
    <w:p>
      <w:pPr>
        <w:spacing w:after="0"/>
        <w:ind w:left="360"/>
        <w:shd w:val="clear" w:color="auto" w:fill="F2F2F2"/>
      </w:pPr>
      <w:r>
        <w:rPr>
          <w:rFonts w:ascii="Consolas" w:hAnsi="Consolas"/>
          <w:b w:val="0"/>
          <w:i w:val="0"/>
          <w:sz w:val="18"/>
        </w:rPr>
        <w:t>(enter 'q' at any time to quit)</w:t>
      </w:r>
    </w:p>
    <w:p>
      <w:pPr>
        <w:spacing w:after="0"/>
        <w:ind w:left="360"/>
        <w:shd w:val="clear" w:color="auto" w:fill="F2F2F2"/>
      </w:pPr>
      <w:r>
        <w:rPr>
          <w:rFonts w:ascii="Consolas" w:hAnsi="Consolas"/>
          <w:b w:val="0"/>
          <w:i w:val="0"/>
          <w:sz w:val="18"/>
        </w:rPr>
        <w:t xml:space="preserve">First name: </w:t>
      </w:r>
      <w:r>
        <w:rPr>
          <w:rFonts w:ascii="Consolas" w:hAnsi="Consolas"/>
          <w:b/>
          <w:i w:val="0"/>
          <w:sz w:val="18"/>
        </w:rPr>
        <w:t>q</w:t>
      </w:r>
    </w:p>
    <w:p>
      <w:pPr>
        <w:spacing w:after="40"/>
      </w:pPr>
    </w:p>
    <w:p>
      <w:pPr>
        <w:spacing w:before="120" w:after="40"/>
      </w:pPr>
      <w:r>
        <w:rPr>
          <w:b/>
          <w:sz w:val="21"/>
        </w:rPr>
        <w:t>Tự thực hành</w:t>
      </w:r>
    </w:p>
    <w:p>
      <w:pPr>
        <w:spacing w:after="80"/>
      </w:pPr>
      <w:r>
        <w:rPr>
          <w:b/>
          <w:i w:val="0"/>
        </w:rPr>
        <w:t>8-6. Tên thành phố:</w:t>
      </w:r>
      <w:r>
        <w:rPr>
          <w:b w:val="0"/>
          <w:i w:val="0"/>
        </w:rPr>
        <w:t xml:space="preserve"> Viết một hàm gọi là </w:t>
      </w:r>
      <w:r>
        <w:rPr>
          <w:rFonts w:ascii="Consolas" w:hAnsi="Consolas"/>
          <w:b w:val="0"/>
          <w:i w:val="0"/>
          <w:sz w:val="20"/>
        </w:rPr>
        <w:t>city_country()</w:t>
      </w:r>
      <w:r>
        <w:rPr>
          <w:b w:val="0"/>
          <w:i w:val="0"/>
        </w:rPr>
        <w:t xml:space="preserve"> nhận vào tên của một thành phố và quốc gia của nó. Hàm này nên trả về một chuỗi được định dạng như sau:</w:t>
      </w:r>
    </w:p>
    <w:p>
      <w:pPr>
        <w:spacing w:after="80"/>
      </w:pPr>
      <w:r>
        <w:rPr>
          <w:b w:val="0"/>
          <w:i w:val="0"/>
        </w:rPr>
        <w:t>"Santiago, Chile"</w:t>
      </w:r>
    </w:p>
    <w:p>
      <w:pPr>
        <w:spacing w:after="80"/>
      </w:pPr>
      <w:r>
        <w:rPr>
          <w:b w:val="0"/>
          <w:i w:val="0"/>
        </w:rPr>
        <w:t>Gọi hàm của bạn với ít nhất ba cặp thành phố-quốc gia, và in các giá trị được trả về.</w:t>
      </w:r>
    </w:p>
    <w:p>
      <w:pPr>
        <w:spacing w:after="80"/>
      </w:pPr>
      <w:r>
        <w:rPr>
          <w:b/>
          <w:i w:val="0"/>
        </w:rPr>
        <w:t>8-7. Album:</w:t>
      </w:r>
      <w:r>
        <w:rPr>
          <w:b w:val="0"/>
          <w:i w:val="0"/>
        </w:rPr>
        <w:t xml:space="preserve"> Viết một hàm gọi là </w:t>
      </w:r>
      <w:r>
        <w:rPr>
          <w:rFonts w:ascii="Consolas" w:hAnsi="Consolas"/>
          <w:b w:val="0"/>
          <w:i w:val="0"/>
          <w:sz w:val="20"/>
        </w:rPr>
        <w:t>make_album()</w:t>
      </w:r>
      <w:r>
        <w:rPr>
          <w:b w:val="0"/>
          <w:i w:val="0"/>
        </w:rPr>
        <w:t xml:space="preserve"> xây dựng một từ điển mô tả một album nhạc. Hàm này nên nhận vào tên nghệ sĩ và tiêu đề album, và nó nên trả về một từ điển chứa hai thông tin này. Dùng hàm này để tạo ba từ điển đại diện cho các album khác nhau. In từng giá trị trả về để cho thấy rằng các từ điển đang lưu thông tin album một cách chính xác.</w:t>
      </w:r>
    </w:p>
    <w:p>
      <w:pPr>
        <w:spacing w:after="80"/>
      </w:pPr>
      <w:r>
        <w:rPr>
          <w:b w:val="0"/>
          <w:i w:val="0"/>
        </w:rPr>
        <w:t xml:space="preserve">Dùng </w:t>
      </w:r>
      <w:r>
        <w:rPr>
          <w:rFonts w:ascii="Consolas" w:hAnsi="Consolas"/>
          <w:b w:val="0"/>
          <w:i w:val="0"/>
          <w:sz w:val="20"/>
        </w:rPr>
        <w:t>None</w:t>
      </w:r>
      <w:r>
        <w:rPr>
          <w:b w:val="0"/>
          <w:i w:val="0"/>
        </w:rPr>
        <w:t xml:space="preserve"> để thêm một tham số tùy chọn vào </w:t>
      </w:r>
      <w:r>
        <w:rPr>
          <w:rFonts w:ascii="Consolas" w:hAnsi="Consolas"/>
          <w:b w:val="0"/>
          <w:i w:val="0"/>
          <w:sz w:val="20"/>
        </w:rPr>
        <w:t>make_album()</w:t>
      </w:r>
      <w:r>
        <w:rPr>
          <w:b w:val="0"/>
          <w:i w:val="0"/>
        </w:rPr>
        <w:t xml:space="preserve"> cho phép bạn lưu số lượng bài hát trong một album. Nếu dòng gọi hàm bao gồm một giá trị cho số lượng bài hát, hãy thêm giá trị đó vào từ điển của album. Thực hiện ít nhất một lời gọi hàm mới bao gồm số lượng bài hát trong một album.</w:t>
      </w:r>
    </w:p>
    <w:p>
      <w:pPr>
        <w:spacing w:after="80"/>
      </w:pPr>
      <w:r>
        <w:rPr>
          <w:b/>
          <w:i w:val="0"/>
        </w:rPr>
        <w:t>8-8. Album của người dùng:</w:t>
      </w:r>
      <w:r>
        <w:rPr>
          <w:b w:val="0"/>
          <w:i w:val="0"/>
        </w:rPr>
        <w:t xml:space="preserve"> Bắt đầu với chương trình từ Bài tập 8-7. Viết một vòng lặp </w:t>
      </w:r>
      <w:r>
        <w:rPr>
          <w:rFonts w:ascii="Consolas" w:hAnsi="Consolas"/>
          <w:b w:val="0"/>
          <w:i w:val="0"/>
          <w:sz w:val="20"/>
        </w:rPr>
        <w:t>while</w:t>
      </w:r>
      <w:r>
        <w:rPr>
          <w:b w:val="0"/>
          <w:i w:val="0"/>
        </w:rPr>
        <w:t xml:space="preserve"> cho phép người dùng nhập tên ca sĩ và tiêu đề của một album. Sau khi có thông tin đó, gọi </w:t>
      </w:r>
      <w:r>
        <w:rPr>
          <w:rFonts w:ascii="Consolas" w:hAnsi="Consolas"/>
          <w:b w:val="0"/>
          <w:i w:val="0"/>
          <w:sz w:val="20"/>
        </w:rPr>
        <w:t>make_album()</w:t>
      </w:r>
      <w:r>
        <w:rPr>
          <w:b w:val="0"/>
          <w:i w:val="0"/>
        </w:rPr>
        <w:t xml:space="preserve"> với dữ liệu người dùng nhập vào và in ra dictionary được tạo. Nhớ thêm một giá trị thoát (quit value) trong vòng lặp </w:t>
      </w:r>
      <w:r>
        <w:rPr>
          <w:rFonts w:ascii="Consolas" w:hAnsi="Consolas"/>
          <w:b w:val="0"/>
          <w:i w:val="0"/>
          <w:sz w:val="20"/>
        </w:rPr>
        <w:t>while</w:t>
      </w:r>
      <w:r>
        <w:rPr>
          <w:b w:val="0"/>
          <w:i w:val="0"/>
        </w:rPr>
        <w:t xml:space="preserve"> nhé.</w:t>
      </w:r>
    </w:p>
    <w:p>
      <w:pPr>
        <w:pStyle w:val="Heading2"/>
      </w:pPr>
      <w:r>
        <w:rPr>
          <w:rFonts w:ascii="Calibri" w:hAnsi="Calibri"/>
          <w:b/>
          <w:i w:val="0"/>
          <w:sz w:val="32"/>
        </w:rPr>
        <w:t>Truyền một danh sách</w:t>
      </w:r>
    </w:p>
    <w:p>
      <w:pPr>
        <w:spacing w:after="80"/>
      </w:pPr>
      <w:r>
        <w:rPr>
          <w:b w:val="0"/>
          <w:i w:val="0"/>
        </w:rPr>
        <w:t>Bạn sẽ thường thấy việc truyền một danh sách (list) vào hàm rất hữu ích, dù đó là danh sách tên, số, hay những đối tượng phức tạp hơn như dictionary. Khi bạn truyền một danh sách vào hàm, hàm sẽ có quyền truy cập trực tiếp vào nội dung của danh sách đó. Hãy cùng dùng hàm để việc làm việc với danh sách hiệu quả hơn nhé.</w:t>
      </w:r>
    </w:p>
    <w:p>
      <w:pPr>
        <w:spacing w:after="80"/>
      </w:pPr>
      <w:r>
        <w:rPr>
          <w:b w:val="0"/>
          <w:i w:val="0"/>
        </w:rPr>
        <w:t xml:space="preserve">Giả sử ta có một danh sách người dùng và muốn in lời chào cho từng người. Ví dụ sau đây gửi một danh sách tên vào hàm </w:t>
      </w:r>
      <w:r>
        <w:rPr>
          <w:rFonts w:ascii="Consolas" w:hAnsi="Consolas"/>
          <w:b w:val="0"/>
          <w:i w:val="0"/>
          <w:sz w:val="20"/>
        </w:rPr>
        <w:t>greet_users()</w:t>
      </w:r>
      <w:r>
        <w:rPr>
          <w:b w:val="0"/>
          <w:i w:val="0"/>
        </w:rPr>
        <w:t>, hàm này sẽ chào từng người trong danh sách một cách riêng biệt:</w:t>
      </w:r>
    </w:p>
    <w:p>
      <w:pPr>
        <w:spacing w:after="80"/>
      </w:pPr>
      <w:r>
        <w:rPr>
          <w:b w:val="0"/>
          <w:i w:val="0"/>
        </w:rPr>
        <w:t>greet_users.py</w:t>
      </w:r>
    </w:p>
    <w:p>
      <w:pPr>
        <w:spacing w:after="80"/>
      </w:pPr>
      <w:r>
        <w:rPr>
          <w:b w:val="0"/>
          <w:i w:val="0"/>
        </w:rPr>
        <w:t>def greet_users(names):</w:t>
      </w:r>
      <w:r>
        <w:br/>
      </w:r>
      <w:r>
        <w:rPr>
          <w:b w:val="0"/>
          <w:i w:val="0"/>
        </w:rPr>
        <w:t xml:space="preserve">    """Print a simple greeting to each user in the list."""</w:t>
      </w:r>
      <w:r>
        <w:br/>
      </w:r>
      <w:r>
        <w:rPr>
          <w:b w:val="0"/>
          <w:i w:val="0"/>
        </w:rPr>
        <w:t xml:space="preserve">    for name in names:</w:t>
      </w:r>
      <w:r>
        <w:br/>
      </w:r>
      <w:r>
        <w:rPr>
          <w:b w:val="0"/>
          <w:i w:val="0"/>
        </w:rPr>
        <w:t xml:space="preserve">        msg = f"Hello, {name.title()}!"</w:t>
      </w:r>
      <w:r>
        <w:br/>
      </w:r>
      <w:r>
        <w:rPr>
          <w:b w:val="0"/>
          <w:i w:val="0"/>
        </w:rPr>
        <w:t xml:space="preserve">        print(msg)</w:t>
      </w:r>
      <w:r>
        <w:br/>
      </w:r>
      <w:r>
        <w:br/>
      </w:r>
      <w:r>
        <w:rPr>
          <w:b w:val="0"/>
          <w:i w:val="0"/>
        </w:rPr>
        <w:t>usernames = ['hannah', 'ty', 'margot']</w:t>
      </w:r>
      <w:r>
        <w:br/>
      </w:r>
      <w:r>
        <w:rPr>
          <w:b w:val="0"/>
          <w:i w:val="0"/>
        </w:rPr>
        <w:t>greet_users(usernames)</w:t>
      </w:r>
    </w:p>
    <w:p>
      <w:pPr>
        <w:spacing w:after="80"/>
      </w:pPr>
      <w:r>
        <w:rPr>
          <w:b w:val="0"/>
          <w:i w:val="0"/>
        </w:rPr>
        <w:t xml:space="preserve">Ta định nghĩa </w:t>
      </w:r>
      <w:r>
        <w:rPr>
          <w:rFonts w:ascii="Consolas" w:hAnsi="Consolas"/>
          <w:b w:val="0"/>
          <w:i w:val="0"/>
          <w:sz w:val="20"/>
        </w:rPr>
        <w:t>greet_users()</w:t>
      </w:r>
      <w:r>
        <w:rPr>
          <w:b w:val="0"/>
          <w:i w:val="0"/>
        </w:rPr>
        <w:t xml:space="preserve"> để nó nhận một danh sách tên, rồi gán danh sách đó cho tham số (parameter) </w:t>
      </w:r>
      <w:r>
        <w:rPr>
          <w:rFonts w:ascii="Consolas" w:hAnsi="Consolas"/>
          <w:b w:val="0"/>
          <w:i w:val="0"/>
          <w:sz w:val="20"/>
        </w:rPr>
        <w:t>names</w:t>
      </w:r>
      <w:r>
        <w:rPr>
          <w:b w:val="0"/>
          <w:i w:val="0"/>
        </w:rPr>
        <w:t xml:space="preserve">. Hàm sẽ lặp qua danh sách nhận được và in lời chào cho từng người dùng. Bên ngoài hàm, ta định nghĩa một danh sách người dùng rồi truyền danh sách </w:t>
      </w:r>
      <w:r>
        <w:rPr>
          <w:rFonts w:ascii="Consolas" w:hAnsi="Consolas"/>
          <w:b w:val="0"/>
          <w:i w:val="0"/>
          <w:sz w:val="20"/>
        </w:rPr>
        <w:t>usernames</w:t>
      </w:r>
      <w:r>
        <w:rPr>
          <w:b w:val="0"/>
          <w:i w:val="0"/>
        </w:rPr>
        <w:t xml:space="preserve"> vào </w:t>
      </w:r>
      <w:r>
        <w:rPr>
          <w:rFonts w:ascii="Consolas" w:hAnsi="Consolas"/>
          <w:b w:val="0"/>
          <w:i w:val="0"/>
          <w:sz w:val="20"/>
        </w:rPr>
        <w:t>greet_users()</w:t>
      </w:r>
      <w:r>
        <w:rPr>
          <w:b w:val="0"/>
          <w:i w:val="0"/>
        </w:rPr>
        <w:t xml:space="preserve"> trong lời gọi hàm:</w:t>
      </w:r>
    </w:p>
    <w:p>
      <w:pPr>
        <w:spacing w:after="80"/>
      </w:pPr>
      <w:r>
        <w:rPr>
          <w:b w:val="0"/>
          <w:i w:val="0"/>
        </w:rPr>
        <w:t>Hello, Hannah!</w:t>
      </w:r>
      <w:r>
        <w:br/>
      </w:r>
      <w:r>
        <w:rPr>
          <w:b w:val="0"/>
          <w:i w:val="0"/>
        </w:rPr>
        <w:t>Hello, Ty!</w:t>
      </w:r>
      <w:r>
        <w:br/>
      </w:r>
      <w:r>
        <w:rPr>
          <w:b w:val="0"/>
          <w:i w:val="0"/>
        </w:rPr>
        <w:t>Hello, Margot!</w:t>
      </w:r>
    </w:p>
    <w:p>
      <w:pPr>
        <w:spacing w:after="80"/>
      </w:pPr>
      <w:r>
        <w:rPr>
          <w:b w:val="0"/>
          <w:i w:val="0"/>
        </w:rPr>
        <w:t>Đây chính là kết quả mà ta mong muốn. Mỗi người dùng đều nhận được lời chào được cá nhân hóa, và bạn có thể gọi hàm này bất cứ lúc nào bạn muốn chào một nhóm người dùng cụ thể.</w:t>
      </w:r>
    </w:p>
    <w:p>
      <w:pPr>
        <w:pStyle w:val="Heading3"/>
      </w:pPr>
      <w:r>
        <w:rPr>
          <w:rFonts w:ascii="Calibri" w:hAnsi="Calibri"/>
          <w:b/>
          <w:i w:val="0"/>
          <w:sz w:val="27"/>
        </w:rPr>
        <w:t>Thay đổi một danh sách trong hàm</w:t>
      </w:r>
    </w:p>
    <w:p>
      <w:pPr>
        <w:spacing w:after="80"/>
      </w:pPr>
      <w:r>
        <w:rPr>
          <w:b w:val="0"/>
          <w:i w:val="0"/>
        </w:rPr>
        <w:t>Khi bạn truyền một danh sách vào hàm, hàm có thể thay đổi danh sách đó. Mọi thay đổi được thực hiện với danh sách bên trong thân hàm đều là vĩnh viễn, giúp bạn làm việc hiệu quả ngay cả khi phải xử lý lượng dữ liệu lớn.</w:t>
      </w:r>
    </w:p>
    <w:p>
      <w:pPr>
        <w:spacing w:after="80"/>
      </w:pPr>
      <w:r>
        <w:rPr>
          <w:b w:val="0"/>
          <w:i w:val="0"/>
        </w:rPr>
        <w:t>Hãy xét một công ty chuyên tạo ra các mô hình in 3D từ những thiết kế mà người dùng gửi lên. Những thiết kế cần in được lưu trong một danh sách, và sau khi in xong chúng sẽ được chuyển sang một danh sách riêng. Đoạn code sau đây làm việc này mà không dùng hàm:</w:t>
      </w:r>
    </w:p>
    <w:p>
      <w:pPr>
        <w:spacing w:after="80"/>
      </w:pPr>
      <w:r>
        <w:rPr>
          <w:b w:val="0"/>
          <w:i w:val="0"/>
        </w:rPr>
        <w:t>printing_models.py</w:t>
      </w:r>
    </w:p>
    <w:p>
      <w:pPr>
        <w:spacing w:after="80"/>
      </w:pPr>
      <w:r>
        <w:rPr>
          <w:b w:val="0"/>
          <w:i w:val="0"/>
        </w:rPr>
        <w:t># Start with some designs that need to be printed.</w:t>
      </w:r>
      <w:r>
        <w:br/>
      </w:r>
      <w:r>
        <w:rPr>
          <w:b w:val="0"/>
          <w:i w:val="0"/>
        </w:rPr>
        <w:t>unprinted_designs = ['phone case', 'robot pendant', 'dodecahedron']</w:t>
      </w:r>
      <w:r>
        <w:br/>
      </w:r>
      <w:r>
        <w:rPr>
          <w:b w:val="0"/>
          <w:i w:val="0"/>
        </w:rPr>
        <w:t>completed_models = []</w:t>
      </w:r>
      <w:r>
        <w:br/>
      </w:r>
      <w:r>
        <w:br/>
      </w:r>
      <w:r>
        <w:rPr>
          <w:b w:val="0"/>
          <w:i w:val="0"/>
        </w:rPr>
        <w:t># Simulate printing each design, until none are left.</w:t>
      </w:r>
      <w:r>
        <w:br/>
      </w:r>
      <w:r>
        <w:rPr>
          <w:b w:val="0"/>
          <w:i w:val="0"/>
        </w:rPr>
        <w:t>#  Move each design to completed_models after printing.</w:t>
      </w:r>
      <w:r>
        <w:br/>
      </w:r>
      <w:r>
        <w:rPr>
          <w:b w:val="0"/>
          <w:i w:val="0"/>
        </w:rPr>
        <w:t>while unprinted_designs:</w:t>
      </w:r>
      <w:r>
        <w:br/>
      </w:r>
      <w:r>
        <w:rPr>
          <w:b w:val="0"/>
          <w:i w:val="0"/>
        </w:rPr>
        <w:t xml:space="preserve">    current_design = unprinted_designs.pop()</w:t>
      </w:r>
      <w:r>
        <w:br/>
      </w:r>
      <w:r>
        <w:rPr>
          <w:b w:val="0"/>
          <w:i w:val="0"/>
        </w:rPr>
        <w:t xml:space="preserve">    print(f"Printing model: {current_design}")</w:t>
      </w:r>
      <w:r>
        <w:br/>
      </w:r>
      <w:r>
        <w:rPr>
          <w:b w:val="0"/>
          <w:i w:val="0"/>
        </w:rPr>
        <w:t xml:space="preserve">    completed_models.append(current_design)</w:t>
      </w:r>
      <w:r>
        <w:br/>
      </w:r>
      <w:r>
        <w:br/>
      </w:r>
      <w:r>
        <w:rPr>
          <w:b w:val="0"/>
          <w:i w:val="0"/>
        </w:rPr>
        <w:t># Display all completed models.</w:t>
      </w:r>
      <w:r>
        <w:br/>
      </w:r>
      <w:r>
        <w:rPr>
          <w:b w:val="0"/>
          <w:i w:val="0"/>
        </w:rPr>
        <w:t>print("\nThe following models have been printed:")</w:t>
      </w:r>
      <w:r>
        <w:br/>
      </w:r>
      <w:r>
        <w:rPr>
          <w:b w:val="0"/>
          <w:i w:val="0"/>
        </w:rPr>
        <w:t>for completed_model in completed_models:</w:t>
      </w:r>
      <w:r>
        <w:br/>
      </w:r>
      <w:r>
        <w:rPr>
          <w:b w:val="0"/>
          <w:i w:val="0"/>
        </w:rPr>
        <w:t xml:space="preserve">    print(completed_model)</w:t>
      </w:r>
    </w:p>
    <w:p>
      <w:pPr>
        <w:spacing w:after="80"/>
      </w:pPr>
      <w:r>
        <w:rPr>
          <w:b w:val="0"/>
          <w:i w:val="0"/>
        </w:rPr>
        <w:t xml:space="preserve">Chương trình này bắt đầu với một danh sách các thiết kế cần được in và một danh sách rỗng tên là </w:t>
      </w:r>
      <w:r>
        <w:rPr>
          <w:rFonts w:ascii="Consolas" w:hAnsi="Consolas"/>
          <w:b w:val="0"/>
          <w:i w:val="0"/>
          <w:sz w:val="20"/>
        </w:rPr>
        <w:t>completed_models</w:t>
      </w:r>
      <w:r>
        <w:rPr>
          <w:b w:val="0"/>
          <w:i w:val="0"/>
        </w:rPr>
        <w:t xml:space="preserve"> mà mỗi thiết kế sẽ được chuyển đến sau khi được in xong. Chừng nào vẫn còn thiết kế trong </w:t>
      </w:r>
      <w:r>
        <w:rPr>
          <w:rFonts w:ascii="Consolas" w:hAnsi="Consolas"/>
          <w:b w:val="0"/>
          <w:i w:val="0"/>
          <w:sz w:val="20"/>
        </w:rPr>
        <w:t>unprinted_designs</w:t>
      </w:r>
      <w:r>
        <w:rPr>
          <w:b w:val="0"/>
          <w:i w:val="0"/>
        </w:rPr>
        <w:t xml:space="preserve">, vòng lặp </w:t>
      </w:r>
      <w:r>
        <w:rPr>
          <w:rFonts w:ascii="Consolas" w:hAnsi="Consolas"/>
          <w:b w:val="0"/>
          <w:i w:val="0"/>
          <w:sz w:val="20"/>
        </w:rPr>
        <w:t>while</w:t>
      </w:r>
      <w:r>
        <w:rPr>
          <w:b w:val="0"/>
          <w:i w:val="0"/>
        </w:rPr>
        <w:t xml:space="preserve"> sẽ mô phỏng việc in từng thiết kế bằng cách lấy một thiết kế ra khỏi cuối danh sách, lưu nó vào </w:t>
      </w:r>
      <w:r>
        <w:rPr>
          <w:rFonts w:ascii="Consolas" w:hAnsi="Consolas"/>
          <w:b w:val="0"/>
          <w:i w:val="0"/>
          <w:sz w:val="20"/>
        </w:rPr>
        <w:t>current_design</w:t>
      </w:r>
      <w:r>
        <w:rPr>
          <w:b w:val="0"/>
          <w:i w:val="0"/>
        </w:rPr>
        <w:t>, và hiển thị thông báo rằng thiết kế hiện tại đang được in. Sau đó nó thêm thiết kế đó vào danh sách các mẫu đã hoàn thành. Khi vòng lặp chạy xong, một danh sách các thiết kế đã được in sẽ được hiển thị:</w:t>
      </w:r>
    </w:p>
    <w:p>
      <w:pPr>
        <w:spacing w:after="80"/>
      </w:pPr>
      <w:r>
        <w:rPr>
          <w:b w:val="0"/>
          <w:i w:val="0"/>
        </w:rPr>
        <w:t>Đang in mẫu: dodecahedron</w:t>
      </w:r>
      <w:r>
        <w:br/>
      </w:r>
      <w:r>
        <w:rPr>
          <w:b w:val="0"/>
          <w:i w:val="0"/>
        </w:rPr>
        <w:t>Đang in mẫu: robot pendant</w:t>
      </w:r>
      <w:r>
        <w:br/>
      </w:r>
      <w:r>
        <w:rPr>
          <w:b w:val="0"/>
          <w:i w:val="0"/>
        </w:rPr>
        <w:t>Đang in mẫu: phone case</w:t>
      </w:r>
      <w:r>
        <w:br/>
      </w:r>
      <w:r>
        <w:br/>
      </w:r>
      <w:r>
        <w:rPr>
          <w:b w:val="0"/>
          <w:i w:val="0"/>
        </w:rPr>
        <w:t>Các mẫu sau đã được in:</w:t>
      </w:r>
      <w:r>
        <w:br/>
      </w:r>
      <w:r>
        <w:rPr>
          <w:b w:val="0"/>
          <w:i w:val="0"/>
        </w:rPr>
        <w:t>dodecahedron</w:t>
      </w:r>
      <w:r>
        <w:br/>
      </w:r>
      <w:r>
        <w:rPr>
          <w:b w:val="0"/>
          <w:i w:val="0"/>
        </w:rPr>
        <w:t>robot pendant</w:t>
      </w:r>
      <w:r>
        <w:br/>
      </w:r>
      <w:r>
        <w:rPr>
          <w:b w:val="0"/>
          <w:i w:val="0"/>
        </w:rPr>
        <w:t>phone case</w:t>
      </w:r>
    </w:p>
    <w:p>
      <w:pPr>
        <w:spacing w:after="80"/>
      </w:pPr>
      <w:r>
        <w:rPr>
          <w:b w:val="0"/>
          <w:i w:val="0"/>
        </w:rPr>
        <w:t>Chúng ta có thể tổ chức lại đoạn code này bằng cách viết hai hàm, mỗi hàm đảm nhận một công việc cụ thể. Hầu hết code sẽ không thay đổi; chúng ta chỉ cấu trúc nó cẩn thận hơn mà thôi. Hàm đầu tiên sẽ xử lý việc in các thiết kế, và hàm thứ hai sẽ tóm tắt những gì đã được in:</w:t>
      </w:r>
    </w:p>
    <w:p>
      <w:pPr>
        <w:spacing w:after="0"/>
        <w:ind w:left="360"/>
        <w:shd w:val="clear" w:color="auto" w:fill="F2F2F2"/>
      </w:pPr>
      <w:r>
        <w:rPr>
          <w:rFonts w:ascii="Consolas" w:hAnsi="Consolas"/>
          <w:b w:val="0"/>
          <w:i w:val="0"/>
          <w:sz w:val="18"/>
        </w:rPr>
        <w:t>❶ def print_models(unprinted_designs, completed_models):</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Simulate printing each design, until none are left.</w:t>
      </w:r>
    </w:p>
    <w:p>
      <w:pPr>
        <w:spacing w:after="0"/>
        <w:ind w:left="360"/>
        <w:shd w:val="clear" w:color="auto" w:fill="F2F2F2"/>
      </w:pPr>
      <w:r>
        <w:rPr>
          <w:rFonts w:ascii="Consolas" w:hAnsi="Consolas"/>
          <w:b w:val="0"/>
          <w:i w:val="0"/>
          <w:sz w:val="18"/>
        </w:rPr>
        <w:t xml:space="preserve">    Move each design to completed_models after printing.</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while unprinted_designs:</w:t>
      </w:r>
    </w:p>
    <w:p>
      <w:pPr>
        <w:spacing w:after="0"/>
        <w:ind w:left="360"/>
        <w:shd w:val="clear" w:color="auto" w:fill="F2F2F2"/>
      </w:pPr>
      <w:r>
        <w:rPr>
          <w:rFonts w:ascii="Consolas" w:hAnsi="Consolas"/>
          <w:b w:val="0"/>
          <w:i w:val="0"/>
          <w:sz w:val="18"/>
        </w:rPr>
        <w:t xml:space="preserve">        current_design = unprinted_designs.pop()</w:t>
      </w:r>
    </w:p>
    <w:p>
      <w:pPr>
        <w:spacing w:after="0"/>
        <w:ind w:left="360"/>
        <w:shd w:val="clear" w:color="auto" w:fill="F2F2F2"/>
      </w:pPr>
      <w:r>
        <w:rPr>
          <w:rFonts w:ascii="Consolas" w:hAnsi="Consolas"/>
          <w:b w:val="0"/>
          <w:i w:val="0"/>
          <w:sz w:val="18"/>
        </w:rPr>
        <w:t xml:space="preserve">        print(f"Printing model: {current_design}")</w:t>
      </w:r>
    </w:p>
    <w:p>
      <w:pPr>
        <w:spacing w:after="0"/>
        <w:ind w:left="360"/>
        <w:shd w:val="clear" w:color="auto" w:fill="F2F2F2"/>
      </w:pPr>
      <w:r>
        <w:rPr>
          <w:rFonts w:ascii="Consolas" w:hAnsi="Consolas"/>
          <w:b w:val="0"/>
          <w:i w:val="0"/>
          <w:sz w:val="18"/>
        </w:rPr>
        <w:t xml:space="preserve">        completed_models.append(current_design)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show_completed_models(completed_models):</w:t>
      </w:r>
    </w:p>
    <w:p>
      <w:pPr>
        <w:spacing w:after="0"/>
        <w:ind w:left="360"/>
        <w:shd w:val="clear" w:color="auto" w:fill="F2F2F2"/>
      </w:pPr>
      <w:r>
        <w:rPr>
          <w:rFonts w:ascii="Consolas" w:hAnsi="Consolas"/>
          <w:b w:val="0"/>
          <w:i w:val="0"/>
          <w:sz w:val="18"/>
        </w:rPr>
        <w:t xml:space="preserve">    """Show all the models that were printed."""</w:t>
      </w:r>
    </w:p>
    <w:p>
      <w:pPr>
        <w:spacing w:after="0"/>
        <w:ind w:left="360"/>
        <w:shd w:val="clear" w:color="auto" w:fill="F2F2F2"/>
      </w:pPr>
      <w:r>
        <w:rPr>
          <w:rFonts w:ascii="Consolas" w:hAnsi="Consolas"/>
          <w:b w:val="0"/>
          <w:i w:val="0"/>
          <w:sz w:val="18"/>
        </w:rPr>
        <w:t xml:space="preserve">    print("\nThe following models have been printed:")</w:t>
      </w:r>
    </w:p>
    <w:p>
      <w:pPr>
        <w:spacing w:after="0"/>
        <w:ind w:left="360"/>
        <w:shd w:val="clear" w:color="auto" w:fill="F2F2F2"/>
      </w:pPr>
      <w:r>
        <w:rPr>
          <w:rFonts w:ascii="Consolas" w:hAnsi="Consolas"/>
          <w:b w:val="0"/>
          <w:i w:val="0"/>
          <w:sz w:val="18"/>
        </w:rPr>
        <w:t xml:space="preserve">    for completed_model in completed_models:</w:t>
      </w:r>
    </w:p>
    <w:p>
      <w:pPr>
        <w:spacing w:after="0"/>
        <w:ind w:left="360"/>
        <w:shd w:val="clear" w:color="auto" w:fill="F2F2F2"/>
      </w:pPr>
      <w:r>
        <w:rPr>
          <w:rFonts w:ascii="Consolas" w:hAnsi="Consolas"/>
          <w:b w:val="0"/>
          <w:i w:val="0"/>
          <w:sz w:val="18"/>
        </w:rPr>
        <w:t xml:space="preserve">        print(completed_model)</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unprinted_designs = ['phone case', 'robot pendant', 'dodecahedron']</w:t>
      </w:r>
    </w:p>
    <w:p>
      <w:pPr>
        <w:spacing w:after="0"/>
        <w:ind w:left="360"/>
        <w:shd w:val="clear" w:color="auto" w:fill="F2F2F2"/>
      </w:pPr>
      <w:r>
        <w:rPr>
          <w:rFonts w:ascii="Consolas" w:hAnsi="Consolas"/>
          <w:b w:val="0"/>
          <w:i w:val="0"/>
          <w:sz w:val="18"/>
        </w:rPr>
        <w:t>completed_models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print_models(unprinted_designs, completed_models)</w:t>
      </w:r>
    </w:p>
    <w:p>
      <w:pPr>
        <w:spacing w:after="0"/>
        <w:ind w:left="360"/>
        <w:shd w:val="clear" w:color="auto" w:fill="F2F2F2"/>
      </w:pPr>
      <w:r>
        <w:rPr>
          <w:rFonts w:ascii="Consolas" w:hAnsi="Consolas"/>
          <w:b w:val="0"/>
          <w:i w:val="0"/>
          <w:sz w:val="18"/>
        </w:rPr>
        <w:t>show_completed_models(completed_models)</w:t>
      </w:r>
    </w:p>
    <w:p>
      <w:pPr>
        <w:spacing w:after="40"/>
      </w:pPr>
    </w:p>
    <w:p>
      <w:pPr>
        <w:spacing w:after="80"/>
      </w:pPr>
      <w:r>
        <w:rPr>
          <w:b w:val="0"/>
          <w:i w:val="0"/>
        </w:rPr>
        <w:t xml:space="preserve">Chúng ta định nghĩa hàm </w:t>
      </w:r>
      <w:r>
        <w:rPr>
          <w:rFonts w:ascii="Consolas" w:hAnsi="Consolas"/>
          <w:b w:val="0"/>
          <w:i w:val="0"/>
          <w:sz w:val="20"/>
        </w:rPr>
        <w:t>print_models()</w:t>
      </w:r>
      <w:r>
        <w:rPr>
          <w:b w:val="0"/>
          <w:i w:val="0"/>
        </w:rPr>
        <w:t xml:space="preserve"> với hai tham số: một danh sách các thiết kế cần được in và một danh sách các mẫu đã hoàn thành ❶. Với hai danh sách này, hàm mô phỏng việc in từng thiết kế bằng cách làm rỗng danh sách các thiết kế chưa in và làm đầy danh sách các mẫu đã hoàn thành. Sau đó chúng ta định nghĩa hàm </w:t>
      </w:r>
      <w:r>
        <w:rPr>
          <w:rFonts w:ascii="Consolas" w:hAnsi="Consolas"/>
          <w:b w:val="0"/>
          <w:i w:val="0"/>
          <w:sz w:val="20"/>
        </w:rPr>
        <w:t>show_completed_models()</w:t>
      </w:r>
      <w:r>
        <w:rPr>
          <w:b w:val="0"/>
          <w:i w:val="0"/>
        </w:rPr>
        <w:t xml:space="preserve"> với một tham số: danh sách các mẫu đã hoàn thành ❷. Với danh sách này, </w:t>
      </w:r>
      <w:r>
        <w:rPr>
          <w:rFonts w:ascii="Consolas" w:hAnsi="Consolas"/>
          <w:b w:val="0"/>
          <w:i w:val="0"/>
          <w:sz w:val="20"/>
        </w:rPr>
        <w:t>show_completed_models()</w:t>
      </w:r>
      <w:r>
        <w:rPr>
          <w:b w:val="0"/>
          <w:i w:val="0"/>
        </w:rPr>
        <w:t xml:space="preserve"> hiển thị tên của từng mẫu đã được in.</w:t>
      </w:r>
    </w:p>
    <w:p>
      <w:pPr>
        <w:spacing w:after="80"/>
      </w:pPr>
      <w:r>
        <w:rPr>
          <w:b w:val="0"/>
          <w:i w:val="0"/>
        </w:rPr>
        <w:t>Chương trình này có kết quả đầu ra giống hệt phiên bản không dùng hàm, nhưng code được tổ chức gọn gàng hơn nhiều. Phần code làm hầu hết công việc đã được chuyển vào hai hàm riêng biệt, giúp phần chính của chương trình dễ hiểu hơn. Hãy nhìn vào phần thân của chương trình và để ý xem bạn có thể theo dõi diễn biến một cách dễ dàng như thế nào:</w:t>
      </w:r>
    </w:p>
    <w:p>
      <w:pPr>
        <w:spacing w:after="80"/>
      </w:pPr>
      <w:r>
        <w:rPr>
          <w:b w:val="0"/>
          <w:i w:val="0"/>
        </w:rPr>
        <w:t>unprinted_designs = ['phone case', 'robot pendant', 'dodecahedron']</w:t>
      </w:r>
      <w:r>
        <w:br/>
      </w:r>
      <w:r>
        <w:rPr>
          <w:b w:val="0"/>
          <w:i w:val="0"/>
        </w:rPr>
        <w:t>completed_models = []</w:t>
      </w:r>
      <w:r>
        <w:br/>
      </w:r>
      <w:r>
        <w:br/>
      </w:r>
      <w:r>
        <w:rPr>
          <w:b w:val="0"/>
          <w:i w:val="0"/>
        </w:rPr>
        <w:t>print_models(unprinted_designs, completed_models)</w:t>
      </w:r>
      <w:r>
        <w:br/>
      </w:r>
      <w:r>
        <w:rPr>
          <w:b w:val="0"/>
          <w:i w:val="0"/>
        </w:rPr>
        <w:t>show_completed_models(completed_models)</w:t>
      </w:r>
    </w:p>
    <w:p>
      <w:pPr>
        <w:spacing w:after="80"/>
      </w:pPr>
      <w:r>
        <w:rPr>
          <w:b w:val="0"/>
          <w:i w:val="0"/>
        </w:rPr>
        <w:t xml:space="preserve">Chúng ta thiết lập một danh sách các thiết kế chưa in và một danh sách rỗng sẽ chứa các mẫu đã hoàn thành. Sau đó, vì đã định nghĩa xong hai hàm, tất cả những gì chúng ta cần làm là gọi chúng và truyền đúng đối số (argument). Chúng ta gọi </w:t>
      </w:r>
      <w:r>
        <w:rPr>
          <w:rFonts w:ascii="Consolas" w:hAnsi="Consolas"/>
          <w:b w:val="0"/>
          <w:i w:val="0"/>
          <w:sz w:val="20"/>
        </w:rPr>
        <w:t>print_models()</w:t>
      </w:r>
      <w:r>
        <w:rPr>
          <w:b w:val="0"/>
          <w:i w:val="0"/>
        </w:rPr>
        <w:t xml:space="preserve"> và truyền cho nó hai danh sách cần thiết; đúng như mong đợi, </w:t>
      </w:r>
      <w:r>
        <w:rPr>
          <w:rFonts w:ascii="Consolas" w:hAnsi="Consolas"/>
          <w:b w:val="0"/>
          <w:i w:val="0"/>
          <w:sz w:val="20"/>
        </w:rPr>
        <w:t>print_models()</w:t>
      </w:r>
      <w:r>
        <w:rPr>
          <w:b w:val="0"/>
          <w:i w:val="0"/>
        </w:rPr>
        <w:t xml:space="preserve"> mô phỏng việc in các thiết kế. Tiếp theo chúng ta gọi </w:t>
      </w:r>
      <w:r>
        <w:rPr>
          <w:rFonts w:ascii="Consolas" w:hAnsi="Consolas"/>
          <w:b w:val="0"/>
          <w:i w:val="0"/>
          <w:sz w:val="20"/>
        </w:rPr>
        <w:t>show_completed_models()</w:t>
      </w:r>
      <w:r>
        <w:rPr>
          <w:b w:val="0"/>
          <w:i w:val="0"/>
        </w:rPr>
        <w:t xml:space="preserve"> và truyền cho nó danh sách các mẫu đã hoàn thành để nó báo cáo những mẫu đã được in. Những tên hàm mang tính mô tả này cho phép người khác đọc code và hiểu được nó, ngay cả khi không có chú thích.</w:t>
      </w:r>
    </w:p>
    <w:p>
      <w:pPr>
        <w:spacing w:after="80"/>
      </w:pPr>
      <w:r>
        <w:rPr>
          <w:b w:val="0"/>
          <w:i w:val="0"/>
        </w:rPr>
        <w:t>Chương trình này dễ mở rộng và bảo trì hơn phiên bản không dùng hàm. Nếu sau này cần in thêm thiết kế, chúng ta chỉ cần gọi lại print_models(). Nếu nhận ra code in cần được sửa đổi, chúng ta chỉ cần sửa code một lần, và thay đổi sẽ được áp dụng ở mọi nơi hàm được gọi. Kỹ thuật này hiệu quả hơn việc phải cập nhật code riêng lẻ ở nhiều chỗ trong chương trình.</w:t>
      </w:r>
    </w:p>
    <w:p>
      <w:pPr>
        <w:spacing w:after="80"/>
      </w:pPr>
      <w:r>
        <w:rPr>
          <w:b w:val="0"/>
          <w:i w:val="0"/>
        </w:rPr>
        <w:t>Ví dụ này cũng minh họa ý tưởng rằng mỗi hàm nên đảm nhận một công việc cụ thể. Hàm đầu tiên in từng thiết kế, và hàm thứ hai hiển thị các mẫu đã hoàn thành. Điều này có lợi hơn việc dùng một hàm để làm cả hai việc. Nếu bạn đang viết một hàm và nhận thấy nó đang làm quá nhiều nhiệm vụ khác nhau, hãy thử tách code thành hai hàm. Hãy nhớ rằng bạn luôn có thể gọi một hàm từ một hàm khác, điều này rất hữu ích khi chia một tác vụ phức tạp thành một chuỗi các bước.</w:t>
      </w:r>
    </w:p>
    <w:p>
      <w:pPr>
        <w:pStyle w:val="Heading3"/>
      </w:pPr>
      <w:r>
        <w:rPr>
          <w:rFonts w:ascii="Calibri" w:hAnsi="Calibri"/>
          <w:b/>
          <w:i w:val="0"/>
          <w:sz w:val="27"/>
        </w:rPr>
        <w:t>Ngăn một hàm sửa đổi danh sách</w:t>
      </w:r>
    </w:p>
    <w:p>
      <w:pPr>
        <w:spacing w:after="80"/>
      </w:pPr>
      <w:r>
        <w:rPr>
          <w:b w:val="0"/>
          <w:i w:val="0"/>
        </w:rPr>
        <w:t xml:space="preserve">Đôi khi bạn sẽ muốn ngăn một hàm sửa đổi danh sách. Ví dụ, giả sử bạn bắt đầu với một danh sách các thiết kế chưa in và viết một hàm để chuyển chúng sang danh sách các mẫu đã hoàn thành, như trong ví dụ trước. Bạn có thể quyết định rằng dù đã in tất cả thiết kế, bạn vẫn muốn giữ lại danh sách gốc các thiết kế chưa in để lưu trữ. Nhưng vì bạn đã chuyển hết tên các thiết kế ra khỏi </w:t>
      </w:r>
      <w:r>
        <w:rPr>
          <w:rFonts w:ascii="Consolas" w:hAnsi="Consolas"/>
          <w:b w:val="0"/>
          <w:i w:val="0"/>
          <w:sz w:val="20"/>
        </w:rPr>
        <w:t>unprinted_designs</w:t>
      </w:r>
      <w:r>
        <w:rPr>
          <w:b w:val="0"/>
          <w:i w:val="0"/>
        </w:rPr>
        <w:t>, danh sách giờ đây đã rỗng, và danh sách rỗng là phiên bản duy nhất bạn có; bản gốc đã biến mất. Trong trường hợp này, bạn có thể giải quyết vấn đề bằng cách truyền cho hàm một bản sao của danh sách, chứ không phải bản gốc. Mọi thay đổi mà hàm thực hiện trên danh sách sẽ chỉ ảnh hưởng đến bản sao, giữ nguyên vẹn danh sách gốc.</w:t>
      </w:r>
    </w:p>
    <w:p>
      <w:pPr>
        <w:spacing w:after="80"/>
      </w:pPr>
      <w:r>
        <w:rPr>
          <w:b w:val="0"/>
          <w:i w:val="0"/>
        </w:rPr>
        <w:t>Bạn có thể gửi một bản sao của danh sách đến một hàm như thế này:</w:t>
      </w:r>
    </w:p>
    <w:p>
      <w:pPr>
        <w:spacing w:after="0"/>
        <w:ind w:left="360"/>
        <w:shd w:val="clear" w:color="auto" w:fill="F2F2F2"/>
      </w:pPr>
      <w:r>
        <w:rPr>
          <w:rFonts w:ascii="Consolas" w:hAnsi="Consolas"/>
          <w:b w:val="0"/>
          <w:i/>
          <w:sz w:val="18"/>
        </w:rPr>
        <w:t>function_name</w:t>
      </w:r>
      <w:r>
        <w:rPr>
          <w:rFonts w:ascii="Consolas" w:hAnsi="Consolas"/>
          <w:b w:val="0"/>
          <w:i w:val="0"/>
          <w:sz w:val="18"/>
        </w:rPr>
        <w:t>(</w:t>
      </w:r>
      <w:r>
        <w:rPr>
          <w:rFonts w:ascii="Consolas" w:hAnsi="Consolas"/>
          <w:b w:val="0"/>
          <w:i/>
          <w:sz w:val="18"/>
        </w:rPr>
        <w:t>list_name</w:t>
      </w:r>
      <w:r>
        <w:rPr>
          <w:rFonts w:ascii="Consolas" w:hAnsi="Consolas"/>
          <w:b w:val="0"/>
          <w:i w:val="0"/>
          <w:sz w:val="18"/>
        </w:rPr>
        <w:t>[:])</w:t>
      </w:r>
    </w:p>
    <w:p>
      <w:pPr>
        <w:spacing w:after="40"/>
      </w:pPr>
    </w:p>
    <w:p>
      <w:pPr>
        <w:spacing w:after="80"/>
      </w:pPr>
      <w:r>
        <w:rPr>
          <w:b w:val="0"/>
          <w:i w:val="0"/>
        </w:rPr>
        <w:t xml:space="preserve">Ký hiệu lát cắt (slice) </w:t>
      </w:r>
      <w:r>
        <w:rPr>
          <w:rFonts w:ascii="Consolas" w:hAnsi="Consolas"/>
          <w:b w:val="0"/>
          <w:i w:val="0"/>
          <w:sz w:val="20"/>
        </w:rPr>
        <w:t>[:]</w:t>
      </w:r>
      <w:r>
        <w:rPr>
          <w:b w:val="0"/>
          <w:i w:val="0"/>
        </w:rPr>
        <w:t xml:space="preserve"> tạo ra một bản sao của danh sách để gửi đến hàm. Nếu chúng ta không muốn làm rỗng danh sách các thiết kế chưa in trong </w:t>
      </w:r>
      <w:r>
        <w:rPr>
          <w:b w:val="0"/>
          <w:i/>
        </w:rPr>
        <w:t>printing_models.py</w:t>
      </w:r>
      <w:r>
        <w:rPr>
          <w:b w:val="0"/>
          <w:i w:val="0"/>
        </w:rPr>
        <w:t xml:space="preserve">, chúng ta có thể gọi </w:t>
      </w:r>
      <w:r>
        <w:rPr>
          <w:rFonts w:ascii="Consolas" w:hAnsi="Consolas"/>
          <w:b w:val="0"/>
          <w:i w:val="0"/>
          <w:sz w:val="20"/>
        </w:rPr>
        <w:t>print_models()</w:t>
      </w:r>
      <w:r>
        <w:rPr>
          <w:b w:val="0"/>
          <w:i w:val="0"/>
        </w:rPr>
        <w:t xml:space="preserve"> như thế này:</w:t>
      </w:r>
    </w:p>
    <w:p>
      <w:pPr>
        <w:spacing w:after="80"/>
      </w:pPr>
      <w:r>
        <w:rPr>
          <w:b w:val="0"/>
          <w:i w:val="0"/>
        </w:rPr>
        <w:t>print_models(unprinted_designs[:], completed_models)</w:t>
      </w:r>
    </w:p>
    <w:p>
      <w:pPr>
        <w:spacing w:after="80"/>
      </w:pPr>
      <w:r>
        <w:rPr>
          <w:b w:val="0"/>
          <w:i w:val="0"/>
        </w:rPr>
        <w:t xml:space="preserve">Hàm </w:t>
      </w:r>
      <w:r>
        <w:rPr>
          <w:rFonts w:ascii="Consolas" w:hAnsi="Consolas"/>
          <w:b w:val="0"/>
          <w:i w:val="0"/>
          <w:sz w:val="20"/>
        </w:rPr>
        <w:t>print_models()</w:t>
      </w:r>
      <w:r>
        <w:rPr>
          <w:b w:val="0"/>
          <w:i w:val="0"/>
        </w:rPr>
        <w:t xml:space="preserve"> vẫn có thể hoạt động vì nó vẫn nhận được tên của tất cả các thiết kế chưa in. Nhưng lần này nó dùng bản sao của danh sách thiết kế chưa in gốc, chứ không phải danh sách </w:t>
      </w:r>
      <w:r>
        <w:rPr>
          <w:rFonts w:ascii="Consolas" w:hAnsi="Consolas"/>
          <w:b w:val="0"/>
          <w:i w:val="0"/>
          <w:sz w:val="20"/>
        </w:rPr>
        <w:t>unprinted_designs</w:t>
      </w:r>
      <w:r>
        <w:rPr>
          <w:b w:val="0"/>
          <w:i w:val="0"/>
        </w:rPr>
        <w:t xml:space="preserve"> thật. Danh sách </w:t>
      </w:r>
      <w:r>
        <w:rPr>
          <w:rFonts w:ascii="Consolas" w:hAnsi="Consolas"/>
          <w:b w:val="0"/>
          <w:i w:val="0"/>
          <w:sz w:val="20"/>
        </w:rPr>
        <w:t>completed_models</w:t>
      </w:r>
      <w:r>
        <w:rPr>
          <w:b w:val="0"/>
          <w:i w:val="0"/>
        </w:rPr>
        <w:t xml:space="preserve"> sẽ được điền đầy tên các mẫu đã in giống như trước, nhưng danh sách thiết kế chưa in gốc sẽ không bị hàm ảnh hưởng.</w:t>
      </w:r>
    </w:p>
    <w:p>
      <w:pPr>
        <w:spacing w:after="80"/>
      </w:pPr>
      <w:r>
        <w:rPr>
          <w:b w:val="0"/>
          <w:i w:val="0"/>
        </w:rPr>
        <w:t>Dù bạn có thể giữ nguyên nội dung của một danh sách bằng cách truyền bản sao của nó vào hàm, bạn nên truyền danh sách gốc vào hàm trừ khi bạn có lý do cụ thể để truyền bản sao. Việc để hàm làm việc với danh sách sẵn có sẽ hiệu quả hơn, vì tránh được thời gian và bộ nhớ cần để tạo một bản sao riêng. Điều này đặc biệt đúng khi làm việc với danh sách lớn.</w:t>
      </w:r>
    </w:p>
    <w:p>
      <w:pPr>
        <w:spacing w:before="120" w:after="40"/>
      </w:pPr>
      <w:r>
        <w:rPr>
          <w:b/>
          <w:sz w:val="21"/>
        </w:rPr>
        <w:t>Tự thực hành</w:t>
      </w:r>
    </w:p>
    <w:p>
      <w:pPr>
        <w:spacing w:after="80"/>
      </w:pPr>
      <w:r>
        <w:rPr>
          <w:b/>
          <w:i w:val="0"/>
        </w:rPr>
        <w:t>8-9. Tin nhắn:</w:t>
      </w:r>
      <w:r>
        <w:rPr>
          <w:b w:val="0"/>
          <w:i w:val="0"/>
        </w:rPr>
        <w:t xml:space="preserve"> Tạo một danh sách chứa một loạt tin nhắn văn bản ngắn. Truyền danh sách này vào một hàm tên là </w:t>
      </w:r>
      <w:r>
        <w:rPr>
          <w:rFonts w:ascii="Consolas" w:hAnsi="Consolas"/>
          <w:b w:val="0"/>
          <w:i w:val="0"/>
          <w:sz w:val="20"/>
        </w:rPr>
        <w:t>show_messages()</w:t>
      </w:r>
      <w:r>
        <w:rPr>
          <w:b w:val="0"/>
          <w:i w:val="0"/>
        </w:rPr>
        <w:t>, hàm này in ra từng tin nhắn.</w:t>
      </w:r>
    </w:p>
    <w:p>
      <w:pPr>
        <w:spacing w:after="80"/>
      </w:pPr>
      <w:r>
        <w:rPr>
          <w:b/>
          <w:i w:val="0"/>
        </w:rPr>
        <w:t>8-10. Gửi tin nhắn:</w:t>
      </w:r>
      <w:r>
        <w:rPr>
          <w:b w:val="0"/>
          <w:i w:val="0"/>
        </w:rPr>
        <w:t xml:space="preserve"> Bắt đầu với bản sao chương trình của bạn từ Bài tập 8-9. Viết một hàm tên là </w:t>
      </w:r>
      <w:r>
        <w:rPr>
          <w:rFonts w:ascii="Consolas" w:hAnsi="Consolas"/>
          <w:b w:val="0"/>
          <w:i w:val="0"/>
          <w:sz w:val="20"/>
        </w:rPr>
        <w:t>send_messages()</w:t>
      </w:r>
      <w:r>
        <w:rPr>
          <w:b w:val="0"/>
          <w:i w:val="0"/>
        </w:rPr>
        <w:t xml:space="preserve"> để in từng tin nhắn và chuyển từng tin nhắn sang một danh sách mới tên là </w:t>
      </w:r>
      <w:r>
        <w:rPr>
          <w:rFonts w:ascii="Consolas" w:hAnsi="Consolas"/>
          <w:b w:val="0"/>
          <w:i w:val="0"/>
          <w:sz w:val="20"/>
        </w:rPr>
        <w:t>sent_messages</w:t>
      </w:r>
      <w:r>
        <w:rPr>
          <w:b w:val="0"/>
          <w:i w:val="0"/>
        </w:rPr>
        <w:t xml:space="preserve"> khi nó được in. Sau khi gọi hàm, in cả hai danh sách để chắc chắn rằng các tin nhắn đã được chuyển đi đúng cách.</w:t>
      </w:r>
    </w:p>
    <w:p>
      <w:pPr>
        <w:spacing w:after="80"/>
      </w:pPr>
      <w:r>
        <w:rPr>
          <w:b/>
          <w:i w:val="0"/>
        </w:rPr>
        <w:t xml:space="preserve">8-11. Tin nhắn lưu trữ: </w:t>
      </w:r>
      <w:r>
        <w:rPr>
          <w:b w:val="0"/>
          <w:i w:val="0"/>
        </w:rPr>
        <w:t xml:space="preserve">Bắt đầu với bài làm của bạn từ Bài tập 8-10. Gọi hàm </w:t>
      </w:r>
      <w:r>
        <w:rPr>
          <w:rFonts w:ascii="Consolas" w:hAnsi="Consolas"/>
          <w:b w:val="0"/>
          <w:i w:val="0"/>
          <w:sz w:val="20"/>
        </w:rPr>
        <w:t>send_messages()</w:t>
      </w:r>
      <w:r>
        <w:rPr>
          <w:b w:val="0"/>
          <w:i w:val="0"/>
        </w:rPr>
        <w:t xml:space="preserve"> với một bản sao của danh sách tin nhắn. Sau khi gọi hàm, in cả hai danh sách để cho thấy rằng danh sách gốc vẫn giữ nguyên các tin nhắn của nó.</w:t>
      </w:r>
    </w:p>
    <w:p>
      <w:pPr>
        <w:pStyle w:val="Heading2"/>
      </w:pPr>
      <w:r>
        <w:rPr>
          <w:rFonts w:ascii="Calibri" w:hAnsi="Calibri"/>
          <w:b/>
          <w:i w:val="0"/>
          <w:sz w:val="32"/>
        </w:rPr>
        <w:t>Truyền một số lượng đối số tùy ý</w:t>
      </w:r>
    </w:p>
    <w:p>
      <w:pPr>
        <w:spacing w:after="80"/>
      </w:pPr>
      <w:r>
        <w:rPr>
          <w:b w:val="0"/>
          <w:i w:val="0"/>
        </w:rPr>
        <w:t>Đôi khi bạn sẽ không biết trước một hàm cần nhận bao nhiêu đối số. May mắn thay, Python cho phép một hàm thu thập một số lượng đối số tùy ý từ câu lệnh gọi hàm.</w:t>
      </w:r>
    </w:p>
    <w:p>
      <w:pPr>
        <w:spacing w:after="80"/>
      </w:pPr>
      <w:r>
        <w:rPr>
          <w:b w:val="0"/>
          <w:i w:val="0"/>
        </w:rPr>
        <w:t xml:space="preserve">Ví dụ, hãy xét một hàm để làm bánh pizza. Nó cần nhận một số loại nhân bánh, nhưng bạn không thể biết trước một người sẽ muốn bao nhiêu loại nhân. Hàm trong ví dụ sau có một tham số, </w:t>
      </w:r>
      <w:r>
        <w:rPr>
          <w:rFonts w:ascii="Consolas" w:hAnsi="Consolas"/>
          <w:b w:val="0"/>
          <w:i w:val="0"/>
          <w:sz w:val="20"/>
        </w:rPr>
        <w:t>*toppings</w:t>
      </w:r>
      <w:r>
        <w:rPr>
          <w:b w:val="0"/>
          <w:i w:val="0"/>
        </w:rPr>
        <w:t>, nhưng tham số này thu thập bao nhiêu đối số mà dòng gọi hàm cung cấp cũng được:</w:t>
      </w:r>
    </w:p>
    <w:p>
      <w:pPr>
        <w:spacing w:after="80"/>
      </w:pPr>
      <w:r>
        <w:rPr>
          <w:b w:val="0"/>
          <w:i w:val="0"/>
        </w:rPr>
        <w:t>pizza.py</w:t>
      </w:r>
    </w:p>
    <w:p>
      <w:pPr>
        <w:spacing w:after="80"/>
      </w:pPr>
      <w:r>
        <w:rPr>
          <w:b w:val="0"/>
          <w:i w:val="0"/>
        </w:rPr>
        <w:t>def make_pizza(*toppings):</w:t>
      </w:r>
      <w:r>
        <w:br/>
      </w:r>
      <w:r>
        <w:rPr>
          <w:b w:val="0"/>
          <w:i w:val="0"/>
        </w:rPr>
        <w:t xml:space="preserve">    """Print the list of toppings that have been requested."""</w:t>
      </w:r>
      <w:r>
        <w:br/>
      </w:r>
      <w:r>
        <w:rPr>
          <w:b w:val="0"/>
          <w:i w:val="0"/>
        </w:rPr>
        <w:t xml:space="preserve">    print(toppings)</w:t>
      </w:r>
      <w:r>
        <w:br/>
      </w:r>
      <w:r>
        <w:br/>
      </w:r>
      <w:r>
        <w:rPr>
          <w:b w:val="0"/>
          <w:i w:val="0"/>
        </w:rPr>
        <w:t>make_pizza('pepperoni')</w:t>
      </w:r>
      <w:r>
        <w:br/>
      </w:r>
      <w:r>
        <w:rPr>
          <w:b w:val="0"/>
          <w:i w:val="0"/>
        </w:rPr>
        <w:t>make_pizza('mushrooms', 'green peppers', 'extra cheese')</w:t>
      </w:r>
    </w:p>
    <w:p>
      <w:pPr>
        <w:spacing w:after="80"/>
      </w:pPr>
      <w:r>
        <w:rPr>
          <w:b w:val="0"/>
          <w:i w:val="0"/>
        </w:rPr>
        <w:t xml:space="preserve">Dấu hoa thị trong tên tham số </w:t>
      </w:r>
      <w:r>
        <w:rPr>
          <w:rFonts w:ascii="Consolas" w:hAnsi="Consolas"/>
          <w:b w:val="0"/>
          <w:i w:val="0"/>
          <w:sz w:val="20"/>
        </w:rPr>
        <w:t>*toppings</w:t>
      </w:r>
      <w:r>
        <w:rPr>
          <w:b w:val="0"/>
          <w:i w:val="0"/>
        </w:rPr>
        <w:t xml:space="preserve"> báo cho Python tạo một tuple tên là </w:t>
      </w:r>
      <w:r>
        <w:rPr>
          <w:rFonts w:ascii="Consolas" w:hAnsi="Consolas"/>
          <w:b w:val="0"/>
          <w:i w:val="0"/>
          <w:sz w:val="20"/>
        </w:rPr>
        <w:t>toppings</w:t>
      </w:r>
      <w:r>
        <w:rPr>
          <w:b w:val="0"/>
          <w:i w:val="0"/>
        </w:rPr>
        <w:t xml:space="preserve">, chứa tất cả các giá trị mà hàm này nhận được. Lệnh gọi </w:t>
      </w:r>
      <w:r>
        <w:rPr>
          <w:rFonts w:ascii="Consolas" w:hAnsi="Consolas"/>
          <w:b w:val="0"/>
          <w:i w:val="0"/>
          <w:sz w:val="20"/>
        </w:rPr>
        <w:t>print()</w:t>
      </w:r>
      <w:r>
        <w:rPr>
          <w:b w:val="0"/>
          <w:i w:val="0"/>
        </w:rPr>
        <w:t xml:space="preserve"> trong thân hàm tạo ra kết quả cho thấy Python có thể xử lý một lệnh gọi hàm với một giá trị và một lệnh gọi với ba giá trị. Nó xử lý các lệnh gọi khác nhau theo cách tương tự. Lưu ý rằng Python gói các đối số vào một tuple, ngay cả khi hàm chỉ nhận một giá trị:</w:t>
      </w:r>
    </w:p>
    <w:p>
      <w:pPr>
        <w:spacing w:after="80"/>
      </w:pPr>
      <w:r>
        <w:rPr>
          <w:b w:val="0"/>
          <w:i w:val="0"/>
        </w:rPr>
        <w:t>('pepperoni',)</w:t>
      </w:r>
      <w:r>
        <w:br/>
      </w:r>
      <w:r>
        <w:rPr>
          <w:b w:val="0"/>
          <w:i w:val="0"/>
        </w:rPr>
        <w:t>('mushrooms', 'green peppers', 'extra cheese')</w:t>
      </w:r>
    </w:p>
    <w:p>
      <w:pPr>
        <w:spacing w:after="80"/>
      </w:pPr>
      <w:r>
        <w:rPr>
          <w:b w:val="0"/>
          <w:i w:val="0"/>
        </w:rPr>
        <w:t xml:space="preserve">Giờ chúng ta có thể thay lệnh gọi </w:t>
      </w:r>
      <w:r>
        <w:rPr>
          <w:rFonts w:ascii="Consolas" w:hAnsi="Consolas"/>
          <w:b w:val="0"/>
          <w:i w:val="0"/>
          <w:sz w:val="20"/>
        </w:rPr>
        <w:t>print()</w:t>
      </w:r>
      <w:r>
        <w:rPr>
          <w:b w:val="0"/>
          <w:i w:val="0"/>
        </w:rPr>
        <w:t xml:space="preserve"> bằng một vòng lặp chạy qua danh sách các loại nhân bánh và mô tả chiếc pizza đang được đặt:</w:t>
      </w:r>
    </w:p>
    <w:p>
      <w:pPr>
        <w:spacing w:after="0"/>
        <w:ind w:left="360"/>
        <w:shd w:val="clear" w:color="auto" w:fill="F2F2F2"/>
      </w:pPr>
      <w:r>
        <w:rPr>
          <w:rFonts w:ascii="Consolas" w:hAnsi="Consolas"/>
          <w:b w:val="0"/>
          <w:i w:val="0"/>
          <w:sz w:val="18"/>
        </w:rPr>
        <w:t>def make_pizza(*toppings):</w:t>
      </w:r>
    </w:p>
    <w:p>
      <w:pPr>
        <w:spacing w:after="0"/>
        <w:ind w:left="360"/>
        <w:shd w:val="clear" w:color="auto" w:fill="F2F2F2"/>
      </w:pPr>
      <w:r>
        <w:rPr>
          <w:rFonts w:ascii="Consolas" w:hAnsi="Consolas"/>
          <w:b w:val="0"/>
          <w:i w:val="0"/>
          <w:sz w:val="18"/>
        </w:rPr>
        <w:t xml:space="preserve">    """Summarize the pizza we are about to make."""</w:t>
      </w:r>
    </w:p>
    <w:p>
      <w:pPr>
        <w:spacing w:after="0"/>
        <w:ind w:left="360"/>
        <w:shd w:val="clear" w:color="auto" w:fill="F2F2F2"/>
      </w:pPr>
      <w:r>
        <w:rPr>
          <w:rFonts w:ascii="Consolas" w:hAnsi="Consolas"/>
          <w:b w:val="0"/>
          <w:i w:val="0"/>
          <w:sz w:val="18"/>
        </w:rPr>
        <w:t xml:space="preserve">    print("\nMaking a pizza with the following toppings:")</w:t>
      </w:r>
    </w:p>
    <w:p>
      <w:pPr>
        <w:spacing w:after="0"/>
        <w:ind w:left="360"/>
        <w:shd w:val="clear" w:color="auto" w:fill="F2F2F2"/>
      </w:pPr>
      <w:r>
        <w:rPr>
          <w:rFonts w:ascii="Consolas" w:hAnsi="Consolas"/>
          <w:b w:val="0"/>
          <w:i w:val="0"/>
          <w:sz w:val="18"/>
        </w:rPr>
        <w:t xml:space="preserve">    for topping in toppings:</w:t>
      </w:r>
    </w:p>
    <w:p>
      <w:pPr>
        <w:spacing w:after="0"/>
        <w:ind w:left="360"/>
        <w:shd w:val="clear" w:color="auto" w:fill="F2F2F2"/>
      </w:pPr>
      <w:r>
        <w:rPr>
          <w:rFonts w:ascii="Consolas" w:hAnsi="Consolas"/>
          <w:b w:val="0"/>
          <w:i w:val="0"/>
          <w:sz w:val="18"/>
        </w:rPr>
        <w:t xml:space="preserve">        print(f"- {topping}")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make_pizza('pepperoni')</w:t>
      </w:r>
    </w:p>
    <w:p>
      <w:pPr>
        <w:spacing w:after="0"/>
        <w:ind w:left="360"/>
        <w:shd w:val="clear" w:color="auto" w:fill="F2F2F2"/>
      </w:pPr>
      <w:r>
        <w:rPr>
          <w:rFonts w:ascii="Consolas" w:hAnsi="Consolas"/>
          <w:b w:val="0"/>
          <w:i w:val="0"/>
          <w:sz w:val="18"/>
        </w:rPr>
        <w:t>make_pizza('mushrooms', 'green peppers', 'extra cheese')</w:t>
      </w:r>
    </w:p>
    <w:p>
      <w:pPr>
        <w:spacing w:after="40"/>
      </w:pPr>
    </w:p>
    <w:p>
      <w:pPr>
        <w:spacing w:after="80"/>
      </w:pPr>
      <w:r>
        <w:rPr>
          <w:b w:val="0"/>
          <w:i w:val="0"/>
        </w:rPr>
        <w:t>Hàm xử lý ổn thỏa, dù nó nhận một giá trị hay ba giá trị:</w:t>
      </w:r>
    </w:p>
    <w:p>
      <w:pPr>
        <w:spacing w:after="80"/>
      </w:pPr>
      <w:r>
        <w:rPr>
          <w:b w:val="0"/>
          <w:i w:val="0"/>
        </w:rPr>
        <w:t>Đang làm một chiếc pizza với các loại topping sau:</w:t>
      </w:r>
      <w:r>
        <w:br/>
      </w:r>
      <w:r>
        <w:rPr>
          <w:b w:val="0"/>
          <w:i w:val="0"/>
        </w:rPr>
        <w:t>- pepperoni</w:t>
      </w:r>
      <w:r>
        <w:br/>
      </w:r>
      <w:r>
        <w:br/>
      </w:r>
      <w:r>
        <w:rPr>
          <w:b w:val="0"/>
          <w:i w:val="0"/>
        </w:rPr>
        <w:t>Đang làm một chiếc pizza với các loại topping sau:</w:t>
      </w:r>
      <w:r>
        <w:br/>
      </w:r>
      <w:r>
        <w:rPr>
          <w:b w:val="0"/>
          <w:i w:val="0"/>
        </w:rPr>
        <w:t>- nấm</w:t>
      </w:r>
      <w:r>
        <w:br/>
      </w:r>
      <w:r>
        <w:rPr>
          <w:b w:val="0"/>
          <w:i w:val="0"/>
        </w:rPr>
        <w:t>- ớt xanh</w:t>
      </w:r>
      <w:r>
        <w:br/>
      </w:r>
      <w:r>
        <w:rPr>
          <w:b w:val="0"/>
          <w:i w:val="0"/>
        </w:rPr>
        <w:t>- phô mai thêm</w:t>
      </w:r>
    </w:p>
    <w:p>
      <w:pPr>
        <w:spacing w:after="80"/>
      </w:pPr>
      <w:r>
        <w:rPr>
          <w:b w:val="0"/>
          <w:i w:val="0"/>
        </w:rPr>
        <w:t>Cú pháp này hoạt động bất kể hàm nhận được bao nhiêu đối số.</w:t>
      </w:r>
    </w:p>
    <w:p>
      <w:pPr>
        <w:pStyle w:val="Heading3"/>
      </w:pPr>
      <w:r>
        <w:rPr>
          <w:rFonts w:ascii="Calibri" w:hAnsi="Calibri"/>
          <w:b/>
          <w:i w:val="0"/>
          <w:sz w:val="27"/>
        </w:rPr>
        <w:t>Trộn lẫn đối số theo vị trí và đối số tùy ý</w:t>
      </w:r>
    </w:p>
    <w:p>
      <w:pPr>
        <w:spacing w:after="80"/>
      </w:pPr>
      <w:r>
        <w:rPr>
          <w:b w:val="0"/>
          <w:i w:val="0"/>
        </w:rPr>
        <w:t>Nếu bạn muốn một hàm chấp nhận nhiều loại đối số khác nhau, thì tham số nhận số lượng đối số tùy ý phải được đặt cuối cùng trong định nghĩa hàm. Python sẽ khớp các đối số theo vị trí và đối số từ khóa trước, rồi gom tất cả các đối số còn lại vào tham số cuối cùng.</w:t>
      </w:r>
    </w:p>
    <w:p>
      <w:pPr>
        <w:spacing w:after="80"/>
      </w:pPr>
      <w:r>
        <w:rPr>
          <w:b w:val="0"/>
          <w:i w:val="0"/>
        </w:rPr>
        <w:t xml:space="preserve">Ví dụ, nếu hàm cần nhận kích cỡ của chiếc pizza, thì tham số đó phải đứng trước tham số </w:t>
      </w:r>
      <w:r>
        <w:rPr>
          <w:rFonts w:ascii="Consolas" w:hAnsi="Consolas"/>
          <w:b w:val="0"/>
          <w:i w:val="0"/>
          <w:sz w:val="20"/>
        </w:rPr>
        <w:t>*toppings</w:t>
      </w:r>
      <w:r>
        <w:rPr>
          <w:b w:val="0"/>
          <w:i w:val="0"/>
        </w:rPr>
        <w:t>:</w:t>
      </w:r>
    </w:p>
    <w:p>
      <w:pPr>
        <w:spacing w:after="0"/>
        <w:ind w:left="360"/>
        <w:shd w:val="clear" w:color="auto" w:fill="F2F2F2"/>
      </w:pPr>
      <w:r>
        <w:rPr>
          <w:rFonts w:ascii="Consolas" w:hAnsi="Consolas"/>
          <w:b w:val="0"/>
          <w:i w:val="0"/>
          <w:sz w:val="18"/>
        </w:rPr>
        <w:t>def make_pizza(size, *toppings):</w:t>
      </w:r>
    </w:p>
    <w:p>
      <w:pPr>
        <w:spacing w:after="0"/>
        <w:ind w:left="360"/>
        <w:shd w:val="clear" w:color="auto" w:fill="F2F2F2"/>
      </w:pPr>
      <w:r>
        <w:rPr>
          <w:rFonts w:ascii="Consolas" w:hAnsi="Consolas"/>
          <w:b w:val="0"/>
          <w:i w:val="0"/>
          <w:sz w:val="18"/>
        </w:rPr>
        <w:t xml:space="preserve">    """Summarize the pizza we are about to make."""</w:t>
      </w:r>
    </w:p>
    <w:p>
      <w:pPr>
        <w:spacing w:after="0"/>
        <w:ind w:left="360"/>
        <w:shd w:val="clear" w:color="auto" w:fill="F2F2F2"/>
      </w:pPr>
      <w:r>
        <w:rPr>
          <w:rFonts w:ascii="Consolas" w:hAnsi="Consolas"/>
          <w:b w:val="0"/>
          <w:i w:val="0"/>
          <w:sz w:val="18"/>
        </w:rPr>
        <w:t xml:space="preserve">    print(f"\nMaking a {size}-inch pizza with the following toppings:")</w:t>
      </w:r>
    </w:p>
    <w:p>
      <w:pPr>
        <w:spacing w:after="0"/>
        <w:ind w:left="360"/>
        <w:shd w:val="clear" w:color="auto" w:fill="F2F2F2"/>
      </w:pPr>
      <w:r>
        <w:rPr>
          <w:rFonts w:ascii="Consolas" w:hAnsi="Consolas"/>
          <w:b w:val="0"/>
          <w:i w:val="0"/>
          <w:sz w:val="18"/>
        </w:rPr>
        <w:t xml:space="preserve">    for topping in toppings:</w:t>
      </w:r>
    </w:p>
    <w:p>
      <w:pPr>
        <w:spacing w:after="0"/>
        <w:ind w:left="360"/>
        <w:shd w:val="clear" w:color="auto" w:fill="F2F2F2"/>
      </w:pPr>
      <w:r>
        <w:rPr>
          <w:rFonts w:ascii="Consolas" w:hAnsi="Consolas"/>
          <w:b w:val="0"/>
          <w:i w:val="0"/>
          <w:sz w:val="18"/>
        </w:rPr>
        <w:t xml:space="preserve">        print(f"- {topping}")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make_pizza(16, 'pepperoni')</w:t>
      </w:r>
    </w:p>
    <w:p>
      <w:pPr>
        <w:spacing w:after="0"/>
        <w:ind w:left="360"/>
        <w:shd w:val="clear" w:color="auto" w:fill="F2F2F2"/>
      </w:pPr>
      <w:r>
        <w:rPr>
          <w:rFonts w:ascii="Consolas" w:hAnsi="Consolas"/>
          <w:b w:val="0"/>
          <w:i w:val="0"/>
          <w:sz w:val="18"/>
        </w:rPr>
        <w:t>make_pizza(12, 'mushrooms', 'green peppers', 'extra cheese')</w:t>
      </w:r>
    </w:p>
    <w:p>
      <w:pPr>
        <w:spacing w:after="40"/>
      </w:pPr>
    </w:p>
    <w:p>
      <w:pPr>
        <w:spacing w:after="80"/>
      </w:pPr>
      <w:r>
        <w:rPr>
          <w:b w:val="0"/>
          <w:i w:val="0"/>
        </w:rPr>
        <w:t xml:space="preserve">Trong định nghĩa hàm, Python gán giá trị đầu tiên nó nhận được cho tham số </w:t>
      </w:r>
      <w:r>
        <w:rPr>
          <w:rFonts w:ascii="Consolas" w:hAnsi="Consolas"/>
          <w:b w:val="0"/>
          <w:i w:val="0"/>
          <w:sz w:val="20"/>
        </w:rPr>
        <w:t>size</w:t>
      </w:r>
      <w:r>
        <w:rPr>
          <w:b w:val="0"/>
          <w:i w:val="0"/>
        </w:rPr>
        <w:t xml:space="preserve">. Tất cả các giá trị khác đến sau được lưu vào tuple </w:t>
      </w:r>
      <w:r>
        <w:rPr>
          <w:rFonts w:ascii="Consolas" w:hAnsi="Consolas"/>
          <w:b w:val="0"/>
          <w:i w:val="0"/>
          <w:sz w:val="20"/>
        </w:rPr>
        <w:t>toppings</w:t>
      </w:r>
      <w:r>
        <w:rPr>
          <w:b w:val="0"/>
          <w:i w:val="0"/>
        </w:rPr>
        <w:t>. Các lời gọi hàm bao gồm một đối số cho kích cỡ trước, tiếp theo là bao nhiêu topping tùy thích.</w:t>
      </w:r>
    </w:p>
    <w:p>
      <w:pPr>
        <w:spacing w:after="80"/>
      </w:pPr>
      <w:r>
        <w:rPr>
          <w:b w:val="0"/>
          <w:i w:val="0"/>
        </w:rPr>
        <w:t>Giờ thì mỗi chiếc pizza có một kích cỡ và một số lượng topping, và mỗi thông tin được in ra đúng chỗ, hiển thị kích cỡ trước rồi đến topping sau:</w:t>
      </w:r>
    </w:p>
    <w:p>
      <w:pPr>
        <w:spacing w:after="80"/>
      </w:pPr>
      <w:r>
        <w:rPr>
          <w:b w:val="0"/>
          <w:i w:val="0"/>
        </w:rPr>
        <w:t>Đang làm một chiếc pizza 16 inch với các loại topping sau:</w:t>
      </w:r>
      <w:r>
        <w:br/>
      </w:r>
      <w:r>
        <w:rPr>
          <w:b w:val="0"/>
          <w:i w:val="0"/>
        </w:rPr>
        <w:t>- pepperoni</w:t>
      </w:r>
      <w:r>
        <w:br/>
      </w:r>
      <w:r>
        <w:br/>
      </w:r>
      <w:r>
        <w:rPr>
          <w:b w:val="0"/>
          <w:i w:val="0"/>
        </w:rPr>
        <w:t>Đang làm một chiếc pizza 12 inch với các loại topping sau:</w:t>
      </w:r>
      <w:r>
        <w:br/>
      </w:r>
      <w:r>
        <w:rPr>
          <w:b w:val="0"/>
          <w:i w:val="0"/>
        </w:rPr>
        <w:t>- nấm</w:t>
      </w:r>
      <w:r>
        <w:br/>
      </w:r>
      <w:r>
        <w:rPr>
          <w:b w:val="0"/>
          <w:i w:val="0"/>
        </w:rPr>
        <w:t>- ớt xanh</w:t>
      </w:r>
      <w:r>
        <w:br/>
      </w:r>
      <w:r>
        <w:rPr>
          <w:b w:val="0"/>
          <w:i w:val="0"/>
        </w:rPr>
        <w:t>- phô mai thêm</w:t>
      </w:r>
    </w:p>
    <w:p>
      <w:pPr>
        <w:spacing w:before="120" w:after="40"/>
      </w:pPr>
      <w:r>
        <w:rPr>
          <w:b/>
          <w:sz w:val="21"/>
        </w:rPr>
        <w:t>Ghi chú</w:t>
      </w:r>
    </w:p>
    <w:p>
      <w:pPr>
        <w:spacing w:after="80"/>
      </w:pPr>
      <w:r>
        <w:rPr>
          <w:b w:val="0"/>
          <w:i w:val="0"/>
        </w:rPr>
        <w:t xml:space="preserve">Bạn sẽ thường thấy tên tham số chung chung là </w:t>
      </w:r>
      <w:r>
        <w:rPr>
          <w:rFonts w:ascii="Consolas" w:hAnsi="Consolas"/>
          <w:b w:val="0"/>
          <w:i w:val="0"/>
          <w:sz w:val="20"/>
        </w:rPr>
        <w:t>*args</w:t>
      </w:r>
      <w:r>
        <w:rPr>
          <w:b w:val="0"/>
          <w:i w:val="0"/>
        </w:rPr>
        <w:t>, dùng để gom các đối số theo vị trí tùy ý như thế này.</w:t>
      </w:r>
    </w:p>
    <w:p>
      <w:pPr>
        <w:pStyle w:val="Heading3"/>
      </w:pPr>
      <w:r>
        <w:rPr>
          <w:rFonts w:ascii="Calibri" w:hAnsi="Calibri"/>
          <w:b/>
          <w:i w:val="0"/>
          <w:sz w:val="27"/>
        </w:rPr>
        <w:t>Sử dụng đối số từ khóa tùy ý</w:t>
      </w:r>
    </w:p>
    <w:p>
      <w:pPr>
        <w:spacing w:after="80"/>
      </w:pPr>
      <w:r>
        <w:rPr>
          <w:b w:val="0"/>
          <w:i w:val="0"/>
        </w:rPr>
        <w:t xml:space="preserve">Đôi khi bạn sẽ muốn chấp nhận một số lượng đối số tùy ý, nhưng bạn không biết trước loại thông tin nào sẽ được truyền vào hàm. Trong trường hợp này, bạn có thể viết các hàm chấp nhận bao nhiêu cặp key-value tùy theo câu lệnh gọi cung cấp. Một ví dụ là việc xây dựng hồ sơ người dùng: bạn biết mình sẽ nhận được thông tin về một người dùng, nhưng bạn không chắc sẽ nhận được loại thông tin gì. Hàm </w:t>
      </w:r>
      <w:r>
        <w:rPr>
          <w:rFonts w:ascii="Consolas" w:hAnsi="Consolas"/>
          <w:b w:val="0"/>
          <w:i w:val="0"/>
          <w:sz w:val="20"/>
        </w:rPr>
        <w:t>build_profile()</w:t>
      </w:r>
      <w:r>
        <w:rPr>
          <w:b w:val="0"/>
          <w:i w:val="0"/>
        </w:rPr>
        <w:t xml:space="preserve"> trong ví dụ sau luôn nhận tên và họ, nhưng nó cũng chấp nhận một số lượng đối số từ khóa tùy ý:</w:t>
      </w:r>
    </w:p>
    <w:p>
      <w:pPr>
        <w:spacing w:after="80"/>
      </w:pPr>
      <w:r>
        <w:rPr>
          <w:b w:val="0"/>
          <w:i w:val="0"/>
        </w:rPr>
        <w:t>user_profile.py</w:t>
      </w:r>
    </w:p>
    <w:p>
      <w:pPr>
        <w:spacing w:after="0"/>
        <w:ind w:left="360"/>
        <w:shd w:val="clear" w:color="auto" w:fill="F2F2F2"/>
      </w:pPr>
      <w:r>
        <w:rPr>
          <w:rFonts w:ascii="Consolas" w:hAnsi="Consolas"/>
          <w:b w:val="0"/>
          <w:i w:val="0"/>
          <w:sz w:val="18"/>
        </w:rPr>
        <w:t>def build_profile(first, last, **user_info):</w:t>
      </w:r>
    </w:p>
    <w:p>
      <w:pPr>
        <w:spacing w:after="0"/>
        <w:ind w:left="360"/>
        <w:shd w:val="clear" w:color="auto" w:fill="F2F2F2"/>
      </w:pPr>
      <w:r>
        <w:rPr>
          <w:rFonts w:ascii="Consolas" w:hAnsi="Consolas"/>
          <w:b w:val="0"/>
          <w:i w:val="0"/>
          <w:sz w:val="18"/>
        </w:rPr>
        <w:t xml:space="preserve">    """Build a dictionary containing everything we know about a user."""</w:t>
      </w:r>
    </w:p>
    <w:p>
      <w:pPr>
        <w:spacing w:after="0"/>
        <w:ind w:left="360"/>
        <w:shd w:val="clear" w:color="auto" w:fill="F2F2F2"/>
      </w:pPr>
      <w:r>
        <w:rPr>
          <w:rFonts w:ascii="Consolas" w:hAnsi="Consolas"/>
          <w:b w:val="0"/>
          <w:i w:val="0"/>
          <w:sz w:val="18"/>
        </w:rPr>
        <w:t>❶     user_info['first_name'] = first</w:t>
      </w:r>
    </w:p>
    <w:p>
      <w:pPr>
        <w:spacing w:after="0"/>
        <w:ind w:left="360"/>
        <w:shd w:val="clear" w:color="auto" w:fill="F2F2F2"/>
      </w:pPr>
      <w:r>
        <w:rPr>
          <w:rFonts w:ascii="Consolas" w:hAnsi="Consolas"/>
          <w:b w:val="0"/>
          <w:i w:val="0"/>
          <w:sz w:val="18"/>
        </w:rPr>
        <w:t xml:space="preserve">    user_info['last_name'] = last</w:t>
      </w:r>
    </w:p>
    <w:p>
      <w:pPr>
        <w:spacing w:after="0"/>
        <w:ind w:left="360"/>
        <w:shd w:val="clear" w:color="auto" w:fill="F2F2F2"/>
      </w:pPr>
      <w:r>
        <w:rPr>
          <w:rFonts w:ascii="Consolas" w:hAnsi="Consolas"/>
          <w:b w:val="0"/>
          <w:i w:val="0"/>
          <w:sz w:val="18"/>
        </w:rPr>
        <w:t xml:space="preserve">    return user_info</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user_profile = build_profile('albert', 'einstein',</w:t>
      </w:r>
    </w:p>
    <w:p>
      <w:pPr>
        <w:spacing w:after="0"/>
        <w:ind w:left="360"/>
        <w:shd w:val="clear" w:color="auto" w:fill="F2F2F2"/>
      </w:pPr>
      <w:r>
        <w:rPr>
          <w:rFonts w:ascii="Consolas" w:hAnsi="Consolas"/>
          <w:b w:val="0"/>
          <w:i w:val="0"/>
          <w:sz w:val="18"/>
        </w:rPr>
        <w:t xml:space="preserve">                             location='princeton',</w:t>
      </w:r>
    </w:p>
    <w:p>
      <w:pPr>
        <w:spacing w:after="0"/>
        <w:ind w:left="360"/>
        <w:shd w:val="clear" w:color="auto" w:fill="F2F2F2"/>
      </w:pPr>
      <w:r>
        <w:rPr>
          <w:rFonts w:ascii="Consolas" w:hAnsi="Consolas"/>
          <w:b w:val="0"/>
          <w:i w:val="0"/>
          <w:sz w:val="18"/>
        </w:rPr>
        <w:t xml:space="preserve">                             field='physics')</w:t>
      </w:r>
    </w:p>
    <w:p>
      <w:pPr>
        <w:spacing w:after="0"/>
        <w:ind w:left="360"/>
        <w:shd w:val="clear" w:color="auto" w:fill="F2F2F2"/>
      </w:pPr>
      <w:r>
        <w:rPr>
          <w:rFonts w:ascii="Consolas" w:hAnsi="Consolas"/>
          <w:b w:val="0"/>
          <w:i w:val="0"/>
          <w:sz w:val="18"/>
        </w:rPr>
        <w:t>print(user_profile)</w:t>
      </w:r>
    </w:p>
    <w:p>
      <w:pPr>
        <w:spacing w:after="40"/>
      </w:pPr>
    </w:p>
    <w:p>
      <w:pPr>
        <w:spacing w:after="80"/>
      </w:pPr>
      <w:r>
        <w:rPr>
          <w:b w:val="0"/>
          <w:i w:val="0"/>
        </w:rPr>
        <w:t xml:space="preserve">Định nghĩa của </w:t>
      </w:r>
      <w:r>
        <w:rPr>
          <w:rFonts w:ascii="Consolas" w:hAnsi="Consolas"/>
          <w:b w:val="0"/>
          <w:i w:val="0"/>
          <w:sz w:val="20"/>
        </w:rPr>
        <w:t>build_profile()</w:t>
      </w:r>
      <w:r>
        <w:rPr>
          <w:b w:val="0"/>
          <w:i w:val="0"/>
        </w:rPr>
        <w:t xml:space="preserve"> yêu cầu tên và họ, sau đó cho phép người dùng truyền vào bao nhiêu cặp tên-giá trị (name-value pair) tùy thích. Hai dấu hoa thị đứng trước tham số </w:t>
      </w:r>
      <w:r>
        <w:rPr>
          <w:rFonts w:ascii="Consolas" w:hAnsi="Consolas"/>
          <w:b w:val="0"/>
          <w:i w:val="0"/>
          <w:sz w:val="20"/>
        </w:rPr>
        <w:t>**user_info</w:t>
      </w:r>
      <w:r>
        <w:rPr>
          <w:b w:val="0"/>
          <w:i w:val="0"/>
        </w:rPr>
        <w:t xml:space="preserve"> khiến Python tạo ra một từ điển (dictionary) tên là </w:t>
      </w:r>
      <w:r>
        <w:rPr>
          <w:rFonts w:ascii="Consolas" w:hAnsi="Consolas"/>
          <w:b w:val="0"/>
          <w:i w:val="0"/>
          <w:sz w:val="20"/>
        </w:rPr>
        <w:t>user_info</w:t>
      </w:r>
      <w:r>
        <w:rPr>
          <w:b w:val="0"/>
          <w:i w:val="0"/>
        </w:rPr>
        <w:t xml:space="preserve"> chứa tất cả các cặp tên-giá trị thừa mà hàm nhận được. Bên trong hàm, bạn có thể truy cập các cặp khóa-giá trị (key-value pair) trong </w:t>
      </w:r>
      <w:r>
        <w:rPr>
          <w:rFonts w:ascii="Consolas" w:hAnsi="Consolas"/>
          <w:b w:val="0"/>
          <w:i w:val="0"/>
          <w:sz w:val="20"/>
        </w:rPr>
        <w:t>user_info</w:t>
      </w:r>
      <w:r>
        <w:rPr>
          <w:b w:val="0"/>
          <w:i w:val="0"/>
        </w:rPr>
        <w:t xml:space="preserve"> giống như với bất kỳ từ điển nào khác.</w:t>
      </w:r>
    </w:p>
    <w:p>
      <w:pPr>
        <w:spacing w:after="80"/>
      </w:pPr>
      <w:r>
        <w:rPr>
          <w:b w:val="0"/>
          <w:i w:val="0"/>
        </w:rPr>
        <w:t xml:space="preserve">Trong thân hàm </w:t>
      </w:r>
      <w:r>
        <w:rPr>
          <w:rFonts w:ascii="Consolas" w:hAnsi="Consolas"/>
          <w:b w:val="0"/>
          <w:i w:val="0"/>
          <w:sz w:val="20"/>
        </w:rPr>
        <w:t>build_profile()</w:t>
      </w:r>
      <w:r>
        <w:rPr>
          <w:b w:val="0"/>
          <w:i w:val="0"/>
        </w:rPr>
        <w:t xml:space="preserve">, chúng ta thêm tên và họ vào từ điển </w:t>
      </w:r>
      <w:r>
        <w:rPr>
          <w:rFonts w:ascii="Consolas" w:hAnsi="Consolas"/>
          <w:b w:val="0"/>
          <w:i w:val="0"/>
          <w:sz w:val="20"/>
        </w:rPr>
        <w:t>user_info</w:t>
      </w:r>
      <w:r>
        <w:rPr>
          <w:b w:val="0"/>
          <w:i w:val="0"/>
        </w:rPr>
        <w:t xml:space="preserve"> vì chúng ta sẽ luôn nhận được hai thông tin này từ người dùng ❶, và chúng chưa được đưa vào từ điển. Sau đó chúng ta trả về từ điển </w:t>
      </w:r>
      <w:r>
        <w:rPr>
          <w:rFonts w:ascii="Consolas" w:hAnsi="Consolas"/>
          <w:b w:val="0"/>
          <w:i w:val="0"/>
          <w:sz w:val="20"/>
        </w:rPr>
        <w:t>user_info</w:t>
      </w:r>
      <w:r>
        <w:rPr>
          <w:b w:val="0"/>
          <w:i w:val="0"/>
        </w:rPr>
        <w:t xml:space="preserve"> cho dòng gọi hàm.</w:t>
      </w:r>
    </w:p>
    <w:p>
      <w:pPr>
        <w:spacing w:after="80"/>
      </w:pPr>
      <w:r>
        <w:rPr>
          <w:b w:val="0"/>
          <w:i w:val="0"/>
        </w:rPr>
        <w:t xml:space="preserve">Chúng ta gọi </w:t>
      </w:r>
      <w:r>
        <w:rPr>
          <w:rFonts w:ascii="Consolas" w:hAnsi="Consolas"/>
          <w:b w:val="0"/>
          <w:i w:val="0"/>
          <w:sz w:val="20"/>
        </w:rPr>
        <w:t>build_profile()</w:t>
      </w:r>
      <w:r>
        <w:rPr>
          <w:b w:val="0"/>
          <w:i w:val="0"/>
        </w:rPr>
        <w:t xml:space="preserve">, truyền vào tên </w:t>
      </w:r>
      <w:r>
        <w:rPr>
          <w:rFonts w:ascii="Consolas" w:hAnsi="Consolas"/>
          <w:b w:val="0"/>
          <w:i w:val="0"/>
          <w:sz w:val="20"/>
        </w:rPr>
        <w:t>'albert'</w:t>
      </w:r>
      <w:r>
        <w:rPr>
          <w:b w:val="0"/>
          <w:i w:val="0"/>
        </w:rPr>
        <w:t xml:space="preserve">, họ </w:t>
      </w:r>
      <w:r>
        <w:rPr>
          <w:rFonts w:ascii="Consolas" w:hAnsi="Consolas"/>
          <w:b w:val="0"/>
          <w:i w:val="0"/>
          <w:sz w:val="20"/>
        </w:rPr>
        <w:t>'einstein'</w:t>
      </w:r>
      <w:r>
        <w:rPr>
          <w:b w:val="0"/>
          <w:i w:val="0"/>
        </w:rPr>
        <w:t xml:space="preserve">, và hai cặp khóa-giá trị </w:t>
      </w:r>
      <w:r>
        <w:rPr>
          <w:rFonts w:ascii="Consolas" w:hAnsi="Consolas"/>
          <w:b w:val="0"/>
          <w:i w:val="0"/>
          <w:sz w:val="20"/>
        </w:rPr>
        <w:t>location='princeton'</w:t>
      </w:r>
      <w:r>
        <w:rPr>
          <w:b w:val="0"/>
          <w:i w:val="0"/>
        </w:rPr>
        <w:t xml:space="preserve"> và </w:t>
      </w:r>
      <w:r>
        <w:rPr>
          <w:rFonts w:ascii="Consolas" w:hAnsi="Consolas"/>
          <w:b w:val="0"/>
          <w:i w:val="0"/>
          <w:sz w:val="20"/>
        </w:rPr>
        <w:t>field='physics'</w:t>
      </w:r>
      <w:r>
        <w:rPr>
          <w:b w:val="0"/>
          <w:i w:val="0"/>
        </w:rPr>
        <w:t xml:space="preserve">. Chúng ta gán </w:t>
      </w:r>
      <w:r>
        <w:rPr>
          <w:rFonts w:ascii="Consolas" w:hAnsi="Consolas"/>
          <w:b w:val="0"/>
          <w:i w:val="0"/>
          <w:sz w:val="20"/>
        </w:rPr>
        <w:t>profile</w:t>
      </w:r>
      <w:r>
        <w:rPr>
          <w:b w:val="0"/>
          <w:i w:val="0"/>
        </w:rPr>
        <w:t xml:space="preserve"> được trả về cho </w:t>
      </w:r>
      <w:r>
        <w:rPr>
          <w:rFonts w:ascii="Consolas" w:hAnsi="Consolas"/>
          <w:b w:val="0"/>
          <w:i w:val="0"/>
          <w:sz w:val="20"/>
        </w:rPr>
        <w:t>user_profile</w:t>
      </w:r>
      <w:r>
        <w:rPr>
          <w:b w:val="0"/>
          <w:i w:val="0"/>
        </w:rPr>
        <w:t xml:space="preserve"> và in </w:t>
      </w:r>
      <w:r>
        <w:rPr>
          <w:rFonts w:ascii="Consolas" w:hAnsi="Consolas"/>
          <w:b w:val="0"/>
          <w:i w:val="0"/>
          <w:sz w:val="20"/>
        </w:rPr>
        <w:t>user_profile</w:t>
      </w:r>
      <w:r>
        <w:rPr>
          <w:b w:val="0"/>
          <w:i w:val="0"/>
        </w:rPr>
        <w:t>:</w:t>
      </w:r>
    </w:p>
    <w:p>
      <w:pPr>
        <w:spacing w:after="80"/>
      </w:pPr>
      <w:r>
        <w:rPr>
          <w:b w:val="0"/>
          <w:i w:val="0"/>
        </w:rPr>
        <w:t>{'location': 'princeton', 'field': 'physics',</w:t>
      </w:r>
      <w:r>
        <w:br/>
      </w:r>
      <w:r>
        <w:rPr>
          <w:b w:val="0"/>
          <w:i w:val="0"/>
        </w:rPr>
        <w:t>'first_name': 'albert', 'last_name': 'einstein'}</w:t>
      </w:r>
    </w:p>
    <w:p>
      <w:pPr>
        <w:spacing w:after="80"/>
      </w:pPr>
      <w:r>
        <w:rPr>
          <w:b w:val="0"/>
          <w:i w:val="0"/>
        </w:rPr>
        <w:t>Từ điển được trả về chứa tên và họ của người dùng, và trong trường hợp này còn có cả địa điểm và lĩnh vực nghiên cứu. Hàm sẽ hoạt động bất kể có bao nhiêu cặp khóa-giá trị bổ sung được cung cấp trong lời gọi hàm.</w:t>
      </w:r>
    </w:p>
    <w:p>
      <w:pPr>
        <w:spacing w:after="80"/>
      </w:pPr>
      <w:r>
        <w:rPr>
          <w:b w:val="0"/>
          <w:i w:val="0"/>
        </w:rPr>
        <w:t>Bạn có thể kết hợp các giá trị theo vị trí (positional), theo từ khóa (keyword) và tùy ý (arbitrary) theo nhiều cách khác nhau khi viết hàm của riêng mình. Việc biết rằng tất cả các kiểu đối số (argument) này đều tồn tại rất hữu ích vì bạn sẽ thường xuyên gặp chúng khi bắt đầu đọc code của người khác. Cần luyện tập để sử dụng đúng các kiểu khác nhau và biết khi nào nên dùng kiểu nào. Hiện tại, hãy nhớ dùng cách đơn giản nhất mà vẫn hoàn thành công việc. Khi tiến bộ hơn, bạn sẽ học được cách dùng phương pháp hiệu quả nhất cho mỗi tình huống.</w:t>
      </w:r>
    </w:p>
    <w:p>
      <w:pPr>
        <w:spacing w:before="120" w:after="40"/>
      </w:pPr>
      <w:r>
        <w:rPr>
          <w:b/>
          <w:sz w:val="21"/>
        </w:rPr>
        <w:t>Ghi chú</w:t>
      </w:r>
    </w:p>
    <w:p>
      <w:pPr>
        <w:spacing w:after="80"/>
      </w:pPr>
      <w:r>
        <w:rPr>
          <w:b w:val="0"/>
          <w:i w:val="0"/>
        </w:rPr>
        <w:t xml:space="preserve">Bạn sẽ thường thấy tên tham số </w:t>
      </w:r>
      <w:r>
        <w:rPr>
          <w:rFonts w:ascii="Consolas" w:hAnsi="Consolas"/>
          <w:b w:val="0"/>
          <w:i w:val="0"/>
          <w:sz w:val="20"/>
        </w:rPr>
        <w:t>**kwargs</w:t>
      </w:r>
      <w:r>
        <w:rPr>
          <w:b w:val="0"/>
          <w:i w:val="0"/>
        </w:rPr>
        <w:t xml:space="preserve"> được dùng để thu thập các đối số từ khóa không cụ thể.</w:t>
      </w:r>
    </w:p>
    <w:p>
      <w:pPr>
        <w:spacing w:before="120" w:after="40"/>
      </w:pPr>
      <w:r>
        <w:rPr>
          <w:b/>
          <w:sz w:val="21"/>
        </w:rPr>
        <w:t>Tự thực hành</w:t>
      </w:r>
    </w:p>
    <w:p>
      <w:pPr>
        <w:spacing w:after="80"/>
      </w:pPr>
      <w:r>
        <w:rPr>
          <w:b/>
          <w:i w:val="0"/>
        </w:rPr>
        <w:t>8-12. Bánh sandwich:</w:t>
      </w:r>
      <w:r>
        <w:rPr>
          <w:b w:val="0"/>
          <w:i w:val="0"/>
        </w:rPr>
        <w:t xml:space="preserve"> Viết một hàm nhận vào một danh sách các nguyên liệu mà một người muốn cho vào bánh sandwich. Hàm nên có một tham số thu thập bao nhiêu nguyên liệu tùy theo lời gọi hàm cung cấp, và nó nên in ra bản tóm tắt chiếc bánh sandwich đang được đặt. Gọi hàm ba lần, mỗi lần dùng số lượng đối số khác nhau.</w:t>
      </w:r>
    </w:p>
    <w:p>
      <w:pPr>
        <w:spacing w:after="80"/>
      </w:pPr>
      <w:r>
        <w:rPr>
          <w:b/>
          <w:i w:val="0"/>
        </w:rPr>
        <w:t>8-13. Hồ sơ người dùng:</w:t>
      </w:r>
      <w:r>
        <w:rPr>
          <w:b w:val="0"/>
          <w:i w:val="0"/>
        </w:rPr>
        <w:t xml:space="preserve"> Bắt đầu với bản sao của </w:t>
      </w:r>
      <w:r>
        <w:rPr>
          <w:b w:val="0"/>
          <w:i/>
        </w:rPr>
        <w:t>user_profile.py</w:t>
      </w:r>
      <w:r>
        <w:rPr>
          <w:b w:val="0"/>
          <w:i w:val="0"/>
        </w:rPr>
        <w:t xml:space="preserve"> ở trang 148. Xây dựng hồ sơ của chính bạn bằng cách gọi </w:t>
      </w:r>
      <w:r>
        <w:rPr>
          <w:rFonts w:ascii="Consolas" w:hAnsi="Consolas"/>
          <w:b w:val="0"/>
          <w:i w:val="0"/>
          <w:sz w:val="20"/>
        </w:rPr>
        <w:t>build_profile()</w:t>
      </w:r>
      <w:r>
        <w:rPr>
          <w:b w:val="0"/>
          <w:i w:val="0"/>
        </w:rPr>
        <w:t>, dùng tên và họ của bạn cùng ba cặp khóa-giá trị khác mô tả về bạn.</w:t>
      </w:r>
    </w:p>
    <w:p>
      <w:pPr>
        <w:spacing w:after="80"/>
      </w:pPr>
      <w:r>
        <w:rPr>
          <w:b/>
          <w:i w:val="0"/>
        </w:rPr>
        <w:t>8-14. Ô tô:</w:t>
      </w:r>
      <w:r>
        <w:rPr>
          <w:b w:val="0"/>
          <w:i w:val="0"/>
        </w:rPr>
        <w:t xml:space="preserve"> Viết một hàm lưu thông tin về một chiếc ô tô vào một từ điển. Hàm nên luôn nhận được tên nhà sản xuất và tên mẫu xe. Sau đó nó nên chấp nhận một số lượng tùy ý các đối số từ khóa. Gọi hàm với thông tin bắt buộc và hai cặp tên-giá trị khác, chẳng hạn như màu sắc hoặc một tính năng tùy chọn. Hàm của bạn nên hoạt động với lời gọi như thế này:</w:t>
      </w:r>
    </w:p>
    <w:p>
      <w:pPr>
        <w:spacing w:after="80"/>
      </w:pPr>
      <w:r>
        <w:rPr>
          <w:b w:val="0"/>
          <w:i w:val="0"/>
        </w:rPr>
        <w:t>car = make_car('subaru', 'outback', color='blue', tow_package=True)</w:t>
      </w:r>
    </w:p>
    <w:p>
      <w:pPr>
        <w:spacing w:after="80"/>
      </w:pPr>
      <w:r>
        <w:rPr>
          <w:b w:val="0"/>
          <w:i w:val="0"/>
        </w:rPr>
        <w:t>In từ điển được trả về để chắc chắn rằng mọi thông tin đã được lưu đúng.</w:t>
      </w:r>
    </w:p>
    <w:p>
      <w:pPr>
        <w:pStyle w:val="Heading2"/>
      </w:pPr>
      <w:r>
        <w:rPr>
          <w:rFonts w:ascii="Calibri" w:hAnsi="Calibri"/>
          <w:b/>
          <w:i w:val="0"/>
          <w:sz w:val="32"/>
        </w:rPr>
        <w:t>Lưu trữ hàm của bạn trong các module</w:t>
      </w:r>
    </w:p>
    <w:p>
      <w:pPr>
        <w:spacing w:after="80"/>
      </w:pPr>
      <w:r>
        <w:rPr>
          <w:b w:val="0"/>
          <w:i w:val="0"/>
        </w:rPr>
        <w:t xml:space="preserve">Một lợi ích của hàm là cách chúng tách các khối mã khỏi chương trình chính của bạn. Khi bạn dùng tên mô tả rõ ràng cho các hàm, chương trình của bạn trở nên dễ theo dõi hơn nhiều. Bạn có thể tiến thêm một bước bằng cách lưu trữ các hàm trong một tệp riêng gọi là </w:t>
      </w:r>
      <w:r>
        <w:rPr>
          <w:b w:val="0"/>
          <w:i/>
        </w:rPr>
        <w:t>module</w:t>
      </w:r>
      <w:r>
        <w:rPr>
          <w:b w:val="0"/>
          <w:i w:val="0"/>
        </w:rPr>
        <w:t xml:space="preserve"> (mô-đun) rồi </w:t>
      </w:r>
      <w:r>
        <w:rPr>
          <w:b w:val="0"/>
          <w:i/>
        </w:rPr>
        <w:t>import</w:t>
      </w:r>
      <w:r>
        <w:rPr>
          <w:b w:val="0"/>
          <w:i w:val="0"/>
        </w:rPr>
        <w:t xml:space="preserve"> (nhập) module đó vào chương trình chính. Câu lệnh </w:t>
      </w:r>
      <w:r>
        <w:rPr>
          <w:rFonts w:ascii="Consolas" w:hAnsi="Consolas"/>
          <w:b w:val="0"/>
          <w:i w:val="0"/>
          <w:sz w:val="20"/>
        </w:rPr>
        <w:t>import</w:t>
      </w:r>
      <w:r>
        <w:rPr>
          <w:b w:val="0"/>
          <w:i w:val="0"/>
        </w:rPr>
        <w:t xml:space="preserve"> báo cho Python biết hãy làm cho mã trong một module trở nên khả dụng trong tệp chương trình đang chạy.</w:t>
      </w:r>
    </w:p>
    <w:p>
      <w:pPr>
        <w:spacing w:after="80"/>
      </w:pPr>
      <w:r>
        <w:rPr>
          <w:b w:val="0"/>
          <w:i w:val="0"/>
        </w:rPr>
        <w:t>Lưu trữ các hàm trong một tệp riêng cho phép bạn ẩn đi các chi tiết của mã chương trình và tập trung vào logic cấp cao hơn. Nó cũng cho phép bạn tái sử dụng các hàm trong nhiều chương trình khác nhau. Khi bạn lưu trữ các hàm trong các tệp riêng, bạn có thể chia sẻ những tệp đó với các lập trình viên khác mà không cần phải chia sẻ toàn bộ chương trình của mình. Biết cách import hàm cũng cho phép bạn sử dụng các thư viện hàm do các lập trình viên khác viết.</w:t>
      </w:r>
    </w:p>
    <w:p>
      <w:pPr>
        <w:spacing w:after="80"/>
      </w:pPr>
      <w:r>
        <w:rPr>
          <w:b w:val="0"/>
          <w:i w:val="0"/>
        </w:rPr>
        <w:t>Có nhiều cách để import một module, và tôi sẽ trình bày ngắn gọn từng cách.</w:t>
      </w:r>
    </w:p>
    <w:p>
      <w:pPr>
        <w:pStyle w:val="Heading3"/>
      </w:pPr>
      <w:r>
        <w:rPr>
          <w:rFonts w:ascii="Calibri" w:hAnsi="Calibri"/>
          <w:b/>
          <w:i w:val="0"/>
          <w:sz w:val="27"/>
        </w:rPr>
        <w:t>Import toàn bộ một module</w:t>
      </w:r>
    </w:p>
    <w:p>
      <w:pPr>
        <w:spacing w:after="80"/>
      </w:pPr>
      <w:r>
        <w:rPr>
          <w:b w:val="0"/>
          <w:i w:val="0"/>
        </w:rPr>
        <w:t xml:space="preserve">Để bắt đầu import hàm, trước tiên chúng ta cần tạo một module. Một </w:t>
      </w:r>
      <w:r>
        <w:rPr>
          <w:b w:val="0"/>
          <w:i/>
        </w:rPr>
        <w:t>module</w:t>
      </w:r>
      <w:r>
        <w:rPr>
          <w:b w:val="0"/>
          <w:i w:val="0"/>
        </w:rPr>
        <w:t xml:space="preserve"> (mô-đun) là một tệp có đuôi </w:t>
      </w:r>
      <w:r>
        <w:rPr>
          <w:b w:val="0"/>
          <w:i/>
        </w:rPr>
        <w:t>.py</w:t>
      </w:r>
      <w:r>
        <w:rPr>
          <w:b w:val="0"/>
          <w:i w:val="0"/>
        </w:rPr>
        <w:t xml:space="preserve"> chứa mã mà bạn muốn import vào chương trình của mình. Hãy tạo một module chứa hàm </w:t>
      </w:r>
      <w:r>
        <w:rPr>
          <w:rFonts w:ascii="Consolas" w:hAnsi="Consolas"/>
          <w:b w:val="0"/>
          <w:i w:val="0"/>
          <w:sz w:val="20"/>
        </w:rPr>
        <w:t>make_pizza()</w:t>
      </w:r>
      <w:r>
        <w:rPr>
          <w:b w:val="0"/>
          <w:i w:val="0"/>
        </w:rPr>
        <w:t xml:space="preserve">. Để tạo module này, chúng ta sẽ xóa mọi thứ khỏi tệp </w:t>
      </w:r>
      <w:r>
        <w:rPr>
          <w:b w:val="0"/>
          <w:i/>
        </w:rPr>
        <w:t>pizza.py</w:t>
      </w:r>
      <w:r>
        <w:rPr>
          <w:b w:val="0"/>
          <w:i w:val="0"/>
        </w:rPr>
        <w:t xml:space="preserve"> ngoại trừ hàm </w:t>
      </w:r>
      <w:r>
        <w:rPr>
          <w:rFonts w:ascii="Consolas" w:hAnsi="Consolas"/>
          <w:b w:val="0"/>
          <w:i w:val="0"/>
          <w:sz w:val="20"/>
        </w:rPr>
        <w:t>make_pizza()</w:t>
      </w:r>
      <w:r>
        <w:rPr>
          <w:b w:val="0"/>
          <w:i w:val="0"/>
        </w:rPr>
        <w:t>:</w:t>
      </w:r>
    </w:p>
    <w:p>
      <w:pPr>
        <w:spacing w:after="80"/>
      </w:pPr>
      <w:r>
        <w:rPr>
          <w:b w:val="0"/>
          <w:i w:val="0"/>
        </w:rPr>
        <w:t>pizza.py</w:t>
      </w:r>
    </w:p>
    <w:p>
      <w:pPr>
        <w:spacing w:after="80"/>
      </w:pPr>
      <w:r>
        <w:rPr>
          <w:b w:val="0"/>
          <w:i w:val="0"/>
        </w:rPr>
        <w:t>def make_pizza(size, *toppings):</w:t>
      </w:r>
      <w:r>
        <w:br/>
      </w:r>
      <w:r>
        <w:rPr>
          <w:b w:val="0"/>
          <w:i w:val="0"/>
        </w:rPr>
        <w:t xml:space="preserve">    """Summarize the pizza we are about to make."""</w:t>
      </w:r>
      <w:r>
        <w:br/>
      </w:r>
      <w:r>
        <w:rPr>
          <w:b w:val="0"/>
          <w:i w:val="0"/>
        </w:rPr>
        <w:t xml:space="preserve">    print(f"\nMaking a {size}-inch pizza with the following toppings:")</w:t>
      </w:r>
      <w:r>
        <w:br/>
      </w:r>
      <w:r>
        <w:rPr>
          <w:b w:val="0"/>
          <w:i w:val="0"/>
        </w:rPr>
        <w:t xml:space="preserve">    for topping in toppings:</w:t>
      </w:r>
      <w:r>
        <w:br/>
      </w:r>
      <w:r>
        <w:rPr>
          <w:b w:val="0"/>
          <w:i w:val="0"/>
        </w:rPr>
        <w:t xml:space="preserve">        print(f"- {topping}")</w:t>
      </w:r>
    </w:p>
    <w:p>
      <w:pPr>
        <w:spacing w:after="80"/>
      </w:pPr>
      <w:r>
        <w:rPr>
          <w:b w:val="0"/>
          <w:i w:val="0"/>
        </w:rPr>
        <w:t xml:space="preserve">Bây giờ chúng ta sẽ tạo một tệp riêng tên là </w:t>
      </w:r>
      <w:r>
        <w:rPr>
          <w:b w:val="0"/>
          <w:i/>
        </w:rPr>
        <w:t>making_pizzas.py</w:t>
      </w:r>
      <w:r>
        <w:rPr>
          <w:b w:val="0"/>
          <w:i w:val="0"/>
        </w:rPr>
        <w:t xml:space="preserve"> trong cùng thư mục với </w:t>
      </w:r>
      <w:r>
        <w:rPr>
          <w:b w:val="0"/>
          <w:i/>
        </w:rPr>
        <w:t>pizza.py</w:t>
      </w:r>
      <w:r>
        <w:rPr>
          <w:b w:val="0"/>
          <w:i w:val="0"/>
        </w:rPr>
        <w:t xml:space="preserve">. Tệp này import module mà chúng ta vừa tạo rồi gọi </w:t>
      </w:r>
      <w:r>
        <w:rPr>
          <w:rFonts w:ascii="Consolas" w:hAnsi="Consolas"/>
          <w:b w:val="0"/>
          <w:i w:val="0"/>
          <w:sz w:val="20"/>
        </w:rPr>
        <w:t>make_pizza()</w:t>
      </w:r>
      <w:r>
        <w:rPr>
          <w:b w:val="0"/>
          <w:i w:val="0"/>
        </w:rPr>
        <w:t xml:space="preserve"> hai lần:</w:t>
      </w:r>
    </w:p>
    <w:p>
      <w:pPr>
        <w:spacing w:after="80"/>
      </w:pPr>
      <w:r>
        <w:rPr>
          <w:b w:val="0"/>
          <w:i w:val="0"/>
        </w:rPr>
        <w:t>making_pizzas.py</w:t>
      </w:r>
    </w:p>
    <w:p>
      <w:pPr>
        <w:spacing w:after="0"/>
        <w:ind w:left="360"/>
        <w:shd w:val="clear" w:color="auto" w:fill="F2F2F2"/>
      </w:pPr>
      <w:r>
        <w:rPr>
          <w:rFonts w:ascii="Consolas" w:hAnsi="Consolas"/>
          <w:b w:val="0"/>
          <w:i w:val="0"/>
          <w:sz w:val="18"/>
        </w:rPr>
        <w:t>import pizza</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pizza.make_pizza(16, 'pepperoni')</w:t>
      </w:r>
    </w:p>
    <w:p>
      <w:pPr>
        <w:spacing w:after="0"/>
        <w:ind w:left="360"/>
        <w:shd w:val="clear" w:color="auto" w:fill="F2F2F2"/>
      </w:pPr>
      <w:r>
        <w:rPr>
          <w:rFonts w:ascii="Consolas" w:hAnsi="Consolas"/>
          <w:b w:val="0"/>
          <w:i w:val="0"/>
          <w:sz w:val="18"/>
        </w:rPr>
        <w:t>pizza.make_pizza(12, 'mushrooms', 'green peppers', 'extra cheese')</w:t>
      </w:r>
    </w:p>
    <w:p>
      <w:pPr>
        <w:spacing w:after="40"/>
      </w:pPr>
    </w:p>
    <w:p>
      <w:pPr>
        <w:spacing w:after="80"/>
      </w:pPr>
      <w:r>
        <w:rPr>
          <w:b w:val="0"/>
          <w:i w:val="0"/>
        </w:rPr>
        <w:t xml:space="preserve">Khi Python đọc tệp này, dòng </w:t>
      </w:r>
      <w:r>
        <w:rPr>
          <w:rFonts w:ascii="Consolas" w:hAnsi="Consolas"/>
          <w:b w:val="0"/>
          <w:i w:val="0"/>
          <w:sz w:val="20"/>
        </w:rPr>
        <w:t>import pizza</w:t>
      </w:r>
      <w:r>
        <w:rPr>
          <w:b w:val="0"/>
          <w:i w:val="0"/>
        </w:rPr>
        <w:t xml:space="preserve"> báo cho Python mở tệp </w:t>
      </w:r>
      <w:r>
        <w:rPr>
          <w:b w:val="0"/>
          <w:i/>
        </w:rPr>
        <w:t>pizza.py</w:t>
      </w:r>
      <w:r>
        <w:rPr>
          <w:b w:val="0"/>
          <w:i w:val="0"/>
        </w:rPr>
        <w:t xml:space="preserve"> và sao chép tất cả các hàm từ đó vào chương trình này. Bạn thực ra không nhìn thấy mã được sao chép giữa các tệp vì Python sao chép mã ở hậu trường, ngay trước khi chương trình chạy. Bạn chỉ cần biết rằng bất kỳ hàm nào được định nghĩa trong </w:t>
      </w:r>
      <w:r>
        <w:rPr>
          <w:b w:val="0"/>
          <w:i/>
        </w:rPr>
        <w:t>pizza.py</w:t>
      </w:r>
      <w:r>
        <w:rPr>
          <w:b w:val="0"/>
          <w:i w:val="0"/>
        </w:rPr>
        <w:t xml:space="preserve"> giờ đây sẽ khả dụng trong </w:t>
      </w:r>
      <w:r>
        <w:rPr>
          <w:b w:val="0"/>
          <w:i/>
        </w:rPr>
        <w:t>making_pizzas.py</w:t>
      </w:r>
      <w:r>
        <w:rPr>
          <w:b w:val="0"/>
          <w:i w:val="0"/>
        </w:rPr>
        <w:t>.</w:t>
      </w:r>
    </w:p>
    <w:p>
      <w:pPr>
        <w:spacing w:after="80"/>
      </w:pPr>
      <w:r>
        <w:rPr>
          <w:b w:val="0"/>
          <w:i w:val="0"/>
        </w:rPr>
        <w:t xml:space="preserve">Để gọi một hàm từ một module đã import, hãy nhập tên của module bạn đã import, </w:t>
      </w:r>
      <w:r>
        <w:rPr>
          <w:rFonts w:ascii="Consolas" w:hAnsi="Consolas"/>
          <w:b w:val="0"/>
          <w:i w:val="0"/>
          <w:sz w:val="20"/>
        </w:rPr>
        <w:t>pizza</w:t>
      </w:r>
      <w:r>
        <w:rPr>
          <w:b w:val="0"/>
          <w:i w:val="0"/>
        </w:rPr>
        <w:t xml:space="preserve">, theo sau là tên của hàm, </w:t>
      </w:r>
      <w:r>
        <w:rPr>
          <w:rFonts w:ascii="Consolas" w:hAnsi="Consolas"/>
          <w:b w:val="0"/>
          <w:i w:val="0"/>
          <w:sz w:val="20"/>
        </w:rPr>
        <w:t>make_pizza()</w:t>
      </w:r>
      <w:r>
        <w:rPr>
          <w:b w:val="0"/>
          <w:i w:val="0"/>
        </w:rPr>
        <w:t>, phân tách bằng dấu chấm ❶. Đoạn mã này tạo ra kết quả giống như chương trình gốc không import module:</w:t>
      </w:r>
    </w:p>
    <w:p>
      <w:pPr>
        <w:spacing w:after="80"/>
      </w:pPr>
      <w:r>
        <w:rPr>
          <w:b w:val="0"/>
          <w:i w:val="0"/>
        </w:rPr>
        <w:t>Making a 16-inch pizza with the following toppings:</w:t>
      </w:r>
      <w:r>
        <w:br/>
      </w:r>
      <w:r>
        <w:rPr>
          <w:b w:val="0"/>
          <w:i w:val="0"/>
        </w:rPr>
        <w:t>- pepperoni</w:t>
      </w:r>
      <w:r>
        <w:br/>
      </w:r>
      <w:r>
        <w:br/>
      </w:r>
      <w:r>
        <w:rPr>
          <w:b w:val="0"/>
          <w:i w:val="0"/>
        </w:rPr>
        <w:t>Making a 12-inch pizza with the following toppings:</w:t>
      </w:r>
      <w:r>
        <w:br/>
      </w:r>
      <w:r>
        <w:rPr>
          <w:b w:val="0"/>
          <w:i w:val="0"/>
        </w:rPr>
        <w:t>- mushrooms</w:t>
      </w:r>
      <w:r>
        <w:br/>
      </w:r>
      <w:r>
        <w:rPr>
          <w:b w:val="0"/>
          <w:i w:val="0"/>
        </w:rPr>
        <w:t>- green peppers</w:t>
      </w:r>
      <w:r>
        <w:br/>
      </w:r>
      <w:r>
        <w:rPr>
          <w:b w:val="0"/>
          <w:i w:val="0"/>
        </w:rPr>
        <w:t>- extra cheese</w:t>
      </w:r>
    </w:p>
    <w:p>
      <w:pPr>
        <w:spacing w:after="80"/>
      </w:pPr>
      <w:r>
        <w:rPr>
          <w:b w:val="0"/>
          <w:i w:val="0"/>
        </w:rPr>
        <w:t xml:space="preserve">Cách import đầu tiên này, trong đó bạn chỉ cần viết </w:t>
      </w:r>
      <w:r>
        <w:rPr>
          <w:rFonts w:ascii="Consolas" w:hAnsi="Consolas"/>
          <w:b w:val="0"/>
          <w:i w:val="0"/>
          <w:sz w:val="20"/>
        </w:rPr>
        <w:t>import</w:t>
      </w:r>
      <w:r>
        <w:rPr>
          <w:b w:val="0"/>
          <w:i w:val="0"/>
        </w:rPr>
        <w:t xml:space="preserve"> theo sau là tên của module, làm cho mọi hàm từ module trở nên khả dụng trong chương trình của bạn. Nếu bạn dùng kiểu câu lệnh </w:t>
      </w:r>
      <w:r>
        <w:rPr>
          <w:rFonts w:ascii="Consolas" w:hAnsi="Consolas"/>
          <w:b w:val="0"/>
          <w:i w:val="0"/>
          <w:sz w:val="20"/>
        </w:rPr>
        <w:t>import</w:t>
      </w:r>
      <w:r>
        <w:rPr>
          <w:b w:val="0"/>
          <w:i w:val="0"/>
        </w:rPr>
        <w:t xml:space="preserve"> này để import toàn bộ một module tên là </w:t>
      </w:r>
      <w:r>
        <w:rPr>
          <w:b w:val="0"/>
          <w:i/>
        </w:rPr>
        <w:t>module_name.py</w:t>
      </w:r>
      <w:r>
        <w:rPr>
          <w:b w:val="0"/>
          <w:i w:val="0"/>
        </w:rPr>
        <w:t>, mỗi hàm trong module đều khả dụng thông qua cú pháp sau:</w:t>
      </w:r>
    </w:p>
    <w:p>
      <w:pPr>
        <w:spacing w:after="0"/>
        <w:ind w:left="360"/>
        <w:shd w:val="clear" w:color="auto" w:fill="F2F2F2"/>
      </w:pPr>
      <w:r>
        <w:rPr>
          <w:rFonts w:ascii="Consolas" w:hAnsi="Consolas"/>
          <w:b w:val="0"/>
          <w:i/>
          <w:sz w:val="18"/>
        </w:rPr>
        <w:t>module_name</w:t>
      </w:r>
      <w:r>
        <w:rPr>
          <w:rFonts w:ascii="Consolas" w:hAnsi="Consolas"/>
          <w:b w:val="0"/>
          <w:i w:val="0"/>
          <w:sz w:val="18"/>
        </w:rPr>
        <w:t>.</w:t>
      </w:r>
      <w:r>
        <w:rPr>
          <w:rFonts w:ascii="Consolas" w:hAnsi="Consolas"/>
          <w:b w:val="0"/>
          <w:i/>
          <w:sz w:val="18"/>
        </w:rPr>
        <w:t>function_name</w:t>
      </w:r>
      <w:r>
        <w:rPr>
          <w:rFonts w:ascii="Consolas" w:hAnsi="Consolas"/>
          <w:b w:val="0"/>
          <w:i w:val="0"/>
          <w:sz w:val="18"/>
        </w:rPr>
        <w:t>()</w:t>
      </w:r>
    </w:p>
    <w:p>
      <w:pPr>
        <w:spacing w:after="40"/>
      </w:pPr>
    </w:p>
    <w:p>
      <w:pPr>
        <w:pStyle w:val="Heading3"/>
      </w:pPr>
      <w:r>
        <w:rPr>
          <w:rFonts w:ascii="Calibri" w:hAnsi="Calibri"/>
          <w:b/>
          <w:i w:val="0"/>
          <w:sz w:val="27"/>
        </w:rPr>
        <w:t>Nhập các hàm cụ thể</w:t>
      </w:r>
    </w:p>
    <w:p>
      <w:pPr>
        <w:spacing w:after="80"/>
      </w:pPr>
      <w:r>
        <w:rPr>
          <w:b w:val="0"/>
          <w:i w:val="0"/>
        </w:rPr>
        <w:t>Bạn cũng có thể nhập một hàm cụ thể từ một mô-đun. Đây là cú pháp chung cho cách làm này:</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r>
        <w:rPr>
          <w:rFonts w:ascii="Consolas" w:hAnsi="Consolas"/>
          <w:b w:val="0"/>
          <w:i/>
          <w:sz w:val="18"/>
        </w:rPr>
        <w:t>function_name</w:t>
      </w:r>
    </w:p>
    <w:p>
      <w:pPr>
        <w:spacing w:after="40"/>
      </w:pPr>
    </w:p>
    <w:p>
      <w:pPr>
        <w:spacing w:after="80"/>
      </w:pPr>
      <w:r>
        <w:rPr>
          <w:b w:val="0"/>
          <w:i w:val="0"/>
        </w:rPr>
        <w:t>Bạn có thể nhập bao nhiêu hàm tùy thích từ một mô-đun bằng cách phân tách tên của mỗi hàm bằng dấu phẩy:</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r>
        <w:rPr>
          <w:rFonts w:ascii="Consolas" w:hAnsi="Consolas"/>
          <w:b w:val="0"/>
          <w:i/>
          <w:sz w:val="18"/>
        </w:rPr>
        <w:t>function_0</w:t>
      </w:r>
      <w:r>
        <w:rPr>
          <w:rFonts w:ascii="Consolas" w:hAnsi="Consolas"/>
          <w:b w:val="0"/>
          <w:i w:val="0"/>
          <w:sz w:val="18"/>
        </w:rPr>
        <w:t xml:space="preserve">, </w:t>
      </w:r>
      <w:r>
        <w:rPr>
          <w:rFonts w:ascii="Consolas" w:hAnsi="Consolas"/>
          <w:b w:val="0"/>
          <w:i/>
          <w:sz w:val="18"/>
        </w:rPr>
        <w:t>function_1</w:t>
      </w:r>
      <w:r>
        <w:rPr>
          <w:rFonts w:ascii="Consolas" w:hAnsi="Consolas"/>
          <w:b w:val="0"/>
          <w:i w:val="0"/>
          <w:sz w:val="18"/>
        </w:rPr>
        <w:t xml:space="preserve">, </w:t>
      </w:r>
      <w:r>
        <w:rPr>
          <w:rFonts w:ascii="Consolas" w:hAnsi="Consolas"/>
          <w:b w:val="0"/>
          <w:i/>
          <w:sz w:val="18"/>
        </w:rPr>
        <w:t>function_2</w:t>
      </w:r>
    </w:p>
    <w:p>
      <w:pPr>
        <w:spacing w:after="40"/>
      </w:pPr>
    </w:p>
    <w:p>
      <w:pPr>
        <w:spacing w:after="80"/>
      </w:pPr>
      <w:r>
        <w:rPr>
          <w:b w:val="0"/>
          <w:i w:val="0"/>
        </w:rPr>
        <w:t xml:space="preserve">Ví dụ </w:t>
      </w:r>
      <w:r>
        <w:rPr>
          <w:b w:val="0"/>
          <w:i/>
        </w:rPr>
        <w:t>making_pizzas.py</w:t>
      </w:r>
      <w:r>
        <w:rPr>
          <w:b w:val="0"/>
          <w:i w:val="0"/>
        </w:rPr>
        <w:t xml:space="preserve"> sẽ trông như thế này nếu chúng ta chỉ muốn nhập hàm mà chúng ta sẽ dùng:</w:t>
      </w:r>
    </w:p>
    <w:p>
      <w:pPr>
        <w:spacing w:after="80"/>
      </w:pPr>
      <w:r>
        <w:rPr>
          <w:b w:val="0"/>
          <w:i w:val="0"/>
        </w:rPr>
        <w:t>from pizza import make_pizza</w:t>
      </w:r>
      <w:r>
        <w:br/>
      </w:r>
      <w:r>
        <w:br/>
      </w:r>
      <w:r>
        <w:rPr>
          <w:b w:val="0"/>
          <w:i w:val="0"/>
        </w:rPr>
        <w:t>make_pizza(16, 'pepperoni')</w:t>
      </w:r>
      <w:r>
        <w:br/>
      </w:r>
      <w:r>
        <w:rPr>
          <w:b w:val="0"/>
          <w:i w:val="0"/>
        </w:rPr>
        <w:t>make_pizza(12, 'mushrooms', 'green peppers', 'extra cheese')</w:t>
      </w:r>
    </w:p>
    <w:p>
      <w:pPr>
        <w:spacing w:after="80"/>
      </w:pPr>
      <w:r>
        <w:rPr>
          <w:b w:val="0"/>
          <w:i w:val="0"/>
        </w:rPr>
        <w:t xml:space="preserve">Với cú pháp này, bạn không cần dùng ký hiệu dấu chấm khi gọi một hàm. Bởi vì chúng ta đã nhập rõ ràng hàm </w:t>
      </w:r>
      <w:r>
        <w:rPr>
          <w:rFonts w:ascii="Consolas" w:hAnsi="Consolas"/>
          <w:b w:val="0"/>
          <w:i w:val="0"/>
          <w:sz w:val="20"/>
        </w:rPr>
        <w:t>make_pizza()</w:t>
      </w:r>
      <w:r>
        <w:rPr>
          <w:b w:val="0"/>
          <w:i w:val="0"/>
        </w:rPr>
        <w:t xml:space="preserve"> trong câu lệnh </w:t>
      </w:r>
      <w:r>
        <w:rPr>
          <w:rFonts w:ascii="Consolas" w:hAnsi="Consolas"/>
          <w:b w:val="0"/>
          <w:i w:val="0"/>
          <w:sz w:val="20"/>
        </w:rPr>
        <w:t>import</w:t>
      </w:r>
      <w:r>
        <w:rPr>
          <w:b w:val="0"/>
          <w:i w:val="0"/>
        </w:rPr>
        <w:t>, chúng ta có thể gọi nó bằng tên khi dùng hàm.</w:t>
      </w:r>
    </w:p>
    <w:p>
      <w:pPr>
        <w:pStyle w:val="Heading3"/>
      </w:pPr>
      <w:r>
        <w:rPr>
          <w:rFonts w:ascii="Calibri" w:hAnsi="Calibri"/>
          <w:b/>
          <w:i w:val="0"/>
          <w:sz w:val="27"/>
        </w:rPr>
        <w:t>Dùng as để đặt bí danh cho một hàm</w:t>
      </w:r>
    </w:p>
    <w:p>
      <w:pPr>
        <w:spacing w:after="80"/>
      </w:pPr>
      <w:r>
        <w:rPr>
          <w:b w:val="0"/>
          <w:i w:val="0"/>
        </w:rPr>
        <w:t xml:space="preserve">Nếu tên của một hàm bạn đang nhập có thể xung đột với một tên đã tồn tại trong chương trình của bạn, hoặc nếu tên hàm quá dài, bạn có thể dùng một </w:t>
      </w:r>
      <w:r>
        <w:rPr>
          <w:b w:val="0"/>
          <w:i/>
        </w:rPr>
        <w:t>bí danh</w:t>
      </w:r>
      <w:r>
        <w:rPr>
          <w:b w:val="0"/>
          <w:i w:val="0"/>
        </w:rPr>
        <w:t xml:space="preserve"> (alias) ngắn gọn, độc nhất—một tên thay thế giống như biệt danh cho hàm. Bạn sẽ đặt cho hàm biệt danh đặc biệt này khi nhập hàm.</w:t>
      </w:r>
    </w:p>
    <w:p>
      <w:pPr>
        <w:spacing w:after="80"/>
      </w:pPr>
      <w:r>
        <w:rPr>
          <w:b w:val="0"/>
          <w:i w:val="0"/>
        </w:rPr>
        <w:t xml:space="preserve">Ở đây chúng ta đặt cho hàm </w:t>
      </w:r>
      <w:r>
        <w:rPr>
          <w:rFonts w:ascii="Consolas" w:hAnsi="Consolas"/>
          <w:b w:val="0"/>
          <w:i w:val="0"/>
          <w:sz w:val="20"/>
        </w:rPr>
        <w:t>make_pizza()</w:t>
      </w:r>
      <w:r>
        <w:rPr>
          <w:b w:val="0"/>
          <w:i w:val="0"/>
        </w:rPr>
        <w:t xml:space="preserve"> một bí danh, </w:t>
      </w:r>
      <w:r>
        <w:rPr>
          <w:rFonts w:ascii="Consolas" w:hAnsi="Consolas"/>
          <w:b w:val="0"/>
          <w:i w:val="0"/>
          <w:sz w:val="20"/>
        </w:rPr>
        <w:t>mp()</w:t>
      </w:r>
      <w:r>
        <w:rPr>
          <w:b w:val="0"/>
          <w:i w:val="0"/>
        </w:rPr>
        <w:t xml:space="preserve">, bằng cách nhập </w:t>
      </w:r>
      <w:r>
        <w:rPr>
          <w:rFonts w:ascii="Consolas" w:hAnsi="Consolas"/>
          <w:b w:val="0"/>
          <w:i w:val="0"/>
          <w:sz w:val="20"/>
        </w:rPr>
        <w:t>make_pizza as mp</w:t>
      </w:r>
      <w:r>
        <w:rPr>
          <w:b w:val="0"/>
          <w:i w:val="0"/>
        </w:rPr>
        <w:t xml:space="preserve">. Từ khóa </w:t>
      </w:r>
      <w:r>
        <w:rPr>
          <w:rFonts w:ascii="Consolas" w:hAnsi="Consolas"/>
          <w:b w:val="0"/>
          <w:i w:val="0"/>
          <w:sz w:val="20"/>
        </w:rPr>
        <w:t>as</w:t>
      </w:r>
      <w:r>
        <w:rPr>
          <w:b w:val="0"/>
          <w:i w:val="0"/>
        </w:rPr>
        <w:t xml:space="preserve"> đổi tên một hàm bằng bí danh mà bạn cung cấp:</w:t>
      </w:r>
    </w:p>
    <w:p>
      <w:pPr>
        <w:spacing w:after="80"/>
      </w:pPr>
      <w:r>
        <w:rPr>
          <w:b w:val="0"/>
          <w:i w:val="0"/>
        </w:rPr>
        <w:t>from pizza import make_pizza as mp</w:t>
      </w:r>
      <w:r>
        <w:br/>
      </w:r>
      <w:r>
        <w:br/>
      </w:r>
      <w:r>
        <w:rPr>
          <w:b w:val="0"/>
          <w:i w:val="0"/>
        </w:rPr>
        <w:t>mp(16, 'pepperoni')</w:t>
      </w:r>
      <w:r>
        <w:br/>
      </w:r>
      <w:r>
        <w:rPr>
          <w:b w:val="0"/>
          <w:i w:val="0"/>
        </w:rPr>
        <w:t>mp(12, 'mushrooms', 'green peppers', 'extra cheese')</w:t>
      </w:r>
    </w:p>
    <w:p>
      <w:pPr>
        <w:spacing w:after="80"/>
      </w:pPr>
      <w:r>
        <w:rPr>
          <w:b w:val="0"/>
          <w:i w:val="0"/>
        </w:rPr>
        <w:t xml:space="preserve">Câu lệnh </w:t>
      </w:r>
      <w:r>
        <w:rPr>
          <w:rFonts w:ascii="Consolas" w:hAnsi="Consolas"/>
          <w:b w:val="0"/>
          <w:i w:val="0"/>
          <w:sz w:val="20"/>
        </w:rPr>
        <w:t>import</w:t>
      </w:r>
      <w:r>
        <w:rPr>
          <w:b w:val="0"/>
          <w:i w:val="0"/>
        </w:rPr>
        <w:t xml:space="preserve"> hiển thị ở đây đổi tên hàm </w:t>
      </w:r>
      <w:r>
        <w:rPr>
          <w:rFonts w:ascii="Consolas" w:hAnsi="Consolas"/>
          <w:b w:val="0"/>
          <w:i w:val="0"/>
          <w:sz w:val="20"/>
        </w:rPr>
        <w:t>make_pizza()</w:t>
      </w:r>
      <w:r>
        <w:rPr>
          <w:b w:val="0"/>
          <w:i w:val="0"/>
        </w:rPr>
        <w:t xml:space="preserve"> thành </w:t>
      </w:r>
      <w:r>
        <w:rPr>
          <w:rFonts w:ascii="Consolas" w:hAnsi="Consolas"/>
          <w:b w:val="0"/>
          <w:i w:val="0"/>
          <w:sz w:val="20"/>
        </w:rPr>
        <w:t>mp()</w:t>
      </w:r>
      <w:r>
        <w:rPr>
          <w:b w:val="0"/>
          <w:i w:val="0"/>
        </w:rPr>
        <w:t xml:space="preserve"> trong chương trình này. Bất cứ khi nào chúng ta muốn gọi </w:t>
      </w:r>
      <w:r>
        <w:rPr>
          <w:rFonts w:ascii="Consolas" w:hAnsi="Consolas"/>
          <w:b w:val="0"/>
          <w:i w:val="0"/>
          <w:sz w:val="20"/>
        </w:rPr>
        <w:t>make_pizza()</w:t>
      </w:r>
      <w:r>
        <w:rPr>
          <w:b w:val="0"/>
          <w:i w:val="0"/>
        </w:rPr>
        <w:t xml:space="preserve">, chúng ta chỉ cần viết </w:t>
      </w:r>
      <w:r>
        <w:rPr>
          <w:rFonts w:ascii="Consolas" w:hAnsi="Consolas"/>
          <w:b w:val="0"/>
          <w:i w:val="0"/>
          <w:sz w:val="20"/>
        </w:rPr>
        <w:t>mp()</w:t>
      </w:r>
      <w:r>
        <w:rPr>
          <w:b w:val="0"/>
          <w:i w:val="0"/>
        </w:rPr>
        <w:t xml:space="preserve"> thay vào đó, và Python sẽ chạy mã trong </w:t>
      </w:r>
      <w:r>
        <w:rPr>
          <w:rFonts w:ascii="Consolas" w:hAnsi="Consolas"/>
          <w:b w:val="0"/>
          <w:i w:val="0"/>
          <w:sz w:val="20"/>
        </w:rPr>
        <w:t>make_pizza()</w:t>
      </w:r>
      <w:r>
        <w:rPr>
          <w:b w:val="0"/>
          <w:i w:val="0"/>
        </w:rPr>
        <w:t xml:space="preserve"> đồng thời tránh mọi nhầm lẫn với một hàm </w:t>
      </w:r>
      <w:r>
        <w:rPr>
          <w:rFonts w:ascii="Consolas" w:hAnsi="Consolas"/>
          <w:b w:val="0"/>
          <w:i w:val="0"/>
          <w:sz w:val="20"/>
        </w:rPr>
        <w:t>make_pizza()</w:t>
      </w:r>
      <w:r>
        <w:rPr>
          <w:b w:val="0"/>
          <w:i w:val="0"/>
        </w:rPr>
        <w:t xml:space="preserve"> khác mà bạn có thể đã viết trong tệp chương trình này.</w:t>
      </w:r>
    </w:p>
    <w:p>
      <w:pPr>
        <w:spacing w:after="80"/>
      </w:pPr>
      <w:r>
        <w:rPr>
          <w:b w:val="0"/>
          <w:i w:val="0"/>
        </w:rPr>
        <w:t>Cú pháp chung để cung cấp một bí danh là:</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r>
        <w:rPr>
          <w:rFonts w:ascii="Consolas" w:hAnsi="Consolas"/>
          <w:b w:val="0"/>
          <w:i/>
          <w:sz w:val="18"/>
        </w:rPr>
        <w:t>function_name</w:t>
      </w:r>
      <w:r>
        <w:rPr>
          <w:rFonts w:ascii="Consolas" w:hAnsi="Consolas"/>
          <w:b w:val="0"/>
          <w:i w:val="0"/>
          <w:sz w:val="18"/>
        </w:rPr>
        <w:t xml:space="preserve"> as </w:t>
      </w:r>
      <w:r>
        <w:rPr>
          <w:rFonts w:ascii="Consolas" w:hAnsi="Consolas"/>
          <w:b w:val="0"/>
          <w:i/>
          <w:sz w:val="18"/>
        </w:rPr>
        <w:t>fn</w:t>
      </w:r>
    </w:p>
    <w:p>
      <w:pPr>
        <w:spacing w:after="40"/>
      </w:pPr>
    </w:p>
    <w:p>
      <w:pPr>
        <w:pStyle w:val="Heading3"/>
      </w:pPr>
      <w:r>
        <w:rPr>
          <w:rFonts w:ascii="Calibri" w:hAnsi="Calibri"/>
          <w:b/>
          <w:i w:val="0"/>
          <w:sz w:val="27"/>
        </w:rPr>
        <w:t>Dùng as để đặt bí danh cho một mô-đun</w:t>
      </w:r>
    </w:p>
    <w:p>
      <w:pPr>
        <w:spacing w:after="80"/>
      </w:pPr>
      <w:r>
        <w:rPr>
          <w:b w:val="0"/>
          <w:i w:val="0"/>
        </w:rPr>
        <w:t xml:space="preserve">Bạn cũng có thể cung cấp một bí danh cho tên mô-đun. Đặt cho một mô-đun một bí danh ngắn, như </w:t>
      </w:r>
      <w:r>
        <w:rPr>
          <w:rFonts w:ascii="Consolas" w:hAnsi="Consolas"/>
          <w:b w:val="0"/>
          <w:i w:val="0"/>
          <w:sz w:val="20"/>
        </w:rPr>
        <w:t>p</w:t>
      </w:r>
      <w:r>
        <w:rPr>
          <w:b w:val="0"/>
          <w:i w:val="0"/>
        </w:rPr>
        <w:t xml:space="preserve"> cho </w:t>
      </w:r>
      <w:r>
        <w:rPr>
          <w:rFonts w:ascii="Consolas" w:hAnsi="Consolas"/>
          <w:b w:val="0"/>
          <w:i w:val="0"/>
          <w:sz w:val="20"/>
        </w:rPr>
        <w:t>pizza</w:t>
      </w:r>
      <w:r>
        <w:rPr>
          <w:b w:val="0"/>
          <w:i w:val="0"/>
        </w:rPr>
        <w:t xml:space="preserve">, cho phép bạn gọi các hàm của mô-đun nhanh hơn. Gọi </w:t>
      </w:r>
      <w:r>
        <w:rPr>
          <w:rFonts w:ascii="Consolas" w:hAnsi="Consolas"/>
          <w:b w:val="0"/>
          <w:i w:val="0"/>
          <w:sz w:val="20"/>
        </w:rPr>
        <w:t>p.make_pizza()</w:t>
      </w:r>
      <w:r>
        <w:rPr>
          <w:b w:val="0"/>
          <w:i w:val="0"/>
        </w:rPr>
        <w:t xml:space="preserve"> ngắn gọn hơn so với gọi </w:t>
      </w:r>
      <w:r>
        <w:rPr>
          <w:rFonts w:ascii="Consolas" w:hAnsi="Consolas"/>
          <w:b w:val="0"/>
          <w:i w:val="0"/>
          <w:sz w:val="20"/>
        </w:rPr>
        <w:t>pizza.make_pizza()</w:t>
      </w:r>
      <w:r>
        <w:rPr>
          <w:b w:val="0"/>
          <w:i w:val="0"/>
        </w:rPr>
        <w:t>:</w:t>
      </w:r>
    </w:p>
    <w:p>
      <w:pPr>
        <w:spacing w:after="80"/>
      </w:pPr>
      <w:r>
        <w:rPr>
          <w:b w:val="0"/>
          <w:i w:val="0"/>
        </w:rPr>
        <w:t>import pizza as p</w:t>
      </w:r>
      <w:r>
        <w:br/>
      </w:r>
      <w:r>
        <w:br/>
      </w:r>
      <w:r>
        <w:rPr>
          <w:b w:val="0"/>
          <w:i w:val="0"/>
        </w:rPr>
        <w:t>p.make_pizza(16, 'pepperoni')</w:t>
      </w:r>
      <w:r>
        <w:br/>
      </w:r>
      <w:r>
        <w:rPr>
          <w:b w:val="0"/>
          <w:i w:val="0"/>
        </w:rPr>
        <w:t>p.make_pizza(12, 'mushrooms', 'green peppers', 'extra cheese')</w:t>
      </w:r>
    </w:p>
    <w:p>
      <w:pPr>
        <w:spacing w:after="80"/>
      </w:pPr>
      <w:r>
        <w:rPr>
          <w:b w:val="0"/>
          <w:i w:val="0"/>
        </w:rPr>
        <w:t xml:space="preserve">Module </w:t>
      </w:r>
      <w:r>
        <w:rPr>
          <w:rFonts w:ascii="Consolas" w:hAnsi="Consolas"/>
          <w:b w:val="0"/>
          <w:i w:val="0"/>
          <w:sz w:val="20"/>
        </w:rPr>
        <w:t>pizza</w:t>
      </w:r>
      <w:r>
        <w:rPr>
          <w:b w:val="0"/>
          <w:i w:val="0"/>
        </w:rPr>
        <w:t xml:space="preserve"> được đặt bí danh là </w:t>
      </w:r>
      <w:r>
        <w:rPr>
          <w:rFonts w:ascii="Consolas" w:hAnsi="Consolas"/>
          <w:b w:val="0"/>
          <w:i w:val="0"/>
          <w:sz w:val="20"/>
        </w:rPr>
        <w:t>p</w:t>
      </w:r>
      <w:r>
        <w:rPr>
          <w:b w:val="0"/>
          <w:i w:val="0"/>
        </w:rPr>
        <w:t xml:space="preserve"> trong câu lệnh </w:t>
      </w:r>
      <w:r>
        <w:rPr>
          <w:rFonts w:ascii="Consolas" w:hAnsi="Consolas"/>
          <w:b w:val="0"/>
          <w:i w:val="0"/>
          <w:sz w:val="20"/>
        </w:rPr>
        <w:t>import</w:t>
      </w:r>
      <w:r>
        <w:rPr>
          <w:b w:val="0"/>
          <w:i w:val="0"/>
        </w:rPr>
        <w:t xml:space="preserve">, nhưng tất cả các hàm của module vẫn giữ nguyên tên gốc. Gọi hàm bằng cách viết </w:t>
      </w:r>
      <w:r>
        <w:rPr>
          <w:rFonts w:ascii="Consolas" w:hAnsi="Consolas"/>
          <w:b w:val="0"/>
          <w:i w:val="0"/>
          <w:sz w:val="20"/>
        </w:rPr>
        <w:t>p.make_pizza()</w:t>
      </w:r>
      <w:r>
        <w:rPr>
          <w:b w:val="0"/>
          <w:i w:val="0"/>
        </w:rPr>
        <w:t xml:space="preserve"> không chỉ ngắn gọn hơn </w:t>
      </w:r>
      <w:r>
        <w:rPr>
          <w:rFonts w:ascii="Consolas" w:hAnsi="Consolas"/>
          <w:b w:val="0"/>
          <w:i w:val="0"/>
          <w:sz w:val="20"/>
        </w:rPr>
        <w:t>pizza.make_pizza()</w:t>
      </w:r>
      <w:r>
        <w:rPr>
          <w:b w:val="0"/>
          <w:i w:val="0"/>
        </w:rPr>
        <w:t>, mà còn giúp bạn không phải bận tâm đến tên module và tập trung vào những cái tên mô tả rõ chức năng của hàm. Những tên hàm này, vốn nói rõ mỗi hàm làm gì, quan trọng hơn đối với việc đọc hiểu code so với việc dùng tên module đầy đủ.</w:t>
      </w:r>
    </w:p>
    <w:p>
      <w:pPr>
        <w:spacing w:after="80"/>
      </w:pPr>
      <w:r>
        <w:rPr>
          <w:b w:val="0"/>
          <w:i w:val="0"/>
        </w:rPr>
        <w:t>Cú pháp chung cho cách làm này là:</w:t>
      </w:r>
    </w:p>
    <w:p>
      <w:pPr>
        <w:spacing w:after="0"/>
        <w:ind w:left="360"/>
        <w:shd w:val="clear" w:color="auto" w:fill="F2F2F2"/>
      </w:pPr>
      <w:r>
        <w:rPr>
          <w:rFonts w:ascii="Consolas" w:hAnsi="Consolas"/>
          <w:b w:val="0"/>
          <w:i w:val="0"/>
          <w:sz w:val="18"/>
        </w:rPr>
        <w:t xml:space="preserve">import </w:t>
      </w:r>
      <w:r>
        <w:rPr>
          <w:rFonts w:ascii="Consolas" w:hAnsi="Consolas"/>
          <w:b w:val="0"/>
          <w:i/>
          <w:sz w:val="18"/>
        </w:rPr>
        <w:t>module_name</w:t>
      </w:r>
      <w:r>
        <w:rPr>
          <w:rFonts w:ascii="Consolas" w:hAnsi="Consolas"/>
          <w:b w:val="0"/>
          <w:i w:val="0"/>
          <w:sz w:val="18"/>
        </w:rPr>
        <w:t xml:space="preserve"> as </w:t>
      </w:r>
      <w:r>
        <w:rPr>
          <w:rFonts w:ascii="Consolas" w:hAnsi="Consolas"/>
          <w:b w:val="0"/>
          <w:i/>
          <w:sz w:val="18"/>
        </w:rPr>
        <w:t>mn</w:t>
      </w:r>
    </w:p>
    <w:p>
      <w:pPr>
        <w:spacing w:after="40"/>
      </w:pPr>
    </w:p>
    <w:p>
      <w:pPr>
        <w:pStyle w:val="Heading3"/>
      </w:pPr>
      <w:r>
        <w:rPr>
          <w:rFonts w:ascii="Calibri" w:hAnsi="Calibri"/>
          <w:b/>
          <w:i w:val="0"/>
          <w:sz w:val="27"/>
        </w:rPr>
        <w:t>Import tất cả các hàm trong một module</w:t>
      </w:r>
    </w:p>
    <w:p>
      <w:pPr>
        <w:spacing w:after="80"/>
      </w:pPr>
      <w:r>
        <w:rPr>
          <w:b w:val="0"/>
          <w:i w:val="0"/>
        </w:rPr>
        <w:t>Bạn có thể bảo Python import mọi hàm trong một module bằng cách dùng toán tử dấu hoa thị (</w:t>
      </w:r>
      <w:r>
        <w:rPr>
          <w:rFonts w:ascii="Consolas" w:hAnsi="Consolas"/>
          <w:b w:val="0"/>
          <w:i w:val="0"/>
          <w:sz w:val="20"/>
        </w:rPr>
        <w:t>*</w:t>
      </w:r>
      <w:r>
        <w:rPr>
          <w:b w:val="0"/>
          <w:i w:val="0"/>
        </w:rPr>
        <w:t>):</w:t>
      </w:r>
    </w:p>
    <w:p>
      <w:pPr>
        <w:spacing w:after="80"/>
      </w:pPr>
      <w:r>
        <w:rPr>
          <w:b w:val="0"/>
          <w:i w:val="0"/>
        </w:rPr>
        <w:t>from pizza import *</w:t>
      </w:r>
      <w:r>
        <w:br/>
      </w:r>
      <w:r>
        <w:br/>
      </w:r>
      <w:r>
        <w:rPr>
          <w:b w:val="0"/>
          <w:i w:val="0"/>
        </w:rPr>
        <w:t>make_pizza(16, 'pepperoni')</w:t>
      </w:r>
      <w:r>
        <w:br/>
      </w:r>
      <w:r>
        <w:rPr>
          <w:b w:val="0"/>
          <w:i w:val="0"/>
        </w:rPr>
        <w:t>make_pizza(12, 'mushrooms', 'green peppers', 'extra cheese')</w:t>
      </w:r>
    </w:p>
    <w:p>
      <w:pPr>
        <w:spacing w:after="80"/>
      </w:pPr>
      <w:r>
        <w:rPr>
          <w:b w:val="0"/>
          <w:i w:val="0"/>
        </w:rPr>
        <w:t xml:space="preserve">Dấu hoa thị trong câu lệnh </w:t>
      </w:r>
      <w:r>
        <w:rPr>
          <w:rFonts w:ascii="Consolas" w:hAnsi="Consolas"/>
          <w:b w:val="0"/>
          <w:i w:val="0"/>
          <w:sz w:val="20"/>
        </w:rPr>
        <w:t>import</w:t>
      </w:r>
      <w:r>
        <w:rPr>
          <w:b w:val="0"/>
          <w:i w:val="0"/>
        </w:rPr>
        <w:t xml:space="preserve"> bảo Python sao chép mọi hàm từ module </w:t>
      </w:r>
      <w:r>
        <w:rPr>
          <w:rFonts w:ascii="Consolas" w:hAnsi="Consolas"/>
          <w:b w:val="0"/>
          <w:i w:val="0"/>
          <w:sz w:val="20"/>
        </w:rPr>
        <w:t>pizza</w:t>
      </w:r>
      <w:r>
        <w:rPr>
          <w:b w:val="0"/>
          <w:i w:val="0"/>
        </w:rPr>
        <w:t xml:space="preserve"> vào file chương trình này. Vì mọi hàm đều được import, bạn có thể gọi từng hàm theo tên mà không cần dùng ký hiệu dấu chấm. Tuy nhiên, tốt nhất là đừng dùng cách này khi làm việc với những module lớn hơn mà bạn không phải là người viết: nếu module có một tên hàm trùng với tên đã tồn tại trong dự án của bạn, bạn có thể gặp kết quả không như mong đợi. Python có thể thấy nhiều hàm hoặc biến cùng tên, và thay vì import tất cả các hàm riêng biệt, nó sẽ ghi đè lên các hàm đó.</w:t>
      </w:r>
    </w:p>
    <w:p>
      <w:pPr>
        <w:spacing w:after="80"/>
      </w:pPr>
      <w:r>
        <w:rPr>
          <w:b w:val="0"/>
          <w:i w:val="0"/>
        </w:rPr>
        <w:t xml:space="preserve">Cách tốt nhất là import hàm hoặc các hàm mà bạn muốn, hoặc import toàn bộ module rồi dùng ký hiệu dấu chấm. Điều này tạo ra code rõ ràng, dễ đọc và dễ hiểu. Tôi đưa phần này vào để bạn sẽ nhận ra những câu lệnh </w:t>
      </w:r>
      <w:r>
        <w:rPr>
          <w:rFonts w:ascii="Consolas" w:hAnsi="Consolas"/>
          <w:b w:val="0"/>
          <w:i w:val="0"/>
          <w:sz w:val="20"/>
        </w:rPr>
        <w:t>import</w:t>
      </w:r>
      <w:r>
        <w:rPr>
          <w:b w:val="0"/>
          <w:i w:val="0"/>
        </w:rPr>
        <w:t xml:space="preserve"> như sau khi bạn thấy chúng trong code của người khác:</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p>
    <w:p>
      <w:pPr>
        <w:spacing w:after="40"/>
      </w:pPr>
    </w:p>
    <w:p>
      <w:pPr>
        <w:pStyle w:val="Heading2"/>
      </w:pPr>
      <w:r>
        <w:rPr>
          <w:rFonts w:ascii="Calibri" w:hAnsi="Calibri"/>
          <w:b/>
          <w:i w:val="0"/>
          <w:sz w:val="32"/>
        </w:rPr>
        <w:t>Trình bày hàm theo quy ước</w:t>
      </w:r>
    </w:p>
    <w:p>
      <w:pPr>
        <w:spacing w:after="80"/>
      </w:pPr>
      <w:r>
        <w:rPr>
          <w:b w:val="0"/>
          <w:i w:val="0"/>
        </w:rPr>
        <w:t>Bạn cần ghi nhớ một vài chi tiết khi trình bày hàm theo quy ước. Hàm nên có tên mô tả rõ chức năng, và những tên này nên dùng chữ thường và dấu gạch dưới. Tên mô tả giúp bạn và người khác hiểu code của bạn đang cố làm gì. Tên module cũng nên tuân theo những quy ước này.</w:t>
      </w:r>
    </w:p>
    <w:p>
      <w:pPr>
        <w:spacing w:after="80"/>
      </w:pPr>
      <w:r>
        <w:rPr>
          <w:b w:val="0"/>
          <w:i w:val="0"/>
        </w:rPr>
        <w:t>Mỗi hàm nên có một chú thích giải thích ngắn gọn hàm đó làm gì. Chú thích này nên xuất hiện ngay sau phần định nghĩa hàm và dùng định dạng docstring. Với một hàm được ghi chú đầy đủ, các lập trình viên khác có thể dùng hàm chỉ bằng cách đọc phần mô tả trong docstring. Họ có thể tin rằng code hoạt động đúng như mô tả, và miễn là họ biết tên hàm, các đối số mà nó cần, và kiểu giá trị mà nó trả về, họ có thể dùng nó trong chương trình của mình.</w:t>
      </w:r>
    </w:p>
    <w:p>
      <w:pPr>
        <w:spacing w:after="80"/>
      </w:pPr>
      <w:r>
        <w:rPr>
          <w:b w:val="0"/>
          <w:i w:val="0"/>
        </w:rPr>
        <w:t>Nếu bạn chỉ định một giá trị mặc định cho một tham số, không nên dùng dấu cách ở hai bên dấu bằng:</w:t>
      </w:r>
    </w:p>
    <w:p>
      <w:pPr>
        <w:spacing w:after="0"/>
        <w:ind w:left="360"/>
        <w:shd w:val="clear" w:color="auto" w:fill="F2F2F2"/>
      </w:pPr>
      <w:r>
        <w:rPr>
          <w:rFonts w:ascii="Consolas" w:hAnsi="Consolas"/>
          <w:b w:val="0"/>
          <w:i w:val="0"/>
          <w:sz w:val="18"/>
        </w:rPr>
        <w:t xml:space="preserve">def </w:t>
      </w:r>
      <w:r>
        <w:rPr>
          <w:rFonts w:ascii="Consolas" w:hAnsi="Consolas"/>
          <w:b w:val="0"/>
          <w:i/>
          <w:sz w:val="18"/>
        </w:rPr>
        <w:t>function_name</w:t>
      </w:r>
      <w:r>
        <w:rPr>
          <w:rFonts w:ascii="Consolas" w:hAnsi="Consolas"/>
          <w:b w:val="0"/>
          <w:i w:val="0"/>
          <w:sz w:val="18"/>
        </w:rPr>
        <w:t>(</w:t>
      </w:r>
      <w:r>
        <w:rPr>
          <w:rFonts w:ascii="Consolas" w:hAnsi="Consolas"/>
          <w:b w:val="0"/>
          <w:i/>
          <w:sz w:val="18"/>
        </w:rPr>
        <w:t>parameter_0</w:t>
      </w:r>
      <w:r>
        <w:rPr>
          <w:rFonts w:ascii="Consolas" w:hAnsi="Consolas"/>
          <w:b w:val="0"/>
          <w:i w:val="0"/>
          <w:sz w:val="18"/>
        </w:rPr>
        <w:t xml:space="preserve">, </w:t>
      </w:r>
      <w:r>
        <w:rPr>
          <w:rFonts w:ascii="Consolas" w:hAnsi="Consolas"/>
          <w:b w:val="0"/>
          <w:i/>
          <w:sz w:val="18"/>
        </w:rPr>
        <w:t>parameter_1</w:t>
      </w:r>
      <w:r>
        <w:rPr>
          <w:rFonts w:ascii="Consolas" w:hAnsi="Consolas"/>
          <w:b w:val="0"/>
          <w:i w:val="0"/>
          <w:sz w:val="18"/>
        </w:rPr>
        <w:t>='</w:t>
      </w:r>
      <w:r>
        <w:rPr>
          <w:rFonts w:ascii="Consolas" w:hAnsi="Consolas"/>
          <w:b w:val="0"/>
          <w:i/>
          <w:sz w:val="18"/>
        </w:rPr>
        <w:t>default value</w:t>
      </w:r>
      <w:r>
        <w:rPr>
          <w:rFonts w:ascii="Consolas" w:hAnsi="Consolas"/>
          <w:b w:val="0"/>
          <w:i w:val="0"/>
          <w:sz w:val="18"/>
        </w:rPr>
        <w:t>')</w:t>
      </w:r>
    </w:p>
    <w:p>
      <w:pPr>
        <w:spacing w:after="40"/>
      </w:pPr>
    </w:p>
    <w:p>
      <w:pPr>
        <w:spacing w:after="80"/>
      </w:pPr>
      <w:r>
        <w:rPr>
          <w:b w:val="0"/>
          <w:i w:val="0"/>
        </w:rPr>
        <w:t>Quy ước tương tự cũng nên được dùng cho các đối số từ khóa trong lời gọi hàm:</w:t>
      </w:r>
    </w:p>
    <w:p>
      <w:pPr>
        <w:spacing w:after="0"/>
        <w:ind w:left="360"/>
        <w:shd w:val="clear" w:color="auto" w:fill="F2F2F2"/>
      </w:pPr>
      <w:r>
        <w:rPr>
          <w:rFonts w:ascii="Consolas" w:hAnsi="Consolas"/>
          <w:b w:val="0"/>
          <w:i/>
          <w:sz w:val="18"/>
        </w:rPr>
        <w:t>function_name</w:t>
      </w:r>
      <w:r>
        <w:rPr>
          <w:rFonts w:ascii="Consolas" w:hAnsi="Consolas"/>
          <w:b w:val="0"/>
          <w:i w:val="0"/>
          <w:sz w:val="18"/>
        </w:rPr>
        <w:t>(</w:t>
      </w:r>
      <w:r>
        <w:rPr>
          <w:rFonts w:ascii="Consolas" w:hAnsi="Consolas"/>
          <w:b w:val="0"/>
          <w:i/>
          <w:sz w:val="18"/>
        </w:rPr>
        <w:t>value_0</w:t>
      </w:r>
      <w:r>
        <w:rPr>
          <w:rFonts w:ascii="Consolas" w:hAnsi="Consolas"/>
          <w:b w:val="0"/>
          <w:i w:val="0"/>
          <w:sz w:val="18"/>
        </w:rPr>
        <w:t xml:space="preserve">, </w:t>
      </w:r>
      <w:r>
        <w:rPr>
          <w:rFonts w:ascii="Consolas" w:hAnsi="Consolas"/>
          <w:b w:val="0"/>
          <w:i/>
          <w:sz w:val="18"/>
        </w:rPr>
        <w:t>parameter_1</w:t>
      </w:r>
      <w:r>
        <w:rPr>
          <w:rFonts w:ascii="Consolas" w:hAnsi="Consolas"/>
          <w:b w:val="0"/>
          <w:i w:val="0"/>
          <w:sz w:val="18"/>
        </w:rPr>
        <w:t>='</w:t>
      </w:r>
      <w:r>
        <w:rPr>
          <w:rFonts w:ascii="Consolas" w:hAnsi="Consolas"/>
          <w:b w:val="0"/>
          <w:i/>
          <w:sz w:val="18"/>
        </w:rPr>
        <w:t>value</w:t>
      </w:r>
      <w:r>
        <w:rPr>
          <w:rFonts w:ascii="Consolas" w:hAnsi="Consolas"/>
          <w:b w:val="0"/>
          <w:i w:val="0"/>
          <w:sz w:val="18"/>
        </w:rPr>
        <w:t>')</w:t>
      </w:r>
    </w:p>
    <w:p>
      <w:pPr>
        <w:spacing w:after="40"/>
      </w:pPr>
    </w:p>
    <w:p>
      <w:pPr>
        <w:spacing w:after="80"/>
      </w:pPr>
      <w:r>
        <w:rPr>
          <w:b w:val="0"/>
          <w:i w:val="0"/>
        </w:rPr>
        <w:t>PEP 8 (https://www.python.org/dev/peps/pep-0008) khuyến nghị bạn giới hạn mỗi dòng code trong 79 ký tự để mọi dòng đều hiển thị được trong cửa sổ trình soạn thảo có kích thước hợp lý. Nếu một tập tham số khiến phần định nghĩa hàm dài hơn 79 ký tự, hãy nhấn ENTER sau dấu ngoặc mở trên dòng định nghĩa. Ở dòng tiếp theo, nhấn phím TAB hai lần để tách danh sách đối số khỏi phần thân của hàm, phần thân này sẽ chỉ được thụt lề một cấp.</w:t>
      </w:r>
    </w:p>
    <w:p>
      <w:pPr>
        <w:spacing w:after="80"/>
      </w:pPr>
      <w:r>
        <w:rPr>
          <w:b w:val="0"/>
          <w:i w:val="0"/>
        </w:rPr>
        <w:t>Hầu hết các trình soạn thảo đều tự động căn thẳng các dòng đối số thêm vào cho khớp với thụt lề mà bạn đã thiết lập ở dòng đầu tiên:</w:t>
      </w:r>
    </w:p>
    <w:p>
      <w:pPr>
        <w:spacing w:after="0"/>
        <w:ind w:left="360"/>
        <w:shd w:val="clear" w:color="auto" w:fill="F2F2F2"/>
      </w:pPr>
      <w:r>
        <w:rPr>
          <w:rFonts w:ascii="Consolas" w:hAnsi="Consolas"/>
          <w:b w:val="0"/>
          <w:i w:val="0"/>
          <w:sz w:val="18"/>
        </w:rPr>
        <w:t xml:space="preserve">def </w:t>
      </w:r>
      <w:r>
        <w:rPr>
          <w:rFonts w:ascii="Consolas" w:hAnsi="Consolas"/>
          <w:b w:val="0"/>
          <w:i/>
          <w:sz w:val="18"/>
        </w:rPr>
        <w:t>function_name</w:t>
      </w:r>
      <w:r>
        <w:rPr>
          <w:rFonts w:ascii="Consolas" w:hAnsi="Consolas"/>
          <w:b w:val="0"/>
          <w:i w:val="0"/>
          <w:sz w:val="18"/>
        </w:rPr>
        <w:t>(</w:t>
      </w:r>
    </w:p>
    <w:p>
      <w:pPr>
        <w:spacing w:after="0"/>
        <w:ind w:left="360"/>
        <w:shd w:val="clear" w:color="auto" w:fill="F2F2F2"/>
      </w:pPr>
      <w:r>
        <w:rPr>
          <w:rFonts w:ascii="Consolas" w:hAnsi="Consolas"/>
          <w:b w:val="0"/>
          <w:i w:val="0"/>
          <w:sz w:val="18"/>
        </w:rPr>
        <w:t xml:space="preserve">        </w:t>
      </w:r>
      <w:r>
        <w:rPr>
          <w:rFonts w:ascii="Consolas" w:hAnsi="Consolas"/>
          <w:b w:val="0"/>
          <w:i/>
          <w:sz w:val="18"/>
        </w:rPr>
        <w:t>parameter_0</w:t>
      </w:r>
      <w:r>
        <w:rPr>
          <w:rFonts w:ascii="Consolas" w:hAnsi="Consolas"/>
          <w:b w:val="0"/>
          <w:i w:val="0"/>
          <w:sz w:val="18"/>
        </w:rPr>
        <w:t xml:space="preserve">, </w:t>
      </w:r>
      <w:r>
        <w:rPr>
          <w:rFonts w:ascii="Consolas" w:hAnsi="Consolas"/>
          <w:b w:val="0"/>
          <w:i/>
          <w:sz w:val="18"/>
        </w:rPr>
        <w:t>parameter_1</w:t>
      </w:r>
      <w:r>
        <w:rPr>
          <w:rFonts w:ascii="Consolas" w:hAnsi="Consolas"/>
          <w:b w:val="0"/>
          <w:i w:val="0"/>
          <w:sz w:val="18"/>
        </w:rPr>
        <w:t xml:space="preserve">, </w:t>
      </w:r>
      <w:r>
        <w:rPr>
          <w:rFonts w:ascii="Consolas" w:hAnsi="Consolas"/>
          <w:b w:val="0"/>
          <w:i/>
          <w:sz w:val="18"/>
        </w:rPr>
        <w:t>parameter_2</w:t>
      </w:r>
      <w:r>
        <w:rPr>
          <w:rFonts w:ascii="Consolas" w:hAnsi="Consolas"/>
          <w:b w:val="0"/>
          <w:i w:val="0"/>
          <w:sz w:val="18"/>
        </w:rPr>
        <w:t>,</w:t>
      </w:r>
    </w:p>
    <w:p>
      <w:pPr>
        <w:spacing w:after="0"/>
        <w:ind w:left="360"/>
        <w:shd w:val="clear" w:color="auto" w:fill="F2F2F2"/>
      </w:pPr>
      <w:r>
        <w:rPr>
          <w:rFonts w:ascii="Consolas" w:hAnsi="Consolas"/>
          <w:b w:val="0"/>
          <w:i w:val="0"/>
          <w:sz w:val="18"/>
        </w:rPr>
        <w:t xml:space="preserve">        </w:t>
      </w:r>
      <w:r>
        <w:rPr>
          <w:rFonts w:ascii="Consolas" w:hAnsi="Consolas"/>
          <w:b w:val="0"/>
          <w:i/>
          <w:sz w:val="18"/>
        </w:rPr>
        <w:t>parameter_3</w:t>
      </w:r>
      <w:r>
        <w:rPr>
          <w:rFonts w:ascii="Consolas" w:hAnsi="Consolas"/>
          <w:b w:val="0"/>
          <w:i w:val="0"/>
          <w:sz w:val="18"/>
        </w:rPr>
        <w:t xml:space="preserve">, </w:t>
      </w:r>
      <w:r>
        <w:rPr>
          <w:rFonts w:ascii="Consolas" w:hAnsi="Consolas"/>
          <w:b w:val="0"/>
          <w:i/>
          <w:sz w:val="18"/>
        </w:rPr>
        <w:t>parameter_4</w:t>
      </w:r>
      <w:r>
        <w:rPr>
          <w:rFonts w:ascii="Consolas" w:hAnsi="Consolas"/>
          <w:b w:val="0"/>
          <w:i w:val="0"/>
          <w:sz w:val="18"/>
        </w:rPr>
        <w:t xml:space="preserve">, </w:t>
      </w:r>
      <w:r>
        <w:rPr>
          <w:rFonts w:ascii="Consolas" w:hAnsi="Consolas"/>
          <w:b w:val="0"/>
          <w:i/>
          <w:sz w:val="18"/>
        </w:rPr>
        <w:t>parameter_5</w:t>
      </w:r>
      <w:r>
        <w:rPr>
          <w:rFonts w:ascii="Consolas" w:hAnsi="Consolas"/>
          <w:b w:val="0"/>
          <w:i w:val="0"/>
          <w:sz w:val="18"/>
        </w:rPr>
        <w:t>):</w:t>
      </w:r>
    </w:p>
    <w:p>
      <w:pPr>
        <w:spacing w:after="0"/>
        <w:ind w:left="360"/>
        <w:shd w:val="clear" w:color="auto" w:fill="F2F2F2"/>
      </w:pPr>
      <w:r>
        <w:rPr>
          <w:rFonts w:ascii="Consolas" w:hAnsi="Consolas"/>
          <w:b w:val="0"/>
          <w:i w:val="0"/>
          <w:sz w:val="18"/>
        </w:rPr>
        <w:t xml:space="preserve">    </w:t>
      </w:r>
      <w:r>
        <w:rPr>
          <w:rFonts w:ascii="Consolas" w:hAnsi="Consolas"/>
          <w:b w:val="0"/>
          <w:i/>
          <w:sz w:val="18"/>
        </w:rPr>
        <w:t>function body...</w:t>
      </w:r>
    </w:p>
    <w:p>
      <w:pPr>
        <w:spacing w:after="40"/>
      </w:pPr>
    </w:p>
    <w:p>
      <w:pPr>
        <w:spacing w:after="80"/>
      </w:pPr>
      <w:r>
        <w:rPr>
          <w:b w:val="0"/>
          <w:i w:val="0"/>
        </w:rPr>
        <w:t>Nếu chương trình hoặc mô-đun của bạn có nhiều hơn một hàm, bạn có thể tách mỗi hàm bằng hai dòng trống để dễ nhìn thấy chỗ một hàm kết thúc và hàm tiếp theo bắt đầu.</w:t>
      </w:r>
    </w:p>
    <w:p>
      <w:pPr>
        <w:spacing w:after="80"/>
      </w:pPr>
      <w:r>
        <w:rPr>
          <w:b w:val="0"/>
          <w:i w:val="0"/>
        </w:rPr>
        <w:t xml:space="preserve">Tất cả các câu lệnh </w:t>
      </w:r>
      <w:r>
        <w:rPr>
          <w:rFonts w:ascii="Consolas" w:hAnsi="Consolas"/>
          <w:b w:val="0"/>
          <w:i w:val="0"/>
          <w:sz w:val="20"/>
        </w:rPr>
        <w:t>import</w:t>
      </w:r>
      <w:r>
        <w:rPr>
          <w:b w:val="0"/>
          <w:i w:val="0"/>
        </w:rPr>
        <w:t xml:space="preserve"> nên được viết ở đầu tệp. Ngoại lệ duy nhất là khi bạn dùng chú thích ở đầu tệp để mô tả tổng quan về chương trình.</w:t>
      </w:r>
    </w:p>
    <w:p>
      <w:pPr>
        <w:spacing w:before="120" w:after="40"/>
      </w:pPr>
      <w:r>
        <w:rPr>
          <w:b/>
          <w:sz w:val="21"/>
        </w:rPr>
        <w:t>Tự thực hành</w:t>
      </w:r>
    </w:p>
    <w:p>
      <w:pPr>
        <w:spacing w:after="80"/>
      </w:pPr>
      <w:r>
        <w:rPr>
          <w:b/>
          <w:i w:val="0"/>
        </w:rPr>
        <w:t>8-15. In các mô hình:</w:t>
      </w:r>
      <w:r>
        <w:rPr>
          <w:b w:val="0"/>
          <w:i w:val="0"/>
        </w:rPr>
        <w:t xml:space="preserve"> Đặt các hàm cho ví dụ </w:t>
      </w:r>
      <w:r>
        <w:rPr>
          <w:b w:val="0"/>
          <w:i/>
        </w:rPr>
        <w:t>printing_models.py</w:t>
      </w:r>
      <w:r>
        <w:rPr>
          <w:b w:val="0"/>
          <w:i w:val="0"/>
        </w:rPr>
        <w:t xml:space="preserve"> vào một tệp riêng tên là </w:t>
      </w:r>
      <w:r>
        <w:rPr>
          <w:b w:val="0"/>
          <w:i/>
        </w:rPr>
        <w:t>printing_functions.py</w:t>
      </w:r>
      <w:r>
        <w:rPr>
          <w:b w:val="0"/>
          <w:i w:val="0"/>
        </w:rPr>
        <w:t xml:space="preserve">. Viết một câu lệnh import ở đầu </w:t>
      </w:r>
      <w:r>
        <w:rPr>
          <w:b w:val="0"/>
          <w:i/>
        </w:rPr>
        <w:t>printing_models.py</w:t>
      </w:r>
      <w:r>
        <w:rPr>
          <w:b w:val="0"/>
          <w:i w:val="0"/>
        </w:rPr>
        <w:t>, rồi sửa tệp để dùng các hàm đã nhập.</w:t>
      </w:r>
    </w:p>
    <w:p>
      <w:pPr>
        <w:spacing w:after="80"/>
      </w:pPr>
      <w:r>
        <w:rPr>
          <w:b/>
          <w:i w:val="0"/>
        </w:rPr>
        <w:t>8-16. Nhập mô-đun:</w:t>
      </w:r>
      <w:r>
        <w:rPr>
          <w:b w:val="0"/>
          <w:i w:val="0"/>
        </w:rPr>
        <w:t xml:space="preserve"> Dùng một chương trình bạn đã viết có một hàm trong đó, hãy lưu hàm đó vào một tệp riêng. Nhập hàm vào tệp chương trình chính của bạn, và gọi hàm bằng từng cách sau:</w:t>
      </w:r>
    </w:p>
    <w:p>
      <w:pPr>
        <w:spacing w:after="0"/>
        <w:ind w:left="360"/>
        <w:shd w:val="clear" w:color="auto" w:fill="F2F2F2"/>
      </w:pPr>
      <w:r>
        <w:rPr>
          <w:rFonts w:ascii="Consolas" w:hAnsi="Consolas"/>
          <w:b w:val="0"/>
          <w:i w:val="0"/>
          <w:sz w:val="18"/>
        </w:rPr>
        <w:t xml:space="preserve">import </w:t>
      </w:r>
      <w:r>
        <w:rPr>
          <w:rFonts w:ascii="Consolas" w:hAnsi="Consolas"/>
          <w:b w:val="0"/>
          <w:i/>
          <w:sz w:val="18"/>
        </w:rPr>
        <w:t>module_name</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r>
        <w:rPr>
          <w:rFonts w:ascii="Consolas" w:hAnsi="Consolas"/>
          <w:b w:val="0"/>
          <w:i/>
          <w:sz w:val="18"/>
        </w:rPr>
        <w:t>function_name</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r>
        <w:rPr>
          <w:rFonts w:ascii="Consolas" w:hAnsi="Consolas"/>
          <w:b w:val="0"/>
          <w:i/>
          <w:sz w:val="18"/>
        </w:rPr>
        <w:t>function_name</w:t>
      </w:r>
      <w:r>
        <w:rPr>
          <w:rFonts w:ascii="Consolas" w:hAnsi="Consolas"/>
          <w:b w:val="0"/>
          <w:i w:val="0"/>
          <w:sz w:val="18"/>
        </w:rPr>
        <w:t xml:space="preserve"> as </w:t>
      </w:r>
      <w:r>
        <w:rPr>
          <w:rFonts w:ascii="Consolas" w:hAnsi="Consolas"/>
          <w:b w:val="0"/>
          <w:i/>
          <w:sz w:val="18"/>
        </w:rPr>
        <w:t>fn</w:t>
      </w:r>
    </w:p>
    <w:p>
      <w:pPr>
        <w:spacing w:after="0"/>
        <w:ind w:left="360"/>
        <w:shd w:val="clear" w:color="auto" w:fill="F2F2F2"/>
      </w:pPr>
      <w:r>
        <w:rPr>
          <w:rFonts w:ascii="Consolas" w:hAnsi="Consolas"/>
          <w:b w:val="0"/>
          <w:i w:val="0"/>
          <w:sz w:val="18"/>
        </w:rPr>
        <w:t xml:space="preserve">import </w:t>
      </w:r>
      <w:r>
        <w:rPr>
          <w:rFonts w:ascii="Consolas" w:hAnsi="Consolas"/>
          <w:b w:val="0"/>
          <w:i/>
          <w:sz w:val="18"/>
        </w:rPr>
        <w:t>module_name</w:t>
      </w:r>
      <w:r>
        <w:rPr>
          <w:rFonts w:ascii="Consolas" w:hAnsi="Consolas"/>
          <w:b w:val="0"/>
          <w:i w:val="0"/>
          <w:sz w:val="18"/>
        </w:rPr>
        <w:t xml:space="preserve"> as </w:t>
      </w:r>
      <w:r>
        <w:rPr>
          <w:rFonts w:ascii="Consolas" w:hAnsi="Consolas"/>
          <w:b w:val="0"/>
          <w:i/>
          <w:sz w:val="18"/>
        </w:rPr>
        <w:t>mn</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p>
    <w:p>
      <w:pPr>
        <w:spacing w:after="40"/>
      </w:pPr>
    </w:p>
    <w:p>
      <w:pPr>
        <w:spacing w:after="80"/>
      </w:pPr>
      <w:r>
        <w:rPr>
          <w:b/>
          <w:i w:val="0"/>
        </w:rPr>
        <w:t>8-17. Định dạng hàm:</w:t>
      </w:r>
      <w:r>
        <w:rPr>
          <w:b w:val="0"/>
          <w:i w:val="0"/>
        </w:rPr>
        <w:t xml:space="preserve"> Chọn ba chương trình bất kỳ bạn đã viết cho chương này, và đảm bảo chúng tuân theo các hướng dẫn định dạng được mô tả trong phần này.</w:t>
      </w:r>
    </w:p>
    <w:p>
      <w:pPr>
        <w:pStyle w:val="Heading2"/>
      </w:pPr>
      <w:r>
        <w:rPr>
          <w:rFonts w:ascii="Calibri" w:hAnsi="Calibri"/>
          <w:b/>
          <w:i w:val="0"/>
          <w:sz w:val="32"/>
        </w:rPr>
        <w:t>Tóm tắt</w:t>
      </w:r>
    </w:p>
    <w:p>
      <w:pPr>
        <w:spacing w:after="80"/>
      </w:pPr>
      <w:r>
        <w:rPr>
          <w:b w:val="0"/>
          <w:i w:val="0"/>
        </w:rPr>
        <w:t xml:space="preserve">Trong chương này, bạn đã học cách viết hàm và truyền đối số để hàm có thể truy cập thông tin cần thiết nhằm thực hiện công việc của mình. Bạn đã học cách dùng đối số vị trí và đối số từ khóa, cũng như cách nhận số lượng đối số tùy ý. Bạn đã thấy những hàm hiển thị kết quả ra màn hình và những hàm trả về giá trị. Bạn đã học cách dùng hàm với danh sách, từ điển, câu lệnh </w:t>
      </w:r>
      <w:r>
        <w:rPr>
          <w:rFonts w:ascii="Consolas" w:hAnsi="Consolas"/>
          <w:b w:val="0"/>
          <w:i w:val="0"/>
          <w:sz w:val="20"/>
        </w:rPr>
        <w:t>if</w:t>
      </w:r>
      <w:r>
        <w:rPr>
          <w:b w:val="0"/>
          <w:i w:val="0"/>
        </w:rPr>
        <w:t xml:space="preserve"> và vòng lặp </w:t>
      </w:r>
      <w:r>
        <w:rPr>
          <w:rFonts w:ascii="Consolas" w:hAnsi="Consolas"/>
          <w:b w:val="0"/>
          <w:i w:val="0"/>
          <w:sz w:val="20"/>
        </w:rPr>
        <w:t>while</w:t>
      </w:r>
      <w:r>
        <w:rPr>
          <w:b w:val="0"/>
          <w:i w:val="0"/>
        </w:rPr>
        <w:t xml:space="preserve">. Bạn cũng đã thấy cách lưu các hàm vào những tệp riêng gọi là </w:t>
      </w:r>
      <w:r>
        <w:rPr>
          <w:b w:val="0"/>
          <w:i/>
        </w:rPr>
        <w:t>mô-đun</w:t>
      </w:r>
      <w:r>
        <w:rPr>
          <w:b w:val="0"/>
          <w:i w:val="0"/>
        </w:rPr>
        <w:t>, để các tệp chương trình của bạn trở nên đơn giản và dễ hiểu hơn. Cuối cùng, bạn đã học cách định dạng hàm sao cho chương trình luôn có cấu trúc tốt và dễ đọc nhất có thể đối với bạn và người khác.</w:t>
      </w:r>
    </w:p>
    <w:p>
      <w:pPr>
        <w:spacing w:after="80"/>
      </w:pPr>
      <w:r>
        <w:rPr>
          <w:b w:val="0"/>
          <w:i w:val="0"/>
        </w:rPr>
        <w:t>Một trong những mục tiêu của bạn với tư cách là lập trình viên là viết mã đơn giản làm đúng điều bạn muốn, và hàm giúp bạn làm được điều đó. Hàm cho phép bạn viết các khối mã rồi để yên chúng một khi bạn biết chúng hoạt động. Khi biết một hàm làm đúng việc của nó, bạn có thể tin rằng nó sẽ tiếp tục hoạt động tốt và chuyển sang nhiệm vụ lập trình tiếp theo.</w:t>
      </w:r>
    </w:p>
    <w:p>
      <w:pPr>
        <w:spacing w:after="80"/>
      </w:pPr>
      <w:r>
        <w:rPr>
          <w:b w:val="0"/>
          <w:i w:val="0"/>
        </w:rPr>
        <w:t>Hàm cho phép bạn viết mã một lần rồi tái sử dụng mã đó bao nhiêu lần tùy thích. Khi cần chạy mã trong một hàm, bạn chỉ cần viết một dòng gọi hàm và hàm sẽ làm việc của nó. Khi cần sửa đổi hành vi của một hàm, bạn chỉ phải sửa một khối mã duy nhất, và thay đổi của bạn sẽ có hiệu lực ở mọi nơi bạn đã gọi hàm đó.</w:t>
      </w:r>
    </w:p>
    <w:p>
      <w:pPr>
        <w:spacing w:after="80"/>
      </w:pPr>
      <w:r>
        <w:rPr>
          <w:b w:val="0"/>
          <w:i w:val="0"/>
        </w:rPr>
        <w:t>Dùng hàm giúp chương trình của bạn dễ đọc hơn, và những tên hàm hay sẽ tóm tắt được mỗi phần của chương trình làm gì. Đọc một loạt lời gọi hàm giúp bạn nhanh chóng nắm được chương trình làm gì hơn là đọc một chuỗi dài các khối mã.</w:t>
      </w:r>
    </w:p>
    <w:p>
      <w:pPr>
        <w:spacing w:after="80"/>
      </w:pPr>
      <w:r>
        <w:rPr>
          <w:b w:val="0"/>
          <w:i w:val="0"/>
        </w:rPr>
        <w:t>Hàm cũng giúp mã của bạn dễ kiểm thử và gỡ lỗi hơn. Khi phần lớn công việc của chương trình được thực hiện bởi một tập hợp các hàm, mỗi hàm đảm nhận một nhiệm vụ cụ thể, thì việc kiểm thử và bảo trì mã bạn đã viết sẽ dễ dàng hơn nhiều. Bạn có thể viết một chương trình riêng gọi từng hàm và kiểm tra xem mỗi hàm có hoạt động đúng trong mọi tình huống có thể gặp hay không. Khi làm vậy, bạn có thể yên tâm rằng các hàm của mình sẽ hoạt động đúng mỗi lần bạn gọi chúng.</w:t>
      </w:r>
    </w:p>
    <w:p>
      <w:pPr>
        <w:spacing w:after="80"/>
      </w:pPr>
      <w:r>
        <w:rPr>
          <w:b w:val="0"/>
          <w:i w:val="0"/>
        </w:rPr>
        <w:t xml:space="preserve">Trong Chương 9, bạn sẽ học cách viết lớp. </w:t>
      </w:r>
      <w:r>
        <w:rPr>
          <w:b w:val="0"/>
          <w:i/>
        </w:rPr>
        <w:t>Lớp</w:t>
      </w:r>
      <w:r>
        <w:rPr>
          <w:b w:val="0"/>
          <w:i w:val="0"/>
        </w:rPr>
        <w:t xml:space="preserve"> kết hợp hàm và dữ liệu thành một gói gọn gàng, có thể được dùng theo những cách linh hoạt và hiệu quả.</w:t>
      </w:r>
    </w:p>
    <w:p>
      <w:pPr>
        <w:pStyle w:val="Heading1"/>
      </w:pPr>
      <w:r>
        <w:rPr>
          <w:rFonts w:ascii="Calibri" w:hAnsi="Calibri"/>
          <w:b/>
          <w:i w:val="0"/>
          <w:sz w:val="38"/>
        </w:rPr>
        <w:t>9</w:t>
      </w:r>
      <w:r>
        <w:rPr>
          <w:rFonts w:ascii="Calibri" w:hAnsi="Calibri"/>
          <w:b/>
          <w:i w:val="0"/>
          <w:sz w:val="38"/>
        </w:rPr>
      </w:r>
      <w:r>
        <w:rPr>
          <w:rFonts w:ascii="Calibri" w:hAnsi="Calibri"/>
          <w:b/>
          <w:i w:val="0"/>
          <w:sz w:val="38"/>
        </w:rPr>
        <w:t>Lớp</w:t>
      </w:r>
    </w:p>
    <w:p>
      <w:pPr>
        <w:jc w:val="center"/>
      </w:pPr>
      <w:r>
        <w:drawing>
          <wp:inline xmlns:a="http://schemas.openxmlformats.org/drawingml/2006/main" xmlns:pic="http://schemas.openxmlformats.org/drawingml/2006/picture">
            <wp:extent cx="3867150" cy="3867150"/>
            <wp:docPr id="14" name="Picture 14"/>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rPr>
        <w:t>Lập trình hướng đối tượng (object-oriented programming - OOP)</w:t>
      </w:r>
      <w:r>
        <w:rPr>
          <w:b w:val="0"/>
          <w:i w:val="0"/>
        </w:rPr>
        <w:t xml:space="preserve"> là một trong những cách hiệu quả nhất để viết phần mềm. Trong lập trình hướng đối tượng, bạn viết các </w:t>
      </w:r>
      <w:r>
        <w:rPr>
          <w:b w:val="0"/>
          <w:i/>
        </w:rPr>
        <w:t>lớp (class)</w:t>
      </w:r>
      <w:r>
        <w:rPr>
          <w:b w:val="0"/>
          <w:i w:val="0"/>
        </w:rPr>
        <w:t xml:space="preserve"> đại diện cho những thứ và tình huống trong thế giới thực, rồi bạn tạo các </w:t>
      </w:r>
      <w:r>
        <w:rPr>
          <w:b w:val="0"/>
          <w:i/>
        </w:rPr>
        <w:t>đối tượng (object)</w:t>
      </w:r>
      <w:r>
        <w:rPr>
          <w:b w:val="0"/>
          <w:i w:val="0"/>
        </w:rPr>
        <w:t xml:space="preserve"> dựa trên những lớp đó. Khi viết một lớp, bạn định nghĩa hành vi chung mà cả một nhóm đối tượng có thể có.</w:t>
      </w:r>
    </w:p>
    <w:p>
      <w:pPr>
        <w:spacing w:after="80"/>
      </w:pPr>
      <w:r>
        <w:rPr>
          <w:b w:val="0"/>
          <w:i w:val="0"/>
        </w:rPr>
        <w:t>Khi bạn tạo từng đối tượng riêng lẻ từ lớp đó, mỗi đối tượng sẽ tự động được trang bị hành vi chung ấy; sau đó bạn có thể thêm cho mỗi đối tượng bất kỳ đặc điểm riêng nào mà bạn muốn. Bạn sẽ ngạc nhiên khi thấy lập trình hướng đối tượng mô phỏng các tình huống thực tế tốt đến mức nào.</w:t>
      </w:r>
    </w:p>
    <w:p>
      <w:pPr>
        <w:spacing w:after="80"/>
      </w:pPr>
      <w:r>
        <w:rPr>
          <w:b w:val="0"/>
          <w:i w:val="0"/>
        </w:rPr>
        <w:t xml:space="preserve">Tạo một đối tượng từ một lớp được gọi là </w:t>
      </w:r>
      <w:r>
        <w:rPr>
          <w:b w:val="0"/>
          <w:i/>
        </w:rPr>
        <w:t>khởi tạo (instantiation)</w:t>
      </w:r>
      <w:r>
        <w:rPr>
          <w:b w:val="0"/>
          <w:i w:val="0"/>
        </w:rPr>
        <w:t xml:space="preserve">, và bạn làm việc với các </w:t>
      </w:r>
      <w:r>
        <w:rPr>
          <w:b w:val="0"/>
          <w:i/>
        </w:rPr>
        <w:t>thể hiện (instance)</w:t>
      </w:r>
      <w:r>
        <w:rPr>
          <w:b w:val="0"/>
          <w:i w:val="0"/>
        </w:rPr>
        <w:t xml:space="preserve"> của lớp đó. Trong chương này, bạn sẽ viết các lớp và tạo các thể hiện của chúng. Bạn sẽ chỉ định loại thông tin có thể được lưu trong các thể hiện, và bạn sẽ định nghĩa những hành động có thể thực hiện với các thể hiện này. Bạn cũng sẽ viết các lớp mở rộng chức năng của những lớp đã có, để các lớp tương tự nhau có thể chia sẻ chức năng chung, giúp bạn làm được nhiều hơn với ít mã hơn. Bạn sẽ lưu các lớp của mình trong các mô-đun (module) và nhập các lớp do lập trình viên khác viết vào tệp chương trình của riêng bạn.</w:t>
      </w:r>
    </w:p>
    <w:p>
      <w:pPr>
        <w:spacing w:after="80"/>
      </w:pPr>
      <w:r>
        <w:rPr>
          <w:b w:val="0"/>
          <w:i w:val="0"/>
        </w:rPr>
        <w:t>Học về lập trình hướng đối tượng sẽ giúp bạn nhìn thế giới như một lập trình viên. Nó giúp bạn hiểu mã của mình — không chỉ hiểu từng dòng đang diễn ra điều gì, mà còn hiểu những khái niệm lớn hơn đằng sau nó. Hiểu được logic đằng sau các lớp sẽ rèn cho bạn tư duy logic, để bạn có thể viết những chương trình giải quyết hiệu quả gần như mọi vấn đề bạn gặp phải.</w:t>
      </w:r>
    </w:p>
    <w:p>
      <w:pPr>
        <w:spacing w:after="80"/>
      </w:pPr>
      <w:r>
        <w:rPr>
          <w:b w:val="0"/>
          <w:i w:val="0"/>
        </w:rPr>
        <w:t>Các lớp cũng giúp cuộc sống của bạn và những lập trình viên khác mà bạn làm việc cùng trở nên dễ dàng hơn khi bạn đảm nhận những thử thách ngày càng phức tạp. Khi bạn và các lập trình viên khác viết mã dựa trên cùng một kiểu logic, các bạn sẽ hiểu được công việc của nhau. Các chương trình của bạn sẽ dễ hiểu với những người bạn làm việc cùng, giúp mọi người đạt được nhiều kết quả hơn.</w:t>
      </w:r>
    </w:p>
    <w:p>
      <w:pPr>
        <w:pStyle w:val="Heading2"/>
      </w:pPr>
      <w:r>
        <w:rPr>
          <w:rFonts w:ascii="Calibri" w:hAnsi="Calibri"/>
          <w:b/>
          <w:i w:val="0"/>
          <w:sz w:val="32"/>
        </w:rPr>
        <w:t>Tạo và sử dụng một lớp</w:t>
      </w:r>
    </w:p>
    <w:p>
      <w:pPr>
        <w:spacing w:after="80"/>
      </w:pPr>
      <w:r>
        <w:rPr>
          <w:b w:val="0"/>
          <w:i w:val="0"/>
        </w:rPr>
        <w:t xml:space="preserve">Bạn có thể mô hình hóa gần như mọi thứ bằng các lớp. Hãy bắt đầu bằng việc viết một lớp đơn giản, </w:t>
      </w:r>
      <w:r>
        <w:rPr>
          <w:rFonts w:ascii="Consolas" w:hAnsi="Consolas"/>
          <w:b w:val="0"/>
          <w:i w:val="0"/>
          <w:sz w:val="20"/>
        </w:rPr>
        <w:t>Dog</w:t>
      </w:r>
      <w:r>
        <w:rPr>
          <w:b w:val="0"/>
          <w:i w:val="0"/>
        </w:rPr>
        <w:t xml:space="preserve">, đại diện cho một chú chó — không phải một chú chó cụ thể nào, mà là bất kỳ chú chó nào. Chúng ta biết gì về hầu hết những chú chó nuôi trong nhà? Chà, chúng đều có tên và tuổi. Chúng ta cũng biết rằng hầu hết chó đều biết ngồi và lăn tròn. Hai thông tin đó (tên và tuổi) cùng hai hành vi đó (ngồi và lăn tròn) sẽ nằm trong lớp </w:t>
      </w:r>
      <w:r>
        <w:rPr>
          <w:rFonts w:ascii="Consolas" w:hAnsi="Consolas"/>
          <w:b w:val="0"/>
          <w:i w:val="0"/>
          <w:sz w:val="20"/>
        </w:rPr>
        <w:t>Dog</w:t>
      </w:r>
      <w:r>
        <w:rPr>
          <w:b w:val="0"/>
          <w:i w:val="0"/>
        </w:rPr>
        <w:t xml:space="preserve"> của chúng ta vì chúng là điểm chung của hầu hết các chú chó. Lớp này sẽ cho Python biết cách tạo một đối tượng đại diện cho một chú chó. Sau khi viết xong lớp, chúng ta sẽ dùng nó để tạo từng thể hiện riêng lẻ, mỗi thể hiện đại diện cho một chú chó cụ thể.</w:t>
      </w:r>
    </w:p>
    <w:p>
      <w:pPr>
        <w:pStyle w:val="Heading3"/>
      </w:pPr>
      <w:r>
        <w:rPr>
          <w:rFonts w:ascii="Calibri" w:hAnsi="Calibri"/>
          <w:b/>
          <w:i w:val="0"/>
          <w:sz w:val="27"/>
        </w:rPr>
        <w:t>Tạo lớp Dog</w:t>
      </w:r>
    </w:p>
    <w:p>
      <w:pPr>
        <w:spacing w:after="80"/>
      </w:pPr>
      <w:r>
        <w:rPr>
          <w:b w:val="0"/>
          <w:i w:val="0"/>
        </w:rPr>
        <w:t xml:space="preserve">Mỗi thể hiện được tạo từ lớp </w:t>
      </w:r>
      <w:r>
        <w:rPr>
          <w:rFonts w:ascii="Consolas" w:hAnsi="Consolas"/>
          <w:b w:val="0"/>
          <w:i w:val="0"/>
          <w:sz w:val="20"/>
        </w:rPr>
        <w:t>Dog</w:t>
      </w:r>
      <w:r>
        <w:rPr>
          <w:b w:val="0"/>
          <w:i w:val="0"/>
        </w:rPr>
        <w:t xml:space="preserve"> sẽ lưu một </w:t>
      </w:r>
      <w:r>
        <w:rPr>
          <w:rFonts w:ascii="Consolas" w:hAnsi="Consolas"/>
          <w:b w:val="0"/>
          <w:i w:val="0"/>
          <w:sz w:val="20"/>
        </w:rPr>
        <w:t>name</w:t>
      </w:r>
      <w:r>
        <w:rPr>
          <w:b w:val="0"/>
          <w:i w:val="0"/>
        </w:rPr>
        <w:t xml:space="preserve"> và một </w:t>
      </w:r>
      <w:r>
        <w:rPr>
          <w:rFonts w:ascii="Consolas" w:hAnsi="Consolas"/>
          <w:b w:val="0"/>
          <w:i w:val="0"/>
          <w:sz w:val="20"/>
        </w:rPr>
        <w:t>age</w:t>
      </w:r>
      <w:r>
        <w:rPr>
          <w:b w:val="0"/>
          <w:i w:val="0"/>
        </w:rPr>
        <w:t xml:space="preserve">, và chúng ta sẽ cho mỗi chú chó khả năng </w:t>
      </w:r>
      <w:r>
        <w:rPr>
          <w:rFonts w:ascii="Consolas" w:hAnsi="Consolas"/>
          <w:b w:val="0"/>
          <w:i w:val="0"/>
          <w:sz w:val="20"/>
        </w:rPr>
        <w:t>sit()</w:t>
      </w:r>
      <w:r>
        <w:rPr>
          <w:b w:val="0"/>
          <w:i w:val="0"/>
        </w:rPr>
        <w:t xml:space="preserve"> và </w:t>
      </w:r>
      <w:r>
        <w:rPr>
          <w:rFonts w:ascii="Consolas" w:hAnsi="Consolas"/>
          <w:b w:val="0"/>
          <w:i w:val="0"/>
          <w:sz w:val="20"/>
        </w:rPr>
        <w:t>roll_over()</w:t>
      </w:r>
      <w:r>
        <w:rPr>
          <w:b w:val="0"/>
          <w:i w:val="0"/>
        </w:rPr>
        <w:t>:</w:t>
      </w:r>
    </w:p>
    <w:p>
      <w:pPr>
        <w:spacing w:after="80"/>
      </w:pPr>
      <w:r>
        <w:rPr>
          <w:b w:val="0"/>
          <w:i w:val="0"/>
        </w:rPr>
        <w:t>dog.py</w:t>
      </w:r>
    </w:p>
    <w:p>
      <w:pPr>
        <w:spacing w:after="0"/>
        <w:ind w:left="360"/>
        <w:shd w:val="clear" w:color="auto" w:fill="F2F2F2"/>
      </w:pPr>
      <w:r>
        <w:rPr>
          <w:rFonts w:ascii="Consolas" w:hAnsi="Consolas"/>
          <w:b w:val="0"/>
          <w:i w:val="0"/>
          <w:sz w:val="18"/>
        </w:rPr>
        <w:t>❶ class Dog:</w:t>
      </w:r>
    </w:p>
    <w:p>
      <w:pPr>
        <w:spacing w:after="0"/>
        <w:ind w:left="360"/>
        <w:shd w:val="clear" w:color="auto" w:fill="F2F2F2"/>
      </w:pPr>
      <w:r>
        <w:rPr>
          <w:rFonts w:ascii="Consolas" w:hAnsi="Consolas"/>
          <w:b w:val="0"/>
          <w:i w:val="0"/>
          <w:sz w:val="18"/>
        </w:rPr>
        <w:t xml:space="preserve">    """A simple attempt to model a dog."""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__init__(self, name, age):</w:t>
      </w:r>
    </w:p>
    <w:p>
      <w:pPr>
        <w:spacing w:after="0"/>
        <w:ind w:left="360"/>
        <w:shd w:val="clear" w:color="auto" w:fill="F2F2F2"/>
      </w:pPr>
      <w:r>
        <w:rPr>
          <w:rFonts w:ascii="Consolas" w:hAnsi="Consolas"/>
          <w:b w:val="0"/>
          <w:i w:val="0"/>
          <w:sz w:val="18"/>
        </w:rPr>
        <w:t xml:space="preserve">        """Initialize name and age attributes."""</w:t>
      </w:r>
    </w:p>
    <w:p>
      <w:pPr>
        <w:spacing w:after="0"/>
        <w:ind w:left="360"/>
        <w:shd w:val="clear" w:color="auto" w:fill="F2F2F2"/>
      </w:pPr>
      <w:r>
        <w:rPr>
          <w:rFonts w:ascii="Consolas" w:hAnsi="Consolas"/>
          <w:b w:val="0"/>
          <w:i w:val="0"/>
          <w:sz w:val="18"/>
        </w:rPr>
        <w:t>❸         self.name = name</w:t>
      </w:r>
    </w:p>
    <w:p>
      <w:pPr>
        <w:spacing w:after="0"/>
        <w:ind w:left="360"/>
        <w:shd w:val="clear" w:color="auto" w:fill="F2F2F2"/>
      </w:pPr>
      <w:r>
        <w:rPr>
          <w:rFonts w:ascii="Consolas" w:hAnsi="Consolas"/>
          <w:b w:val="0"/>
          <w:i w:val="0"/>
          <w:sz w:val="18"/>
        </w:rPr>
        <w:t xml:space="preserve">        self.age = age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def sit(self):</w:t>
      </w:r>
    </w:p>
    <w:p>
      <w:pPr>
        <w:spacing w:after="0"/>
        <w:ind w:left="360"/>
        <w:shd w:val="clear" w:color="auto" w:fill="F2F2F2"/>
      </w:pPr>
      <w:r>
        <w:rPr>
          <w:rFonts w:ascii="Consolas" w:hAnsi="Consolas"/>
          <w:b w:val="0"/>
          <w:i w:val="0"/>
          <w:sz w:val="18"/>
        </w:rPr>
        <w:t xml:space="preserve">        """Simulate a dog sitting in response to a command."""</w:t>
      </w:r>
    </w:p>
    <w:p>
      <w:pPr>
        <w:spacing w:after="0"/>
        <w:ind w:left="360"/>
        <w:shd w:val="clear" w:color="auto" w:fill="F2F2F2"/>
      </w:pPr>
      <w:r>
        <w:rPr>
          <w:rFonts w:ascii="Consolas" w:hAnsi="Consolas"/>
          <w:b w:val="0"/>
          <w:i w:val="0"/>
          <w:sz w:val="18"/>
        </w:rPr>
        <w:t xml:space="preserve">        print(f"{self.name} is now sitting.")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roll_over(self):</w:t>
      </w:r>
    </w:p>
    <w:p>
      <w:pPr>
        <w:spacing w:after="0"/>
        <w:ind w:left="360"/>
        <w:shd w:val="clear" w:color="auto" w:fill="F2F2F2"/>
      </w:pPr>
      <w:r>
        <w:rPr>
          <w:rFonts w:ascii="Consolas" w:hAnsi="Consolas"/>
          <w:b w:val="0"/>
          <w:i w:val="0"/>
          <w:sz w:val="18"/>
        </w:rPr>
        <w:t xml:space="preserve">        """Simulate rolling over in response to a command."""</w:t>
      </w:r>
    </w:p>
    <w:p>
      <w:pPr>
        <w:spacing w:after="0"/>
        <w:ind w:left="360"/>
        <w:shd w:val="clear" w:color="auto" w:fill="F2F2F2"/>
      </w:pPr>
      <w:r>
        <w:rPr>
          <w:rFonts w:ascii="Consolas" w:hAnsi="Consolas"/>
          <w:b w:val="0"/>
          <w:i w:val="0"/>
          <w:sz w:val="18"/>
        </w:rPr>
        <w:t xml:space="preserve">        print(f"{self.name} rolled over!")</w:t>
      </w:r>
    </w:p>
    <w:p>
      <w:pPr>
        <w:spacing w:after="40"/>
      </w:pPr>
    </w:p>
    <w:p>
      <w:pPr>
        <w:spacing w:after="80"/>
      </w:pPr>
      <w:r>
        <w:rPr>
          <w:b w:val="0"/>
          <w:i w:val="0"/>
        </w:rPr>
        <w:t xml:space="preserve">Có nhiều thứ đáng chú ý ở đây, nhưng đừng lo. Bạn sẽ thấy cấu trúc này xuyên suốt chương này và có rất nhiều thời gian để làm quen với nó. Đầu tiên chúng ta định nghĩa một lớp tên là </w:t>
      </w:r>
      <w:r>
        <w:rPr>
          <w:rFonts w:ascii="Consolas" w:hAnsi="Consolas"/>
          <w:b w:val="0"/>
          <w:i w:val="0"/>
          <w:sz w:val="20"/>
        </w:rPr>
        <w:t>Dog</w:t>
      </w:r>
      <w:r>
        <w:rPr>
          <w:b w:val="0"/>
          <w:i w:val="0"/>
        </w:rPr>
        <w:t xml:space="preserve"> ❶. Theo quy ước, tên viết hoa dùng để chỉ các lớp trong Python. Không có dấu ngoặc đơn trong định nghĩa lớp vì chúng ta tạo lớp này từ đầu. Sau đó chúng ta viết một chuỗi tài liệu (docstring) mô tả lớp này làm gì.</w:t>
      </w:r>
    </w:p>
    <w:p>
      <w:pPr>
        <w:pStyle w:val="Heading3"/>
      </w:pPr>
      <w:r>
        <w:rPr>
          <w:rFonts w:ascii="Calibri" w:hAnsi="Calibri"/>
          <w:b/>
          <w:i w:val="0"/>
          <w:sz w:val="27"/>
        </w:rPr>
        <w:t>Phương thức __init__()</w:t>
      </w:r>
    </w:p>
    <w:p>
      <w:pPr>
        <w:spacing w:after="80"/>
      </w:pPr>
      <w:r>
        <w:rPr>
          <w:b w:val="0"/>
          <w:i w:val="0"/>
        </w:rPr>
        <w:t xml:space="preserve">Một hàm là thành phần của một lớp được gọi là một </w:t>
      </w:r>
      <w:r>
        <w:rPr>
          <w:b w:val="0"/>
          <w:i/>
        </w:rPr>
        <w:t>phương thức (method)</w:t>
      </w:r>
      <w:r>
        <w:rPr>
          <w:b w:val="0"/>
          <w:i w:val="0"/>
        </w:rPr>
        <w:t xml:space="preserve">. Mọi thứ bạn đã học về hàm đều áp dụng cho phương thức; khác biệt thực tế duy nhất lúc này là cách chúng ta gọi phương thức. Phương thức </w:t>
      </w:r>
      <w:r>
        <w:rPr>
          <w:rFonts w:ascii="Consolas" w:hAnsi="Consolas"/>
          <w:b w:val="0"/>
          <w:i w:val="0"/>
          <w:sz w:val="20"/>
        </w:rPr>
        <w:t>__init__()</w:t>
      </w:r>
      <w:r>
        <w:rPr>
          <w:b w:val="0"/>
          <w:i w:val="0"/>
        </w:rPr>
        <w:t xml:space="preserve"> ❷ là một phương thức đặc biệt mà Python tự động chạy mỗi khi chúng ta tạo một thể hiện mới dựa trên lớp </w:t>
      </w:r>
      <w:r>
        <w:rPr>
          <w:rFonts w:ascii="Consolas" w:hAnsi="Consolas"/>
          <w:b w:val="0"/>
          <w:i w:val="0"/>
          <w:sz w:val="20"/>
        </w:rPr>
        <w:t>Dog</w:t>
      </w:r>
      <w:r>
        <w:rPr>
          <w:b w:val="0"/>
          <w:i w:val="0"/>
        </w:rPr>
        <w:t xml:space="preserve">. Phương thức này có hai dấu gạch dưới ở đầu và hai dấu gạch dưới ở cuối, một quy ước giúp tránh việc các tên phương thức mặc định của Python xung đột với tên phương thức của bạn. Hãy nhớ dùng hai dấu gạch dưới ở mỗi bên của </w:t>
      </w:r>
      <w:r>
        <w:rPr>
          <w:rFonts w:ascii="Consolas" w:hAnsi="Consolas"/>
          <w:b w:val="0"/>
          <w:i w:val="0"/>
          <w:sz w:val="20"/>
        </w:rPr>
        <w:t>__init__()</w:t>
      </w:r>
      <w:r>
        <w:rPr>
          <w:b w:val="0"/>
          <w:i w:val="0"/>
        </w:rPr>
        <w:t>. Nếu bạn chỉ dùng một dấu ở mỗi bên, phương thức sẽ không được gọi tự động khi bạn dùng lớp của mình, điều này có thể dẫn đến những lỗi khó phát hiện.</w:t>
      </w:r>
    </w:p>
    <w:p>
      <w:pPr>
        <w:spacing w:after="80"/>
      </w:pPr>
      <w:r>
        <w:rPr>
          <w:b w:val="0"/>
          <w:i w:val="0"/>
        </w:rPr>
        <w:t xml:space="preserve">Chúng ta định nghĩa phương thức </w:t>
      </w:r>
      <w:r>
        <w:rPr>
          <w:rFonts w:ascii="Consolas" w:hAnsi="Consolas"/>
          <w:b w:val="0"/>
          <w:i w:val="0"/>
          <w:sz w:val="20"/>
        </w:rPr>
        <w:t>__init__()</w:t>
      </w:r>
      <w:r>
        <w:rPr>
          <w:b w:val="0"/>
          <w:i w:val="0"/>
        </w:rPr>
        <w:t xml:space="preserve"> với ba tham số: </w:t>
      </w:r>
      <w:r>
        <w:rPr>
          <w:rFonts w:ascii="Consolas" w:hAnsi="Consolas"/>
          <w:b w:val="0"/>
          <w:i w:val="0"/>
          <w:sz w:val="20"/>
        </w:rPr>
        <w:t>self</w:t>
      </w:r>
      <w:r>
        <w:rPr>
          <w:b w:val="0"/>
          <w:i w:val="0"/>
        </w:rPr>
        <w:t xml:space="preserve">,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Tham số </w:t>
      </w:r>
      <w:r>
        <w:rPr>
          <w:rFonts w:ascii="Consolas" w:hAnsi="Consolas"/>
          <w:b w:val="0"/>
          <w:i w:val="0"/>
          <w:sz w:val="20"/>
        </w:rPr>
        <w:t>self</w:t>
      </w:r>
      <w:r>
        <w:rPr>
          <w:b w:val="0"/>
          <w:i w:val="0"/>
        </w:rPr>
        <w:t xml:space="preserve"> là bắt buộc trong định nghĩa phương thức, và nó phải đứng đầu tiên, trước các tham số khác. Nó phải được đưa vào định nghĩa vì khi Python gọi phương thức này sau đó (để tạo một thực thể của </w:t>
      </w:r>
      <w:r>
        <w:rPr>
          <w:rFonts w:ascii="Consolas" w:hAnsi="Consolas"/>
          <w:b w:val="0"/>
          <w:i w:val="0"/>
          <w:sz w:val="20"/>
        </w:rPr>
        <w:t>Dog</w:t>
      </w:r>
      <w:r>
        <w:rPr>
          <w:b w:val="0"/>
          <w:i w:val="0"/>
        </w:rPr>
        <w:t xml:space="preserve">), lời gọi phương thức sẽ tự động truyền đối số </w:t>
      </w:r>
      <w:r>
        <w:rPr>
          <w:rFonts w:ascii="Consolas" w:hAnsi="Consolas"/>
          <w:b w:val="0"/>
          <w:i w:val="0"/>
          <w:sz w:val="20"/>
        </w:rPr>
        <w:t>self</w:t>
      </w:r>
      <w:r>
        <w:rPr>
          <w:b w:val="0"/>
          <w:i w:val="0"/>
        </w:rPr>
        <w:t xml:space="preserve">. Mọi lời gọi phương thức gắn với một thực thể đều tự động truyền </w:t>
      </w:r>
      <w:r>
        <w:rPr>
          <w:rFonts w:ascii="Consolas" w:hAnsi="Consolas"/>
          <w:b w:val="0"/>
          <w:i w:val="0"/>
          <w:sz w:val="20"/>
        </w:rPr>
        <w:t>self</w:t>
      </w:r>
      <w:r>
        <w:rPr>
          <w:b w:val="0"/>
          <w:i w:val="0"/>
        </w:rPr>
        <w:t xml:space="preserve">, đây là tham chiếu đến chính thực thể đó; nó cho từng thực thể quyền truy cập vào các thuộc tính và phương thức trong lớp. Khi chúng ta tạo một thực thể của </w:t>
      </w:r>
      <w:r>
        <w:rPr>
          <w:rFonts w:ascii="Consolas" w:hAnsi="Consolas"/>
          <w:b w:val="0"/>
          <w:i w:val="0"/>
          <w:sz w:val="20"/>
        </w:rPr>
        <w:t>Dog</w:t>
      </w:r>
      <w:r>
        <w:rPr>
          <w:b w:val="0"/>
          <w:i w:val="0"/>
        </w:rPr>
        <w:t xml:space="preserve">, Python sẽ gọi phương thức </w:t>
      </w:r>
      <w:r>
        <w:rPr>
          <w:rFonts w:ascii="Consolas" w:hAnsi="Consolas"/>
          <w:b w:val="0"/>
          <w:i w:val="0"/>
          <w:sz w:val="20"/>
        </w:rPr>
        <w:t>__init__()</w:t>
      </w:r>
      <w:r>
        <w:rPr>
          <w:b w:val="0"/>
          <w:i w:val="0"/>
        </w:rPr>
        <w:t xml:space="preserve"> từ lớp </w:t>
      </w:r>
      <w:r>
        <w:rPr>
          <w:rFonts w:ascii="Consolas" w:hAnsi="Consolas"/>
          <w:b w:val="0"/>
          <w:i w:val="0"/>
          <w:sz w:val="20"/>
        </w:rPr>
        <w:t>Dog</w:t>
      </w:r>
      <w:r>
        <w:rPr>
          <w:b w:val="0"/>
          <w:i w:val="0"/>
        </w:rPr>
        <w:t xml:space="preserve">. Chúng ta sẽ truyền cho </w:t>
      </w:r>
      <w:r>
        <w:rPr>
          <w:rFonts w:ascii="Consolas" w:hAnsi="Consolas"/>
          <w:b w:val="0"/>
          <w:i w:val="0"/>
          <w:sz w:val="20"/>
        </w:rPr>
        <w:t>Dog()</w:t>
      </w:r>
      <w:r>
        <w:rPr>
          <w:b w:val="0"/>
          <w:i w:val="0"/>
        </w:rPr>
        <w:t xml:space="preserve"> một tên và một tuổi làm đối số; </w:t>
      </w:r>
      <w:r>
        <w:rPr>
          <w:rFonts w:ascii="Consolas" w:hAnsi="Consolas"/>
          <w:b w:val="0"/>
          <w:i w:val="0"/>
          <w:sz w:val="20"/>
        </w:rPr>
        <w:t>self</w:t>
      </w:r>
      <w:r>
        <w:rPr>
          <w:b w:val="0"/>
          <w:i w:val="0"/>
        </w:rPr>
        <w:t xml:space="preserve"> được truyền tự động, nên chúng ta không cần truyền nó. Mỗi khi muốn tạo một thực thể từ lớp </w:t>
      </w:r>
      <w:r>
        <w:rPr>
          <w:rFonts w:ascii="Consolas" w:hAnsi="Consolas"/>
          <w:b w:val="0"/>
          <w:i w:val="0"/>
          <w:sz w:val="20"/>
        </w:rPr>
        <w:t>Dog</w:t>
      </w:r>
      <w:r>
        <w:rPr>
          <w:b w:val="0"/>
          <w:i w:val="0"/>
        </w:rPr>
        <w:t xml:space="preserve">, chúng ta chỉ cần cung cấp giá trị cho hai tham số cuối cùng là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w:t>
      </w:r>
    </w:p>
    <w:p>
      <w:pPr>
        <w:spacing w:after="80"/>
      </w:pPr>
      <w:r>
        <w:rPr>
          <w:b w:val="0"/>
          <w:i w:val="0"/>
        </w:rPr>
        <w:t xml:space="preserve">Hai biến được định nghĩa trong thân phương thức </w:t>
      </w:r>
      <w:r>
        <w:rPr>
          <w:rFonts w:ascii="Consolas" w:hAnsi="Consolas"/>
          <w:b w:val="0"/>
          <w:i w:val="0"/>
          <w:sz w:val="20"/>
        </w:rPr>
        <w:t>__init__()</w:t>
      </w:r>
      <w:r>
        <w:rPr>
          <w:b w:val="0"/>
          <w:i w:val="0"/>
        </w:rPr>
        <w:t xml:space="preserve"> đều có tiền tố </w:t>
      </w:r>
      <w:r>
        <w:rPr>
          <w:rFonts w:ascii="Consolas" w:hAnsi="Consolas"/>
          <w:b w:val="0"/>
          <w:i w:val="0"/>
          <w:sz w:val="20"/>
        </w:rPr>
        <w:t>self</w:t>
      </w:r>
      <w:r>
        <w:rPr>
          <w:b w:val="0"/>
          <w:i w:val="0"/>
        </w:rPr>
        <w:t xml:space="preserve"> ❸. Bất kỳ biến nào có tiền tố </w:t>
      </w:r>
      <w:r>
        <w:rPr>
          <w:rFonts w:ascii="Consolas" w:hAnsi="Consolas"/>
          <w:b w:val="0"/>
          <w:i w:val="0"/>
          <w:sz w:val="20"/>
        </w:rPr>
        <w:t>self</w:t>
      </w:r>
      <w:r>
        <w:rPr>
          <w:b w:val="0"/>
          <w:i w:val="0"/>
        </w:rPr>
        <w:t xml:space="preserve"> đều có sẵn cho mọi phương thức trong lớp, và chúng ta cũng có thể truy cập các biến này thông qua bất kỳ thực thể nào được tạo từ lớp. Dòng </w:t>
      </w:r>
      <w:r>
        <w:rPr>
          <w:rFonts w:ascii="Consolas" w:hAnsi="Consolas"/>
          <w:b w:val="0"/>
          <w:i w:val="0"/>
          <w:sz w:val="20"/>
        </w:rPr>
        <w:t>self.name = name</w:t>
      </w:r>
      <w:r>
        <w:rPr>
          <w:b w:val="0"/>
          <w:i w:val="0"/>
        </w:rPr>
        <w:t xml:space="preserve"> lấy giá trị gắn với tham số </w:t>
      </w:r>
      <w:r>
        <w:rPr>
          <w:rFonts w:ascii="Consolas" w:hAnsi="Consolas"/>
          <w:b w:val="0"/>
          <w:i w:val="0"/>
          <w:sz w:val="20"/>
        </w:rPr>
        <w:t>name</w:t>
      </w:r>
      <w:r>
        <w:rPr>
          <w:b w:val="0"/>
          <w:i w:val="0"/>
        </w:rPr>
        <w:t xml:space="preserve"> và gán nó cho biến </w:t>
      </w:r>
      <w:r>
        <w:rPr>
          <w:rFonts w:ascii="Consolas" w:hAnsi="Consolas"/>
          <w:b w:val="0"/>
          <w:i w:val="0"/>
          <w:sz w:val="20"/>
        </w:rPr>
        <w:t>name</w:t>
      </w:r>
      <w:r>
        <w:rPr>
          <w:b w:val="0"/>
          <w:i w:val="0"/>
        </w:rPr>
        <w:t xml:space="preserve">, biến này sau đó được gắn vào thực thể đang được tạo. Quá trình tương tự cũng diễn ra với </w:t>
      </w:r>
      <w:r>
        <w:rPr>
          <w:rFonts w:ascii="Consolas" w:hAnsi="Consolas"/>
          <w:b w:val="0"/>
          <w:i w:val="0"/>
          <w:sz w:val="20"/>
        </w:rPr>
        <w:t>self.age = age</w:t>
      </w:r>
      <w:r>
        <w:rPr>
          <w:b w:val="0"/>
          <w:i w:val="0"/>
        </w:rPr>
        <w:t xml:space="preserve">. Những biến có thể truy cập được qua các thực thể như thế này được gọi là </w:t>
      </w:r>
      <w:r>
        <w:rPr>
          <w:b w:val="0"/>
          <w:i/>
        </w:rPr>
        <w:t>thuộc tính</w:t>
      </w:r>
      <w:r>
        <w:rPr>
          <w:b w:val="0"/>
          <w:i w:val="0"/>
        </w:rPr>
        <w:t xml:space="preserve"> (attribute).</w:t>
      </w:r>
    </w:p>
    <w:p>
      <w:pPr>
        <w:spacing w:after="80"/>
      </w:pPr>
      <w:r>
        <w:rPr>
          <w:b w:val="0"/>
          <w:i w:val="0"/>
        </w:rPr>
        <w:t xml:space="preserve">Lớp </w:t>
      </w:r>
      <w:r>
        <w:rPr>
          <w:rFonts w:ascii="Consolas" w:hAnsi="Consolas"/>
          <w:b w:val="0"/>
          <w:i w:val="0"/>
          <w:sz w:val="20"/>
        </w:rPr>
        <w:t>Dog</w:t>
      </w:r>
      <w:r>
        <w:rPr>
          <w:b w:val="0"/>
          <w:i w:val="0"/>
        </w:rPr>
        <w:t xml:space="preserve"> có hai phương thức khác được định nghĩa: </w:t>
      </w:r>
      <w:r>
        <w:rPr>
          <w:rFonts w:ascii="Consolas" w:hAnsi="Consolas"/>
          <w:b w:val="0"/>
          <w:i w:val="0"/>
          <w:sz w:val="20"/>
        </w:rPr>
        <w:t>sit()</w:t>
      </w:r>
      <w:r>
        <w:rPr>
          <w:b w:val="0"/>
          <w:i w:val="0"/>
        </w:rPr>
        <w:t xml:space="preserve"> và </w:t>
      </w:r>
      <w:r>
        <w:rPr>
          <w:rFonts w:ascii="Consolas" w:hAnsi="Consolas"/>
          <w:b w:val="0"/>
          <w:i w:val="0"/>
          <w:sz w:val="20"/>
        </w:rPr>
        <w:t>roll_over()</w:t>
      </w:r>
      <w:r>
        <w:rPr>
          <w:b w:val="0"/>
          <w:i w:val="0"/>
        </w:rPr>
        <w:t xml:space="preserve"> ❹. Vì những phương thức này không cần thêm thông tin để chạy, chúng ta chỉ định nghĩa chúng với một tham số là </w:t>
      </w:r>
      <w:r>
        <w:rPr>
          <w:rFonts w:ascii="Consolas" w:hAnsi="Consolas"/>
          <w:b w:val="0"/>
          <w:i w:val="0"/>
          <w:sz w:val="20"/>
        </w:rPr>
        <w:t>self</w:t>
      </w:r>
      <w:r>
        <w:rPr>
          <w:b w:val="0"/>
          <w:i w:val="0"/>
        </w:rPr>
        <w:t xml:space="preserve">. Các thực thể chúng ta tạo sau này sẽ có quyền truy cập vào những phương thức này. Nói cách khác, chúng sẽ có thể ngồi và lăn tròn. Hiện tại, </w:t>
      </w:r>
      <w:r>
        <w:rPr>
          <w:rFonts w:ascii="Consolas" w:hAnsi="Consolas"/>
          <w:b w:val="0"/>
          <w:i w:val="0"/>
          <w:sz w:val="20"/>
        </w:rPr>
        <w:t>sit()</w:t>
      </w:r>
      <w:r>
        <w:rPr>
          <w:b w:val="0"/>
          <w:i w:val="0"/>
        </w:rPr>
        <w:t xml:space="preserve"> và </w:t>
      </w:r>
      <w:r>
        <w:rPr>
          <w:rFonts w:ascii="Consolas" w:hAnsi="Consolas"/>
          <w:b w:val="0"/>
          <w:i w:val="0"/>
          <w:sz w:val="20"/>
        </w:rPr>
        <w:t>roll_over()</w:t>
      </w:r>
      <w:r>
        <w:rPr>
          <w:b w:val="0"/>
          <w:i w:val="0"/>
        </w:rPr>
        <w:t xml:space="preserve"> chưa làm được gì nhiều. Chúng chỉ in ra một thông báo nói rằng chú chó đang ngồi hoặc đang lăn tròn. Nhưng khái niệm này có thể được mở rộng cho các tình huống thực tế: nếu lớp này là một phần của một trò chơi máy tính, những phương thức này sẽ chứa mã để khiến một chú chó hoạt hình ngồi và lăn tròn. Nếu lớp này được viết để điều khiển một robot, những phương thức này sẽ điều hướng các chuyển động khiến một chú chó robot ngồi và lăn tròn.</w:t>
      </w:r>
    </w:p>
    <w:p>
      <w:pPr>
        <w:pStyle w:val="Heading3"/>
      </w:pPr>
      <w:r>
        <w:rPr>
          <w:rFonts w:ascii="Calibri" w:hAnsi="Calibri"/>
          <w:b/>
          <w:i w:val="0"/>
          <w:sz w:val="27"/>
        </w:rPr>
        <w:t>Tạo một thực thể từ một lớp</w:t>
      </w:r>
    </w:p>
    <w:p>
      <w:pPr>
        <w:spacing w:after="80"/>
      </w:pPr>
      <w:r>
        <w:rPr>
          <w:b w:val="0"/>
          <w:i w:val="0"/>
        </w:rPr>
        <w:t xml:space="preserve">Hãy nghĩ về một lớp như một tập hợp các hướng dẫn về cách tạo một thực thể. Lớp </w:t>
      </w:r>
      <w:r>
        <w:rPr>
          <w:rFonts w:ascii="Consolas" w:hAnsi="Consolas"/>
          <w:b w:val="0"/>
          <w:i w:val="0"/>
          <w:sz w:val="20"/>
        </w:rPr>
        <w:t>Dog</w:t>
      </w:r>
      <w:r>
        <w:rPr>
          <w:b w:val="0"/>
          <w:i w:val="0"/>
        </w:rPr>
        <w:t xml:space="preserve"> là một tập hợp các hướng dẫn cho Python biết cách tạo ra từng thực thể riêng lẻ đại diện cho những chú chó cụ thể.</w:t>
      </w:r>
    </w:p>
    <w:p>
      <w:pPr>
        <w:spacing w:after="80"/>
      </w:pPr>
      <w:r>
        <w:rPr>
          <w:b w:val="0"/>
          <w:i w:val="0"/>
        </w:rPr>
        <w:t>Hãy tạo một thực thể đại diện cho một chú chó cụ thể:</w:t>
      </w:r>
    </w:p>
    <w:p>
      <w:pPr>
        <w:spacing w:after="0"/>
        <w:ind w:left="360"/>
        <w:shd w:val="clear" w:color="auto" w:fill="F2F2F2"/>
      </w:pPr>
      <w:r>
        <w:rPr>
          <w:rFonts w:ascii="Consolas" w:hAnsi="Consolas"/>
          <w:b w:val="0"/>
          <w:i w:val="0"/>
          <w:sz w:val="18"/>
        </w:rPr>
        <w:t>class Dog:</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my_dog = Dog('Willie', 6)</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print(f"My dog's name is {my_dog.name}.")</w:t>
      </w:r>
    </w:p>
    <w:p>
      <w:pPr>
        <w:spacing w:after="0"/>
        <w:ind w:left="360"/>
        <w:shd w:val="clear" w:color="auto" w:fill="F2F2F2"/>
      </w:pPr>
      <w:r>
        <w:rPr>
          <w:rFonts w:ascii="Consolas" w:hAnsi="Consolas"/>
          <w:b w:val="0"/>
          <w:i w:val="0"/>
          <w:sz w:val="18"/>
        </w:rPr>
        <w:t>❸ print(f"My dog is {my_dog.age} years old.")</w:t>
      </w:r>
    </w:p>
    <w:p>
      <w:pPr>
        <w:spacing w:after="40"/>
      </w:pPr>
    </w:p>
    <w:p>
      <w:pPr>
        <w:spacing w:after="80"/>
      </w:pPr>
      <w:r>
        <w:rPr>
          <w:b w:val="0"/>
          <w:i w:val="0"/>
        </w:rPr>
        <w:t xml:space="preserve">Lớp </w:t>
      </w:r>
      <w:r>
        <w:rPr>
          <w:rFonts w:ascii="Consolas" w:hAnsi="Consolas"/>
          <w:b w:val="0"/>
          <w:i w:val="0"/>
          <w:sz w:val="20"/>
        </w:rPr>
        <w:t>Dog</w:t>
      </w:r>
      <w:r>
        <w:rPr>
          <w:b w:val="0"/>
          <w:i w:val="0"/>
        </w:rPr>
        <w:t xml:space="preserve"> mà chúng ta đang dùng ở đây chính là lớp chúng ta vừa viết trong ví dụ trước. Ở đây, chúng ta bảo Python tạo một chú chó có tên là </w:t>
      </w:r>
      <w:r>
        <w:rPr>
          <w:rFonts w:ascii="Consolas" w:hAnsi="Consolas"/>
          <w:b w:val="0"/>
          <w:i w:val="0"/>
          <w:sz w:val="20"/>
        </w:rPr>
        <w:t>'Willie'</w:t>
      </w:r>
      <w:r>
        <w:rPr>
          <w:b w:val="0"/>
          <w:i w:val="0"/>
        </w:rPr>
        <w:t xml:space="preserve"> và có tuổi là </w:t>
      </w:r>
      <w:r>
        <w:rPr>
          <w:rFonts w:ascii="Consolas" w:hAnsi="Consolas"/>
          <w:b w:val="0"/>
          <w:i w:val="0"/>
          <w:sz w:val="20"/>
        </w:rPr>
        <w:t>6</w:t>
      </w:r>
      <w:r>
        <w:rPr>
          <w:b w:val="0"/>
          <w:i w:val="0"/>
        </w:rPr>
        <w:t xml:space="preserve"> ❶. Khi Python đọc dòng này, nó gọi phương thức </w:t>
      </w:r>
      <w:r>
        <w:rPr>
          <w:rFonts w:ascii="Consolas" w:hAnsi="Consolas"/>
          <w:b w:val="0"/>
          <w:i w:val="0"/>
          <w:sz w:val="20"/>
        </w:rPr>
        <w:t>__init__()</w:t>
      </w:r>
      <w:r>
        <w:rPr>
          <w:b w:val="0"/>
          <w:i w:val="0"/>
        </w:rPr>
        <w:t xml:space="preserve"> trong </w:t>
      </w:r>
      <w:r>
        <w:rPr>
          <w:rFonts w:ascii="Consolas" w:hAnsi="Consolas"/>
          <w:b w:val="0"/>
          <w:i w:val="0"/>
          <w:sz w:val="20"/>
        </w:rPr>
        <w:t>Dog</w:t>
      </w:r>
      <w:r>
        <w:rPr>
          <w:b w:val="0"/>
          <w:i w:val="0"/>
        </w:rPr>
        <w:t xml:space="preserve"> với các đối số </w:t>
      </w:r>
      <w:r>
        <w:rPr>
          <w:rFonts w:ascii="Consolas" w:hAnsi="Consolas"/>
          <w:b w:val="0"/>
          <w:i w:val="0"/>
          <w:sz w:val="20"/>
        </w:rPr>
        <w:t>'Willie'</w:t>
      </w:r>
      <w:r>
        <w:rPr>
          <w:b w:val="0"/>
          <w:i w:val="0"/>
        </w:rPr>
        <w:t xml:space="preserve"> và </w:t>
      </w:r>
      <w:r>
        <w:rPr>
          <w:rFonts w:ascii="Consolas" w:hAnsi="Consolas"/>
          <w:b w:val="0"/>
          <w:i w:val="0"/>
          <w:sz w:val="20"/>
        </w:rPr>
        <w:t>6</w:t>
      </w:r>
      <w:r>
        <w:rPr>
          <w:b w:val="0"/>
          <w:i w:val="0"/>
        </w:rPr>
        <w:t xml:space="preserve">. Phương thức </w:t>
      </w:r>
      <w:r>
        <w:rPr>
          <w:rFonts w:ascii="Consolas" w:hAnsi="Consolas"/>
          <w:b w:val="0"/>
          <w:i w:val="0"/>
          <w:sz w:val="20"/>
        </w:rPr>
        <w:t>__init__()</w:t>
      </w:r>
      <w:r>
        <w:rPr>
          <w:b w:val="0"/>
          <w:i w:val="0"/>
        </w:rPr>
        <w:t xml:space="preserve"> tạo một thực thể đại diện cho chú chó cụ thể này và đặt các thuộc tính </w:t>
      </w:r>
      <w:r>
        <w:rPr>
          <w:rFonts w:ascii="Consolas" w:hAnsi="Consolas"/>
          <w:b w:val="0"/>
          <w:i w:val="0"/>
          <w:sz w:val="20"/>
        </w:rPr>
        <w:t>name</w:t>
      </w:r>
      <w:r>
        <w:rPr>
          <w:b w:val="0"/>
          <w:i w:val="0"/>
        </w:rPr>
        <w:t xml:space="preserve"> và </w:t>
      </w:r>
      <w:r>
        <w:rPr>
          <w:rFonts w:ascii="Consolas" w:hAnsi="Consolas"/>
          <w:b w:val="0"/>
          <w:i w:val="0"/>
          <w:sz w:val="20"/>
        </w:rPr>
        <w:t>age</w:t>
      </w:r>
      <w:r>
        <w:rPr>
          <w:b w:val="0"/>
          <w:i w:val="0"/>
        </w:rPr>
        <w:t xml:space="preserve"> bằng những giá trị chúng ta đã cung cấp. Sau đó Python trả về một thực thể đại diện cho chú chó này. Chúng ta gán thực thể đó cho biến </w:t>
      </w:r>
      <w:r>
        <w:rPr>
          <w:rFonts w:ascii="Consolas" w:hAnsi="Consolas"/>
          <w:b w:val="0"/>
          <w:i w:val="0"/>
          <w:sz w:val="20"/>
        </w:rPr>
        <w:t>my_dog</w:t>
      </w:r>
      <w:r>
        <w:rPr>
          <w:b w:val="0"/>
          <w:i w:val="0"/>
        </w:rPr>
        <w:t xml:space="preserve">. Quy ước đặt tên rất hữu ích ở đây; chúng ta thường có thể ngầm hiểu rằng một cái tên viết hoa như </w:t>
      </w:r>
      <w:r>
        <w:rPr>
          <w:rFonts w:ascii="Consolas" w:hAnsi="Consolas"/>
          <w:b w:val="0"/>
          <w:i w:val="0"/>
          <w:sz w:val="20"/>
        </w:rPr>
        <w:t>Dog</w:t>
      </w:r>
      <w:r>
        <w:rPr>
          <w:b w:val="0"/>
          <w:i w:val="0"/>
        </w:rPr>
        <w:t xml:space="preserve"> ám chỉ một lớp, còn một cái tên viết thường như </w:t>
      </w:r>
      <w:r>
        <w:rPr>
          <w:rFonts w:ascii="Consolas" w:hAnsi="Consolas"/>
          <w:b w:val="0"/>
          <w:i w:val="0"/>
          <w:sz w:val="20"/>
        </w:rPr>
        <w:t>my_dog</w:t>
      </w:r>
      <w:r>
        <w:rPr>
          <w:b w:val="0"/>
          <w:i w:val="0"/>
        </w:rPr>
        <w:t xml:space="preserve"> ám chỉ một thực thể đơn lẻ được tạo từ một lớp.</w:t>
      </w:r>
    </w:p>
    <w:p>
      <w:pPr>
        <w:pStyle w:val="Heading4"/>
      </w:pPr>
      <w:r>
        <w:rPr>
          <w:rFonts w:ascii="Calibri" w:hAnsi="Calibri"/>
          <w:b/>
          <w:i w:val="0"/>
          <w:sz w:val="24"/>
        </w:rPr>
        <w:t>Truy cập các thuộc tính</w:t>
      </w:r>
    </w:p>
    <w:p>
      <w:pPr>
        <w:spacing w:after="80"/>
      </w:pPr>
      <w:r>
        <w:rPr>
          <w:b w:val="0"/>
          <w:i w:val="0"/>
        </w:rPr>
        <w:t xml:space="preserve">Để truy cập các thuộc tính của một thực thể, bạn dùng ký pháp dấu chấm (dot notation). Chúng ta truy cập giá trị thuộc tính </w:t>
      </w:r>
      <w:r>
        <w:rPr>
          <w:rFonts w:ascii="Consolas" w:hAnsi="Consolas"/>
          <w:b w:val="0"/>
          <w:i w:val="0"/>
          <w:sz w:val="20"/>
        </w:rPr>
        <w:t>name</w:t>
      </w:r>
      <w:r>
        <w:rPr>
          <w:b w:val="0"/>
          <w:i w:val="0"/>
        </w:rPr>
        <w:t xml:space="preserve"> của </w:t>
      </w:r>
      <w:r>
        <w:rPr>
          <w:rFonts w:ascii="Consolas" w:hAnsi="Consolas"/>
          <w:b w:val="0"/>
          <w:i w:val="0"/>
          <w:sz w:val="20"/>
        </w:rPr>
        <w:t>my_dog</w:t>
      </w:r>
      <w:r>
        <w:rPr>
          <w:b w:val="0"/>
          <w:i w:val="0"/>
        </w:rPr>
        <w:t xml:space="preserve"> ❷ bằng cách viết:</w:t>
      </w:r>
    </w:p>
    <w:p>
      <w:pPr>
        <w:spacing w:after="80"/>
      </w:pPr>
      <w:r>
        <w:rPr>
          <w:b w:val="0"/>
          <w:i w:val="0"/>
        </w:rPr>
        <w:t>my_dog.name</w:t>
      </w:r>
    </w:p>
    <w:p>
      <w:pPr>
        <w:spacing w:after="80"/>
      </w:pPr>
      <w:r>
        <w:rPr>
          <w:b w:val="0"/>
          <w:i w:val="0"/>
        </w:rPr>
        <w:t xml:space="preserve">Ký pháp dấu chấm được dùng rất thường xuyên trong Python. Cú pháp này minh họa cách Python tìm giá trị của một thuộc tính. Ở đây, Python xem xét thực thể </w:t>
      </w:r>
      <w:r>
        <w:rPr>
          <w:rFonts w:ascii="Consolas" w:hAnsi="Consolas"/>
          <w:b w:val="0"/>
          <w:i w:val="0"/>
          <w:sz w:val="20"/>
        </w:rPr>
        <w:t>my_dog</w:t>
      </w:r>
      <w:r>
        <w:rPr>
          <w:b w:val="0"/>
          <w:i w:val="0"/>
        </w:rPr>
        <w:t xml:space="preserve"> rồi tìm thuộc tính </w:t>
      </w:r>
      <w:r>
        <w:rPr>
          <w:rFonts w:ascii="Consolas" w:hAnsi="Consolas"/>
          <w:b w:val="0"/>
          <w:i w:val="0"/>
          <w:sz w:val="20"/>
        </w:rPr>
        <w:t>name</w:t>
      </w:r>
      <w:r>
        <w:rPr>
          <w:b w:val="0"/>
          <w:i w:val="0"/>
        </w:rPr>
        <w:t xml:space="preserve"> gắn với </w:t>
      </w:r>
      <w:r>
        <w:rPr>
          <w:rFonts w:ascii="Consolas" w:hAnsi="Consolas"/>
          <w:b w:val="0"/>
          <w:i w:val="0"/>
          <w:sz w:val="20"/>
        </w:rPr>
        <w:t>my_dog</w:t>
      </w:r>
      <w:r>
        <w:rPr>
          <w:b w:val="0"/>
          <w:i w:val="0"/>
        </w:rPr>
        <w:t xml:space="preserve">. Đây cũng chính là thuộc tính được gọi là </w:t>
      </w:r>
      <w:r>
        <w:rPr>
          <w:rFonts w:ascii="Consolas" w:hAnsi="Consolas"/>
          <w:b w:val="0"/>
          <w:i w:val="0"/>
          <w:sz w:val="20"/>
        </w:rPr>
        <w:t>self.name</w:t>
      </w:r>
      <w:r>
        <w:rPr>
          <w:b w:val="0"/>
          <w:i w:val="0"/>
        </w:rPr>
        <w:t xml:space="preserve"> trong lớp </w:t>
      </w:r>
      <w:r>
        <w:rPr>
          <w:rFonts w:ascii="Consolas" w:hAnsi="Consolas"/>
          <w:b w:val="0"/>
          <w:i w:val="0"/>
          <w:sz w:val="20"/>
        </w:rPr>
        <w:t>Dog</w:t>
      </w:r>
      <w:r>
        <w:rPr>
          <w:b w:val="0"/>
          <w:i w:val="0"/>
        </w:rPr>
        <w:t xml:space="preserve">. Chúng ta dùng cách tiếp cận tương tự để làm việc với thuộc tính </w:t>
      </w:r>
      <w:r>
        <w:rPr>
          <w:rFonts w:ascii="Consolas" w:hAnsi="Consolas"/>
          <w:b w:val="0"/>
          <w:i w:val="0"/>
          <w:sz w:val="20"/>
        </w:rPr>
        <w:t>age</w:t>
      </w:r>
      <w:r>
        <w:rPr>
          <w:b w:val="0"/>
          <w:i w:val="0"/>
        </w:rPr>
        <w:t xml:space="preserve"> ❸.</w:t>
      </w:r>
    </w:p>
    <w:p>
      <w:pPr>
        <w:spacing w:after="80"/>
      </w:pPr>
      <w:r>
        <w:rPr>
          <w:b w:val="0"/>
          <w:i w:val="0"/>
        </w:rPr>
        <w:t xml:space="preserve">Kết quả là một bản tóm tắt những gì chúng ta biết về </w:t>
      </w:r>
      <w:r>
        <w:rPr>
          <w:rFonts w:ascii="Consolas" w:hAnsi="Consolas"/>
          <w:b w:val="0"/>
          <w:i w:val="0"/>
          <w:sz w:val="20"/>
        </w:rPr>
        <w:t>my_dog</w:t>
      </w:r>
      <w:r>
        <w:rPr>
          <w:b w:val="0"/>
          <w:i w:val="0"/>
        </w:rPr>
        <w:t>:</w:t>
      </w:r>
    </w:p>
    <w:p>
      <w:pPr>
        <w:spacing w:after="80"/>
      </w:pPr>
      <w:r>
        <w:rPr>
          <w:b w:val="0"/>
          <w:i w:val="0"/>
        </w:rPr>
        <w:t>Chú chó của tôi tên là Willie.</w:t>
      </w:r>
      <w:r>
        <w:br/>
      </w:r>
      <w:r>
        <w:rPr>
          <w:b w:val="0"/>
          <w:i w:val="0"/>
        </w:rPr>
        <w:t>Chú chó của tôi 6 tuổi.</w:t>
      </w:r>
    </w:p>
    <w:p>
      <w:pPr>
        <w:pStyle w:val="Heading4"/>
      </w:pPr>
      <w:r>
        <w:rPr>
          <w:rFonts w:ascii="Calibri" w:hAnsi="Calibri"/>
          <w:b/>
          <w:i w:val="0"/>
          <w:sz w:val="24"/>
        </w:rPr>
        <w:t>Gọi các phương thức</w:t>
      </w:r>
    </w:p>
    <w:p>
      <w:pPr>
        <w:spacing w:after="80"/>
      </w:pPr>
      <w:r>
        <w:rPr>
          <w:b w:val="0"/>
          <w:i w:val="0"/>
        </w:rPr>
        <w:t xml:space="preserve">Sau khi tạo một đối tượng (instance) từ lớp </w:t>
      </w:r>
      <w:r>
        <w:rPr>
          <w:rFonts w:ascii="Consolas" w:hAnsi="Consolas"/>
          <w:b w:val="0"/>
          <w:i w:val="0"/>
          <w:sz w:val="20"/>
        </w:rPr>
        <w:t>Dog</w:t>
      </w:r>
      <w:r>
        <w:rPr>
          <w:b w:val="0"/>
          <w:i w:val="0"/>
        </w:rPr>
        <w:t xml:space="preserve">, chúng ta có thể dùng ký hiệu dấu chấm (dot notation) để gọi bất kỳ phương thức (method) nào được định nghĩa trong </w:t>
      </w:r>
      <w:r>
        <w:rPr>
          <w:rFonts w:ascii="Consolas" w:hAnsi="Consolas"/>
          <w:b w:val="0"/>
          <w:i w:val="0"/>
          <w:sz w:val="20"/>
        </w:rPr>
        <w:t>Dog</w:t>
      </w:r>
      <w:r>
        <w:rPr>
          <w:b w:val="0"/>
          <w:i w:val="0"/>
        </w:rPr>
        <w:t>. Hãy cho chú chó của chúng ta ngồi và lăn tròn nhé:</w:t>
      </w:r>
    </w:p>
    <w:p>
      <w:pPr>
        <w:spacing w:after="0"/>
        <w:ind w:left="360"/>
        <w:shd w:val="clear" w:color="auto" w:fill="F2F2F2"/>
      </w:pPr>
      <w:r>
        <w:rPr>
          <w:rFonts w:ascii="Consolas" w:hAnsi="Consolas"/>
          <w:b w:val="0"/>
          <w:i w:val="0"/>
          <w:sz w:val="18"/>
        </w:rPr>
        <w:t>class Dog:</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my_dog = Dog('Willie', 6)</w:t>
      </w:r>
    </w:p>
    <w:p>
      <w:pPr>
        <w:spacing w:after="0"/>
        <w:ind w:left="360"/>
        <w:shd w:val="clear" w:color="auto" w:fill="F2F2F2"/>
      </w:pPr>
      <w:r>
        <w:rPr>
          <w:rFonts w:ascii="Consolas" w:hAnsi="Consolas"/>
          <w:b w:val="0"/>
          <w:i w:val="0"/>
          <w:sz w:val="18"/>
        </w:rPr>
        <w:t>my_dog.sit()</w:t>
      </w:r>
    </w:p>
    <w:p>
      <w:pPr>
        <w:spacing w:after="0"/>
        <w:ind w:left="360"/>
        <w:shd w:val="clear" w:color="auto" w:fill="F2F2F2"/>
      </w:pPr>
      <w:r>
        <w:rPr>
          <w:rFonts w:ascii="Consolas" w:hAnsi="Consolas"/>
          <w:b w:val="0"/>
          <w:i w:val="0"/>
          <w:sz w:val="18"/>
        </w:rPr>
        <w:t>my_dog.roll_over()</w:t>
      </w:r>
    </w:p>
    <w:p>
      <w:pPr>
        <w:spacing w:after="40"/>
      </w:pPr>
    </w:p>
    <w:p>
      <w:pPr>
        <w:spacing w:after="80"/>
      </w:pPr>
      <w:r>
        <w:rPr>
          <w:b w:val="0"/>
          <w:i w:val="0"/>
        </w:rPr>
        <w:t xml:space="preserve">Để gọi một phương thức, bạn đưa ra tên của đối tượng (trong trường hợp này là </w:t>
      </w:r>
      <w:r>
        <w:rPr>
          <w:rFonts w:ascii="Consolas" w:hAnsi="Consolas"/>
          <w:b w:val="0"/>
          <w:i w:val="0"/>
          <w:sz w:val="20"/>
        </w:rPr>
        <w:t>my_dog</w:t>
      </w:r>
      <w:r>
        <w:rPr>
          <w:b w:val="0"/>
          <w:i w:val="0"/>
        </w:rPr>
        <w:t xml:space="preserve">) và phương thức bạn muốn gọi, cách nhau bởi dấu chấm. Khi Python đọc </w:t>
      </w:r>
      <w:r>
        <w:rPr>
          <w:rFonts w:ascii="Consolas" w:hAnsi="Consolas"/>
          <w:b w:val="0"/>
          <w:i w:val="0"/>
          <w:sz w:val="20"/>
        </w:rPr>
        <w:t>my_dog.sit()</w:t>
      </w:r>
      <w:r>
        <w:rPr>
          <w:b w:val="0"/>
          <w:i w:val="0"/>
        </w:rPr>
        <w:t xml:space="preserve">, nó sẽ tìm phương thức </w:t>
      </w:r>
      <w:r>
        <w:rPr>
          <w:rFonts w:ascii="Consolas" w:hAnsi="Consolas"/>
          <w:b w:val="0"/>
          <w:i w:val="0"/>
          <w:sz w:val="20"/>
        </w:rPr>
        <w:t>sit()</w:t>
      </w:r>
      <w:r>
        <w:rPr>
          <w:b w:val="0"/>
          <w:i w:val="0"/>
        </w:rPr>
        <w:t xml:space="preserve"> trong lớp </w:t>
      </w:r>
      <w:r>
        <w:rPr>
          <w:rFonts w:ascii="Consolas" w:hAnsi="Consolas"/>
          <w:b w:val="0"/>
          <w:i w:val="0"/>
          <w:sz w:val="20"/>
        </w:rPr>
        <w:t>Dog</w:t>
      </w:r>
      <w:r>
        <w:rPr>
          <w:b w:val="0"/>
          <w:i w:val="0"/>
        </w:rPr>
        <w:t xml:space="preserve"> và chạy đoạn mã đó. Python cũng hiểu dòng </w:t>
      </w:r>
      <w:r>
        <w:rPr>
          <w:rFonts w:ascii="Consolas" w:hAnsi="Consolas"/>
          <w:b w:val="0"/>
          <w:i w:val="0"/>
          <w:sz w:val="20"/>
        </w:rPr>
        <w:t>my_dog.roll_over()</w:t>
      </w:r>
      <w:r>
        <w:rPr>
          <w:b w:val="0"/>
          <w:i w:val="0"/>
        </w:rPr>
        <w:t xml:space="preserve"> theo cách tương tự.</w:t>
      </w:r>
    </w:p>
    <w:p>
      <w:pPr>
        <w:spacing w:after="80"/>
      </w:pPr>
      <w:r>
        <w:rPr>
          <w:b w:val="0"/>
          <w:i w:val="0"/>
        </w:rPr>
        <w:t>Giờ thì Willie làm theo những gì chúng ta bảo:</w:t>
      </w:r>
    </w:p>
    <w:p>
      <w:pPr>
        <w:spacing w:after="80"/>
      </w:pPr>
      <w:r>
        <w:rPr>
          <w:b w:val="0"/>
          <w:i w:val="0"/>
        </w:rPr>
        <w:t>Willie is now sitting.</w:t>
      </w:r>
      <w:r>
        <w:br/>
      </w:r>
      <w:r>
        <w:rPr>
          <w:b w:val="0"/>
          <w:i w:val="0"/>
        </w:rPr>
        <w:t>Willie rolled over!</w:t>
      </w:r>
    </w:p>
    <w:p>
      <w:pPr>
        <w:spacing w:after="80"/>
      </w:pPr>
      <w:r>
        <w:rPr>
          <w:b w:val="0"/>
          <w:i w:val="0"/>
        </w:rPr>
        <w:t xml:space="preserve">Cú pháp này khá hữu ích. Khi các thuộc tính (attribute) và phương thức được đặt tên mô tả phù hợp như </w:t>
      </w:r>
      <w:r>
        <w:rPr>
          <w:rFonts w:ascii="Consolas" w:hAnsi="Consolas"/>
          <w:b w:val="0"/>
          <w:i w:val="0"/>
          <w:sz w:val="20"/>
        </w:rPr>
        <w:t>name</w:t>
      </w:r>
      <w:r>
        <w:rPr>
          <w:b w:val="0"/>
          <w:i w:val="0"/>
        </w:rPr>
        <w:t xml:space="preserve">, </w:t>
      </w:r>
      <w:r>
        <w:rPr>
          <w:rFonts w:ascii="Consolas" w:hAnsi="Consolas"/>
          <w:b w:val="0"/>
          <w:i w:val="0"/>
          <w:sz w:val="20"/>
        </w:rPr>
        <w:t>age</w:t>
      </w:r>
      <w:r>
        <w:rPr>
          <w:b w:val="0"/>
          <w:i w:val="0"/>
        </w:rPr>
        <w:t xml:space="preserve">, </w:t>
      </w:r>
      <w:r>
        <w:rPr>
          <w:rFonts w:ascii="Consolas" w:hAnsi="Consolas"/>
          <w:b w:val="0"/>
          <w:i w:val="0"/>
          <w:sz w:val="20"/>
        </w:rPr>
        <w:t>sit()</w:t>
      </w:r>
      <w:r>
        <w:rPr>
          <w:b w:val="0"/>
          <w:i w:val="0"/>
        </w:rPr>
        <w:t xml:space="preserve"> và </w:t>
      </w:r>
      <w:r>
        <w:rPr>
          <w:rFonts w:ascii="Consolas" w:hAnsi="Consolas"/>
          <w:b w:val="0"/>
          <w:i w:val="0"/>
          <w:sz w:val="20"/>
        </w:rPr>
        <w:t>roll_over()</w:t>
      </w:r>
      <w:r>
        <w:rPr>
          <w:b w:val="0"/>
          <w:i w:val="0"/>
        </w:rPr>
        <w:t>, chúng ta có thể dễ dàng đoán được một đoạn mã — kể cả đoạn mã chưa từng thấy bao giờ — có nhiệm vụ gì.</w:t>
      </w:r>
    </w:p>
    <w:p>
      <w:pPr>
        <w:pStyle w:val="Heading4"/>
      </w:pPr>
      <w:r>
        <w:rPr>
          <w:rFonts w:ascii="Calibri" w:hAnsi="Calibri"/>
          <w:b/>
          <w:i w:val="0"/>
          <w:sz w:val="24"/>
        </w:rPr>
        <w:t>Tạo nhiều đối tượng</w:t>
      </w:r>
    </w:p>
    <w:p>
      <w:pPr>
        <w:spacing w:after="80"/>
      </w:pPr>
      <w:r>
        <w:rPr>
          <w:b w:val="0"/>
          <w:i w:val="0"/>
        </w:rPr>
        <w:t xml:space="preserve">Bạn có thể tạo bao nhiêu đối tượng từ một lớp cũng được, tùy nhu cầu. Hãy tạo chú chó thứ hai tên là </w:t>
      </w:r>
      <w:r>
        <w:rPr>
          <w:rFonts w:ascii="Consolas" w:hAnsi="Consolas"/>
          <w:b w:val="0"/>
          <w:i w:val="0"/>
          <w:sz w:val="20"/>
        </w:rPr>
        <w:t>your_dog</w:t>
      </w:r>
      <w:r>
        <w:rPr>
          <w:b w:val="0"/>
          <w:i w:val="0"/>
        </w:rPr>
        <w:t>:</w:t>
      </w:r>
    </w:p>
    <w:p>
      <w:pPr>
        <w:spacing w:after="0"/>
        <w:ind w:left="360"/>
        <w:shd w:val="clear" w:color="auto" w:fill="F2F2F2"/>
      </w:pPr>
      <w:r>
        <w:rPr>
          <w:rFonts w:ascii="Consolas" w:hAnsi="Consolas"/>
          <w:b w:val="0"/>
          <w:i w:val="0"/>
          <w:sz w:val="18"/>
        </w:rPr>
        <w:t>class Dog:</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my_dog = Dog('Willie', 6)</w:t>
      </w:r>
    </w:p>
    <w:p>
      <w:pPr>
        <w:spacing w:after="0"/>
        <w:ind w:left="360"/>
        <w:shd w:val="clear" w:color="auto" w:fill="F2F2F2"/>
      </w:pPr>
      <w:r>
        <w:rPr>
          <w:rFonts w:ascii="Consolas" w:hAnsi="Consolas"/>
          <w:b w:val="0"/>
          <w:i w:val="0"/>
          <w:sz w:val="18"/>
        </w:rPr>
        <w:t>your_dog = Dog('Lucy', 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print(f"My dog's name is {my_dog.name}.")</w:t>
      </w:r>
    </w:p>
    <w:p>
      <w:pPr>
        <w:spacing w:after="0"/>
        <w:ind w:left="360"/>
        <w:shd w:val="clear" w:color="auto" w:fill="F2F2F2"/>
      </w:pPr>
      <w:r>
        <w:rPr>
          <w:rFonts w:ascii="Consolas" w:hAnsi="Consolas"/>
          <w:b w:val="0"/>
          <w:i w:val="0"/>
          <w:sz w:val="18"/>
        </w:rPr>
        <w:t>print(f"My dog is {my_dog.age} years old.")</w:t>
      </w:r>
    </w:p>
    <w:p>
      <w:pPr>
        <w:spacing w:after="0"/>
        <w:ind w:left="360"/>
        <w:shd w:val="clear" w:color="auto" w:fill="F2F2F2"/>
      </w:pPr>
      <w:r>
        <w:rPr>
          <w:rFonts w:ascii="Consolas" w:hAnsi="Consolas"/>
          <w:b w:val="0"/>
          <w:i w:val="0"/>
          <w:sz w:val="18"/>
        </w:rPr>
        <w:t>my_dog.sit()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print(f"\nYour dog's name is {your_dog.name}.")</w:t>
      </w:r>
    </w:p>
    <w:p>
      <w:pPr>
        <w:spacing w:after="0"/>
        <w:ind w:left="360"/>
        <w:shd w:val="clear" w:color="auto" w:fill="F2F2F2"/>
      </w:pPr>
      <w:r>
        <w:rPr>
          <w:rFonts w:ascii="Consolas" w:hAnsi="Consolas"/>
          <w:b w:val="0"/>
          <w:i w:val="0"/>
          <w:sz w:val="18"/>
        </w:rPr>
        <w:t>print(f"Your dog is {your_dog.age} years old.")</w:t>
      </w:r>
    </w:p>
    <w:p>
      <w:pPr>
        <w:spacing w:after="0"/>
        <w:ind w:left="360"/>
        <w:shd w:val="clear" w:color="auto" w:fill="F2F2F2"/>
      </w:pPr>
      <w:r>
        <w:rPr>
          <w:rFonts w:ascii="Consolas" w:hAnsi="Consolas"/>
          <w:b w:val="0"/>
          <w:i w:val="0"/>
          <w:sz w:val="18"/>
        </w:rPr>
        <w:t>your_dog.sit()</w:t>
      </w:r>
    </w:p>
    <w:p>
      <w:pPr>
        <w:spacing w:after="40"/>
      </w:pPr>
    </w:p>
    <w:p>
      <w:pPr>
        <w:spacing w:after="80"/>
      </w:pPr>
      <w:r>
        <w:rPr>
          <w:b w:val="0"/>
          <w:i w:val="0"/>
        </w:rPr>
        <w:t>Trong ví dụ này, chúng ta tạo một chú chó tên Willie và một chú chó tên Lucy. Mỗi chú chó là một đối tượng riêng biệt với bộ thuộc tính riêng, và có thể thực hiện cùng một tập hợp hành động:</w:t>
      </w:r>
    </w:p>
    <w:p>
      <w:pPr>
        <w:spacing w:after="80"/>
      </w:pPr>
      <w:r>
        <w:rPr>
          <w:b w:val="0"/>
          <w:i w:val="0"/>
        </w:rPr>
        <w:t>My dog's name is Willie.</w:t>
      </w:r>
      <w:r>
        <w:br/>
      </w:r>
      <w:r>
        <w:rPr>
          <w:b w:val="0"/>
          <w:i w:val="0"/>
        </w:rPr>
        <w:t>My dog is 6 years old.</w:t>
      </w:r>
      <w:r>
        <w:br/>
      </w:r>
      <w:r>
        <w:rPr>
          <w:b w:val="0"/>
          <w:i w:val="0"/>
        </w:rPr>
        <w:t>Willie is now sitting.</w:t>
      </w:r>
      <w:r>
        <w:br/>
      </w:r>
      <w:r>
        <w:br/>
      </w:r>
      <w:r>
        <w:rPr>
          <w:b w:val="0"/>
          <w:i w:val="0"/>
        </w:rPr>
        <w:t>Your dog's name is Lucy.</w:t>
      </w:r>
      <w:r>
        <w:br/>
      </w:r>
      <w:r>
        <w:rPr>
          <w:b w:val="0"/>
          <w:i w:val="0"/>
        </w:rPr>
        <w:t>Your dog is 3 years old.</w:t>
      </w:r>
      <w:r>
        <w:br/>
      </w:r>
      <w:r>
        <w:rPr>
          <w:b w:val="0"/>
          <w:i w:val="0"/>
        </w:rPr>
        <w:t>Lucy is now sitting.</w:t>
      </w:r>
    </w:p>
    <w:p>
      <w:pPr>
        <w:spacing w:after="80"/>
      </w:pPr>
      <w:r>
        <w:rPr>
          <w:b w:val="0"/>
          <w:i w:val="0"/>
        </w:rPr>
        <w:t xml:space="preserve">Kể cả khi chúng ta dùng cùng tên và tuổi cho chú chó thứ hai, Python vẫn sẽ tạo ra một đối tượng riêng biệt từ lớp </w:t>
      </w:r>
      <w:r>
        <w:rPr>
          <w:rFonts w:ascii="Consolas" w:hAnsi="Consolas"/>
          <w:b w:val="0"/>
          <w:i w:val="0"/>
          <w:sz w:val="20"/>
        </w:rPr>
        <w:t>Dog</w:t>
      </w:r>
      <w:r>
        <w:rPr>
          <w:b w:val="0"/>
          <w:i w:val="0"/>
        </w:rPr>
        <w:t>. Bạn có thể tạo bao nhiêu đối tượng từ một lớp cũng được, miễn là mỗi đối tượng có một tên biến riêng hoặc nằm ở một vị trí riêng trong danh sách (list) hay từ điển (dictionary).</w:t>
      </w:r>
    </w:p>
    <w:p>
      <w:pPr>
        <w:spacing w:before="120" w:after="40"/>
      </w:pPr>
      <w:r>
        <w:rPr>
          <w:b/>
          <w:sz w:val="21"/>
        </w:rPr>
        <w:t>Tự thực hành</w:t>
      </w:r>
    </w:p>
    <w:p>
      <w:pPr>
        <w:spacing w:after="80"/>
      </w:pPr>
      <w:r>
        <w:rPr>
          <w:b/>
          <w:i w:val="0"/>
        </w:rPr>
        <w:t>9-1. Nhà hàng:</w:t>
      </w:r>
      <w:r>
        <w:rPr>
          <w:b w:val="0"/>
          <w:i w:val="0"/>
        </w:rPr>
        <w:t xml:space="preserve"> Tạo một lớp tên là </w:t>
      </w:r>
      <w:r>
        <w:rPr>
          <w:rFonts w:ascii="Consolas" w:hAnsi="Consolas"/>
          <w:b w:val="0"/>
          <w:i w:val="0"/>
          <w:sz w:val="20"/>
        </w:rPr>
        <w:t>Restaurant</w:t>
      </w:r>
      <w:r>
        <w:rPr>
          <w:b w:val="0"/>
          <w:i w:val="0"/>
        </w:rPr>
        <w:t xml:space="preserve">. Phương thức </w:t>
      </w:r>
      <w:r>
        <w:rPr>
          <w:rFonts w:ascii="Consolas" w:hAnsi="Consolas"/>
          <w:b w:val="0"/>
          <w:i w:val="0"/>
          <w:sz w:val="20"/>
        </w:rPr>
        <w:t>__init__()</w:t>
      </w:r>
      <w:r>
        <w:rPr>
          <w:b w:val="0"/>
          <w:i w:val="0"/>
        </w:rPr>
        <w:t xml:space="preserve"> của </w:t>
      </w:r>
      <w:r>
        <w:rPr>
          <w:rFonts w:ascii="Consolas" w:hAnsi="Consolas"/>
          <w:b w:val="0"/>
          <w:i w:val="0"/>
          <w:sz w:val="20"/>
        </w:rPr>
        <w:t>Restaurant</w:t>
      </w:r>
      <w:r>
        <w:rPr>
          <w:b w:val="0"/>
          <w:i w:val="0"/>
        </w:rPr>
        <w:t xml:space="preserve"> nên lưu hai thuộc tính: </w:t>
      </w:r>
      <w:r>
        <w:rPr>
          <w:rFonts w:ascii="Consolas" w:hAnsi="Consolas"/>
          <w:b w:val="0"/>
          <w:i w:val="0"/>
          <w:sz w:val="20"/>
        </w:rPr>
        <w:t>restaurant_name</w:t>
      </w:r>
      <w:r>
        <w:rPr>
          <w:b w:val="0"/>
          <w:i w:val="0"/>
        </w:rPr>
        <w:t xml:space="preserve"> và </w:t>
      </w:r>
      <w:r>
        <w:rPr>
          <w:rFonts w:ascii="Consolas" w:hAnsi="Consolas"/>
          <w:b w:val="0"/>
          <w:i w:val="0"/>
          <w:sz w:val="20"/>
        </w:rPr>
        <w:t>cuisine_type</w:t>
      </w:r>
      <w:r>
        <w:rPr>
          <w:b w:val="0"/>
          <w:i w:val="0"/>
        </w:rPr>
        <w:t xml:space="preserve">. Tạo một phương thức tên là </w:t>
      </w:r>
      <w:r>
        <w:rPr>
          <w:rFonts w:ascii="Consolas" w:hAnsi="Consolas"/>
          <w:b w:val="0"/>
          <w:i w:val="0"/>
          <w:sz w:val="20"/>
        </w:rPr>
        <w:t>describe_restaurant()</w:t>
      </w:r>
      <w:r>
        <w:rPr>
          <w:b w:val="0"/>
          <w:i w:val="0"/>
        </w:rPr>
        <w:t xml:space="preserve"> để in ra hai thông tin này, và một phương thức tên là </w:t>
      </w:r>
      <w:r>
        <w:rPr>
          <w:rFonts w:ascii="Consolas" w:hAnsi="Consolas"/>
          <w:b w:val="0"/>
          <w:i w:val="0"/>
          <w:sz w:val="20"/>
        </w:rPr>
        <w:t>open_restaurant()</w:t>
      </w:r>
      <w:r>
        <w:rPr>
          <w:b w:val="0"/>
          <w:i w:val="0"/>
        </w:rPr>
        <w:t xml:space="preserve"> để in ra thông báo rằng nhà hàng đang mở cửa.</w:t>
      </w:r>
    </w:p>
    <w:p>
      <w:pPr>
        <w:spacing w:after="80"/>
      </w:pPr>
      <w:r>
        <w:rPr>
          <w:b w:val="0"/>
          <w:i w:val="0"/>
        </w:rPr>
        <w:t xml:space="preserve">Tạo một đối tượng tên là </w:t>
      </w:r>
      <w:r>
        <w:rPr>
          <w:rFonts w:ascii="Consolas" w:hAnsi="Consolas"/>
          <w:b w:val="0"/>
          <w:i w:val="0"/>
          <w:sz w:val="20"/>
        </w:rPr>
        <w:t>restaurant</w:t>
      </w:r>
      <w:r>
        <w:rPr>
          <w:b w:val="0"/>
          <w:i w:val="0"/>
        </w:rPr>
        <w:t xml:space="preserve"> từ lớp của bạn. In riêng từng thuộc tính, rồi gọi cả hai phương thức.</w:t>
      </w:r>
    </w:p>
    <w:p>
      <w:pPr>
        <w:spacing w:after="80"/>
      </w:pPr>
      <w:r>
        <w:rPr>
          <w:b/>
          <w:i w:val="0"/>
        </w:rPr>
        <w:t>9-2. Ba nhà hàng:</w:t>
      </w:r>
      <w:r>
        <w:rPr>
          <w:b w:val="0"/>
          <w:i w:val="0"/>
        </w:rPr>
        <w:t xml:space="preserve"> Bắt đầu với lớp của bạn từ Bài tập 9-1. Tạo ba đối tượng khác nhau từ lớp này, và gọi </w:t>
      </w:r>
      <w:r>
        <w:rPr>
          <w:rFonts w:ascii="Consolas" w:hAnsi="Consolas"/>
          <w:b w:val="0"/>
          <w:i w:val="0"/>
          <w:sz w:val="20"/>
        </w:rPr>
        <w:t>describe_restaurant()</w:t>
      </w:r>
      <w:r>
        <w:rPr>
          <w:b w:val="0"/>
          <w:i w:val="0"/>
        </w:rPr>
        <w:t xml:space="preserve"> cho từng đối tượng.</w:t>
      </w:r>
    </w:p>
    <w:p>
      <w:pPr>
        <w:spacing w:after="80"/>
      </w:pPr>
      <w:r>
        <w:rPr>
          <w:b/>
          <w:i w:val="0"/>
        </w:rPr>
        <w:t>9-3. Người dùng:</w:t>
      </w:r>
      <w:r>
        <w:rPr>
          <w:b w:val="0"/>
          <w:i w:val="0"/>
        </w:rPr>
        <w:t xml:space="preserve"> Tạo một lớp có tên </w:t>
      </w:r>
      <w:r>
        <w:rPr>
          <w:rFonts w:ascii="Consolas" w:hAnsi="Consolas"/>
          <w:b w:val="0"/>
          <w:i w:val="0"/>
          <w:sz w:val="20"/>
        </w:rPr>
        <w:t>User</w:t>
      </w:r>
      <w:r>
        <w:rPr>
          <w:b w:val="0"/>
          <w:i w:val="0"/>
        </w:rPr>
        <w:t xml:space="preserve">. Tạo hai thuộc tính có tên </w:t>
      </w:r>
      <w:r>
        <w:rPr>
          <w:rFonts w:ascii="Consolas" w:hAnsi="Consolas"/>
          <w:b w:val="0"/>
          <w:i w:val="0"/>
          <w:sz w:val="20"/>
        </w:rPr>
        <w:t>first_name</w:t>
      </w:r>
      <w:r>
        <w:rPr>
          <w:b w:val="0"/>
          <w:i w:val="0"/>
        </w:rPr>
        <w:t xml:space="preserve"> và </w:t>
      </w:r>
      <w:r>
        <w:rPr>
          <w:rFonts w:ascii="Consolas" w:hAnsi="Consolas"/>
          <w:b w:val="0"/>
          <w:i w:val="0"/>
          <w:sz w:val="20"/>
        </w:rPr>
        <w:t>last_name</w:t>
      </w:r>
      <w:r>
        <w:rPr>
          <w:b w:val="0"/>
          <w:i w:val="0"/>
        </w:rPr>
        <w:t xml:space="preserve">, sau đó tạo thêm vài thuộc tính khác thường được lưu trong hồ sơ người dùng. Tạo một phương thức có tên </w:t>
      </w:r>
      <w:r>
        <w:rPr>
          <w:rFonts w:ascii="Consolas" w:hAnsi="Consolas"/>
          <w:b w:val="0"/>
          <w:i w:val="0"/>
          <w:sz w:val="20"/>
        </w:rPr>
        <w:t>describe_user()</w:t>
      </w:r>
      <w:r>
        <w:rPr>
          <w:b w:val="0"/>
          <w:i w:val="0"/>
        </w:rPr>
        <w:t xml:space="preserve"> để in ra bản tóm tắt thông tin của người dùng. Tạo một phương thức khác có tên </w:t>
      </w:r>
      <w:r>
        <w:rPr>
          <w:rFonts w:ascii="Consolas" w:hAnsi="Consolas"/>
          <w:b w:val="0"/>
          <w:i w:val="0"/>
          <w:sz w:val="20"/>
        </w:rPr>
        <w:t>greet_user()</w:t>
      </w:r>
      <w:r>
        <w:rPr>
          <w:b w:val="0"/>
          <w:i w:val="0"/>
        </w:rPr>
        <w:t xml:space="preserve"> để in ra lời chào được cá nhân hóa cho người dùng.</w:t>
      </w:r>
    </w:p>
    <w:p>
      <w:pPr>
        <w:spacing w:after="80"/>
      </w:pPr>
      <w:r>
        <w:rPr>
          <w:b w:val="0"/>
          <w:i w:val="0"/>
        </w:rPr>
        <w:t>Tạo vài đối tượng (instance) đại diện cho những người dùng khác nhau, rồi gọi cả hai phương thức cho từng người dùng.</w:t>
      </w:r>
    </w:p>
    <w:p>
      <w:pPr>
        <w:pStyle w:val="Heading2"/>
      </w:pPr>
      <w:r>
        <w:rPr>
          <w:rFonts w:ascii="Calibri" w:hAnsi="Calibri"/>
          <w:b/>
          <w:i w:val="0"/>
          <w:sz w:val="32"/>
        </w:rPr>
        <w:t>Làm việc với Lớp và Đối tượng</w:t>
      </w:r>
    </w:p>
    <w:p>
      <w:pPr>
        <w:spacing w:after="80"/>
      </w:pPr>
      <w:r>
        <w:rPr>
          <w:b w:val="0"/>
          <w:i w:val="0"/>
        </w:rPr>
        <w:t>Bạn có thể dùng lớp (class) để mô phỏng nhiều tình huống trong thế giới thực. Sau khi viết xong một lớp, bạn sẽ dành phần lớn thời gian để làm việc với các đối tượng (instance) được tạo ra từ lớp đó. Một trong những việc đầu tiên bạn muốn làm là chỉnh sửa các thuộc tính (attribute) gắn với một đối tượng cụ thể. Bạn có thể sửa trực tiếp thuộc tính của một đối tượng, hoặc viết các phương thức (method) để cập nhật thuộc tính theo những cách cụ thể.</w:t>
      </w:r>
    </w:p>
    <w:p>
      <w:pPr>
        <w:pStyle w:val="Heading3"/>
      </w:pPr>
      <w:r>
        <w:rPr>
          <w:rFonts w:ascii="Calibri" w:hAnsi="Calibri"/>
          <w:b/>
          <w:i w:val="0"/>
          <w:sz w:val="27"/>
        </w:rPr>
        <w:t>Lớp Car</w:t>
      </w:r>
    </w:p>
    <w:p>
      <w:pPr>
        <w:spacing w:after="80"/>
      </w:pPr>
      <w:r>
        <w:rPr>
          <w:b w:val="0"/>
          <w:i w:val="0"/>
        </w:rPr>
        <w:t>Hãy viết một lớp mới mô phỏng một chiếc xe hơi. Lớp của chúng ta sẽ lưu thông tin về loại xe mà ta đang làm việc, và nó sẽ có một phương thức tóm tắt thông tin này:</w:t>
      </w:r>
    </w:p>
    <w:p>
      <w:pPr>
        <w:spacing w:after="80"/>
      </w:pPr>
      <w:r>
        <w:rPr>
          <w:b w:val="0"/>
          <w:i w:val="0"/>
        </w:rPr>
        <w:t>car.py</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val="0"/>
          <w:sz w:val="18"/>
        </w:rPr>
        <w:t xml:space="preserve">    """A simple attempt to represent a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make, model, year):</w:t>
      </w:r>
    </w:p>
    <w:p>
      <w:pPr>
        <w:spacing w:after="0"/>
        <w:ind w:left="360"/>
        <w:shd w:val="clear" w:color="auto" w:fill="F2F2F2"/>
      </w:pPr>
      <w:r>
        <w:rPr>
          <w:rFonts w:ascii="Consolas" w:hAnsi="Consolas"/>
          <w:b w:val="0"/>
          <w:i w:val="0"/>
          <w:sz w:val="18"/>
        </w:rPr>
        <w:t xml:space="preserve">        """Initialize attributes to describe a car."""</w:t>
      </w:r>
    </w:p>
    <w:p>
      <w:pPr>
        <w:spacing w:after="0"/>
        <w:ind w:left="360"/>
        <w:shd w:val="clear" w:color="auto" w:fill="F2F2F2"/>
      </w:pPr>
      <w:r>
        <w:rPr>
          <w:rFonts w:ascii="Consolas" w:hAnsi="Consolas"/>
          <w:b w:val="0"/>
          <w:i w:val="0"/>
          <w:sz w:val="18"/>
        </w:rPr>
        <w:t xml:space="preserve">        self.make = make</w:t>
      </w:r>
    </w:p>
    <w:p>
      <w:pPr>
        <w:spacing w:after="0"/>
        <w:ind w:left="360"/>
        <w:shd w:val="clear" w:color="auto" w:fill="F2F2F2"/>
      </w:pPr>
      <w:r>
        <w:rPr>
          <w:rFonts w:ascii="Consolas" w:hAnsi="Consolas"/>
          <w:b w:val="0"/>
          <w:i w:val="0"/>
          <w:sz w:val="18"/>
        </w:rPr>
        <w:t xml:space="preserve">        self.model = model</w:t>
      </w:r>
    </w:p>
    <w:p>
      <w:pPr>
        <w:spacing w:after="0"/>
        <w:ind w:left="360"/>
        <w:shd w:val="clear" w:color="auto" w:fill="F2F2F2"/>
      </w:pPr>
      <w:r>
        <w:rPr>
          <w:rFonts w:ascii="Consolas" w:hAnsi="Consolas"/>
          <w:b w:val="0"/>
          <w:i w:val="0"/>
          <w:sz w:val="18"/>
        </w:rPr>
        <w:t xml:space="preserve">        self.year = year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get_descriptive_name(self):</w:t>
      </w:r>
    </w:p>
    <w:p>
      <w:pPr>
        <w:spacing w:after="0"/>
        <w:ind w:left="360"/>
        <w:shd w:val="clear" w:color="auto" w:fill="F2F2F2"/>
      </w:pPr>
      <w:r>
        <w:rPr>
          <w:rFonts w:ascii="Consolas" w:hAnsi="Consolas"/>
          <w:b w:val="0"/>
          <w:i w:val="0"/>
          <w:sz w:val="18"/>
        </w:rPr>
        <w:t xml:space="preserve">        """Return a neatly formatted descriptive name."""</w:t>
      </w:r>
    </w:p>
    <w:p>
      <w:pPr>
        <w:spacing w:after="0"/>
        <w:ind w:left="360"/>
        <w:shd w:val="clear" w:color="auto" w:fill="F2F2F2"/>
      </w:pPr>
      <w:r>
        <w:rPr>
          <w:rFonts w:ascii="Consolas" w:hAnsi="Consolas"/>
          <w:b w:val="0"/>
          <w:i w:val="0"/>
          <w:sz w:val="18"/>
        </w:rPr>
        <w:t xml:space="preserve">        long_name = f"{self.year} {self.make} {self.model}"</w:t>
      </w:r>
    </w:p>
    <w:p>
      <w:pPr>
        <w:spacing w:after="0"/>
        <w:ind w:left="360"/>
        <w:shd w:val="clear" w:color="auto" w:fill="F2F2F2"/>
      </w:pPr>
      <w:r>
        <w:rPr>
          <w:rFonts w:ascii="Consolas" w:hAnsi="Consolas"/>
          <w:b w:val="0"/>
          <w:i w:val="0"/>
          <w:sz w:val="18"/>
        </w:rPr>
        <w:t xml:space="preserve">        return long_name.title()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my_new_car = Car('audi', 'a4', 2024)</w:t>
      </w:r>
    </w:p>
    <w:p>
      <w:pPr>
        <w:spacing w:after="0"/>
        <w:ind w:left="360"/>
        <w:shd w:val="clear" w:color="auto" w:fill="F2F2F2"/>
      </w:pPr>
      <w:r>
        <w:rPr>
          <w:rFonts w:ascii="Consolas" w:hAnsi="Consolas"/>
          <w:b w:val="0"/>
          <w:i w:val="0"/>
          <w:sz w:val="18"/>
        </w:rPr>
        <w:t>print(my_new_car.get_descriptive_name())</w:t>
      </w:r>
    </w:p>
    <w:p>
      <w:pPr>
        <w:spacing w:after="40"/>
      </w:pPr>
    </w:p>
    <w:p>
      <w:pPr>
        <w:spacing w:after="80"/>
      </w:pPr>
      <w:r>
        <w:rPr>
          <w:b w:val="0"/>
          <w:i w:val="0"/>
        </w:rPr>
        <w:t xml:space="preserve">Trong lớp </w:t>
      </w:r>
      <w:r>
        <w:rPr>
          <w:rFonts w:ascii="Consolas" w:hAnsi="Consolas"/>
          <w:b w:val="0"/>
          <w:i w:val="0"/>
          <w:sz w:val="20"/>
        </w:rPr>
        <w:t>Car</w:t>
      </w:r>
      <w:r>
        <w:rPr>
          <w:b w:val="0"/>
          <w:i w:val="0"/>
        </w:rPr>
        <w:t xml:space="preserve">, ta định nghĩa phương thức </w:t>
      </w:r>
      <w:r>
        <w:rPr>
          <w:rFonts w:ascii="Consolas" w:hAnsi="Consolas"/>
          <w:b w:val="0"/>
          <w:i w:val="0"/>
          <w:sz w:val="20"/>
        </w:rPr>
        <w:t>__init__()</w:t>
      </w:r>
      <w:r>
        <w:rPr>
          <w:b w:val="0"/>
          <w:i w:val="0"/>
        </w:rPr>
        <w:t xml:space="preserve"> với tham số </w:t>
      </w:r>
      <w:r>
        <w:rPr>
          <w:rFonts w:ascii="Consolas" w:hAnsi="Consolas"/>
          <w:b w:val="0"/>
          <w:i w:val="0"/>
          <w:sz w:val="20"/>
        </w:rPr>
        <w:t>self</w:t>
      </w:r>
      <w:r>
        <w:rPr>
          <w:b w:val="0"/>
          <w:i w:val="0"/>
        </w:rPr>
        <w:t xml:space="preserve"> đặt đầu tiên ❶, giống như ta đã làm với lớp </w:t>
      </w:r>
      <w:r>
        <w:rPr>
          <w:rFonts w:ascii="Consolas" w:hAnsi="Consolas"/>
          <w:b w:val="0"/>
          <w:i w:val="0"/>
          <w:sz w:val="20"/>
        </w:rPr>
        <w:t>Dog</w:t>
      </w:r>
      <w:r>
        <w:rPr>
          <w:b w:val="0"/>
          <w:i w:val="0"/>
        </w:rPr>
        <w:t xml:space="preserve">. Ta cũng truyền thêm ba tham số khác: </w:t>
      </w:r>
      <w:r>
        <w:rPr>
          <w:rFonts w:ascii="Consolas" w:hAnsi="Consolas"/>
          <w:b w:val="0"/>
          <w:i w:val="0"/>
          <w:sz w:val="20"/>
        </w:rPr>
        <w:t>make</w:t>
      </w:r>
      <w:r>
        <w:rPr>
          <w:b w:val="0"/>
          <w:i w:val="0"/>
        </w:rPr>
        <w:t xml:space="preserve">, </w:t>
      </w:r>
      <w:r>
        <w:rPr>
          <w:rFonts w:ascii="Consolas" w:hAnsi="Consolas"/>
          <w:b w:val="0"/>
          <w:i w:val="0"/>
          <w:sz w:val="20"/>
        </w:rPr>
        <w:t>model</w:t>
      </w:r>
      <w:r>
        <w:rPr>
          <w:b w:val="0"/>
          <w:i w:val="0"/>
        </w:rPr>
        <w:t xml:space="preserve"> và </w:t>
      </w:r>
      <w:r>
        <w:rPr>
          <w:rFonts w:ascii="Consolas" w:hAnsi="Consolas"/>
          <w:b w:val="0"/>
          <w:i w:val="0"/>
          <w:sz w:val="20"/>
        </w:rPr>
        <w:t>year</w:t>
      </w:r>
      <w:r>
        <w:rPr>
          <w:b w:val="0"/>
          <w:i w:val="0"/>
        </w:rPr>
        <w:t xml:space="preserve">. Phương thức </w:t>
      </w:r>
      <w:r>
        <w:rPr>
          <w:rFonts w:ascii="Consolas" w:hAnsi="Consolas"/>
          <w:b w:val="0"/>
          <w:i w:val="0"/>
          <w:sz w:val="20"/>
        </w:rPr>
        <w:t>__init__()</w:t>
      </w:r>
      <w:r>
        <w:rPr>
          <w:b w:val="0"/>
          <w:i w:val="0"/>
        </w:rPr>
        <w:t xml:space="preserve"> nhận các tham số này rồi gán chúng cho các thuộc tính sẽ gắn với những đối tượng được tạo từ lớp này. Khi tạo một đối tượng </w:t>
      </w:r>
      <w:r>
        <w:rPr>
          <w:rFonts w:ascii="Consolas" w:hAnsi="Consolas"/>
          <w:b w:val="0"/>
          <w:i w:val="0"/>
          <w:sz w:val="20"/>
        </w:rPr>
        <w:t>Car</w:t>
      </w:r>
      <w:r>
        <w:rPr>
          <w:b w:val="0"/>
          <w:i w:val="0"/>
        </w:rPr>
        <w:t xml:space="preserve"> mới, ta sẽ cần chỉ định hãng, dòng xe và năm sản xuất cho đối tượng đó.</w:t>
      </w:r>
    </w:p>
    <w:p>
      <w:pPr>
        <w:spacing w:after="80"/>
      </w:pPr>
      <w:r>
        <w:rPr>
          <w:b w:val="0"/>
          <w:i w:val="0"/>
        </w:rPr>
        <w:t xml:space="preserve">Ta định nghĩa một phương thức có tên </w:t>
      </w:r>
      <w:r>
        <w:rPr>
          <w:rFonts w:ascii="Consolas" w:hAnsi="Consolas"/>
          <w:b w:val="0"/>
          <w:i w:val="0"/>
          <w:sz w:val="20"/>
        </w:rPr>
        <w:t>get_descriptive_name()</w:t>
      </w:r>
      <w:r>
        <w:rPr>
          <w:b w:val="0"/>
          <w:i w:val="0"/>
        </w:rPr>
        <w:t xml:space="preserve"> ❷ để gộp </w:t>
      </w:r>
      <w:r>
        <w:rPr>
          <w:rFonts w:ascii="Consolas" w:hAnsi="Consolas"/>
          <w:b w:val="0"/>
          <w:i w:val="0"/>
          <w:sz w:val="20"/>
        </w:rPr>
        <w:t>year</w:t>
      </w:r>
      <w:r>
        <w:rPr>
          <w:b w:val="0"/>
          <w:i w:val="0"/>
        </w:rPr>
        <w:t xml:space="preserve">, </w:t>
      </w:r>
      <w:r>
        <w:rPr>
          <w:rFonts w:ascii="Consolas" w:hAnsi="Consolas"/>
          <w:b w:val="0"/>
          <w:i w:val="0"/>
          <w:sz w:val="20"/>
        </w:rPr>
        <w:t>make</w:t>
      </w:r>
      <w:r>
        <w:rPr>
          <w:b w:val="0"/>
          <w:i w:val="0"/>
        </w:rPr>
        <w:t xml:space="preserve"> và </w:t>
      </w:r>
      <w:r>
        <w:rPr>
          <w:rFonts w:ascii="Consolas" w:hAnsi="Consolas"/>
          <w:b w:val="0"/>
          <w:i w:val="0"/>
          <w:sz w:val="20"/>
        </w:rPr>
        <w:t>model</w:t>
      </w:r>
      <w:r>
        <w:rPr>
          <w:b w:val="0"/>
          <w:i w:val="0"/>
        </w:rPr>
        <w:t xml:space="preserve"> của xe thành một chuỗi mô tả chiếc xe một cách gọn gàng. Điều này giúp ta khỏi phải in giá trị của từng thuộc tính riêng lẻ. Để làm việc với các giá trị thuộc tính trong phương thức này, ta dùng </w:t>
      </w:r>
      <w:r>
        <w:rPr>
          <w:rFonts w:ascii="Consolas" w:hAnsi="Consolas"/>
          <w:b w:val="0"/>
          <w:i w:val="0"/>
          <w:sz w:val="20"/>
        </w:rPr>
        <w:t>self.make</w:t>
      </w:r>
      <w:r>
        <w:rPr>
          <w:b w:val="0"/>
          <w:i w:val="0"/>
        </w:rPr>
        <w:t xml:space="preserve">, </w:t>
      </w:r>
      <w:r>
        <w:rPr>
          <w:rFonts w:ascii="Consolas" w:hAnsi="Consolas"/>
          <w:b w:val="0"/>
          <w:i w:val="0"/>
          <w:sz w:val="20"/>
        </w:rPr>
        <w:t>self.model</w:t>
      </w:r>
      <w:r>
        <w:rPr>
          <w:b w:val="0"/>
          <w:i w:val="0"/>
        </w:rPr>
        <w:t xml:space="preserve"> và </w:t>
      </w:r>
      <w:r>
        <w:rPr>
          <w:rFonts w:ascii="Consolas" w:hAnsi="Consolas"/>
          <w:b w:val="0"/>
          <w:i w:val="0"/>
          <w:sz w:val="20"/>
        </w:rPr>
        <w:t>self.year</w:t>
      </w:r>
      <w:r>
        <w:rPr>
          <w:b w:val="0"/>
          <w:i w:val="0"/>
        </w:rPr>
        <w:t xml:space="preserve">. Bên ngoài lớp, ta tạo một đối tượng từ lớp </w:t>
      </w:r>
      <w:r>
        <w:rPr>
          <w:rFonts w:ascii="Consolas" w:hAnsi="Consolas"/>
          <w:b w:val="0"/>
          <w:i w:val="0"/>
          <w:sz w:val="20"/>
        </w:rPr>
        <w:t>Car</w:t>
      </w:r>
      <w:r>
        <w:rPr>
          <w:b w:val="0"/>
          <w:i w:val="0"/>
        </w:rPr>
        <w:t xml:space="preserve"> và gán nó cho biến </w:t>
      </w:r>
      <w:r>
        <w:rPr>
          <w:rFonts w:ascii="Consolas" w:hAnsi="Consolas"/>
          <w:b w:val="0"/>
          <w:i w:val="0"/>
          <w:sz w:val="20"/>
        </w:rPr>
        <w:t>my_new_car</w:t>
      </w:r>
      <w:r>
        <w:rPr>
          <w:b w:val="0"/>
          <w:i w:val="0"/>
        </w:rPr>
        <w:t xml:space="preserve"> ❸. Sau đó ta gọi </w:t>
      </w:r>
      <w:r>
        <w:rPr>
          <w:rFonts w:ascii="Consolas" w:hAnsi="Consolas"/>
          <w:b w:val="0"/>
          <w:i w:val="0"/>
          <w:sz w:val="20"/>
        </w:rPr>
        <w:t>get_descriptive_name()</w:t>
      </w:r>
      <w:r>
        <w:rPr>
          <w:b w:val="0"/>
          <w:i w:val="0"/>
        </w:rPr>
        <w:t xml:space="preserve"> để hiển thị xem ta đang có chiếc xe gì:</w:t>
      </w:r>
    </w:p>
    <w:p>
      <w:pPr>
        <w:spacing w:after="80"/>
      </w:pPr>
      <w:r>
        <w:rPr>
          <w:b w:val="0"/>
          <w:i w:val="0"/>
        </w:rPr>
        <w:t>2024 Audi A4</w:t>
      </w:r>
    </w:p>
    <w:p>
      <w:pPr>
        <w:spacing w:after="80"/>
      </w:pPr>
      <w:r>
        <w:rPr>
          <w:b w:val="0"/>
          <w:i w:val="0"/>
        </w:rPr>
        <w:t>Để lớp thêm phần thú vị, hãy thêm một thuộc tính thay đổi theo thời gian. Ta sẽ thêm một thuộc tính lưu tổng số dặm (mileage) mà xe đã chạy.</w:t>
      </w:r>
    </w:p>
    <w:p>
      <w:pPr>
        <w:pStyle w:val="Heading3"/>
      </w:pPr>
      <w:r>
        <w:rPr>
          <w:rFonts w:ascii="Calibri" w:hAnsi="Calibri"/>
          <w:b/>
          <w:i w:val="0"/>
          <w:sz w:val="27"/>
        </w:rPr>
        <w:t>Đặt Giá trị Mặc định cho một Thuộc tính</w:t>
      </w:r>
    </w:p>
    <w:p>
      <w:pPr>
        <w:spacing w:after="80"/>
      </w:pPr>
      <w:r>
        <w:rPr>
          <w:b w:val="0"/>
          <w:i w:val="0"/>
        </w:rPr>
        <w:t xml:space="preserve">Khi một đối tượng được tạo ra, các thuộc tính có thể được định nghĩa mà không cần truyền vào dưới dạng tham số. Những thuộc tính này có thể được định nghĩa trong phương thức </w:t>
      </w:r>
      <w:r>
        <w:rPr>
          <w:rFonts w:ascii="Consolas" w:hAnsi="Consolas"/>
          <w:b w:val="0"/>
          <w:i w:val="0"/>
          <w:sz w:val="20"/>
        </w:rPr>
        <w:t>__init__()</w:t>
      </w:r>
      <w:r>
        <w:rPr>
          <w:b w:val="0"/>
          <w:i w:val="0"/>
        </w:rPr>
        <w:t>, nơi chúng được gán một giá trị mặc định.</w:t>
      </w:r>
    </w:p>
    <w:p>
      <w:pPr>
        <w:spacing w:after="80"/>
      </w:pPr>
      <w:r>
        <w:rPr>
          <w:b w:val="0"/>
          <w:i w:val="0"/>
        </w:rPr>
        <w:t xml:space="preserve">Hãy thêm một thuộc tính có tên </w:t>
      </w:r>
      <w:r>
        <w:rPr>
          <w:rFonts w:ascii="Consolas" w:hAnsi="Consolas"/>
          <w:b w:val="0"/>
          <w:i w:val="0"/>
          <w:sz w:val="20"/>
        </w:rPr>
        <w:t>odometer_reading</w:t>
      </w:r>
      <w:r>
        <w:rPr>
          <w:b w:val="0"/>
          <w:i w:val="0"/>
        </w:rPr>
        <w:t xml:space="preserve"> luôn bắt đầu với giá trị 0. Ta cũng sẽ thêm một phương thức </w:t>
      </w:r>
      <w:r>
        <w:rPr>
          <w:rFonts w:ascii="Consolas" w:hAnsi="Consolas"/>
          <w:b w:val="0"/>
          <w:i w:val="0"/>
          <w:sz w:val="20"/>
        </w:rPr>
        <w:t>read_odometer()</w:t>
      </w:r>
      <w:r>
        <w:rPr>
          <w:b w:val="0"/>
          <w:i w:val="0"/>
        </w:rPr>
        <w:t xml:space="preserve"> giúp ta đọc số công-tơ-mét (đồng hồ đo quãng đường) của mỗi chiếc xe:</w:t>
      </w:r>
    </w:p>
    <w:p>
      <w:pPr>
        <w:spacing w:after="0"/>
        <w:ind w:left="360"/>
        <w:shd w:val="clear" w:color="auto" w:fill="F2F2F2"/>
      </w:pPr>
      <w:r>
        <w:rPr>
          <w:rFonts w:ascii="Consolas" w:hAnsi="Consolas"/>
          <w:b w:val="0"/>
          <w:i w:val="0"/>
          <w:sz w:val="18"/>
        </w:rPr>
        <w:t>class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"""Initialize attributes to describe a car."""</w:t>
      </w:r>
    </w:p>
    <w:p>
      <w:pPr>
        <w:spacing w:after="0"/>
        <w:ind w:left="360"/>
        <w:shd w:val="clear" w:color="auto" w:fill="F2F2F2"/>
      </w:pPr>
      <w:r>
        <w:rPr>
          <w:rFonts w:ascii="Consolas" w:hAnsi="Consolas"/>
          <w:b w:val="0"/>
          <w:i w:val="0"/>
          <w:sz w:val="18"/>
        </w:rPr>
        <w:t xml:space="preserve">        self.make = make</w:t>
      </w:r>
    </w:p>
    <w:p>
      <w:pPr>
        <w:spacing w:after="0"/>
        <w:ind w:left="360"/>
        <w:shd w:val="clear" w:color="auto" w:fill="F2F2F2"/>
      </w:pPr>
      <w:r>
        <w:rPr>
          <w:rFonts w:ascii="Consolas" w:hAnsi="Consolas"/>
          <w:b w:val="0"/>
          <w:i w:val="0"/>
          <w:sz w:val="18"/>
        </w:rPr>
        <w:t xml:space="preserve">        self.model = model</w:t>
      </w:r>
    </w:p>
    <w:p>
      <w:pPr>
        <w:spacing w:after="0"/>
        <w:ind w:left="360"/>
        <w:shd w:val="clear" w:color="auto" w:fill="F2F2F2"/>
      </w:pPr>
      <w:r>
        <w:rPr>
          <w:rFonts w:ascii="Consolas" w:hAnsi="Consolas"/>
          <w:b w:val="0"/>
          <w:i w:val="0"/>
          <w:sz w:val="18"/>
        </w:rPr>
        <w:t xml:space="preserve">        self.year = year</w:t>
      </w:r>
    </w:p>
    <w:p>
      <w:pPr>
        <w:spacing w:after="0"/>
        <w:ind w:left="360"/>
        <w:shd w:val="clear" w:color="auto" w:fill="F2F2F2"/>
      </w:pPr>
      <w:r>
        <w:rPr>
          <w:rFonts w:ascii="Consolas" w:hAnsi="Consolas"/>
          <w:b w:val="0"/>
          <w:i w:val="0"/>
          <w:sz w:val="18"/>
        </w:rPr>
        <w:t>❶         self.odometer_reading = 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get_descriptive_name(self):</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read_odometer(self):</w:t>
      </w:r>
    </w:p>
    <w:p>
      <w:pPr>
        <w:spacing w:after="0"/>
        <w:ind w:left="360"/>
        <w:shd w:val="clear" w:color="auto" w:fill="F2F2F2"/>
      </w:pPr>
      <w:r>
        <w:rPr>
          <w:rFonts w:ascii="Consolas" w:hAnsi="Consolas"/>
          <w:b w:val="0"/>
          <w:i w:val="0"/>
          <w:sz w:val="18"/>
        </w:rPr>
        <w:t xml:space="preserve">        """Print a statement showing the car's mileage."""</w:t>
      </w:r>
    </w:p>
    <w:p>
      <w:pPr>
        <w:spacing w:after="0"/>
        <w:ind w:left="360"/>
        <w:shd w:val="clear" w:color="auto" w:fill="F2F2F2"/>
      </w:pPr>
      <w:r>
        <w:rPr>
          <w:rFonts w:ascii="Consolas" w:hAnsi="Consolas"/>
          <w:b w:val="0"/>
          <w:i w:val="0"/>
          <w:sz w:val="18"/>
        </w:rPr>
        <w:t xml:space="preserve">        print(f"This car has {self.odometer_reading} miles on 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 = Car('audi', 'a4', 2024)</w:t>
      </w:r>
    </w:p>
    <w:p>
      <w:pPr>
        <w:spacing w:after="0"/>
        <w:ind w:left="360"/>
        <w:shd w:val="clear" w:color="auto" w:fill="F2F2F2"/>
      </w:pPr>
      <w:r>
        <w:rPr>
          <w:rFonts w:ascii="Consolas" w:hAnsi="Consolas"/>
          <w:b w:val="0"/>
          <w:i w:val="0"/>
          <w:sz w:val="18"/>
        </w:rPr>
        <w:t>print(my_new_car.get_descriptive_name())</w:t>
      </w:r>
    </w:p>
    <w:p>
      <w:pPr>
        <w:spacing w:after="0"/>
        <w:ind w:left="360"/>
        <w:shd w:val="clear" w:color="auto" w:fill="F2F2F2"/>
      </w:pPr>
      <w:r>
        <w:rPr>
          <w:rFonts w:ascii="Consolas" w:hAnsi="Consolas"/>
          <w:b w:val="0"/>
          <w:i w:val="0"/>
          <w:sz w:val="18"/>
        </w:rPr>
        <w:t>my_new_car.read_odometer()</w:t>
      </w:r>
    </w:p>
    <w:p>
      <w:pPr>
        <w:spacing w:after="40"/>
      </w:pPr>
    </w:p>
    <w:p>
      <w:pPr>
        <w:spacing w:after="80"/>
      </w:pPr>
      <w:r>
        <w:rPr>
          <w:b w:val="0"/>
          <w:i w:val="0"/>
        </w:rPr>
        <w:t xml:space="preserve">Lần này, khi Python gọi phương thức </w:t>
      </w:r>
      <w:r>
        <w:rPr>
          <w:rFonts w:ascii="Consolas" w:hAnsi="Consolas"/>
          <w:b w:val="0"/>
          <w:i w:val="0"/>
          <w:sz w:val="20"/>
        </w:rPr>
        <w:t>__init__()</w:t>
      </w:r>
      <w:r>
        <w:rPr>
          <w:b w:val="0"/>
          <w:i w:val="0"/>
        </w:rPr>
        <w:t xml:space="preserve"> để tạo một thực thể (instance) mới, nó lưu các giá trị make, model và year dưới dạng thuộc tính (attribute), giống như trong ví dụ trước. Sau đó Python tạo một thuộc tính mới tên là </w:t>
      </w:r>
      <w:r>
        <w:rPr>
          <w:rFonts w:ascii="Consolas" w:hAnsi="Consolas"/>
          <w:b w:val="0"/>
          <w:i w:val="0"/>
          <w:sz w:val="20"/>
        </w:rPr>
        <w:t>odometer_reading</w:t>
      </w:r>
      <w:r>
        <w:rPr>
          <w:b w:val="0"/>
          <w:i w:val="0"/>
        </w:rPr>
        <w:t xml:space="preserve"> và đặt giá trị ban đầu cho nó là 0 ❶. Chúng ta cũng có một phương thức mới tên là </w:t>
      </w:r>
      <w:r>
        <w:rPr>
          <w:rFonts w:ascii="Consolas" w:hAnsi="Consolas"/>
          <w:b w:val="0"/>
          <w:i w:val="0"/>
          <w:sz w:val="20"/>
        </w:rPr>
        <w:t>read_odometer()</w:t>
      </w:r>
      <w:r>
        <w:rPr>
          <w:b w:val="0"/>
          <w:i w:val="0"/>
        </w:rPr>
        <w:t xml:space="preserve"> ❷ giúp việc đọc số dặm (mileage) của xe trở nên dễ dàng.</w:t>
      </w:r>
    </w:p>
    <w:p>
      <w:pPr>
        <w:spacing w:after="80"/>
      </w:pPr>
      <w:r>
        <w:rPr>
          <w:b w:val="0"/>
          <w:i w:val="0"/>
        </w:rPr>
        <w:t>Chiếc xe của chúng ta khởi đầu với số dặm là 0:</w:t>
      </w:r>
    </w:p>
    <w:p>
      <w:pPr>
        <w:spacing w:after="80"/>
      </w:pPr>
      <w:r>
        <w:rPr>
          <w:b w:val="0"/>
          <w:i w:val="0"/>
        </w:rPr>
        <w:t>2024 Audi A4</w:t>
      </w:r>
      <w:r>
        <w:br/>
      </w:r>
      <w:r>
        <w:rPr>
          <w:b w:val="0"/>
          <w:i w:val="0"/>
        </w:rPr>
        <w:t>Chiếc xe này đã chạy 0 dặm.</w:t>
      </w:r>
    </w:p>
    <w:p>
      <w:pPr>
        <w:spacing w:after="80"/>
      </w:pPr>
      <w:r>
        <w:rPr>
          <w:b w:val="0"/>
          <w:i w:val="0"/>
        </w:rPr>
        <w:t>Không có nhiều xe được bán ra với đúng 0 dặm trên đồng hồ đo quãng đường (odometer), nên chúng ta cần một cách để thay đổi giá trị của thuộc tính này.</w:t>
      </w:r>
    </w:p>
    <w:p>
      <w:pPr>
        <w:pStyle w:val="Heading3"/>
      </w:pPr>
      <w:r>
        <w:rPr>
          <w:rFonts w:ascii="Calibri" w:hAnsi="Calibri"/>
          <w:b/>
          <w:i w:val="0"/>
          <w:sz w:val="27"/>
        </w:rPr>
        <w:t>Thay đổi giá trị thuộc tính</w:t>
      </w:r>
    </w:p>
    <w:p>
      <w:pPr>
        <w:spacing w:after="80"/>
      </w:pPr>
      <w:r>
        <w:rPr>
          <w:b w:val="0"/>
          <w:i w:val="0"/>
        </w:rPr>
        <w:t>Bạn có thể thay đổi giá trị của một thuộc tính theo ba cách: thay đổi giá trị trực tiếp thông qua một thực thể, đặt giá trị thông qua một phương thức, hoặc tăng giá trị (cộng thêm một lượng nhất định vào nó) thông qua một phương thức. Hãy cùng xem xét từng cách tiếp cận này.</w:t>
      </w:r>
    </w:p>
    <w:p>
      <w:pPr>
        <w:pStyle w:val="Heading4"/>
      </w:pPr>
      <w:r>
        <w:rPr>
          <w:rFonts w:ascii="Calibri" w:hAnsi="Calibri"/>
          <w:b/>
          <w:i w:val="0"/>
          <w:sz w:val="24"/>
        </w:rPr>
        <w:t>Thay đổi giá trị thuộc tính trực tiếp</w:t>
      </w:r>
    </w:p>
    <w:p>
      <w:pPr>
        <w:spacing w:after="80"/>
      </w:pPr>
      <w:r>
        <w:rPr>
          <w:b w:val="0"/>
          <w:i w:val="0"/>
        </w:rPr>
        <w:t>Cách đơn giản nhất để thay đổi giá trị của một thuộc tính là truy cập thuộc tính đó trực tiếp thông qua một thực thể. Ở đây chúng ta đặt số đọc đồng hồ đo quãng đường thành 23 một cách trực tiếp:</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 = Car('audi', 'a4', 2024)</w:t>
      </w:r>
    </w:p>
    <w:p>
      <w:pPr>
        <w:spacing w:after="0"/>
        <w:ind w:left="360"/>
        <w:shd w:val="clear" w:color="auto" w:fill="F2F2F2"/>
      </w:pPr>
      <w:r>
        <w:rPr>
          <w:rFonts w:ascii="Consolas" w:hAnsi="Consolas"/>
          <w:b w:val="0"/>
          <w:i w:val="0"/>
          <w:sz w:val="18"/>
        </w:rPr>
        <w:t>print(my_new_car.get_descriptive_name())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my_new_car.odometer_reading = 23</w:t>
      </w:r>
    </w:p>
    <w:p>
      <w:pPr>
        <w:spacing w:after="0"/>
        <w:ind w:left="360"/>
        <w:shd w:val="clear" w:color="auto" w:fill="F2F2F2"/>
      </w:pPr>
      <w:r>
        <w:rPr>
          <w:rFonts w:ascii="Consolas" w:hAnsi="Consolas"/>
          <w:b w:val="0"/>
          <w:i w:val="0"/>
          <w:sz w:val="18"/>
        </w:rPr>
        <w:t>my_new_car.read_odometer()</w:t>
      </w:r>
    </w:p>
    <w:p>
      <w:pPr>
        <w:spacing w:after="40"/>
      </w:pPr>
    </w:p>
    <w:p>
      <w:pPr>
        <w:spacing w:after="80"/>
      </w:pPr>
      <w:r>
        <w:rPr>
          <w:b w:val="0"/>
          <w:i w:val="0"/>
        </w:rPr>
        <w:t xml:space="preserve">Chúng ta dùng ký pháp dấu chấm (dot notation) để truy cập thuộc tính </w:t>
      </w:r>
      <w:r>
        <w:rPr>
          <w:rFonts w:ascii="Consolas" w:hAnsi="Consolas"/>
          <w:b w:val="0"/>
          <w:i w:val="0"/>
          <w:sz w:val="20"/>
        </w:rPr>
        <w:t>odometer_reading</w:t>
      </w:r>
      <w:r>
        <w:rPr>
          <w:b w:val="0"/>
          <w:i w:val="0"/>
        </w:rPr>
        <w:t xml:space="preserve"> của xe, và đặt giá trị cho nó một cách trực tiếp. Dòng này bảo Python lấy thực thể </w:t>
      </w:r>
      <w:r>
        <w:rPr>
          <w:rFonts w:ascii="Consolas" w:hAnsi="Consolas"/>
          <w:b w:val="0"/>
          <w:i w:val="0"/>
          <w:sz w:val="20"/>
        </w:rPr>
        <w:t>my_new_car</w:t>
      </w:r>
      <w:r>
        <w:rPr>
          <w:b w:val="0"/>
          <w:i w:val="0"/>
        </w:rPr>
        <w:t xml:space="preserve">, tìm thuộc tính </w:t>
      </w:r>
      <w:r>
        <w:rPr>
          <w:rFonts w:ascii="Consolas" w:hAnsi="Consolas"/>
          <w:b w:val="0"/>
          <w:i w:val="0"/>
          <w:sz w:val="20"/>
        </w:rPr>
        <w:t>odometer_reading</w:t>
      </w:r>
      <w:r>
        <w:rPr>
          <w:b w:val="0"/>
          <w:i w:val="0"/>
        </w:rPr>
        <w:t xml:space="preserve"> gắn với nó, và đặt giá trị của thuộc tính đó thành 23:</w:t>
      </w:r>
    </w:p>
    <w:p>
      <w:pPr>
        <w:spacing w:after="80"/>
      </w:pPr>
      <w:r>
        <w:rPr>
          <w:b w:val="0"/>
          <w:i w:val="0"/>
        </w:rPr>
        <w:t>2024 Audi A4</w:t>
      </w:r>
      <w:r>
        <w:br/>
      </w:r>
      <w:r>
        <w:rPr>
          <w:b w:val="0"/>
          <w:i w:val="0"/>
        </w:rPr>
        <w:t>Chiếc xe này đã chạy 23 dặm.</w:t>
      </w:r>
    </w:p>
    <w:p>
      <w:pPr>
        <w:spacing w:after="80"/>
      </w:pPr>
      <w:r>
        <w:rPr>
          <w:b w:val="0"/>
          <w:i w:val="0"/>
        </w:rPr>
        <w:t>Đôi khi bạn sẽ muốn truy cập các thuộc tính trực tiếp như thế này, nhưng những lúc khác bạn sẽ muốn viết một phương thức để cập nhật giá trị giúp bạn.</w:t>
      </w:r>
    </w:p>
    <w:p>
      <w:pPr>
        <w:pStyle w:val="Heading4"/>
      </w:pPr>
      <w:r>
        <w:rPr>
          <w:rFonts w:ascii="Calibri" w:hAnsi="Calibri"/>
          <w:b/>
          <w:i w:val="0"/>
          <w:sz w:val="24"/>
        </w:rPr>
        <w:t>Thay đổi giá trị thuộc tính thông qua một phương thức</w:t>
      </w:r>
    </w:p>
    <w:p>
      <w:pPr>
        <w:spacing w:after="80"/>
      </w:pPr>
      <w:r>
        <w:rPr>
          <w:b w:val="0"/>
          <w:i w:val="0"/>
        </w:rPr>
        <w:t>Sẽ rất hữu ích khi có những phương thức cập nhật một số thuộc tính giúp bạn. Thay vì truy cập thuộc tính trực tiếp, bạn truyền giá trị mới vào một phương thức xử lý việc cập nhật ở bên trong.</w:t>
      </w:r>
    </w:p>
    <w:p>
      <w:pPr>
        <w:spacing w:after="80"/>
      </w:pPr>
      <w:r>
        <w:rPr>
          <w:b w:val="0"/>
          <w:i w:val="0"/>
        </w:rPr>
        <w:t xml:space="preserve">Đây là một ví dụ minh họa một phương thức tên là </w:t>
      </w:r>
      <w:r>
        <w:rPr>
          <w:rFonts w:ascii="Consolas" w:hAnsi="Consolas"/>
          <w:b w:val="0"/>
          <w:i w:val="0"/>
          <w:sz w:val="20"/>
        </w:rPr>
        <w:t>update_odometer()</w:t>
      </w:r>
      <w:r>
        <w:rPr>
          <w:b w:val="0"/>
          <w:i w:val="0"/>
        </w:rPr>
        <w:t>:</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update_odometer(self, mileage):</w:t>
      </w:r>
    </w:p>
    <w:p>
      <w:pPr>
        <w:spacing w:after="0"/>
        <w:ind w:left="360"/>
        <w:shd w:val="clear" w:color="auto" w:fill="F2F2F2"/>
      </w:pPr>
      <w:r>
        <w:rPr>
          <w:rFonts w:ascii="Consolas" w:hAnsi="Consolas"/>
          <w:b w:val="0"/>
          <w:i w:val="0"/>
          <w:sz w:val="18"/>
        </w:rPr>
        <w:t xml:space="preserve">        """Set the odometer reading to the given value."""</w:t>
      </w:r>
    </w:p>
    <w:p>
      <w:pPr>
        <w:spacing w:after="0"/>
        <w:ind w:left="360"/>
        <w:shd w:val="clear" w:color="auto" w:fill="F2F2F2"/>
      </w:pPr>
      <w:r>
        <w:rPr>
          <w:rFonts w:ascii="Consolas" w:hAnsi="Consolas"/>
          <w:b w:val="0"/>
          <w:i w:val="0"/>
          <w:sz w:val="18"/>
        </w:rPr>
        <w:t xml:space="preserve">        self.odometer_reading = mileage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 = Car('audi', 'a4', 2024)</w:t>
      </w:r>
    </w:p>
    <w:p>
      <w:pPr>
        <w:spacing w:after="0"/>
        <w:ind w:left="360"/>
        <w:shd w:val="clear" w:color="auto" w:fill="F2F2F2"/>
      </w:pPr>
      <w:r>
        <w:rPr>
          <w:rFonts w:ascii="Consolas" w:hAnsi="Consolas"/>
          <w:b w:val="0"/>
          <w:i w:val="0"/>
          <w:sz w:val="18"/>
        </w:rPr>
        <w:t>print(my_new_car.get_descriptive_name())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my_new_car.update_odometer(23)</w:t>
      </w:r>
    </w:p>
    <w:p>
      <w:pPr>
        <w:spacing w:after="0"/>
        <w:ind w:left="360"/>
        <w:shd w:val="clear" w:color="auto" w:fill="F2F2F2"/>
      </w:pPr>
      <w:r>
        <w:rPr>
          <w:rFonts w:ascii="Consolas" w:hAnsi="Consolas"/>
          <w:b w:val="0"/>
          <w:i w:val="0"/>
          <w:sz w:val="18"/>
        </w:rPr>
        <w:t>my_new_car.read_odometer()</w:t>
      </w:r>
    </w:p>
    <w:p>
      <w:pPr>
        <w:spacing w:after="40"/>
      </w:pPr>
    </w:p>
    <w:p>
      <w:pPr>
        <w:spacing w:after="80"/>
      </w:pPr>
      <w:r>
        <w:rPr>
          <w:b w:val="0"/>
          <w:i w:val="0"/>
        </w:rPr>
        <w:t xml:space="preserve">Điểm thay đổi duy nhất ở </w:t>
      </w:r>
      <w:r>
        <w:rPr>
          <w:rFonts w:ascii="Consolas" w:hAnsi="Consolas"/>
          <w:b w:val="0"/>
          <w:i w:val="0"/>
          <w:sz w:val="20"/>
        </w:rPr>
        <w:t>Car</w:t>
      </w:r>
      <w:r>
        <w:rPr>
          <w:b w:val="0"/>
          <w:i w:val="0"/>
        </w:rPr>
        <w:t xml:space="preserve"> là việc thêm vào </w:t>
      </w:r>
      <w:r>
        <w:rPr>
          <w:rFonts w:ascii="Consolas" w:hAnsi="Consolas"/>
          <w:b w:val="0"/>
          <w:i w:val="0"/>
          <w:sz w:val="20"/>
        </w:rPr>
        <w:t>update_odometer()</w:t>
      </w:r>
      <w:r>
        <w:rPr>
          <w:b w:val="0"/>
          <w:i w:val="0"/>
        </w:rPr>
        <w:t xml:space="preserve">. Phương thức này nhận một giá trị số dặm (mileage) rồi gán nó cho </w:t>
      </w:r>
      <w:r>
        <w:rPr>
          <w:rFonts w:ascii="Consolas" w:hAnsi="Consolas"/>
          <w:b w:val="0"/>
          <w:i w:val="0"/>
          <w:sz w:val="20"/>
        </w:rPr>
        <w:t>self.odometer_reading</w:t>
      </w:r>
      <w:r>
        <w:rPr>
          <w:b w:val="0"/>
          <w:i w:val="0"/>
        </w:rPr>
        <w:t xml:space="preserve">. Dùng đối tượng </w:t>
      </w:r>
      <w:r>
        <w:rPr>
          <w:rFonts w:ascii="Consolas" w:hAnsi="Consolas"/>
          <w:b w:val="0"/>
          <w:i w:val="0"/>
          <w:sz w:val="20"/>
        </w:rPr>
        <w:t>my_new_car</w:t>
      </w:r>
      <w:r>
        <w:rPr>
          <w:b w:val="0"/>
          <w:i w:val="0"/>
        </w:rPr>
        <w:t xml:space="preserve">, ta gọi </w:t>
      </w:r>
      <w:r>
        <w:rPr>
          <w:rFonts w:ascii="Consolas" w:hAnsi="Consolas"/>
          <w:b w:val="0"/>
          <w:i w:val="0"/>
          <w:sz w:val="20"/>
        </w:rPr>
        <w:t>update_odometer()</w:t>
      </w:r>
      <w:r>
        <w:rPr>
          <w:b w:val="0"/>
          <w:i w:val="0"/>
        </w:rPr>
        <w:t xml:space="preserve"> với đối số là </w:t>
      </w:r>
      <w:r>
        <w:rPr>
          <w:rFonts w:ascii="Consolas" w:hAnsi="Consolas"/>
          <w:b w:val="0"/>
          <w:i w:val="0"/>
          <w:sz w:val="20"/>
        </w:rPr>
        <w:t>23</w:t>
      </w:r>
      <w:r>
        <w:rPr>
          <w:b w:val="0"/>
          <w:i w:val="0"/>
        </w:rPr>
        <w:t xml:space="preserve"> ❶. Việc này đặt chỉ số đồng hồ đo quãng đường (odometer) thành 23, và </w:t>
      </w:r>
      <w:r>
        <w:rPr>
          <w:rFonts w:ascii="Consolas" w:hAnsi="Consolas"/>
          <w:b w:val="0"/>
          <w:i w:val="0"/>
          <w:sz w:val="20"/>
        </w:rPr>
        <w:t>read_odometer()</w:t>
      </w:r>
      <w:r>
        <w:rPr>
          <w:b w:val="0"/>
          <w:i w:val="0"/>
        </w:rPr>
        <w:t xml:space="preserve"> in ra chỉ số đó:</w:t>
      </w:r>
    </w:p>
    <w:p>
      <w:pPr>
        <w:spacing w:after="80"/>
      </w:pPr>
      <w:r>
        <w:rPr>
          <w:b w:val="0"/>
          <w:i w:val="0"/>
        </w:rPr>
        <w:t>2024 Audi A4</w:t>
      </w:r>
      <w:r>
        <w:br/>
      </w:r>
      <w:r>
        <w:rPr>
          <w:b w:val="0"/>
          <w:i w:val="0"/>
        </w:rPr>
        <w:t>This car has 23 miles on it.</w:t>
      </w:r>
    </w:p>
    <w:p>
      <w:pPr>
        <w:spacing w:after="80"/>
      </w:pPr>
      <w:r>
        <w:rPr>
          <w:b w:val="0"/>
          <w:i w:val="0"/>
        </w:rPr>
        <w:t xml:space="preserve">Ta có thể mở rộng phương thức </w:t>
      </w:r>
      <w:r>
        <w:rPr>
          <w:rFonts w:ascii="Consolas" w:hAnsi="Consolas"/>
          <w:b w:val="0"/>
          <w:i w:val="0"/>
          <w:sz w:val="20"/>
        </w:rPr>
        <w:t>update_odometer()</w:t>
      </w:r>
      <w:r>
        <w:rPr>
          <w:b w:val="0"/>
          <w:i w:val="0"/>
        </w:rPr>
        <w:t xml:space="preserve"> để làm thêm việc gì đó mỗi khi chỉ số đồng hồ đo quãng đường bị thay đổi. Hãy thêm một chút logic để đảm bảo không ai cố tình vặn ngược chỉ số đồng hồ đo quãng đường:</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update_odometer(self, mileage):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Set the odometer reading to the given value.</w:t>
      </w:r>
    </w:p>
    <w:p>
      <w:pPr>
        <w:spacing w:after="0"/>
        <w:ind w:left="360"/>
        <w:shd w:val="clear" w:color="auto" w:fill="F2F2F2"/>
      </w:pPr>
      <w:r>
        <w:rPr>
          <w:rFonts w:ascii="Consolas" w:hAnsi="Consolas"/>
          <w:b w:val="0"/>
          <w:i w:val="0"/>
          <w:sz w:val="18"/>
        </w:rPr>
        <w:t xml:space="preserve">        Reject the change if it attempts to roll the odometer back.</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❶         if mileage &gt;= self.odometer_reading:</w:t>
      </w:r>
    </w:p>
    <w:p>
      <w:pPr>
        <w:spacing w:after="0"/>
        <w:ind w:left="360"/>
        <w:shd w:val="clear" w:color="auto" w:fill="F2F2F2"/>
      </w:pPr>
      <w:r>
        <w:rPr>
          <w:rFonts w:ascii="Consolas" w:hAnsi="Consolas"/>
          <w:b w:val="0"/>
          <w:i w:val="0"/>
          <w:sz w:val="18"/>
        </w:rPr>
        <w:t xml:space="preserve">            self.odometer_reading = mileage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❷             print("You can't roll back an odometer!")</w:t>
      </w:r>
    </w:p>
    <w:p>
      <w:pPr>
        <w:spacing w:after="40"/>
      </w:pPr>
    </w:p>
    <w:p>
      <w:pPr>
        <w:spacing w:after="80"/>
      </w:pPr>
      <w:r>
        <w:rPr>
          <w:b w:val="0"/>
          <w:i w:val="0"/>
        </w:rPr>
        <w:t xml:space="preserve">Giờ thì </w:t>
      </w:r>
      <w:r>
        <w:rPr>
          <w:rFonts w:ascii="Consolas" w:hAnsi="Consolas"/>
          <w:b w:val="0"/>
          <w:i w:val="0"/>
          <w:sz w:val="20"/>
        </w:rPr>
        <w:t>update_odometer()</w:t>
      </w:r>
      <w:r>
        <w:rPr>
          <w:b w:val="0"/>
          <w:i w:val="0"/>
        </w:rPr>
        <w:t xml:space="preserve"> kiểm tra xem chỉ số mới có hợp lý không trước khi thay đổi thuộc tính. Nếu giá trị truyền vào cho </w:t>
      </w:r>
      <w:r>
        <w:rPr>
          <w:rFonts w:ascii="Consolas" w:hAnsi="Consolas"/>
          <w:b w:val="0"/>
          <w:i w:val="0"/>
          <w:sz w:val="20"/>
        </w:rPr>
        <w:t>mileage</w:t>
      </w:r>
      <w:r>
        <w:rPr>
          <w:b w:val="0"/>
          <w:i w:val="0"/>
        </w:rPr>
        <w:t xml:space="preserve"> lớn hơn hoặc bằng chỉ số hiện tại, </w:t>
      </w:r>
      <w:r>
        <w:rPr>
          <w:rFonts w:ascii="Consolas" w:hAnsi="Consolas"/>
          <w:b w:val="0"/>
          <w:i w:val="0"/>
          <w:sz w:val="20"/>
        </w:rPr>
        <w:t>self.odometer_reading</w:t>
      </w:r>
      <w:r>
        <w:rPr>
          <w:b w:val="0"/>
          <w:i w:val="0"/>
        </w:rPr>
        <w:t>, bạn có thể cập nhật chỉ số đồng hồ đo quãng đường thành chỉ số mới ❶. Nếu chỉ số mới nhỏ hơn chỉ số hiện tại, bạn sẽ nhận được cảnh báo rằng không thể vặn ngược đồng hồ đo quãng đường ❷.</w:t>
      </w:r>
    </w:p>
    <w:p>
      <w:pPr>
        <w:pStyle w:val="Heading4"/>
      </w:pPr>
      <w:r>
        <w:rPr>
          <w:rFonts w:ascii="Calibri" w:hAnsi="Calibri"/>
          <w:b/>
          <w:i w:val="0"/>
          <w:sz w:val="24"/>
        </w:rPr>
        <w:t>Tăng giá trị của một thuộc tính thông qua phương thức</w:t>
      </w:r>
    </w:p>
    <w:p>
      <w:pPr>
        <w:spacing w:after="80"/>
      </w:pPr>
      <w:r>
        <w:rPr>
          <w:b w:val="0"/>
          <w:i w:val="0"/>
        </w:rPr>
        <w:t>Đôi khi bạn sẽ muốn tăng giá trị của một thuộc tính lên một khoảng nào đó, thay vì đặt hẳn một giá trị mới. Giả sử ta mua một chiếc xe đã qua sử dụng và chạy thêm 100 dặm kể từ lúc mua đến lúc đăng ký. Đây là phương thức cho phép ta truyền vào khoảng tăng này và cộng giá trị đó vào chỉ số đồng hồ đo quãng đường:</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update_odometer(self, mileage):</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increment_odometer(self, miles):</w:t>
      </w:r>
    </w:p>
    <w:p>
      <w:pPr>
        <w:spacing w:after="0"/>
        <w:ind w:left="360"/>
        <w:shd w:val="clear" w:color="auto" w:fill="F2F2F2"/>
      </w:pPr>
      <w:r>
        <w:rPr>
          <w:rFonts w:ascii="Consolas" w:hAnsi="Consolas"/>
          <w:b w:val="0"/>
          <w:i w:val="0"/>
          <w:sz w:val="18"/>
        </w:rPr>
        <w:t xml:space="preserve">        """Add the given amount to the odometer reading."""</w:t>
      </w:r>
    </w:p>
    <w:p>
      <w:pPr>
        <w:spacing w:after="0"/>
        <w:ind w:left="360"/>
        <w:shd w:val="clear" w:color="auto" w:fill="F2F2F2"/>
      </w:pPr>
      <w:r>
        <w:rPr>
          <w:rFonts w:ascii="Consolas" w:hAnsi="Consolas"/>
          <w:b w:val="0"/>
          <w:i w:val="0"/>
          <w:sz w:val="18"/>
        </w:rPr>
        <w:t xml:space="preserve">        self.odometer_reading += miles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my_used_car = Car('subaru', 'outback', 2019)</w:t>
      </w:r>
    </w:p>
    <w:p>
      <w:pPr>
        <w:spacing w:after="0"/>
        <w:ind w:left="360"/>
        <w:shd w:val="clear" w:color="auto" w:fill="F2F2F2"/>
      </w:pPr>
      <w:r>
        <w:rPr>
          <w:rFonts w:ascii="Consolas" w:hAnsi="Consolas"/>
          <w:b w:val="0"/>
          <w:i w:val="0"/>
          <w:sz w:val="18"/>
        </w:rPr>
        <w:t>print(my_used_car.get_descriptive_name())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my_used_car.update_odometer(23_500)</w:t>
      </w:r>
    </w:p>
    <w:p>
      <w:pPr>
        <w:spacing w:after="0"/>
        <w:ind w:left="360"/>
        <w:shd w:val="clear" w:color="auto" w:fill="F2F2F2"/>
      </w:pPr>
      <w:r>
        <w:rPr>
          <w:rFonts w:ascii="Consolas" w:hAnsi="Consolas"/>
          <w:b w:val="0"/>
          <w:i w:val="0"/>
          <w:sz w:val="18"/>
        </w:rPr>
        <w:t>my_used_car.read_odometer()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my_used_car.increment_odometer(100)</w:t>
      </w:r>
    </w:p>
    <w:p>
      <w:pPr>
        <w:spacing w:after="0"/>
        <w:ind w:left="360"/>
        <w:shd w:val="clear" w:color="auto" w:fill="F2F2F2"/>
      </w:pPr>
      <w:r>
        <w:rPr>
          <w:rFonts w:ascii="Consolas" w:hAnsi="Consolas"/>
          <w:b w:val="0"/>
          <w:i w:val="0"/>
          <w:sz w:val="18"/>
        </w:rPr>
        <w:t>my_used_car.read_odometer()</w:t>
      </w:r>
    </w:p>
    <w:p>
      <w:pPr>
        <w:spacing w:after="40"/>
      </w:pPr>
    </w:p>
    <w:p>
      <w:pPr>
        <w:spacing w:after="80"/>
      </w:pPr>
      <w:r>
        <w:rPr>
          <w:b w:val="0"/>
          <w:i w:val="0"/>
        </w:rPr>
        <w:t xml:space="preserve">Phương thức mới </w:t>
      </w:r>
      <w:r>
        <w:rPr>
          <w:rFonts w:ascii="Consolas" w:hAnsi="Consolas"/>
          <w:b w:val="0"/>
          <w:i w:val="0"/>
          <w:sz w:val="20"/>
        </w:rPr>
        <w:t>increment_odometer()</w:t>
      </w:r>
      <w:r>
        <w:rPr>
          <w:b w:val="0"/>
          <w:i w:val="0"/>
        </w:rPr>
        <w:t xml:space="preserve"> nhận một số dặm, rồi cộng giá trị này vào </w:t>
      </w:r>
      <w:r>
        <w:rPr>
          <w:rFonts w:ascii="Consolas" w:hAnsi="Consolas"/>
          <w:b w:val="0"/>
          <w:i w:val="0"/>
          <w:sz w:val="20"/>
        </w:rPr>
        <w:t>self.odometer_reading</w:t>
      </w:r>
      <w:r>
        <w:rPr>
          <w:b w:val="0"/>
          <w:i w:val="0"/>
        </w:rPr>
        <w:t xml:space="preserve">. Đầu tiên, ta tạo một chiếc xe đã qua sử dụng, </w:t>
      </w:r>
      <w:r>
        <w:rPr>
          <w:rFonts w:ascii="Consolas" w:hAnsi="Consolas"/>
          <w:b w:val="0"/>
          <w:i w:val="0"/>
          <w:sz w:val="20"/>
        </w:rPr>
        <w:t>my_used_car</w:t>
      </w:r>
      <w:r>
        <w:rPr>
          <w:b w:val="0"/>
          <w:i w:val="0"/>
        </w:rPr>
        <w:t xml:space="preserve"> ❶. Ta đặt chỉ số đồng hồ đo quãng đường của nó thành 23,500 bằng cách gọi </w:t>
      </w:r>
      <w:r>
        <w:rPr>
          <w:rFonts w:ascii="Consolas" w:hAnsi="Consolas"/>
          <w:b w:val="0"/>
          <w:i w:val="0"/>
          <w:sz w:val="20"/>
        </w:rPr>
        <w:t>update_odometer()</w:t>
      </w:r>
      <w:r>
        <w:rPr>
          <w:b w:val="0"/>
          <w:i w:val="0"/>
        </w:rPr>
        <w:t xml:space="preserve"> và truyền vào </w:t>
      </w:r>
      <w:r>
        <w:rPr>
          <w:rFonts w:ascii="Consolas" w:hAnsi="Consolas"/>
          <w:b w:val="0"/>
          <w:i w:val="0"/>
          <w:sz w:val="20"/>
        </w:rPr>
        <w:t>23_500</w:t>
      </w:r>
      <w:r>
        <w:rPr>
          <w:b w:val="0"/>
          <w:i w:val="0"/>
        </w:rPr>
        <w:t xml:space="preserve"> ❷. Cuối cùng, ta gọi </w:t>
      </w:r>
      <w:r>
        <w:rPr>
          <w:rFonts w:ascii="Consolas" w:hAnsi="Consolas"/>
          <w:b w:val="0"/>
          <w:i w:val="0"/>
          <w:sz w:val="20"/>
        </w:rPr>
        <w:t>increment_odometer()</w:t>
      </w:r>
      <w:r>
        <w:rPr>
          <w:b w:val="0"/>
          <w:i w:val="0"/>
        </w:rPr>
        <w:t xml:space="preserve"> và truyền vào </w:t>
      </w:r>
      <w:r>
        <w:rPr>
          <w:rFonts w:ascii="Consolas" w:hAnsi="Consolas"/>
          <w:b w:val="0"/>
          <w:i w:val="0"/>
          <w:sz w:val="20"/>
        </w:rPr>
        <w:t>100</w:t>
      </w:r>
      <w:r>
        <w:rPr>
          <w:b w:val="0"/>
          <w:i w:val="0"/>
        </w:rPr>
        <w:t xml:space="preserve"> để cộng thêm 100 dặm mà ta đã chạy giữa lúc mua xe và lúc đăng ký nó:</w:t>
      </w:r>
    </w:p>
    <w:p>
      <w:pPr>
        <w:spacing w:after="80"/>
      </w:pPr>
      <w:r>
        <w:rPr>
          <w:b w:val="0"/>
          <w:i w:val="0"/>
        </w:rPr>
        <w:t>2019 Subaru Outback</w:t>
      </w:r>
      <w:r>
        <w:br/>
      </w:r>
      <w:r>
        <w:rPr>
          <w:b w:val="0"/>
          <w:i w:val="0"/>
        </w:rPr>
        <w:t>This car has 23500 miles on it.</w:t>
      </w:r>
      <w:r>
        <w:br/>
      </w:r>
      <w:r>
        <w:rPr>
          <w:b w:val="0"/>
          <w:i w:val="0"/>
        </w:rPr>
        <w:t>This car has 23600 miles on it.</w:t>
      </w:r>
    </w:p>
    <w:p>
      <w:pPr>
        <w:spacing w:after="80"/>
      </w:pPr>
      <w:r>
        <w:rPr>
          <w:b w:val="0"/>
          <w:i w:val="0"/>
        </w:rPr>
        <w:t>Bạn có thể sửa phương thức này để từ chối các khoảng tăng âm, như vậy cũng không ai dùng hàm này để vặn ngược đồng hồ đo quãng đường được.</w:t>
      </w:r>
    </w:p>
    <w:p>
      <w:pPr>
        <w:spacing w:before="120" w:after="40"/>
      </w:pPr>
      <w:r>
        <w:rPr>
          <w:b/>
          <w:sz w:val="21"/>
        </w:rPr>
        <w:t>Ghi chú</w:t>
      </w:r>
    </w:p>
    <w:p>
      <w:pPr>
        <w:spacing w:after="80"/>
      </w:pPr>
      <w:r>
        <w:rPr>
          <w:b w:val="0"/>
          <w:i w:val="0"/>
        </w:rPr>
        <w:t>Bạn có thể dùng những phương thức như thế này để kiểm soát cách người dùng chương trình của bạn cập nhật các giá trị như chỉ số đồng hồ đo quãng đường, nhưng bất kỳ ai có quyền truy cập vào chương trình đều có thể đặt chỉ số đồng hồ đo quãng đường thành bất kỳ giá trị nào bằng cách truy cập trực tiếp vào thuộc tính. Bảo mật hiệu quả đòi hỏi sự chú ý cực kỳ tỉ mỉ đến từng chi tiết, bên cạnh những kiểm tra cơ bản như đã trình bày ở đây.</w:t>
      </w:r>
    </w:p>
    <w:p>
      <w:pPr>
        <w:spacing w:before="120" w:after="40"/>
      </w:pPr>
      <w:r>
        <w:rPr>
          <w:b/>
          <w:sz w:val="21"/>
        </w:rPr>
        <w:t>Tự thực hành</w:t>
      </w:r>
    </w:p>
    <w:p>
      <w:pPr>
        <w:spacing w:after="80"/>
      </w:pPr>
      <w:r>
        <w:rPr>
          <w:b/>
          <w:i w:val="0"/>
        </w:rPr>
        <w:t>9-4. Số lượng khách được phục vụ:</w:t>
      </w:r>
      <w:r>
        <w:rPr>
          <w:b w:val="0"/>
          <w:i w:val="0"/>
        </w:rPr>
        <w:t xml:space="preserve"> Bắt đầu với chương trình của bạn từ Bài tập 9-1 (trang 162). Thêm một thuộc tính tên là </w:t>
      </w:r>
      <w:r>
        <w:rPr>
          <w:rFonts w:ascii="Consolas" w:hAnsi="Consolas"/>
          <w:b w:val="0"/>
          <w:i w:val="0"/>
          <w:sz w:val="20"/>
        </w:rPr>
        <w:t>number_served</w:t>
      </w:r>
      <w:r>
        <w:rPr>
          <w:b w:val="0"/>
          <w:i w:val="0"/>
        </w:rPr>
        <w:t xml:space="preserve"> với giá trị mặc định là 0. Tạo một đối tượng tên là </w:t>
      </w:r>
      <w:r>
        <w:rPr>
          <w:rFonts w:ascii="Consolas" w:hAnsi="Consolas"/>
          <w:b w:val="0"/>
          <w:i w:val="0"/>
          <w:sz w:val="20"/>
        </w:rPr>
        <w:t>restaurant</w:t>
      </w:r>
      <w:r>
        <w:rPr>
          <w:b w:val="0"/>
          <w:i w:val="0"/>
        </w:rPr>
        <w:t xml:space="preserve"> từ lớp này. In ra số lượng khách mà nhà hàng đã phục vụ, rồi thay đổi giá trị này và in lại lần nữa.</w:t>
      </w:r>
    </w:p>
    <w:p>
      <w:pPr>
        <w:spacing w:after="80"/>
      </w:pPr>
      <w:r>
        <w:rPr>
          <w:b w:val="0"/>
          <w:i w:val="0"/>
        </w:rPr>
        <w:t xml:space="preserve">Thêm một phương thức tên là </w:t>
      </w:r>
      <w:r>
        <w:rPr>
          <w:rFonts w:ascii="Consolas" w:hAnsi="Consolas"/>
          <w:b w:val="0"/>
          <w:i w:val="0"/>
          <w:sz w:val="20"/>
        </w:rPr>
        <w:t>set_number_served()</w:t>
      </w:r>
      <w:r>
        <w:rPr>
          <w:b w:val="0"/>
          <w:i w:val="0"/>
        </w:rPr>
        <w:t xml:space="preserve"> cho phép bạn đặt số lượng khách đã được phục vụ. Gọi phương thức này với một con số mới rồi in lại giá trị đó.</w:t>
      </w:r>
    </w:p>
    <w:p>
      <w:pPr>
        <w:spacing w:after="80"/>
      </w:pPr>
      <w:r>
        <w:rPr>
          <w:b w:val="0"/>
          <w:i w:val="0"/>
        </w:rPr>
        <w:t xml:space="preserve">Thêm một phương thức có tên </w:t>
      </w:r>
      <w:r>
        <w:rPr>
          <w:rFonts w:ascii="Consolas" w:hAnsi="Consolas"/>
          <w:b w:val="0"/>
          <w:i w:val="0"/>
          <w:sz w:val="20"/>
        </w:rPr>
        <w:t>increment_number_served()</w:t>
      </w:r>
      <w:r>
        <w:rPr>
          <w:b w:val="0"/>
          <w:i w:val="0"/>
        </w:rPr>
        <w:t xml:space="preserve"> cho phép bạn tăng số lượng khách hàng đã được phục vụ. Gọi phương thức này với bất kỳ con số nào bạn thích, đại diện cho số khách hàng được phục vụ trong, ví dụ, một ngày kinh doanh.</w:t>
      </w:r>
    </w:p>
    <w:p>
      <w:pPr>
        <w:spacing w:after="80"/>
      </w:pPr>
      <w:r>
        <w:rPr>
          <w:b/>
          <w:i w:val="0"/>
        </w:rPr>
        <w:t>9-5. Số lần đăng nhập:</w:t>
      </w:r>
      <w:r>
        <w:rPr>
          <w:b w:val="0"/>
          <w:i w:val="0"/>
        </w:rPr>
        <w:t xml:space="preserve"> Thêm một thuộc tính có tên </w:t>
      </w:r>
      <w:r>
        <w:rPr>
          <w:rFonts w:ascii="Consolas" w:hAnsi="Consolas"/>
          <w:b w:val="0"/>
          <w:i w:val="0"/>
          <w:sz w:val="20"/>
        </w:rPr>
        <w:t>login_attempts</w:t>
      </w:r>
      <w:r>
        <w:rPr>
          <w:b w:val="0"/>
          <w:i w:val="0"/>
        </w:rPr>
        <w:t xml:space="preserve"> vào lớp </w:t>
      </w:r>
      <w:r>
        <w:rPr>
          <w:rFonts w:ascii="Consolas" w:hAnsi="Consolas"/>
          <w:b w:val="0"/>
          <w:i w:val="0"/>
          <w:sz w:val="20"/>
        </w:rPr>
        <w:t>User</w:t>
      </w:r>
      <w:r>
        <w:rPr>
          <w:b w:val="0"/>
          <w:i w:val="0"/>
        </w:rPr>
        <w:t xml:space="preserve"> của bạn từ Bài tập 9-3 (trang 162). Viết một phương thức có tên </w:t>
      </w:r>
      <w:r>
        <w:rPr>
          <w:rFonts w:ascii="Consolas" w:hAnsi="Consolas"/>
          <w:b w:val="0"/>
          <w:i w:val="0"/>
          <w:sz w:val="20"/>
        </w:rPr>
        <w:t>increment_login_attempts()</w:t>
      </w:r>
      <w:r>
        <w:rPr>
          <w:b w:val="0"/>
          <w:i w:val="0"/>
        </w:rPr>
        <w:t xml:space="preserve"> để tăng giá trị của </w:t>
      </w:r>
      <w:r>
        <w:rPr>
          <w:rFonts w:ascii="Consolas" w:hAnsi="Consolas"/>
          <w:b w:val="0"/>
          <w:i w:val="0"/>
          <w:sz w:val="20"/>
        </w:rPr>
        <w:t>login_attempts</w:t>
      </w:r>
      <w:r>
        <w:rPr>
          <w:b w:val="0"/>
          <w:i w:val="0"/>
        </w:rPr>
        <w:t xml:space="preserve"> lên 1. Viết một phương thức khác có tên </w:t>
      </w:r>
      <w:r>
        <w:rPr>
          <w:rFonts w:ascii="Consolas" w:hAnsi="Consolas"/>
          <w:b w:val="0"/>
          <w:i w:val="0"/>
          <w:sz w:val="20"/>
        </w:rPr>
        <w:t>reset_login_attempts()</w:t>
      </w:r>
      <w:r>
        <w:rPr>
          <w:b w:val="0"/>
          <w:i w:val="0"/>
        </w:rPr>
        <w:t xml:space="preserve"> để đặt lại giá trị của </w:t>
      </w:r>
      <w:r>
        <w:rPr>
          <w:rFonts w:ascii="Consolas" w:hAnsi="Consolas"/>
          <w:b w:val="0"/>
          <w:i w:val="0"/>
          <w:sz w:val="20"/>
        </w:rPr>
        <w:t>login_attempts</w:t>
      </w:r>
      <w:r>
        <w:rPr>
          <w:b w:val="0"/>
          <w:i w:val="0"/>
        </w:rPr>
        <w:t xml:space="preserve"> về 0.</w:t>
      </w:r>
    </w:p>
    <w:p>
      <w:pPr>
        <w:spacing w:after="80"/>
      </w:pPr>
      <w:r>
        <w:rPr>
          <w:b w:val="0"/>
          <w:i w:val="0"/>
        </w:rPr>
        <w:t xml:space="preserve">Tạo một đối tượng của lớp </w:t>
      </w:r>
      <w:r>
        <w:rPr>
          <w:rFonts w:ascii="Consolas" w:hAnsi="Consolas"/>
          <w:b w:val="0"/>
          <w:i w:val="0"/>
          <w:sz w:val="20"/>
        </w:rPr>
        <w:t>User</w:t>
      </w:r>
      <w:r>
        <w:rPr>
          <w:b w:val="0"/>
          <w:i w:val="0"/>
        </w:rPr>
        <w:t xml:space="preserve"> và gọi </w:t>
      </w:r>
      <w:r>
        <w:rPr>
          <w:rFonts w:ascii="Consolas" w:hAnsi="Consolas"/>
          <w:b w:val="0"/>
          <w:i w:val="0"/>
          <w:sz w:val="20"/>
        </w:rPr>
        <w:t>increment_login_attempts()</w:t>
      </w:r>
      <w:r>
        <w:rPr>
          <w:b w:val="0"/>
          <w:i w:val="0"/>
        </w:rPr>
        <w:t xml:space="preserve"> vài lần. In giá trị của </w:t>
      </w:r>
      <w:r>
        <w:rPr>
          <w:rFonts w:ascii="Consolas" w:hAnsi="Consolas"/>
          <w:b w:val="0"/>
          <w:i w:val="0"/>
          <w:sz w:val="20"/>
        </w:rPr>
        <w:t>login_attempts</w:t>
      </w:r>
      <w:r>
        <w:rPr>
          <w:b w:val="0"/>
          <w:i w:val="0"/>
        </w:rPr>
        <w:t xml:space="preserve"> để chắc chắn rằng nó đã được tăng đúng cách, sau đó gọi </w:t>
      </w:r>
      <w:r>
        <w:rPr>
          <w:rFonts w:ascii="Consolas" w:hAnsi="Consolas"/>
          <w:b w:val="0"/>
          <w:i w:val="0"/>
          <w:sz w:val="20"/>
        </w:rPr>
        <w:t>reset_login_attempts()</w:t>
      </w:r>
      <w:r>
        <w:rPr>
          <w:b w:val="0"/>
          <w:i w:val="0"/>
        </w:rPr>
        <w:t xml:space="preserve">. In lại </w:t>
      </w:r>
      <w:r>
        <w:rPr>
          <w:rFonts w:ascii="Consolas" w:hAnsi="Consolas"/>
          <w:b w:val="0"/>
          <w:i w:val="0"/>
          <w:sz w:val="20"/>
        </w:rPr>
        <w:t>login_attempts</w:t>
      </w:r>
      <w:r>
        <w:rPr>
          <w:b w:val="0"/>
          <w:i w:val="0"/>
        </w:rPr>
        <w:t xml:space="preserve"> để chắc chắn rằng nó đã được đặt lại về 0.</w:t>
      </w:r>
    </w:p>
    <w:p>
      <w:pPr>
        <w:pStyle w:val="Heading2"/>
      </w:pPr>
      <w:r>
        <w:rPr>
          <w:rFonts w:ascii="Calibri" w:hAnsi="Calibri"/>
          <w:b/>
          <w:i w:val="0"/>
          <w:sz w:val="32"/>
        </w:rPr>
        <w:t>Kế thừa</w:t>
      </w:r>
    </w:p>
    <w:p>
      <w:pPr>
        <w:spacing w:after="80"/>
      </w:pPr>
      <w:r>
        <w:rPr>
          <w:b w:val="0"/>
          <w:i w:val="0"/>
        </w:rPr>
        <w:t xml:space="preserve">Không phải lúc nào bạn cũng phải bắt đầu từ con số không khi viết một lớp. Nếu lớp bạn đang viết là một phiên bản chuyên biệt của một lớp khác mà bạn đã viết, bạn có thể dùng </w:t>
      </w:r>
      <w:r>
        <w:rPr>
          <w:b w:val="0"/>
          <w:i/>
        </w:rPr>
        <w:t>kế thừa</w:t>
      </w:r>
      <w:r>
        <w:rPr>
          <w:b w:val="0"/>
          <w:i w:val="0"/>
        </w:rPr>
        <w:t xml:space="preserve"> (inheritance). Khi một lớp </w:t>
      </w:r>
      <w:r>
        <w:rPr>
          <w:b w:val="0"/>
          <w:i/>
        </w:rPr>
        <w:t>kế thừa</w:t>
      </w:r>
      <w:r>
        <w:rPr>
          <w:b w:val="0"/>
          <w:i w:val="0"/>
        </w:rPr>
        <w:t xml:space="preserve"> từ một lớp khác, nó sẽ nhận các thuộc tính và phương thức của lớp đầu tiên. Lớp gốc được gọi là </w:t>
      </w:r>
      <w:r>
        <w:rPr>
          <w:b w:val="0"/>
          <w:i/>
        </w:rPr>
        <w:t>lớp cha</w:t>
      </w:r>
      <w:r>
        <w:rPr>
          <w:b w:val="0"/>
          <w:i w:val="0"/>
        </w:rPr>
        <w:t xml:space="preserve"> (parent class), và lớp mới được gọi là </w:t>
      </w:r>
      <w:r>
        <w:rPr>
          <w:b w:val="0"/>
          <w:i/>
        </w:rPr>
        <w:t>lớp con</w:t>
      </w:r>
      <w:r>
        <w:rPr>
          <w:b w:val="0"/>
          <w:i w:val="0"/>
        </w:rPr>
        <w:t xml:space="preserve"> (child class). Lớp con có thể kế thừa bất kỳ hoặc tất cả các thuộc tính và phương thức của lớp cha, nhưng nó cũng có thể tự do định nghĩa các thuộc tính và phương thức mới của riêng mình.</w:t>
      </w:r>
    </w:p>
    <w:p>
      <w:pPr>
        <w:pStyle w:val="Heading3"/>
      </w:pPr>
      <w:r>
        <w:rPr>
          <w:rFonts w:ascii="Calibri" w:hAnsi="Calibri"/>
          <w:b/>
          <w:i w:val="0"/>
          <w:sz w:val="27"/>
        </w:rPr>
        <w:t>Phương thức __init__() cho lớp con</w:t>
      </w:r>
    </w:p>
    <w:p>
      <w:pPr>
        <w:spacing w:after="80"/>
      </w:pPr>
      <w:r>
        <w:rPr>
          <w:b w:val="0"/>
          <w:i w:val="0"/>
        </w:rPr>
        <w:t xml:space="preserve">Khi bạn viết một lớp mới dựa trên một lớp đã có, bạn thường sẽ muốn gọi phương thức </w:t>
      </w:r>
      <w:r>
        <w:rPr>
          <w:rFonts w:ascii="Consolas" w:hAnsi="Consolas"/>
          <w:b w:val="0"/>
          <w:i w:val="0"/>
          <w:sz w:val="20"/>
        </w:rPr>
        <w:t>__init__()</w:t>
      </w:r>
      <w:r>
        <w:rPr>
          <w:b w:val="0"/>
          <w:i w:val="0"/>
        </w:rPr>
        <w:t xml:space="preserve"> từ lớp cha. Điều này sẽ khởi tạo bất kỳ thuộc tính nào đã được định nghĩa trong phương thức </w:t>
      </w:r>
      <w:r>
        <w:rPr>
          <w:rFonts w:ascii="Consolas" w:hAnsi="Consolas"/>
          <w:b w:val="0"/>
          <w:i w:val="0"/>
          <w:sz w:val="20"/>
        </w:rPr>
        <w:t>__init__()</w:t>
      </w:r>
      <w:r>
        <w:rPr>
          <w:b w:val="0"/>
          <w:i w:val="0"/>
        </w:rPr>
        <w:t xml:space="preserve"> của lớp cha và làm cho chúng có sẵn trong lớp con.</w:t>
      </w:r>
    </w:p>
    <w:p>
      <w:pPr>
        <w:spacing w:after="80"/>
      </w:pPr>
      <w:r>
        <w:rPr>
          <w:b w:val="0"/>
          <w:i w:val="0"/>
        </w:rPr>
        <w:t xml:space="preserve">Ví dụ, hãy mô phỏng một chiếc xe điện. Xe điện chỉ là một loại xe hơi cụ thể, nên chúng ta có thể xây dựng lớp </w:t>
      </w:r>
      <w:r>
        <w:rPr>
          <w:rFonts w:ascii="Consolas" w:hAnsi="Consolas"/>
          <w:b w:val="0"/>
          <w:i w:val="0"/>
          <w:sz w:val="20"/>
        </w:rPr>
        <w:t>ElectricCar</w:t>
      </w:r>
      <w:r>
        <w:rPr>
          <w:b w:val="0"/>
          <w:i w:val="0"/>
        </w:rPr>
        <w:t xml:space="preserve"> mới dựa trên lớp </w:t>
      </w:r>
      <w:r>
        <w:rPr>
          <w:rFonts w:ascii="Consolas" w:hAnsi="Consolas"/>
          <w:b w:val="0"/>
          <w:i w:val="0"/>
          <w:sz w:val="20"/>
        </w:rPr>
        <w:t>Car</w:t>
      </w:r>
      <w:r>
        <w:rPr>
          <w:b w:val="0"/>
          <w:i w:val="0"/>
        </w:rPr>
        <w:t xml:space="preserve"> mà chúng ta đã viết trước đó. Sau đó, chúng ta chỉ cần viết code cho các thuộc tính và hành vi đặc trưng của xe điện.</w:t>
      </w:r>
    </w:p>
    <w:p>
      <w:pPr>
        <w:spacing w:after="80"/>
      </w:pPr>
      <w:r>
        <w:rPr>
          <w:b w:val="0"/>
          <w:i w:val="0"/>
        </w:rPr>
        <w:t xml:space="preserve">Hãy bắt đầu bằng việc tạo một phiên bản đơn giản của lớp </w:t>
      </w:r>
      <w:r>
        <w:rPr>
          <w:rFonts w:ascii="Consolas" w:hAnsi="Consolas"/>
          <w:b w:val="0"/>
          <w:i w:val="0"/>
          <w:sz w:val="20"/>
        </w:rPr>
        <w:t>ElectricCar</w:t>
      </w:r>
      <w:r>
        <w:rPr>
          <w:b w:val="0"/>
          <w:i w:val="0"/>
        </w:rPr>
        <w:t xml:space="preserve">, làm được mọi thứ mà lớp </w:t>
      </w:r>
      <w:r>
        <w:rPr>
          <w:rFonts w:ascii="Consolas" w:hAnsi="Consolas"/>
          <w:b w:val="0"/>
          <w:i w:val="0"/>
          <w:sz w:val="20"/>
        </w:rPr>
        <w:t>Car</w:t>
      </w:r>
      <w:r>
        <w:rPr>
          <w:b w:val="0"/>
          <w:i w:val="0"/>
        </w:rPr>
        <w:t xml:space="preserve"> làm được:</w:t>
      </w:r>
    </w:p>
    <w:p>
      <w:pPr>
        <w:spacing w:after="80"/>
      </w:pPr>
      <w:r>
        <w:rPr>
          <w:b w:val="0"/>
          <w:i w:val="0"/>
        </w:rPr>
        <w:t>electric_car.py</w:t>
      </w:r>
    </w:p>
    <w:p>
      <w:pPr>
        <w:spacing w:after="0"/>
        <w:ind w:left="360"/>
        <w:shd w:val="clear" w:color="auto" w:fill="F2F2F2"/>
      </w:pPr>
      <w:r>
        <w:rPr>
          <w:rFonts w:ascii="Consolas" w:hAnsi="Consolas"/>
          <w:b w:val="0"/>
          <w:i w:val="0"/>
          <w:sz w:val="18"/>
        </w:rPr>
        <w:t>❶ class Car:</w:t>
      </w:r>
    </w:p>
    <w:p>
      <w:pPr>
        <w:spacing w:after="0"/>
        <w:ind w:left="360"/>
        <w:shd w:val="clear" w:color="auto" w:fill="F2F2F2"/>
      </w:pPr>
      <w:r>
        <w:rPr>
          <w:rFonts w:ascii="Consolas" w:hAnsi="Consolas"/>
          <w:b w:val="0"/>
          <w:i w:val="0"/>
          <w:sz w:val="18"/>
        </w:rPr>
        <w:t xml:space="preserve">    """A simple attempt to represent a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"""Initialize attributes to describe a car."""</w:t>
      </w:r>
    </w:p>
    <w:p>
      <w:pPr>
        <w:spacing w:after="0"/>
        <w:ind w:left="360"/>
        <w:shd w:val="clear" w:color="auto" w:fill="F2F2F2"/>
      </w:pPr>
      <w:r>
        <w:rPr>
          <w:rFonts w:ascii="Consolas" w:hAnsi="Consolas"/>
          <w:b w:val="0"/>
          <w:i w:val="0"/>
          <w:sz w:val="18"/>
        </w:rPr>
        <w:t xml:space="preserve">        self.make = make</w:t>
      </w:r>
    </w:p>
    <w:p>
      <w:pPr>
        <w:spacing w:after="0"/>
        <w:ind w:left="360"/>
        <w:shd w:val="clear" w:color="auto" w:fill="F2F2F2"/>
      </w:pPr>
      <w:r>
        <w:rPr>
          <w:rFonts w:ascii="Consolas" w:hAnsi="Consolas"/>
          <w:b w:val="0"/>
          <w:i w:val="0"/>
          <w:sz w:val="18"/>
        </w:rPr>
        <w:t xml:space="preserve">        self.model = model</w:t>
      </w:r>
    </w:p>
    <w:p>
      <w:pPr>
        <w:spacing w:after="0"/>
        <w:ind w:left="360"/>
        <w:shd w:val="clear" w:color="auto" w:fill="F2F2F2"/>
      </w:pPr>
      <w:r>
        <w:rPr>
          <w:rFonts w:ascii="Consolas" w:hAnsi="Consolas"/>
          <w:b w:val="0"/>
          <w:i w:val="0"/>
          <w:sz w:val="18"/>
        </w:rPr>
        <w:t xml:space="preserve">        self.year = year</w:t>
      </w:r>
    </w:p>
    <w:p>
      <w:pPr>
        <w:spacing w:after="0"/>
        <w:ind w:left="360"/>
        <w:shd w:val="clear" w:color="auto" w:fill="F2F2F2"/>
      </w:pPr>
      <w:r>
        <w:rPr>
          <w:rFonts w:ascii="Consolas" w:hAnsi="Consolas"/>
          <w:b w:val="0"/>
          <w:i w:val="0"/>
          <w:sz w:val="18"/>
        </w:rPr>
        <w:t xml:space="preserve">        self.odometer_reading = 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get_descriptive_name(self):</w:t>
      </w:r>
    </w:p>
    <w:p>
      <w:pPr>
        <w:spacing w:after="0"/>
        <w:ind w:left="360"/>
        <w:shd w:val="clear" w:color="auto" w:fill="F2F2F2"/>
      </w:pPr>
      <w:r>
        <w:rPr>
          <w:rFonts w:ascii="Consolas" w:hAnsi="Consolas"/>
          <w:b w:val="0"/>
          <w:i w:val="0"/>
          <w:sz w:val="18"/>
        </w:rPr>
        <w:t xml:space="preserve">        """Return a neatly formatted descriptive name."""</w:t>
      </w:r>
    </w:p>
    <w:p>
      <w:pPr>
        <w:spacing w:after="0"/>
        <w:ind w:left="360"/>
        <w:shd w:val="clear" w:color="auto" w:fill="F2F2F2"/>
      </w:pPr>
      <w:r>
        <w:rPr>
          <w:rFonts w:ascii="Consolas" w:hAnsi="Consolas"/>
          <w:b w:val="0"/>
          <w:i w:val="0"/>
          <w:sz w:val="18"/>
        </w:rPr>
        <w:t xml:space="preserve">        long_name = f"{self.year} {self.make} {self.model}"</w:t>
      </w:r>
    </w:p>
    <w:p>
      <w:pPr>
        <w:spacing w:after="0"/>
        <w:ind w:left="360"/>
        <w:shd w:val="clear" w:color="auto" w:fill="F2F2F2"/>
      </w:pPr>
      <w:r>
        <w:rPr>
          <w:rFonts w:ascii="Consolas" w:hAnsi="Consolas"/>
          <w:b w:val="0"/>
          <w:i w:val="0"/>
          <w:sz w:val="18"/>
        </w:rPr>
        <w:t xml:space="preserve">        return long_name.title()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read_odometer(self):</w:t>
      </w:r>
    </w:p>
    <w:p>
      <w:pPr>
        <w:spacing w:after="0"/>
        <w:ind w:left="360"/>
        <w:shd w:val="clear" w:color="auto" w:fill="F2F2F2"/>
      </w:pPr>
      <w:r>
        <w:rPr>
          <w:rFonts w:ascii="Consolas" w:hAnsi="Consolas"/>
          <w:b w:val="0"/>
          <w:i w:val="0"/>
          <w:sz w:val="18"/>
        </w:rPr>
        <w:t xml:space="preserve">        """Print a statement showing the car's mileage."""</w:t>
      </w:r>
    </w:p>
    <w:p>
      <w:pPr>
        <w:spacing w:after="0"/>
        <w:ind w:left="360"/>
        <w:shd w:val="clear" w:color="auto" w:fill="F2F2F2"/>
      </w:pPr>
      <w:r>
        <w:rPr>
          <w:rFonts w:ascii="Consolas" w:hAnsi="Consolas"/>
          <w:b w:val="0"/>
          <w:i w:val="0"/>
          <w:sz w:val="18"/>
        </w:rPr>
        <w:t xml:space="preserve">        print(f"This car has {self.odometer_reading} miles on 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update_odometer(self, mileage):</w:t>
      </w:r>
    </w:p>
    <w:p>
      <w:pPr>
        <w:spacing w:after="0"/>
        <w:ind w:left="360"/>
        <w:shd w:val="clear" w:color="auto" w:fill="F2F2F2"/>
      </w:pPr>
      <w:r>
        <w:rPr>
          <w:rFonts w:ascii="Consolas" w:hAnsi="Consolas"/>
          <w:b w:val="0"/>
          <w:i w:val="0"/>
          <w:sz w:val="18"/>
        </w:rPr>
        <w:t xml:space="preserve">        """Set the odometer reading to the given value."""</w:t>
      </w:r>
    </w:p>
    <w:p>
      <w:pPr>
        <w:spacing w:after="0"/>
        <w:ind w:left="360"/>
        <w:shd w:val="clear" w:color="auto" w:fill="F2F2F2"/>
      </w:pPr>
      <w:r>
        <w:rPr>
          <w:rFonts w:ascii="Consolas" w:hAnsi="Consolas"/>
          <w:b w:val="0"/>
          <w:i w:val="0"/>
          <w:sz w:val="18"/>
        </w:rPr>
        <w:t xml:space="preserve">        if mileage &gt;= self.odometer_reading:</w:t>
      </w:r>
    </w:p>
    <w:p>
      <w:pPr>
        <w:spacing w:after="0"/>
        <w:ind w:left="360"/>
        <w:shd w:val="clear" w:color="auto" w:fill="F2F2F2"/>
      </w:pPr>
      <w:r>
        <w:rPr>
          <w:rFonts w:ascii="Consolas" w:hAnsi="Consolas"/>
          <w:b w:val="0"/>
          <w:i w:val="0"/>
          <w:sz w:val="18"/>
        </w:rPr>
        <w:t xml:space="preserve">            self.odometer_reading = mileage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print("You can't roll back an odometer!")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increment_odometer(self, miles):</w:t>
      </w:r>
    </w:p>
    <w:p>
      <w:pPr>
        <w:spacing w:after="0"/>
        <w:ind w:left="360"/>
        <w:shd w:val="clear" w:color="auto" w:fill="F2F2F2"/>
      </w:pPr>
      <w:r>
        <w:rPr>
          <w:rFonts w:ascii="Consolas" w:hAnsi="Consolas"/>
          <w:b w:val="0"/>
          <w:i w:val="0"/>
          <w:sz w:val="18"/>
        </w:rPr>
        <w:t xml:space="preserve">        """Add the given amount to the odometer reading."""</w:t>
      </w:r>
    </w:p>
    <w:p>
      <w:pPr>
        <w:spacing w:after="0"/>
        <w:ind w:left="360"/>
        <w:shd w:val="clear" w:color="auto" w:fill="F2F2F2"/>
      </w:pPr>
      <w:r>
        <w:rPr>
          <w:rFonts w:ascii="Consolas" w:hAnsi="Consolas"/>
          <w:b w:val="0"/>
          <w:i w:val="0"/>
          <w:sz w:val="18"/>
        </w:rPr>
        <w:t xml:space="preserve">        self.odometer_reading += miles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class ElectricCar(Car):</w:t>
      </w:r>
    </w:p>
    <w:p>
      <w:pPr>
        <w:spacing w:after="0"/>
        <w:ind w:left="360"/>
        <w:shd w:val="clear" w:color="auto" w:fill="F2F2F2"/>
      </w:pPr>
      <w:r>
        <w:rPr>
          <w:rFonts w:ascii="Consolas" w:hAnsi="Consolas"/>
          <w:b w:val="0"/>
          <w:i w:val="0"/>
          <w:sz w:val="18"/>
        </w:rPr>
        <w:t xml:space="preserve">    """Represent aspects of a car, specific to electric vehicles."""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def __init__(self, make, model, year):</w:t>
      </w:r>
    </w:p>
    <w:p>
      <w:pPr>
        <w:spacing w:after="0"/>
        <w:ind w:left="360"/>
        <w:shd w:val="clear" w:color="auto" w:fill="F2F2F2"/>
      </w:pPr>
      <w:r>
        <w:rPr>
          <w:rFonts w:ascii="Consolas" w:hAnsi="Consolas"/>
          <w:b w:val="0"/>
          <w:i w:val="0"/>
          <w:sz w:val="18"/>
        </w:rPr>
        <w:t xml:space="preserve">        """Initialize attributes of the parent class."""</w:t>
      </w:r>
    </w:p>
    <w:p>
      <w:pPr>
        <w:spacing w:after="0"/>
        <w:ind w:left="360"/>
        <w:shd w:val="clear" w:color="auto" w:fill="F2F2F2"/>
      </w:pPr>
      <w:r>
        <w:rPr>
          <w:rFonts w:ascii="Consolas" w:hAnsi="Consolas"/>
          <w:b w:val="0"/>
          <w:i w:val="0"/>
          <w:sz w:val="18"/>
        </w:rPr>
        <w:t>❹         super().__init__(make, model, year)</w:t>
      </w:r>
    </w:p>
    <w:p>
      <w:pPr>
        <w:spacing w:after="0"/>
        <w:ind w:left="360"/>
        <w:shd w:val="clear" w:color="auto" w:fill="F2F2F2"/>
      </w:pPr>
      <w: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❺ my_leaf = ElectricCar('nissan', 'leaf', 2024)</w:t>
      </w:r>
    </w:p>
    <w:p>
      <w:pPr>
        <w:spacing w:after="0"/>
        <w:ind w:left="360"/>
        <w:shd w:val="clear" w:color="auto" w:fill="F2F2F2"/>
      </w:pPr>
      <w:r>
        <w:rPr>
          <w:rFonts w:ascii="Consolas" w:hAnsi="Consolas"/>
          <w:b w:val="0"/>
          <w:i w:val="0"/>
          <w:sz w:val="18"/>
        </w:rPr>
        <w:t>print(my_leaf.get_descriptive_name())</w:t>
      </w:r>
    </w:p>
    <w:p>
      <w:pPr>
        <w:spacing w:after="40"/>
      </w:pPr>
    </w:p>
    <w:p>
      <w:pPr>
        <w:spacing w:after="80"/>
      </w:pPr>
      <w:r>
        <w:rPr>
          <w:b w:val="0"/>
          <w:i w:val="0"/>
        </w:rPr>
        <w:t xml:space="preserve">Chúng ta bắt đầu với </w:t>
      </w:r>
      <w:r>
        <w:rPr>
          <w:rFonts w:ascii="Consolas" w:hAnsi="Consolas"/>
          <w:b w:val="0"/>
          <w:i w:val="0"/>
          <w:sz w:val="20"/>
        </w:rPr>
        <w:t>Car</w:t>
      </w:r>
      <w:r>
        <w:rPr>
          <w:b w:val="0"/>
          <w:i w:val="0"/>
        </w:rPr>
        <w:t xml:space="preserve"> ❶. Khi bạn tạo một lớp con, lớp cha phải nằm trong cùng file hiện tại và phải xuất hiện trước lớp con trong file. Sau đó chúng ta định nghĩa lớp con, </w:t>
      </w:r>
      <w:r>
        <w:rPr>
          <w:rFonts w:ascii="Consolas" w:hAnsi="Consolas"/>
          <w:b w:val="0"/>
          <w:i w:val="0"/>
          <w:sz w:val="20"/>
        </w:rPr>
        <w:t>ElectricCar</w:t>
      </w:r>
      <w:r>
        <w:rPr>
          <w:b w:val="0"/>
          <w:i w:val="0"/>
        </w:rPr>
        <w:t xml:space="preserve"> ❷. Tên của lớp cha phải được đặt trong dấu ngoặc đơn trong phần định nghĩa của lớp con. Phương thức </w:t>
      </w:r>
      <w:r>
        <w:rPr>
          <w:rFonts w:ascii="Consolas" w:hAnsi="Consolas"/>
          <w:b w:val="0"/>
          <w:i w:val="0"/>
          <w:sz w:val="20"/>
        </w:rPr>
        <w:t>__init__()</w:t>
      </w:r>
      <w:r>
        <w:rPr>
          <w:b w:val="0"/>
          <w:i w:val="0"/>
        </w:rPr>
        <w:t xml:space="preserve"> nhận thông tin cần thiết để tạo một đối tượng </w:t>
      </w:r>
      <w:r>
        <w:rPr>
          <w:rFonts w:ascii="Consolas" w:hAnsi="Consolas"/>
          <w:b w:val="0"/>
          <w:i w:val="0"/>
          <w:sz w:val="20"/>
        </w:rPr>
        <w:t>Car</w:t>
      </w:r>
      <w:r>
        <w:rPr>
          <w:b w:val="0"/>
          <w:i w:val="0"/>
        </w:rPr>
        <w:t xml:space="preserve"> ❸.</w:t>
      </w:r>
    </w:p>
    <w:p>
      <w:pPr>
        <w:spacing w:after="80"/>
      </w:pPr>
      <w:r>
        <w:rPr>
          <w:b w:val="0"/>
          <w:i w:val="0"/>
        </w:rPr>
        <w:t xml:space="preserve">Hàm </w:t>
      </w:r>
      <w:r>
        <w:rPr>
          <w:rFonts w:ascii="Consolas" w:hAnsi="Consolas"/>
          <w:b w:val="0"/>
          <w:i w:val="0"/>
          <w:sz w:val="20"/>
        </w:rPr>
        <w:t>super()</w:t>
      </w:r>
      <w:r>
        <w:rPr>
          <w:b w:val="0"/>
          <w:i w:val="0"/>
        </w:rPr>
        <w:t xml:space="preserve"> ❹ là một hàm đặc biệt cho phép bạn gọi một phương thức từ lớp cha. Dòng này bảo Python gọi phương thức </w:t>
      </w:r>
      <w:r>
        <w:rPr>
          <w:rFonts w:ascii="Consolas" w:hAnsi="Consolas"/>
          <w:b w:val="0"/>
          <w:i w:val="0"/>
          <w:sz w:val="20"/>
        </w:rPr>
        <w:t>__init__()</w:t>
      </w:r>
      <w:r>
        <w:rPr>
          <w:b w:val="0"/>
          <w:i w:val="0"/>
        </w:rPr>
        <w:t xml:space="preserve"> từ </w:t>
      </w:r>
      <w:r>
        <w:rPr>
          <w:rFonts w:ascii="Consolas" w:hAnsi="Consolas"/>
          <w:b w:val="0"/>
          <w:i w:val="0"/>
          <w:sz w:val="20"/>
        </w:rPr>
        <w:t>Car</w:t>
      </w:r>
      <w:r>
        <w:rPr>
          <w:b w:val="0"/>
          <w:i w:val="0"/>
        </w:rPr>
        <w:t xml:space="preserve">, giúp một đối tượng </w:t>
      </w:r>
      <w:r>
        <w:rPr>
          <w:rFonts w:ascii="Consolas" w:hAnsi="Consolas"/>
          <w:b w:val="0"/>
          <w:i w:val="0"/>
          <w:sz w:val="20"/>
        </w:rPr>
        <w:t>ElectricCar</w:t>
      </w:r>
      <w:r>
        <w:rPr>
          <w:b w:val="0"/>
          <w:i w:val="0"/>
        </w:rPr>
        <w:t xml:space="preserve"> có tất cả các thuộc tính được định nghĩa trong phương thức đó. Cái tên </w:t>
      </w:r>
      <w:r>
        <w:rPr>
          <w:b w:val="0"/>
          <w:i/>
        </w:rPr>
        <w:t>super</w:t>
      </w:r>
      <w:r>
        <w:rPr>
          <w:b w:val="0"/>
          <w:i w:val="0"/>
        </w:rPr>
        <w:t xml:space="preserve"> xuất phát từ quy ước gọi lớp cha là </w:t>
      </w:r>
      <w:r>
        <w:rPr>
          <w:b w:val="0"/>
          <w:i/>
        </w:rPr>
        <w:t>superclass</w:t>
      </w:r>
      <w:r>
        <w:rPr>
          <w:b w:val="0"/>
          <w:i w:val="0"/>
        </w:rPr>
        <w:t xml:space="preserve"> (siêu lớp) và lớp con là </w:t>
      </w:r>
      <w:r>
        <w:rPr>
          <w:b w:val="0"/>
          <w:i/>
        </w:rPr>
        <w:t>subclass</w:t>
      </w:r>
      <w:r>
        <w:rPr>
          <w:b w:val="0"/>
          <w:i w:val="0"/>
        </w:rPr>
        <w:t xml:space="preserve"> (lớp phụ).</w:t>
      </w:r>
    </w:p>
    <w:p>
      <w:pPr>
        <w:spacing w:after="80"/>
      </w:pPr>
      <w:r>
        <w:rPr>
          <w:b w:val="0"/>
          <w:i w:val="0"/>
        </w:rPr>
        <w:t xml:space="preserve">Chúng ta kiểm tra xem kế thừa có hoạt động đúng không bằng cách thử tạo một chiếc xe điện với cùng loại thông tin mà chúng ta cung cấp khi tạo một chiếc xe hơi thông thường. Chúng ta tạo một đối tượng của lớp </w:t>
      </w:r>
      <w:r>
        <w:rPr>
          <w:rFonts w:ascii="Consolas" w:hAnsi="Consolas"/>
          <w:b w:val="0"/>
          <w:i w:val="0"/>
          <w:sz w:val="20"/>
        </w:rPr>
        <w:t>ElectricCar</w:t>
      </w:r>
      <w:r>
        <w:rPr>
          <w:b w:val="0"/>
          <w:i w:val="0"/>
        </w:rPr>
        <w:t xml:space="preserve"> và gán nó cho </w:t>
      </w:r>
      <w:r>
        <w:rPr>
          <w:rFonts w:ascii="Consolas" w:hAnsi="Consolas"/>
          <w:b w:val="0"/>
          <w:i w:val="0"/>
          <w:sz w:val="20"/>
        </w:rPr>
        <w:t>my_leaf</w:t>
      </w:r>
      <w:r>
        <w:rPr>
          <w:b w:val="0"/>
          <w:i w:val="0"/>
        </w:rPr>
        <w:t xml:space="preserve"> ❺. Dòng này gọi phương thức </w:t>
      </w:r>
      <w:r>
        <w:rPr>
          <w:rFonts w:ascii="Consolas" w:hAnsi="Consolas"/>
          <w:b w:val="0"/>
          <w:i w:val="0"/>
          <w:sz w:val="20"/>
        </w:rPr>
        <w:t>__init__()</w:t>
      </w:r>
      <w:r>
        <w:rPr>
          <w:b w:val="0"/>
          <w:i w:val="0"/>
        </w:rPr>
        <w:t xml:space="preserve"> được định nghĩa trong </w:t>
      </w:r>
      <w:r>
        <w:rPr>
          <w:rFonts w:ascii="Consolas" w:hAnsi="Consolas"/>
          <w:b w:val="0"/>
          <w:i w:val="0"/>
          <w:sz w:val="20"/>
        </w:rPr>
        <w:t>ElectricCar</w:t>
      </w:r>
      <w:r>
        <w:rPr>
          <w:b w:val="0"/>
          <w:i w:val="0"/>
        </w:rPr>
        <w:t xml:space="preserve">, và phương thức này lại bảo Python gọi phương thức </w:t>
      </w:r>
      <w:r>
        <w:rPr>
          <w:rFonts w:ascii="Consolas" w:hAnsi="Consolas"/>
          <w:b w:val="0"/>
          <w:i w:val="0"/>
          <w:sz w:val="20"/>
        </w:rPr>
        <w:t>__init__()</w:t>
      </w:r>
      <w:r>
        <w:rPr>
          <w:b w:val="0"/>
          <w:i w:val="0"/>
        </w:rPr>
        <w:t xml:space="preserve"> được định nghĩa trong lớp cha </w:t>
      </w:r>
      <w:r>
        <w:rPr>
          <w:rFonts w:ascii="Consolas" w:hAnsi="Consolas"/>
          <w:b w:val="0"/>
          <w:i w:val="0"/>
          <w:sz w:val="20"/>
        </w:rPr>
        <w:t>Car</w:t>
      </w:r>
      <w:r>
        <w:rPr>
          <w:b w:val="0"/>
          <w:i w:val="0"/>
        </w:rPr>
        <w:t xml:space="preserve">. Chúng ta cung cấp các đối số </w:t>
      </w:r>
      <w:r>
        <w:rPr>
          <w:rFonts w:ascii="Consolas" w:hAnsi="Consolas"/>
          <w:b w:val="0"/>
          <w:i w:val="0"/>
          <w:sz w:val="20"/>
        </w:rPr>
        <w:t>'nissan'</w:t>
      </w:r>
      <w:r>
        <w:rPr>
          <w:b w:val="0"/>
          <w:i w:val="0"/>
        </w:rPr>
        <w:t xml:space="preserve">, </w:t>
      </w:r>
      <w:r>
        <w:rPr>
          <w:rFonts w:ascii="Consolas" w:hAnsi="Consolas"/>
          <w:b w:val="0"/>
          <w:i w:val="0"/>
          <w:sz w:val="20"/>
        </w:rPr>
        <w:t>'leaf'</w:t>
      </w:r>
      <w:r>
        <w:rPr>
          <w:b w:val="0"/>
          <w:i w:val="0"/>
        </w:rPr>
        <w:t xml:space="preserve">, và </w:t>
      </w:r>
      <w:r>
        <w:rPr>
          <w:rFonts w:ascii="Consolas" w:hAnsi="Consolas"/>
          <w:b w:val="0"/>
          <w:i w:val="0"/>
          <w:sz w:val="20"/>
        </w:rPr>
        <w:t>2024</w:t>
      </w:r>
      <w:r>
        <w:rPr>
          <w:b w:val="0"/>
          <w:i w:val="0"/>
        </w:rPr>
        <w:t>.</w:t>
      </w:r>
    </w:p>
    <w:p>
      <w:pPr>
        <w:spacing w:after="80"/>
      </w:pPr>
      <w:r>
        <w:rPr>
          <w:b w:val="0"/>
          <w:i w:val="0"/>
        </w:rPr>
        <w:t xml:space="preserve">Ngoài </w:t>
      </w:r>
      <w:r>
        <w:rPr>
          <w:rFonts w:ascii="Consolas" w:hAnsi="Consolas"/>
          <w:b w:val="0"/>
          <w:i w:val="0"/>
          <w:sz w:val="20"/>
        </w:rPr>
        <w:t>__init__()</w:t>
      </w:r>
      <w:r>
        <w:rPr>
          <w:b w:val="0"/>
          <w:i w:val="0"/>
        </w:rPr>
        <w:t xml:space="preserve">, hiện chưa có thuộc tính hay phương thức nào riêng biệt cho xe điện. Ở thời điểm này, chúng ta chỉ đang chắc chắn rằng chiếc xe điện có các hành vi </w:t>
      </w:r>
      <w:r>
        <w:rPr>
          <w:rFonts w:ascii="Consolas" w:hAnsi="Consolas"/>
          <w:b w:val="0"/>
          <w:i w:val="0"/>
          <w:sz w:val="20"/>
        </w:rPr>
        <w:t>Car</w:t>
      </w:r>
      <w:r>
        <w:rPr>
          <w:b w:val="0"/>
          <w:i w:val="0"/>
        </w:rPr>
        <w:t xml:space="preserve"> phù hợp:</w:t>
      </w:r>
    </w:p>
    <w:p>
      <w:pPr>
        <w:spacing w:after="80"/>
      </w:pPr>
      <w:r>
        <w:rPr>
          <w:b w:val="0"/>
          <w:i w:val="0"/>
        </w:rPr>
        <w:t>2024 Nissan Leaf</w:t>
      </w:r>
    </w:p>
    <w:p>
      <w:pPr>
        <w:spacing w:after="80"/>
      </w:pPr>
      <w:r>
        <w:rPr>
          <w:b w:val="0"/>
          <w:i w:val="0"/>
        </w:rPr>
        <w:t xml:space="preserve">Đối tượng </w:t>
      </w:r>
      <w:r>
        <w:rPr>
          <w:rFonts w:ascii="Consolas" w:hAnsi="Consolas"/>
          <w:b w:val="0"/>
          <w:i w:val="0"/>
          <w:sz w:val="20"/>
        </w:rPr>
        <w:t>ElectricCar</w:t>
      </w:r>
      <w:r>
        <w:rPr>
          <w:b w:val="0"/>
          <w:i w:val="0"/>
        </w:rPr>
        <w:t xml:space="preserve"> hoạt động y hệt như một đối tượng của </w:t>
      </w:r>
      <w:r>
        <w:rPr>
          <w:rFonts w:ascii="Consolas" w:hAnsi="Consolas"/>
          <w:b w:val="0"/>
          <w:i w:val="0"/>
          <w:sz w:val="20"/>
        </w:rPr>
        <w:t>Car</w:t>
      </w:r>
      <w:r>
        <w:rPr>
          <w:b w:val="0"/>
          <w:i w:val="0"/>
        </w:rPr>
        <w:t>, nên giờ ta có thể bắt đầu định nghĩa các thuộc tính và phương thức riêng cho xe điện.</w:t>
      </w:r>
    </w:p>
    <w:p>
      <w:pPr>
        <w:pStyle w:val="Heading3"/>
      </w:pPr>
      <w:r>
        <w:rPr>
          <w:rFonts w:ascii="Calibri" w:hAnsi="Calibri"/>
          <w:b/>
          <w:i w:val="0"/>
          <w:sz w:val="27"/>
        </w:rPr>
        <w:t>Định nghĩa thuộc tính và phương thức cho lớp con</w:t>
      </w:r>
    </w:p>
    <w:p>
      <w:pPr>
        <w:spacing w:after="80"/>
      </w:pPr>
      <w:r>
        <w:rPr>
          <w:b w:val="0"/>
          <w:i w:val="0"/>
        </w:rPr>
        <w:t>Khi đã có một lớp con kế thừa từ lớp cha, bạn có thể thêm bất kỳ thuộc tính và phương thức mới nào cần thiết để phân biệt lớp con với lớp cha.</w:t>
      </w:r>
    </w:p>
    <w:p>
      <w:pPr>
        <w:spacing w:after="80"/>
      </w:pPr>
      <w:r>
        <w:rPr>
          <w:b w:val="0"/>
          <w:i w:val="0"/>
        </w:rPr>
        <w:t>Hãy thêm một thuộc tính riêng cho xe điện (ví dụ như pin) và một phương thức để báo cáo về thuộc tính này. Ta sẽ lưu dung lượng pin và viết một phương thức in ra mô tả về pin:</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val="0"/>
          <w:sz w:val="18"/>
        </w:rPr>
        <w:t xml:space="preserve">    """Represent aspects of a car, specific to electric vehicles."""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Initialize attributes of the parent class.</w:t>
      </w:r>
    </w:p>
    <w:p>
      <w:pPr>
        <w:spacing w:after="0"/>
        <w:ind w:left="360"/>
        <w:shd w:val="clear" w:color="auto" w:fill="F2F2F2"/>
      </w:pPr>
      <w:r>
        <w:rPr>
          <w:rFonts w:ascii="Consolas" w:hAnsi="Consolas"/>
          <w:b w:val="0"/>
          <w:i w:val="0"/>
          <w:sz w:val="18"/>
        </w:rPr>
        <w:t xml:space="preserve">        Then initialize attributes specific to an electric car.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super().__init__(make, model, year)</w:t>
      </w:r>
    </w:p>
    <w:p>
      <w:pPr>
        <w:spacing w:after="0"/>
        <w:ind w:left="360"/>
        <w:shd w:val="clear" w:color="auto" w:fill="F2F2F2"/>
      </w:pPr>
      <w:r>
        <w:rPr>
          <w:rFonts w:ascii="Consolas" w:hAnsi="Consolas"/>
          <w:b w:val="0"/>
          <w:i w:val="0"/>
          <w:sz w:val="18"/>
        </w:rPr>
        <w:t>❶         self.battery_size = 40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describe_battery(self):</w:t>
      </w:r>
    </w:p>
    <w:p>
      <w:pPr>
        <w:spacing w:after="0"/>
        <w:ind w:left="360"/>
        <w:shd w:val="clear" w:color="auto" w:fill="F2F2F2"/>
      </w:pPr>
      <w:r>
        <w:rPr>
          <w:rFonts w:ascii="Consolas" w:hAnsi="Consolas"/>
          <w:b w:val="0"/>
          <w:i w:val="0"/>
          <w:sz w:val="18"/>
        </w:rPr>
        <w:t xml:space="preserve">        """Print a statement describing the battery size."""</w:t>
      </w:r>
    </w:p>
    <w:p>
      <w:pPr>
        <w:spacing w:after="0"/>
        <w:ind w:left="360"/>
        <w:shd w:val="clear" w:color="auto" w:fill="F2F2F2"/>
      </w:pPr>
      <w:r>
        <w:rPr>
          <w:rFonts w:ascii="Consolas" w:hAnsi="Consolas"/>
          <w:b w:val="0"/>
          <w:i w:val="0"/>
          <w:sz w:val="18"/>
        </w:rPr>
        <w:t xml:space="preserve">        print(f"This car has a {self.battery_size}-kWh battery.")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my_leaf = ElectricCar('nissan', 'leaf', 2024)</w:t>
      </w:r>
    </w:p>
    <w:p>
      <w:pPr>
        <w:spacing w:after="0"/>
        <w:ind w:left="360"/>
        <w:shd w:val="clear" w:color="auto" w:fill="F2F2F2"/>
      </w:pPr>
      <w:r>
        <w:rPr>
          <w:rFonts w:ascii="Consolas" w:hAnsi="Consolas"/>
          <w:b w:val="0"/>
          <w:i w:val="0"/>
          <w:sz w:val="18"/>
        </w:rPr>
        <w:t>print(my_leaf.get_descriptive_name())</w:t>
      </w:r>
    </w:p>
    <w:p>
      <w:pPr>
        <w:spacing w:after="0"/>
        <w:ind w:left="360"/>
        <w:shd w:val="clear" w:color="auto" w:fill="F2F2F2"/>
      </w:pPr>
      <w:r>
        <w:rPr>
          <w:rFonts w:ascii="Consolas" w:hAnsi="Consolas"/>
          <w:b w:val="0"/>
          <w:i w:val="0"/>
          <w:sz w:val="18"/>
        </w:rPr>
        <w:t>my_leaf.describe_battery()</w:t>
      </w:r>
    </w:p>
    <w:p>
      <w:pPr>
        <w:spacing w:after="40"/>
      </w:pPr>
    </w:p>
    <w:p>
      <w:pPr>
        <w:spacing w:after="80"/>
      </w:pPr>
      <w:r>
        <w:rPr>
          <w:b w:val="0"/>
          <w:i w:val="0"/>
        </w:rPr>
        <w:t xml:space="preserve">Ta thêm một thuộc tính mới </w:t>
      </w:r>
      <w:r>
        <w:rPr>
          <w:rFonts w:ascii="Consolas" w:hAnsi="Consolas"/>
          <w:b w:val="0"/>
          <w:i w:val="0"/>
          <w:sz w:val="20"/>
        </w:rPr>
        <w:t>self.battery_size</w:t>
      </w:r>
      <w:r>
        <w:rPr>
          <w:b w:val="0"/>
          <w:i w:val="0"/>
        </w:rPr>
        <w:t xml:space="preserve"> và đặt giá trị ban đầu là </w:t>
      </w:r>
      <w:r>
        <w:rPr>
          <w:rFonts w:ascii="Consolas" w:hAnsi="Consolas"/>
          <w:b w:val="0"/>
          <w:i w:val="0"/>
          <w:sz w:val="20"/>
        </w:rPr>
        <w:t>40</w:t>
      </w:r>
      <w:r>
        <w:rPr>
          <w:b w:val="0"/>
          <w:i w:val="0"/>
        </w:rPr>
        <w:t xml:space="preserve"> ❶. Thuộc tính này sẽ gắn với mọi đối tượng được tạo từ lớp </w:t>
      </w:r>
      <w:r>
        <w:rPr>
          <w:rFonts w:ascii="Consolas" w:hAnsi="Consolas"/>
          <w:b w:val="0"/>
          <w:i w:val="0"/>
          <w:sz w:val="20"/>
        </w:rPr>
        <w:t>ElectricCar</w:t>
      </w:r>
      <w:r>
        <w:rPr>
          <w:b w:val="0"/>
          <w:i w:val="0"/>
        </w:rPr>
        <w:t xml:space="preserve"> nhưng sẽ không gắn với bất kỳ đối tượng nào của </w:t>
      </w:r>
      <w:r>
        <w:rPr>
          <w:rFonts w:ascii="Consolas" w:hAnsi="Consolas"/>
          <w:b w:val="0"/>
          <w:i w:val="0"/>
          <w:sz w:val="20"/>
        </w:rPr>
        <w:t>Car</w:t>
      </w:r>
      <w:r>
        <w:rPr>
          <w:b w:val="0"/>
          <w:i w:val="0"/>
        </w:rPr>
        <w:t xml:space="preserve">. Ta cũng thêm một phương thức tên là </w:t>
      </w:r>
      <w:r>
        <w:rPr>
          <w:rFonts w:ascii="Consolas" w:hAnsi="Consolas"/>
          <w:b w:val="0"/>
          <w:i w:val="0"/>
          <w:sz w:val="20"/>
        </w:rPr>
        <w:t>describe_battery()</w:t>
      </w:r>
      <w:r>
        <w:rPr>
          <w:b w:val="0"/>
          <w:i w:val="0"/>
        </w:rPr>
        <w:t xml:space="preserve"> để in thông tin về pin ❷. Khi gọi phương thức này, ta nhận được một mô tả rõ ràng là riêng cho xe điện:</w:t>
      </w:r>
    </w:p>
    <w:p>
      <w:pPr>
        <w:spacing w:after="80"/>
      </w:pPr>
      <w:r>
        <w:rPr>
          <w:b w:val="0"/>
          <w:i w:val="0"/>
        </w:rPr>
        <w:t>2024 Nissan Leaf</w:t>
      </w:r>
      <w:r>
        <w:br/>
      </w:r>
      <w:r>
        <w:rPr>
          <w:b w:val="0"/>
          <w:i w:val="0"/>
        </w:rPr>
        <w:t>Xe này có pin 40-kWh.</w:t>
      </w:r>
    </w:p>
    <w:p>
      <w:pPr>
        <w:spacing w:after="80"/>
      </w:pPr>
      <w:r>
        <w:rPr>
          <w:b w:val="0"/>
          <w:i w:val="0"/>
        </w:rPr>
        <w:t xml:space="preserve">Không có giới hạn nào cho việc bạn chuyên biệt hóa lớp </w:t>
      </w:r>
      <w:r>
        <w:rPr>
          <w:rFonts w:ascii="Consolas" w:hAnsi="Consolas"/>
          <w:b w:val="0"/>
          <w:i w:val="0"/>
          <w:sz w:val="20"/>
        </w:rPr>
        <w:t>ElectricCar</w:t>
      </w:r>
      <w:r>
        <w:rPr>
          <w:b w:val="0"/>
          <w:i w:val="0"/>
        </w:rPr>
        <w:t xml:space="preserve"> đến mức nào. Bạn có thể thêm bao nhiêu thuộc tính và phương thức tùy thích để mô hình hóa một chiếc xe điện với độ chính xác mà bạn cần. Một thuộc tính hay phương thức có thể thuộc về bất kỳ chiếc xe nào, thay vì riêng cho xe điện, thì nên được thêm vào lớp </w:t>
      </w:r>
      <w:r>
        <w:rPr>
          <w:rFonts w:ascii="Consolas" w:hAnsi="Consolas"/>
          <w:b w:val="0"/>
          <w:i w:val="0"/>
          <w:sz w:val="20"/>
        </w:rPr>
        <w:t>Car</w:t>
      </w:r>
      <w:r>
        <w:rPr>
          <w:b w:val="0"/>
          <w:i w:val="0"/>
        </w:rPr>
        <w:t xml:space="preserve"> chứ không phải lớp </w:t>
      </w:r>
      <w:r>
        <w:rPr>
          <w:rFonts w:ascii="Consolas" w:hAnsi="Consolas"/>
          <w:b w:val="0"/>
          <w:i w:val="0"/>
          <w:sz w:val="20"/>
        </w:rPr>
        <w:t>ElectricCar</w:t>
      </w:r>
      <w:r>
        <w:rPr>
          <w:b w:val="0"/>
          <w:i w:val="0"/>
        </w:rPr>
        <w:t xml:space="preserve">. Khi đó, bất kỳ ai dùng lớp </w:t>
      </w:r>
      <w:r>
        <w:rPr>
          <w:rFonts w:ascii="Consolas" w:hAnsi="Consolas"/>
          <w:b w:val="0"/>
          <w:i w:val="0"/>
          <w:sz w:val="20"/>
        </w:rPr>
        <w:t>Car</w:t>
      </w:r>
      <w:r>
        <w:rPr>
          <w:b w:val="0"/>
          <w:i w:val="0"/>
        </w:rPr>
        <w:t xml:space="preserve"> cũng sẽ có sẵn chức năng đó, và lớp </w:t>
      </w:r>
      <w:r>
        <w:rPr>
          <w:rFonts w:ascii="Consolas" w:hAnsi="Consolas"/>
          <w:b w:val="0"/>
          <w:i w:val="0"/>
          <w:sz w:val="20"/>
        </w:rPr>
        <w:t>ElectricCar</w:t>
      </w:r>
      <w:r>
        <w:rPr>
          <w:b w:val="0"/>
          <w:i w:val="0"/>
        </w:rPr>
        <w:t xml:space="preserve"> sẽ chỉ chứa mã cho những thông tin và hành vi riêng của xe điện.</w:t>
      </w:r>
    </w:p>
    <w:p>
      <w:pPr>
        <w:pStyle w:val="Heading3"/>
      </w:pPr>
      <w:r>
        <w:rPr>
          <w:rFonts w:ascii="Calibri" w:hAnsi="Calibri"/>
          <w:b/>
          <w:i w:val="0"/>
          <w:sz w:val="27"/>
        </w:rPr>
        <w:t>Ghi đè phương thức từ lớp cha</w:t>
      </w:r>
    </w:p>
    <w:p>
      <w:pPr>
        <w:spacing w:after="80"/>
      </w:pPr>
      <w:r>
        <w:rPr>
          <w:b w:val="0"/>
          <w:i w:val="0"/>
        </w:rPr>
        <w:t>Bạn có thể ghi đè bất kỳ phương thức nào từ lớp cha mà không phù hợp với thứ bạn đang muốn mô hình hóa bằng lớp con. Để làm điều này, bạn định nghĩa một phương thức trong lớp con với cùng tên với phương thức bạn muốn ghi đè ở lớp cha. Python sẽ bỏ qua phương thức của lớp cha và chỉ chú ý đến phương thức bạn định nghĩa trong lớp con.</w:t>
      </w:r>
    </w:p>
    <w:p>
      <w:pPr>
        <w:spacing w:after="80"/>
      </w:pPr>
      <w:r>
        <w:rPr>
          <w:b w:val="0"/>
          <w:i w:val="0"/>
        </w:rPr>
        <w:t xml:space="preserve">Giả sử lớp </w:t>
      </w:r>
      <w:r>
        <w:rPr>
          <w:rFonts w:ascii="Consolas" w:hAnsi="Consolas"/>
          <w:b w:val="0"/>
          <w:i w:val="0"/>
          <w:sz w:val="20"/>
        </w:rPr>
        <w:t>Car</w:t>
      </w:r>
      <w:r>
        <w:rPr>
          <w:b w:val="0"/>
          <w:i w:val="0"/>
        </w:rPr>
        <w:t xml:space="preserve"> có một phương thức tên là </w:t>
      </w:r>
      <w:r>
        <w:rPr>
          <w:rFonts w:ascii="Consolas" w:hAnsi="Consolas"/>
          <w:b w:val="0"/>
          <w:i w:val="0"/>
          <w:sz w:val="20"/>
        </w:rPr>
        <w:t>fill_gas_tank()</w:t>
      </w:r>
      <w:r>
        <w:rPr>
          <w:b w:val="0"/>
          <w:i w:val="0"/>
        </w:rPr>
        <w:t>. Phương thức này vô nghĩa với một chiếc xe thuần điện, nên bạn có thể muốn ghi đè nó. Đây là một cách để làm điều đó:</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fill_gas_tank(self):</w:t>
      </w:r>
    </w:p>
    <w:p>
      <w:pPr>
        <w:spacing w:after="0"/>
        <w:ind w:left="360"/>
        <w:shd w:val="clear" w:color="auto" w:fill="F2F2F2"/>
      </w:pPr>
      <w:r>
        <w:rPr>
          <w:rFonts w:ascii="Consolas" w:hAnsi="Consolas"/>
          <w:b w:val="0"/>
          <w:i w:val="0"/>
          <w:sz w:val="18"/>
        </w:rPr>
        <w:t xml:space="preserve">        """Electric cars don't have gas tanks."""</w:t>
      </w:r>
    </w:p>
    <w:p>
      <w:pPr>
        <w:spacing w:after="0"/>
        <w:ind w:left="360"/>
        <w:shd w:val="clear" w:color="auto" w:fill="F2F2F2"/>
      </w:pPr>
      <w:r>
        <w:rPr>
          <w:rFonts w:ascii="Consolas" w:hAnsi="Consolas"/>
          <w:b w:val="0"/>
          <w:i w:val="0"/>
          <w:sz w:val="18"/>
        </w:rPr>
        <w:t xml:space="preserve">        print("This car doesn't have a gas tank!")</w:t>
      </w:r>
    </w:p>
    <w:p>
      <w:pPr>
        <w:spacing w:after="40"/>
      </w:pPr>
    </w:p>
    <w:p>
      <w:pPr>
        <w:spacing w:after="80"/>
      </w:pPr>
      <w:r>
        <w:rPr>
          <w:b w:val="0"/>
          <w:i w:val="0"/>
        </w:rPr>
        <w:t xml:space="preserve">Giờ nếu ai đó cố gọi </w:t>
      </w:r>
      <w:r>
        <w:rPr>
          <w:rFonts w:ascii="Consolas" w:hAnsi="Consolas"/>
          <w:b w:val="0"/>
          <w:i w:val="0"/>
          <w:sz w:val="20"/>
        </w:rPr>
        <w:t>fill_gas_tank()</w:t>
      </w:r>
      <w:r>
        <w:rPr>
          <w:b w:val="0"/>
          <w:i w:val="0"/>
        </w:rPr>
        <w:t xml:space="preserve"> với một chiếc xe điện, Python sẽ bỏ qua phương thức </w:t>
      </w:r>
      <w:r>
        <w:rPr>
          <w:rFonts w:ascii="Consolas" w:hAnsi="Consolas"/>
          <w:b w:val="0"/>
          <w:i w:val="0"/>
          <w:sz w:val="20"/>
        </w:rPr>
        <w:t>fill_gas_tank()</w:t>
      </w:r>
      <w:r>
        <w:rPr>
          <w:b w:val="0"/>
          <w:i w:val="0"/>
        </w:rPr>
        <w:t xml:space="preserve"> trong </w:t>
      </w:r>
      <w:r>
        <w:rPr>
          <w:rFonts w:ascii="Consolas" w:hAnsi="Consolas"/>
          <w:b w:val="0"/>
          <w:i w:val="0"/>
          <w:sz w:val="20"/>
        </w:rPr>
        <w:t>Car</w:t>
      </w:r>
      <w:r>
        <w:rPr>
          <w:b w:val="0"/>
          <w:i w:val="0"/>
        </w:rPr>
        <w:t xml:space="preserve"> và chạy đoạn mã này thay vào đó. Khi dùng kế thừa, bạn có thể khiến các lớp con giữ lại những gì bạn cần và ghi đè bất cứ thứ gì bạn không cần từ lớp cha.</w:t>
      </w:r>
    </w:p>
    <w:p>
      <w:pPr>
        <w:pStyle w:val="Heading3"/>
      </w:pPr>
      <w:r>
        <w:rPr>
          <w:rFonts w:ascii="Calibri" w:hAnsi="Calibri"/>
          <w:b/>
          <w:i w:val="0"/>
          <w:sz w:val="27"/>
        </w:rPr>
        <w:t>Đối tượng làm thuộc tính</w:t>
      </w:r>
    </w:p>
    <w:p>
      <w:pPr>
        <w:spacing w:after="80"/>
      </w:pPr>
      <w:r>
        <w:rPr>
          <w:b w:val="0"/>
          <w:i w:val="0"/>
        </w:rPr>
        <w:t xml:space="preserve">Khi mô hình hóa một thứ gì đó từ thế giới thực bằng mã, bạn có thể thấy mình đang thêm ngày càng nhiều chi tiết vào một lớp. Bạn sẽ nhận ra rằng mình có một danh sách thuộc tính và phương thức ngày càng dài và các tệp của bạn đang trở nên dài dòng. Trong những tình huống này, bạn có thể nhận ra rằng một phần của một lớp có thể được viết thành một lớp riêng. Bạn có thể chia lớp lớn của mình thành những lớp nhỏ hơn phối hợp với nhau; cách tiếp cận này được gọi là </w:t>
      </w:r>
      <w:r>
        <w:rPr>
          <w:b w:val="0"/>
          <w:i/>
        </w:rPr>
        <w:t>composition</w:t>
      </w:r>
      <w:r>
        <w:rPr>
          <w:b w:val="0"/>
          <w:i w:val="0"/>
        </w:rPr>
        <w:t xml:space="preserve"> (kết hợp).</w:t>
      </w:r>
    </w:p>
    <w:p>
      <w:pPr>
        <w:spacing w:after="80"/>
      </w:pPr>
      <w:r>
        <w:rPr>
          <w:b w:val="0"/>
          <w:i w:val="0"/>
        </w:rPr>
        <w:t xml:space="preserve">Ví dụ, nếu ta tiếp tục thêm chi tiết vào lớp </w:t>
      </w:r>
      <w:r>
        <w:rPr>
          <w:rFonts w:ascii="Consolas" w:hAnsi="Consolas"/>
          <w:b w:val="0"/>
          <w:i w:val="0"/>
          <w:sz w:val="20"/>
        </w:rPr>
        <w:t>ElectricCar</w:t>
      </w:r>
      <w:r>
        <w:rPr>
          <w:b w:val="0"/>
          <w:i w:val="0"/>
        </w:rPr>
        <w:t xml:space="preserve">, ta có thể nhận ra rằng mình đang thêm khá nhiều thuộc tính và phương thức riêng cho pin của xe. Khi thấy điều này xảy ra, ta có thể dừng lại và chuyển những thuộc tính, phương thức đó sang một lớp riêng gọi là </w:t>
      </w:r>
      <w:r>
        <w:rPr>
          <w:rFonts w:ascii="Consolas" w:hAnsi="Consolas"/>
          <w:b w:val="0"/>
          <w:i w:val="0"/>
          <w:sz w:val="20"/>
        </w:rPr>
        <w:t>Battery</w:t>
      </w:r>
      <w:r>
        <w:rPr>
          <w:b w:val="0"/>
          <w:i w:val="0"/>
        </w:rPr>
        <w:t xml:space="preserve">. Sau đó ta có thể dùng một đối tượng </w:t>
      </w:r>
      <w:r>
        <w:rPr>
          <w:rFonts w:ascii="Consolas" w:hAnsi="Consolas"/>
          <w:b w:val="0"/>
          <w:i w:val="0"/>
          <w:sz w:val="20"/>
        </w:rPr>
        <w:t>Battery</w:t>
      </w:r>
      <w:r>
        <w:rPr>
          <w:b w:val="0"/>
          <w:i w:val="0"/>
        </w:rPr>
        <w:t xml:space="preserve"> làm thuộc tính trong lớp </w:t>
      </w:r>
      <w:r>
        <w:rPr>
          <w:rFonts w:ascii="Consolas" w:hAnsi="Consolas"/>
          <w:b w:val="0"/>
          <w:i w:val="0"/>
          <w:sz w:val="20"/>
        </w:rPr>
        <w:t>ElectricCar</w:t>
      </w:r>
      <w:r>
        <w:rPr>
          <w:b w:val="0"/>
          <w:i w:val="0"/>
        </w:rPr>
        <w:t>:</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Battery:</w:t>
      </w:r>
    </w:p>
    <w:p>
      <w:pPr>
        <w:spacing w:after="0"/>
        <w:ind w:left="360"/>
        <w:shd w:val="clear" w:color="auto" w:fill="F2F2F2"/>
      </w:pPr>
      <w:r>
        <w:rPr>
          <w:rFonts w:ascii="Consolas" w:hAnsi="Consolas"/>
          <w:b w:val="0"/>
          <w:i w:val="0"/>
          <w:sz w:val="18"/>
        </w:rPr>
        <w:t xml:space="preserve">    """A simple attempt to model a battery for an electric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battery_size=40):</w:t>
      </w:r>
    </w:p>
    <w:p>
      <w:pPr>
        <w:spacing w:after="0"/>
        <w:ind w:left="360"/>
        <w:shd w:val="clear" w:color="auto" w:fill="F2F2F2"/>
      </w:pPr>
      <w:r>
        <w:rPr>
          <w:rFonts w:ascii="Consolas" w:hAnsi="Consolas"/>
          <w:b w:val="0"/>
          <w:i w:val="0"/>
          <w:sz w:val="18"/>
        </w:rPr>
        <w:t xml:space="preserve">        """Initialize the battery's attributes."""</w:t>
      </w:r>
    </w:p>
    <w:p>
      <w:pPr>
        <w:spacing w:after="0"/>
        <w:ind w:left="360"/>
        <w:shd w:val="clear" w:color="auto" w:fill="F2F2F2"/>
      </w:pPr>
      <w:r>
        <w:rPr>
          <w:rFonts w:ascii="Consolas" w:hAnsi="Consolas"/>
          <w:b w:val="0"/>
          <w:i w:val="0"/>
          <w:sz w:val="18"/>
        </w:rPr>
        <w:t xml:space="preserve">        self.battery_size = battery_size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describe_battery(self):</w:t>
      </w:r>
    </w:p>
    <w:p>
      <w:pPr>
        <w:spacing w:after="0"/>
        <w:ind w:left="360"/>
        <w:shd w:val="clear" w:color="auto" w:fill="F2F2F2"/>
      </w:pPr>
      <w:r>
        <w:rPr>
          <w:rFonts w:ascii="Consolas" w:hAnsi="Consolas"/>
          <w:b w:val="0"/>
          <w:i w:val="0"/>
          <w:sz w:val="18"/>
        </w:rPr>
        <w:t xml:space="preserve">        """Print a statement describing the battery size."""</w:t>
      </w:r>
    </w:p>
    <w:p>
      <w:pPr>
        <w:spacing w:after="0"/>
        <w:ind w:left="360"/>
        <w:shd w:val="clear" w:color="auto" w:fill="F2F2F2"/>
      </w:pPr>
      <w:r>
        <w:rPr>
          <w:rFonts w:ascii="Consolas" w:hAnsi="Consolas"/>
          <w:b w:val="0"/>
          <w:i w:val="0"/>
          <w:sz w:val="18"/>
        </w:rPr>
        <w:t xml:space="preserve">        print(f"This car has a {self.battery_size}-kWh battery.")</w:t>
      </w:r>
    </w:p>
    <w:p>
      <w:pPr>
        <w:spacing w:after="0"/>
        <w:ind w:left="360"/>
        <w:shd w:val="clear" w:color="auto" w:fill="F2F2F2"/>
      </w:pPr>
      <w:r>
        <w:t xml:space="preserv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val="0"/>
          <w:sz w:val="18"/>
        </w:rPr>
        <w:t xml:space="preserve">    """Represent aspects of a car, specific to electric vehicles."""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Initialize attributes of the parent class.</w:t>
      </w:r>
    </w:p>
    <w:p>
      <w:pPr>
        <w:spacing w:after="0"/>
        <w:ind w:left="360"/>
        <w:shd w:val="clear" w:color="auto" w:fill="F2F2F2"/>
      </w:pPr>
      <w:r>
        <w:rPr>
          <w:rFonts w:ascii="Consolas" w:hAnsi="Consolas"/>
          <w:b w:val="0"/>
          <w:i w:val="0"/>
          <w:sz w:val="18"/>
        </w:rPr>
        <w:t xml:space="preserve">        Then initialize attributes specific to an electric car.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super().__init__(make, model, year)</w:t>
      </w:r>
    </w:p>
    <w:p>
      <w:pPr>
        <w:spacing w:after="0"/>
        <w:ind w:left="360"/>
        <w:shd w:val="clear" w:color="auto" w:fill="F2F2F2"/>
      </w:pPr>
      <w:r>
        <w:rPr>
          <w:rFonts w:ascii="Consolas" w:hAnsi="Consolas"/>
          <w:b w:val="0"/>
          <w:i w:val="0"/>
          <w:sz w:val="18"/>
        </w:rPr>
        <w:t>❸         self.battery = Battery()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my_leaf = ElectricCar('nissan', 'leaf', 2024)</w:t>
      </w:r>
    </w:p>
    <w:p>
      <w:pPr>
        <w:spacing w:after="0"/>
        <w:ind w:left="360"/>
        <w:shd w:val="clear" w:color="auto" w:fill="F2F2F2"/>
      </w:pPr>
      <w:r>
        <w:rPr>
          <w:rFonts w:ascii="Consolas" w:hAnsi="Consolas"/>
          <w:b w:val="0"/>
          <w:i w:val="0"/>
          <w:sz w:val="18"/>
        </w:rPr>
        <w:t>print(my_leaf.get_descriptive_name())</w:t>
      </w:r>
    </w:p>
    <w:p>
      <w:pPr>
        <w:spacing w:after="0"/>
        <w:ind w:left="360"/>
        <w:shd w:val="clear" w:color="auto" w:fill="F2F2F2"/>
      </w:pPr>
      <w:r>
        <w:rPr>
          <w:rFonts w:ascii="Consolas" w:hAnsi="Consolas"/>
          <w:b w:val="0"/>
          <w:i w:val="0"/>
          <w:sz w:val="18"/>
        </w:rPr>
        <w:t>my_leaf.battery.describe_battery()</w:t>
      </w:r>
    </w:p>
    <w:p>
      <w:pPr>
        <w:spacing w:after="40"/>
      </w:pPr>
    </w:p>
    <w:p>
      <w:pPr>
        <w:spacing w:after="80"/>
      </w:pPr>
      <w:r>
        <w:rPr>
          <w:b w:val="0"/>
          <w:i w:val="0"/>
        </w:rPr>
        <w:t xml:space="preserve">Ta định nghĩa một lớp mới tên là </w:t>
      </w:r>
      <w:r>
        <w:rPr>
          <w:rFonts w:ascii="Consolas" w:hAnsi="Consolas"/>
          <w:b w:val="0"/>
          <w:i w:val="0"/>
          <w:sz w:val="20"/>
        </w:rPr>
        <w:t>Battery</w:t>
      </w:r>
      <w:r>
        <w:rPr>
          <w:b w:val="0"/>
          <w:i w:val="0"/>
        </w:rPr>
        <w:t xml:space="preserve">, lớp này không kế thừa từ lớp nào khác. Phương thức </w:t>
      </w:r>
      <w:r>
        <w:rPr>
          <w:rFonts w:ascii="Consolas" w:hAnsi="Consolas"/>
          <w:b w:val="0"/>
          <w:i w:val="0"/>
          <w:sz w:val="20"/>
        </w:rPr>
        <w:t>__init__()</w:t>
      </w:r>
      <w:r>
        <w:rPr>
          <w:b w:val="0"/>
          <w:i w:val="0"/>
        </w:rPr>
        <w:t xml:space="preserve"> ❶ có một tham số là </w:t>
      </w:r>
      <w:r>
        <w:rPr>
          <w:rFonts w:ascii="Consolas" w:hAnsi="Consolas"/>
          <w:b w:val="0"/>
          <w:i w:val="0"/>
          <w:sz w:val="20"/>
        </w:rPr>
        <w:t>battery_size</w:t>
      </w:r>
      <w:r>
        <w:rPr>
          <w:b w:val="0"/>
          <w:i w:val="0"/>
        </w:rPr>
        <w:t xml:space="preserve">, ngoài </w:t>
      </w:r>
      <w:r>
        <w:rPr>
          <w:rFonts w:ascii="Consolas" w:hAnsi="Consolas"/>
          <w:b w:val="0"/>
          <w:i w:val="0"/>
          <w:sz w:val="20"/>
        </w:rPr>
        <w:t>self</w:t>
      </w:r>
      <w:r>
        <w:rPr>
          <w:b w:val="0"/>
          <w:i w:val="0"/>
        </w:rPr>
        <w:t xml:space="preserve">. Đây là tham số tùy chọn, đặt kích thước pin thành 40 nếu không truyền giá trị nào. Phương thức </w:t>
      </w:r>
      <w:r>
        <w:rPr>
          <w:rFonts w:ascii="Consolas" w:hAnsi="Consolas"/>
          <w:b w:val="0"/>
          <w:i w:val="0"/>
          <w:sz w:val="20"/>
        </w:rPr>
        <w:t>describe_battery()</w:t>
      </w:r>
      <w:r>
        <w:rPr>
          <w:b w:val="0"/>
          <w:i w:val="0"/>
        </w:rPr>
        <w:t xml:space="preserve"> cũng đã được chuyển sang lớp này ❷.</w:t>
      </w:r>
    </w:p>
    <w:p>
      <w:pPr>
        <w:spacing w:after="80"/>
      </w:pPr>
      <w:r>
        <w:rPr>
          <w:b w:val="0"/>
          <w:i w:val="0"/>
        </w:rPr>
        <w:t xml:space="preserve">Trong lớp </w:t>
      </w:r>
      <w:r>
        <w:rPr>
          <w:rFonts w:ascii="Consolas" w:hAnsi="Consolas"/>
          <w:b w:val="0"/>
          <w:i w:val="0"/>
          <w:sz w:val="20"/>
        </w:rPr>
        <w:t>ElectricCar</w:t>
      </w:r>
      <w:r>
        <w:rPr>
          <w:b w:val="0"/>
          <w:i w:val="0"/>
        </w:rPr>
        <w:t xml:space="preserve">, giờ ta thêm một thuộc tính tên là </w:t>
      </w:r>
      <w:r>
        <w:rPr>
          <w:rFonts w:ascii="Consolas" w:hAnsi="Consolas"/>
          <w:b w:val="0"/>
          <w:i w:val="0"/>
          <w:sz w:val="20"/>
        </w:rPr>
        <w:t>self.battery</w:t>
      </w:r>
      <w:r>
        <w:rPr>
          <w:b w:val="0"/>
          <w:i w:val="0"/>
        </w:rPr>
        <w:t xml:space="preserve"> ❸. Dòng này bảo Python tạo một đối tượng mới của </w:t>
      </w:r>
      <w:r>
        <w:rPr>
          <w:rFonts w:ascii="Consolas" w:hAnsi="Consolas"/>
          <w:b w:val="0"/>
          <w:i w:val="0"/>
          <w:sz w:val="20"/>
        </w:rPr>
        <w:t>Battery</w:t>
      </w:r>
      <w:r>
        <w:rPr>
          <w:b w:val="0"/>
          <w:i w:val="0"/>
        </w:rPr>
        <w:t xml:space="preserve"> (với kích thước mặc định là 40, vì ta không chỉ định giá trị) và gán đối tượng đó cho thuộc tính </w:t>
      </w:r>
      <w:r>
        <w:rPr>
          <w:rFonts w:ascii="Consolas" w:hAnsi="Consolas"/>
          <w:b w:val="0"/>
          <w:i w:val="0"/>
          <w:sz w:val="20"/>
        </w:rPr>
        <w:t>self.battery</w:t>
      </w:r>
      <w:r>
        <w:rPr>
          <w:b w:val="0"/>
          <w:i w:val="0"/>
        </w:rPr>
        <w:t xml:space="preserve">. Điều này sẽ xảy ra mỗi khi phương thức </w:t>
      </w:r>
      <w:r>
        <w:rPr>
          <w:rFonts w:ascii="Consolas" w:hAnsi="Consolas"/>
          <w:b w:val="0"/>
          <w:i w:val="0"/>
          <w:sz w:val="20"/>
        </w:rPr>
        <w:t>__init__()</w:t>
      </w:r>
      <w:r>
        <w:rPr>
          <w:b w:val="0"/>
          <w:i w:val="0"/>
        </w:rPr>
        <w:t xml:space="preserve"> được gọi; mọi đối tượng </w:t>
      </w:r>
      <w:r>
        <w:rPr>
          <w:rFonts w:ascii="Consolas" w:hAnsi="Consolas"/>
          <w:b w:val="0"/>
          <w:i w:val="0"/>
          <w:sz w:val="20"/>
        </w:rPr>
        <w:t>ElectricCar</w:t>
      </w:r>
      <w:r>
        <w:rPr>
          <w:b w:val="0"/>
          <w:i w:val="0"/>
        </w:rPr>
        <w:t xml:space="preserve"> giờ đây sẽ tự động có một đối tượng </w:t>
      </w:r>
      <w:r>
        <w:rPr>
          <w:rFonts w:ascii="Consolas" w:hAnsi="Consolas"/>
          <w:b w:val="0"/>
          <w:i w:val="0"/>
          <w:sz w:val="20"/>
        </w:rPr>
        <w:t>Battery</w:t>
      </w:r>
      <w:r>
        <w:rPr>
          <w:b w:val="0"/>
          <w:i w:val="0"/>
        </w:rPr>
        <w:t xml:space="preserve"> được tạo ra.</w:t>
      </w:r>
    </w:p>
    <w:p>
      <w:pPr>
        <w:spacing w:after="80"/>
      </w:pPr>
      <w:r>
        <w:rPr>
          <w:b w:val="0"/>
          <w:i w:val="0"/>
        </w:rPr>
        <w:t xml:space="preserve">Ta tạo một chiếc xe điện và gán nó cho biến </w:t>
      </w:r>
      <w:r>
        <w:rPr>
          <w:rFonts w:ascii="Consolas" w:hAnsi="Consolas"/>
          <w:b w:val="0"/>
          <w:i w:val="0"/>
          <w:sz w:val="20"/>
        </w:rPr>
        <w:t>my_leaf</w:t>
      </w:r>
      <w:r>
        <w:rPr>
          <w:b w:val="0"/>
          <w:i w:val="0"/>
        </w:rPr>
        <w:t xml:space="preserve">. Khi muốn mô tả pin, ta cần đi qua thuộc tính </w:t>
      </w:r>
      <w:r>
        <w:rPr>
          <w:rFonts w:ascii="Consolas" w:hAnsi="Consolas"/>
          <w:b w:val="0"/>
          <w:i w:val="0"/>
          <w:sz w:val="20"/>
        </w:rPr>
        <w:t>battery</w:t>
      </w:r>
      <w:r>
        <w:rPr>
          <w:b w:val="0"/>
          <w:i w:val="0"/>
        </w:rPr>
        <w:t xml:space="preserve"> của xe:</w:t>
      </w:r>
    </w:p>
    <w:p>
      <w:pPr>
        <w:spacing w:after="80"/>
      </w:pPr>
      <w:r>
        <w:rPr>
          <w:b w:val="0"/>
          <w:i w:val="0"/>
        </w:rPr>
        <w:t>my_leaf.battery.describe_battery()</w:t>
      </w:r>
    </w:p>
    <w:p>
      <w:pPr>
        <w:spacing w:after="80"/>
      </w:pPr>
      <w:r>
        <w:rPr>
          <w:b w:val="0"/>
          <w:i w:val="0"/>
        </w:rPr>
        <w:t xml:space="preserve">Dòng này bảo Python hãy nhìn vào đối tượng </w:t>
      </w:r>
      <w:r>
        <w:rPr>
          <w:rFonts w:ascii="Consolas" w:hAnsi="Consolas"/>
          <w:b w:val="0"/>
          <w:i w:val="0"/>
          <w:sz w:val="20"/>
        </w:rPr>
        <w:t>my_leaf</w:t>
      </w:r>
      <w:r>
        <w:rPr>
          <w:b w:val="0"/>
          <w:i w:val="0"/>
        </w:rPr>
        <w:t xml:space="preserve">, tìm thuộc tính </w:t>
      </w:r>
      <w:r>
        <w:rPr>
          <w:rFonts w:ascii="Consolas" w:hAnsi="Consolas"/>
          <w:b w:val="0"/>
          <w:i w:val="0"/>
          <w:sz w:val="20"/>
        </w:rPr>
        <w:t>battery</w:t>
      </w:r>
      <w:r>
        <w:rPr>
          <w:b w:val="0"/>
          <w:i w:val="0"/>
        </w:rPr>
        <w:t xml:space="preserve"> của nó, rồi gọi phương thức </w:t>
      </w:r>
      <w:r>
        <w:rPr>
          <w:rFonts w:ascii="Consolas" w:hAnsi="Consolas"/>
          <w:b w:val="0"/>
          <w:i w:val="0"/>
          <w:sz w:val="20"/>
        </w:rPr>
        <w:t>describe_battery()</w:t>
      </w:r>
      <w:r>
        <w:rPr>
          <w:b w:val="0"/>
          <w:i w:val="0"/>
        </w:rPr>
        <w:t xml:space="preserve"> gắn với đối tượng </w:t>
      </w:r>
      <w:r>
        <w:rPr>
          <w:rFonts w:ascii="Consolas" w:hAnsi="Consolas"/>
          <w:b w:val="0"/>
          <w:i w:val="0"/>
          <w:sz w:val="20"/>
        </w:rPr>
        <w:t>Battery</w:t>
      </w:r>
      <w:r>
        <w:rPr>
          <w:b w:val="0"/>
          <w:i w:val="0"/>
        </w:rPr>
        <w:t xml:space="preserve"> được gán cho thuộc tính đó.</w:t>
      </w:r>
    </w:p>
    <w:p>
      <w:pPr>
        <w:spacing w:after="80"/>
      </w:pPr>
      <w:r>
        <w:rPr>
          <w:b w:val="0"/>
          <w:i w:val="0"/>
        </w:rPr>
        <w:t>Kết quả in ra giống hệt như những gì ta đã thấy trước đó:</w:t>
      </w:r>
    </w:p>
    <w:p>
      <w:pPr>
        <w:spacing w:after="80"/>
      </w:pPr>
      <w:r>
        <w:rPr>
          <w:b w:val="0"/>
          <w:i w:val="0"/>
        </w:rPr>
        <w:t>2024 Nissan Leaf</w:t>
      </w:r>
      <w:r>
        <w:br/>
      </w:r>
      <w:r>
        <w:rPr>
          <w:b w:val="0"/>
          <w:i w:val="0"/>
        </w:rPr>
        <w:t>This car has a 40-kWh battery.</w:t>
      </w:r>
    </w:p>
    <w:p>
      <w:pPr>
        <w:spacing w:after="80"/>
      </w:pPr>
      <w:r>
        <w:rPr>
          <w:b w:val="0"/>
          <w:i w:val="0"/>
        </w:rPr>
        <w:t xml:space="preserve">Trông có vẻ như phải làm thêm khá nhiều việc, nhưng giờ ta có thể mô tả pin chi tiết bao nhiêu tùy thích mà không làm lớp </w:t>
      </w:r>
      <w:r>
        <w:rPr>
          <w:rFonts w:ascii="Consolas" w:hAnsi="Consolas"/>
          <w:b w:val="0"/>
          <w:i w:val="0"/>
          <w:sz w:val="20"/>
        </w:rPr>
        <w:t>ElectricCar</w:t>
      </w:r>
      <w:r>
        <w:rPr>
          <w:b w:val="0"/>
          <w:i w:val="0"/>
        </w:rPr>
        <w:t xml:space="preserve"> trở nên rối rắm. Hãy thêm một phương thức nữa vào </w:t>
      </w:r>
      <w:r>
        <w:rPr>
          <w:rFonts w:ascii="Consolas" w:hAnsi="Consolas"/>
          <w:b w:val="0"/>
          <w:i w:val="0"/>
          <w:sz w:val="20"/>
        </w:rPr>
        <w:t>Battery</w:t>
      </w:r>
      <w:r>
        <w:rPr>
          <w:b w:val="0"/>
          <w:i w:val="0"/>
        </w:rPr>
        <w:t xml:space="preserve"> để báo cáo quãng đường chạy được của xe dựa trên kích thước pin:</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Battery:</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get_range(self):</w:t>
      </w:r>
    </w:p>
    <w:p>
      <w:pPr>
        <w:spacing w:after="0"/>
        <w:ind w:left="360"/>
        <w:shd w:val="clear" w:color="auto" w:fill="F2F2F2"/>
      </w:pPr>
      <w:r>
        <w:rPr>
          <w:rFonts w:ascii="Consolas" w:hAnsi="Consolas"/>
          <w:b w:val="0"/>
          <w:i w:val="0"/>
          <w:sz w:val="18"/>
        </w:rPr>
        <w:t xml:space="preserve">        """Print a statement about the range this battery provides."""</w:t>
      </w:r>
    </w:p>
    <w:p>
      <w:pPr>
        <w:spacing w:after="0"/>
        <w:ind w:left="360"/>
        <w:shd w:val="clear" w:color="auto" w:fill="F2F2F2"/>
      </w:pPr>
      <w:r>
        <w:rPr>
          <w:rFonts w:ascii="Consolas" w:hAnsi="Consolas"/>
          <w:b w:val="0"/>
          <w:i w:val="0"/>
          <w:sz w:val="18"/>
        </w:rPr>
        <w:t xml:space="preserve">        if self.battery_size == 40:</w:t>
      </w:r>
    </w:p>
    <w:p>
      <w:pPr>
        <w:spacing w:after="0"/>
        <w:ind w:left="360"/>
        <w:shd w:val="clear" w:color="auto" w:fill="F2F2F2"/>
      </w:pPr>
      <w:r>
        <w:rPr>
          <w:rFonts w:ascii="Consolas" w:hAnsi="Consolas"/>
          <w:b w:val="0"/>
          <w:i w:val="0"/>
          <w:sz w:val="18"/>
        </w:rPr>
        <w:t xml:space="preserve">            range = 150</w:t>
      </w:r>
    </w:p>
    <w:p>
      <w:pPr>
        <w:spacing w:after="0"/>
        <w:ind w:left="360"/>
        <w:shd w:val="clear" w:color="auto" w:fill="F2F2F2"/>
      </w:pPr>
      <w:r>
        <w:rPr>
          <w:rFonts w:ascii="Consolas" w:hAnsi="Consolas"/>
          <w:b w:val="0"/>
          <w:i w:val="0"/>
          <w:sz w:val="18"/>
        </w:rPr>
        <w:t xml:space="preserve">        elif self.battery_size == 65:</w:t>
      </w:r>
    </w:p>
    <w:p>
      <w:pPr>
        <w:spacing w:after="0"/>
        <w:ind w:left="360"/>
        <w:shd w:val="clear" w:color="auto" w:fill="F2F2F2"/>
      </w:pPr>
      <w:r>
        <w:rPr>
          <w:rFonts w:ascii="Consolas" w:hAnsi="Consolas"/>
          <w:b w:val="0"/>
          <w:i w:val="0"/>
          <w:sz w:val="18"/>
        </w:rPr>
        <w:t xml:space="preserve">            range = 225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print(f"This car can go about {range} miles on a full charge.")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my_leaf = ElectricCar('nissan', 'leaf', 2024)</w:t>
      </w:r>
    </w:p>
    <w:p>
      <w:pPr>
        <w:spacing w:after="0"/>
        <w:ind w:left="360"/>
        <w:shd w:val="clear" w:color="auto" w:fill="F2F2F2"/>
      </w:pPr>
      <w:r>
        <w:rPr>
          <w:rFonts w:ascii="Consolas" w:hAnsi="Consolas"/>
          <w:b w:val="0"/>
          <w:i w:val="0"/>
          <w:sz w:val="18"/>
        </w:rPr>
        <w:t>print(my_leaf.get_descriptive_name())</w:t>
      </w:r>
    </w:p>
    <w:p>
      <w:pPr>
        <w:spacing w:after="0"/>
        <w:ind w:left="360"/>
        <w:shd w:val="clear" w:color="auto" w:fill="F2F2F2"/>
      </w:pPr>
      <w:r>
        <w:rPr>
          <w:rFonts w:ascii="Consolas" w:hAnsi="Consolas"/>
          <w:b w:val="0"/>
          <w:i w:val="0"/>
          <w:sz w:val="18"/>
        </w:rPr>
        <w:t>my_leaf.battery.describe_battery()</w:t>
      </w:r>
    </w:p>
    <w:p>
      <w:pPr>
        <w:spacing w:after="0"/>
        <w:ind w:left="360"/>
        <w:shd w:val="clear" w:color="auto" w:fill="F2F2F2"/>
      </w:pPr>
      <w:r>
        <w:rPr>
          <w:rFonts w:ascii="Consolas" w:hAnsi="Consolas"/>
          <w:b w:val="0"/>
          <w:i w:val="0"/>
          <w:sz w:val="18"/>
        </w:rPr>
        <w:t>❶ my_leaf.battery.get_range()</w:t>
      </w:r>
    </w:p>
    <w:p>
      <w:pPr>
        <w:spacing w:after="40"/>
      </w:pPr>
    </w:p>
    <w:p>
      <w:pPr>
        <w:spacing w:after="80"/>
      </w:pPr>
      <w:r>
        <w:rPr>
          <w:b w:val="0"/>
          <w:i w:val="0"/>
        </w:rPr>
        <w:t xml:space="preserve">Phương thức mới </w:t>
      </w:r>
      <w:r>
        <w:rPr>
          <w:rFonts w:ascii="Consolas" w:hAnsi="Consolas"/>
          <w:b w:val="0"/>
          <w:i w:val="0"/>
          <w:sz w:val="20"/>
        </w:rPr>
        <w:t>get_range()</w:t>
      </w:r>
      <w:r>
        <w:rPr>
          <w:b w:val="0"/>
          <w:i w:val="0"/>
        </w:rPr>
        <w:t xml:space="preserve"> thực hiện một phân tích đơn giản. Nếu dung lượng pin là 40 kWh, </w:t>
      </w:r>
      <w:r>
        <w:rPr>
          <w:rFonts w:ascii="Consolas" w:hAnsi="Consolas"/>
          <w:b w:val="0"/>
          <w:i w:val="0"/>
          <w:sz w:val="20"/>
        </w:rPr>
        <w:t>get_range()</w:t>
      </w:r>
      <w:r>
        <w:rPr>
          <w:b w:val="0"/>
          <w:i w:val="0"/>
        </w:rPr>
        <w:t xml:space="preserve"> đặt quãng đường thành 150 dặm, còn nếu dung lượng là 65 kWh, nó đặt quãng đường thành 225 dặm. Sau đó nó báo cáo giá trị này. Khi muốn dùng phương thức này, ta lại phải gọi nó thông qua thuộc tính </w:t>
      </w:r>
      <w:r>
        <w:rPr>
          <w:rFonts w:ascii="Consolas" w:hAnsi="Consolas"/>
          <w:b w:val="0"/>
          <w:i w:val="0"/>
          <w:sz w:val="20"/>
        </w:rPr>
        <w:t>battery</w:t>
      </w:r>
      <w:r>
        <w:rPr>
          <w:b w:val="0"/>
          <w:i w:val="0"/>
        </w:rPr>
        <w:t xml:space="preserve"> của xe ❶.</w:t>
      </w:r>
    </w:p>
    <w:p>
      <w:pPr>
        <w:spacing w:after="80"/>
      </w:pPr>
      <w:r>
        <w:rPr>
          <w:b w:val="0"/>
          <w:i w:val="0"/>
        </w:rPr>
        <w:t>Kết quả in ra cho ta biết quãng đường chạy được của xe dựa trên kích thước pin:</w:t>
      </w:r>
    </w:p>
    <w:p>
      <w:pPr>
        <w:spacing w:after="80"/>
      </w:pPr>
      <w:r>
        <w:rPr>
          <w:b w:val="0"/>
          <w:i w:val="0"/>
        </w:rPr>
        <w:t>2024 Nissan Leaf</w:t>
      </w:r>
      <w:r>
        <w:br/>
      </w:r>
      <w:r>
        <w:rPr>
          <w:b w:val="0"/>
          <w:i w:val="0"/>
        </w:rPr>
        <w:t>This car has a 40-kWh battery.</w:t>
      </w:r>
      <w:r>
        <w:br/>
      </w:r>
      <w:r>
        <w:rPr>
          <w:b w:val="0"/>
          <w:i w:val="0"/>
        </w:rPr>
        <w:t>This car can go about 150 miles on a full charge.</w:t>
      </w:r>
    </w:p>
    <w:p>
      <w:pPr>
        <w:pStyle w:val="Heading3"/>
      </w:pPr>
      <w:r>
        <w:rPr>
          <w:rFonts w:ascii="Calibri" w:hAnsi="Calibri"/>
          <w:b/>
          <w:i w:val="0"/>
          <w:sz w:val="27"/>
        </w:rPr>
        <w:t>Mô hình hóa các đối tượng trong thế giới thực</w:t>
      </w:r>
    </w:p>
    <w:p>
      <w:pPr>
        <w:spacing w:after="80"/>
      </w:pPr>
      <w:r>
        <w:rPr>
          <w:b w:val="0"/>
          <w:i w:val="0"/>
        </w:rPr>
        <w:t xml:space="preserve">Khi bắt đầu mô hình hóa những thứ phức tạp hơn như xe điện, bạn sẽ phải vật lộn với những câu hỏi thú vị. Quãng đường chạy được của một chiếc xe điện là thuộc tính của pin hay của xe? Nếu ta chỉ mô tả một chiếc xe, có lẽ giữ phương thức </w:t>
      </w:r>
      <w:r>
        <w:rPr>
          <w:rFonts w:ascii="Consolas" w:hAnsi="Consolas"/>
          <w:b w:val="0"/>
          <w:i w:val="0"/>
          <w:sz w:val="20"/>
        </w:rPr>
        <w:t>get_range()</w:t>
      </w:r>
      <w:r>
        <w:rPr>
          <w:b w:val="0"/>
          <w:i w:val="0"/>
        </w:rPr>
        <w:t xml:space="preserve"> gắn với lớp </w:t>
      </w:r>
      <w:r>
        <w:rPr>
          <w:rFonts w:ascii="Consolas" w:hAnsi="Consolas"/>
          <w:b w:val="0"/>
          <w:i w:val="0"/>
          <w:sz w:val="20"/>
        </w:rPr>
        <w:t>Battery</w:t>
      </w:r>
      <w:r>
        <w:rPr>
          <w:b w:val="0"/>
          <w:i w:val="0"/>
        </w:rPr>
        <w:t xml:space="preserve"> là ổn. Nhưng nếu ta mô tả toàn bộ dòng xe của một hãng sản xuất, có lẽ ta nên chuyển </w:t>
      </w:r>
      <w:r>
        <w:rPr>
          <w:rFonts w:ascii="Consolas" w:hAnsi="Consolas"/>
          <w:b w:val="0"/>
          <w:i w:val="0"/>
          <w:sz w:val="20"/>
        </w:rPr>
        <w:t>get_range()</w:t>
      </w:r>
      <w:r>
        <w:rPr>
          <w:b w:val="0"/>
          <w:i w:val="0"/>
        </w:rPr>
        <w:t xml:space="preserve"> sang lớp </w:t>
      </w:r>
      <w:r>
        <w:rPr>
          <w:rFonts w:ascii="Consolas" w:hAnsi="Consolas"/>
          <w:b w:val="0"/>
          <w:i w:val="0"/>
          <w:sz w:val="20"/>
        </w:rPr>
        <w:t>ElectricCar</w:t>
      </w:r>
      <w:r>
        <w:rPr>
          <w:b w:val="0"/>
          <w:i w:val="0"/>
        </w:rPr>
        <w:t xml:space="preserve">. Phương thức </w:t>
      </w:r>
      <w:r>
        <w:rPr>
          <w:rFonts w:ascii="Consolas" w:hAnsi="Consolas"/>
          <w:b w:val="0"/>
          <w:i w:val="0"/>
          <w:sz w:val="20"/>
        </w:rPr>
        <w:t>get_range()</w:t>
      </w:r>
      <w:r>
        <w:rPr>
          <w:b w:val="0"/>
          <w:i w:val="0"/>
        </w:rPr>
        <w:t xml:space="preserve"> vẫn sẽ kiểm tra kích thước pin trước khi xác định quãng đường, nhưng nó sẽ báo cáo quãng đường riêng cho loại xe mà nó gắn với. Hoặc cách khác, ta có thể giữ phương thức </w:t>
      </w:r>
      <w:r>
        <w:rPr>
          <w:rFonts w:ascii="Consolas" w:hAnsi="Consolas"/>
          <w:b w:val="0"/>
          <w:i w:val="0"/>
          <w:sz w:val="20"/>
        </w:rPr>
        <w:t>get_range()</w:t>
      </w:r>
      <w:r>
        <w:rPr>
          <w:b w:val="0"/>
          <w:i w:val="0"/>
        </w:rPr>
        <w:t xml:space="preserve"> gắn với pin nhưng truyền cho nó một tham số như </w:t>
      </w:r>
      <w:r>
        <w:rPr>
          <w:rFonts w:ascii="Consolas" w:hAnsi="Consolas"/>
          <w:b w:val="0"/>
          <w:i w:val="0"/>
          <w:sz w:val="20"/>
        </w:rPr>
        <w:t>car_model</w:t>
      </w:r>
      <w:r>
        <w:rPr>
          <w:b w:val="0"/>
          <w:i w:val="0"/>
        </w:rPr>
        <w:t xml:space="preserve">. Khi đó phương thức </w:t>
      </w:r>
      <w:r>
        <w:rPr>
          <w:rFonts w:ascii="Consolas" w:hAnsi="Consolas"/>
          <w:b w:val="0"/>
          <w:i w:val="0"/>
          <w:sz w:val="20"/>
        </w:rPr>
        <w:t>get_range()</w:t>
      </w:r>
      <w:r>
        <w:rPr>
          <w:b w:val="0"/>
          <w:i w:val="0"/>
        </w:rPr>
        <w:t xml:space="preserve"> sẽ báo cáo quãng đường dựa trên kích thước pin và mẫu xe.</w:t>
      </w:r>
    </w:p>
    <w:p>
      <w:pPr>
        <w:spacing w:after="80"/>
      </w:pPr>
      <w:r>
        <w:rPr>
          <w:b w:val="0"/>
          <w:i w:val="0"/>
        </w:rPr>
        <w:t>Điều này đưa bạn đến một điểm thú vị trong quá trình phát triển với tư cách là một lập trình viên. Khi bạn vật lộn với những câu hỏi như thế này, bạn đang suy nghĩ ở mức logic cao hơn thay vì mức tập trung vào cú pháp. Bạn không còn nghĩ về Python nữa, mà nghĩ về cách biểu diễn thế giới thực bằng mã nguồn. Khi bạn đạt đến điểm này, bạn sẽ nhận ra rằng thường không có cách tiếp cận đúng hay sai để mô hình hóa các tình huống trong thế giới thực. Một số cách tiếp cận hiệu quả hơn những cách khác, nhưng cần luyện tập để tìm ra cách biểu diễn hiệu quả nhất. Nếu mã của bạn hoạt động như bạn mong muốn, bạn đang làm tốt rồi! Đừng nản lòng nếu bạn thấy mình phải tháo rời các lớp (class) của mình và viết lại chúng nhiều lần bằng những cách tiếp cận khác nhau. Trong hành trình viết mã chính xác, hiệu quả, ai cũng phải trải qua quá trình này.</w:t>
      </w:r>
    </w:p>
    <w:p>
      <w:pPr>
        <w:spacing w:before="120" w:after="40"/>
      </w:pPr>
      <w:r>
        <w:rPr>
          <w:b/>
          <w:sz w:val="21"/>
        </w:rPr>
        <w:t>Tự thực hành</w:t>
      </w:r>
    </w:p>
    <w:p>
      <w:pPr>
        <w:spacing w:after="80"/>
      </w:pPr>
      <w:r>
        <w:rPr>
          <w:b/>
          <w:i w:val="0"/>
        </w:rPr>
        <w:t>9-6. Quầy kem:</w:t>
      </w:r>
      <w:r>
        <w:rPr>
          <w:b w:val="0"/>
          <w:i w:val="0"/>
        </w:rPr>
        <w:t xml:space="preserve"> Một quầy kem là một loại nhà hàng đặc biệt. Viết một lớp có tên </w:t>
      </w:r>
      <w:r>
        <w:rPr>
          <w:rFonts w:ascii="Consolas" w:hAnsi="Consolas"/>
          <w:b w:val="0"/>
          <w:i w:val="0"/>
          <w:sz w:val="20"/>
        </w:rPr>
        <w:t>IceCreamStand</w:t>
      </w:r>
      <w:r>
        <w:rPr>
          <w:b w:val="0"/>
          <w:i w:val="0"/>
        </w:rPr>
        <w:t xml:space="preserve"> kế thừa từ lớp </w:t>
      </w:r>
      <w:r>
        <w:rPr>
          <w:rFonts w:ascii="Consolas" w:hAnsi="Consolas"/>
          <w:b w:val="0"/>
          <w:i w:val="0"/>
          <w:sz w:val="20"/>
        </w:rPr>
        <w:t>Restaurant</w:t>
      </w:r>
      <w:r>
        <w:rPr>
          <w:b w:val="0"/>
          <w:i w:val="0"/>
        </w:rPr>
        <w:t xml:space="preserve"> mà bạn đã viết trong Bài tập 9-1 (trang 162) hoặc Bài tập 9-4 (trang 166). Phiên bản nào của lớp cũng được; chỉ cần chọn cái bạn thích hơn. Thêm một thuộc tính có tên </w:t>
      </w:r>
      <w:r>
        <w:rPr>
          <w:rFonts w:ascii="Consolas" w:hAnsi="Consolas"/>
          <w:b w:val="0"/>
          <w:i w:val="0"/>
          <w:sz w:val="20"/>
        </w:rPr>
        <w:t>flavors</w:t>
      </w:r>
      <w:r>
        <w:rPr>
          <w:b w:val="0"/>
          <w:i w:val="0"/>
        </w:rPr>
        <w:t xml:space="preserve"> lưu trữ danh sách các hương vị kem. Viết một phương thức hiển thị các hương vị này. Tạo một thực thể (instance) của </w:t>
      </w:r>
      <w:r>
        <w:rPr>
          <w:rFonts w:ascii="Consolas" w:hAnsi="Consolas"/>
          <w:b w:val="0"/>
          <w:i w:val="0"/>
          <w:sz w:val="20"/>
        </w:rPr>
        <w:t>IceCreamStand</w:t>
      </w:r>
      <w:r>
        <w:rPr>
          <w:b w:val="0"/>
          <w:i w:val="0"/>
        </w:rPr>
        <w:t>, và gọi phương thức này.</w:t>
      </w:r>
    </w:p>
    <w:p>
      <w:pPr>
        <w:spacing w:after="80"/>
      </w:pPr>
      <w:r>
        <w:rPr>
          <w:b/>
          <w:i w:val="0"/>
        </w:rPr>
        <w:t>9-7. Quản trị viên:</w:t>
      </w:r>
      <w:r>
        <w:rPr>
          <w:b w:val="0"/>
          <w:i w:val="0"/>
        </w:rPr>
        <w:t xml:space="preserve"> Quản trị viên là một loại người dùng đặc biệt. Viết một lớp có tên </w:t>
      </w:r>
      <w:r>
        <w:rPr>
          <w:rFonts w:ascii="Consolas" w:hAnsi="Consolas"/>
          <w:b w:val="0"/>
          <w:i w:val="0"/>
          <w:sz w:val="20"/>
        </w:rPr>
        <w:t>Admin</w:t>
      </w:r>
      <w:r>
        <w:rPr>
          <w:b w:val="0"/>
          <w:i w:val="0"/>
        </w:rPr>
        <w:t xml:space="preserve"> kế thừa từ lớp </w:t>
      </w:r>
      <w:r>
        <w:rPr>
          <w:rFonts w:ascii="Consolas" w:hAnsi="Consolas"/>
          <w:b w:val="0"/>
          <w:i w:val="0"/>
          <w:sz w:val="20"/>
        </w:rPr>
        <w:t>User</w:t>
      </w:r>
      <w:r>
        <w:rPr>
          <w:b w:val="0"/>
          <w:i w:val="0"/>
        </w:rPr>
        <w:t xml:space="preserve"> mà bạn đã viết trong Bài tập 9-3 (trang 162) hoặc Bài tập 9-5 (trang 167). Thêm một thuộc tính, </w:t>
      </w:r>
      <w:r>
        <w:rPr>
          <w:rFonts w:ascii="Consolas" w:hAnsi="Consolas"/>
          <w:b w:val="0"/>
          <w:i w:val="0"/>
          <w:sz w:val="20"/>
        </w:rPr>
        <w:t>privileges</w:t>
      </w:r>
      <w:r>
        <w:rPr>
          <w:b w:val="0"/>
          <w:i w:val="0"/>
        </w:rPr>
        <w:t xml:space="preserve">, lưu trữ danh sách các chuỗi như </w:t>
      </w:r>
      <w:r>
        <w:rPr>
          <w:rFonts w:ascii="Consolas" w:hAnsi="Consolas"/>
          <w:b w:val="0"/>
          <w:i w:val="0"/>
          <w:sz w:val="20"/>
        </w:rPr>
        <w:t>"can add post"</w:t>
      </w:r>
      <w:r>
        <w:rPr>
          <w:b w:val="0"/>
          <w:i w:val="0"/>
        </w:rPr>
        <w:t xml:space="preserve">, </w:t>
      </w:r>
      <w:r>
        <w:rPr>
          <w:rFonts w:ascii="Consolas" w:hAnsi="Consolas"/>
          <w:b w:val="0"/>
          <w:i w:val="0"/>
          <w:sz w:val="20"/>
        </w:rPr>
        <w:t>"can delete post"</w:t>
      </w:r>
      <w:r>
        <w:rPr>
          <w:b w:val="0"/>
          <w:i w:val="0"/>
        </w:rPr>
        <w:t xml:space="preserve">, </w:t>
      </w:r>
      <w:r>
        <w:rPr>
          <w:rFonts w:ascii="Consolas" w:hAnsi="Consolas"/>
          <w:b w:val="0"/>
          <w:i w:val="0"/>
          <w:sz w:val="20"/>
        </w:rPr>
        <w:t>"can ban user"</w:t>
      </w:r>
      <w:r>
        <w:rPr>
          <w:b w:val="0"/>
          <w:i w:val="0"/>
        </w:rPr>
        <w:t xml:space="preserve">, v.v. Viết một phương thức có tên </w:t>
      </w:r>
      <w:r>
        <w:rPr>
          <w:rFonts w:ascii="Consolas" w:hAnsi="Consolas"/>
          <w:b w:val="0"/>
          <w:i w:val="0"/>
          <w:sz w:val="20"/>
        </w:rPr>
        <w:t>show_privileges()</w:t>
      </w:r>
      <w:r>
        <w:rPr>
          <w:b w:val="0"/>
          <w:i w:val="0"/>
        </w:rPr>
        <w:t xml:space="preserve"> liệt kê tập hợp các quyền của quản trị viên. Tạo một thực thể của </w:t>
      </w:r>
      <w:r>
        <w:rPr>
          <w:rFonts w:ascii="Consolas" w:hAnsi="Consolas"/>
          <w:b w:val="0"/>
          <w:i w:val="0"/>
          <w:sz w:val="20"/>
        </w:rPr>
        <w:t>Admin</w:t>
      </w:r>
      <w:r>
        <w:rPr>
          <w:b w:val="0"/>
          <w:i w:val="0"/>
        </w:rPr>
        <w:t>, và gọi phương thức của bạn.</w:t>
      </w:r>
    </w:p>
    <w:p>
      <w:pPr>
        <w:spacing w:after="80"/>
      </w:pPr>
      <w:r>
        <w:rPr>
          <w:b/>
          <w:i w:val="0"/>
        </w:rPr>
        <w:t>9-8. Quyền hạn:</w:t>
      </w:r>
      <w:r>
        <w:rPr>
          <w:b w:val="0"/>
          <w:i w:val="0"/>
        </w:rPr>
        <w:t xml:space="preserve"> Viết một lớp </w:t>
      </w:r>
      <w:r>
        <w:rPr>
          <w:rFonts w:ascii="Consolas" w:hAnsi="Consolas"/>
          <w:b w:val="0"/>
          <w:i w:val="0"/>
          <w:sz w:val="20"/>
        </w:rPr>
        <w:t>Privileges</w:t>
      </w:r>
      <w:r>
        <w:rPr>
          <w:b w:val="0"/>
          <w:i w:val="0"/>
        </w:rPr>
        <w:t xml:space="preserve"> riêng biệt. Lớp này nên có một thuộc tính, </w:t>
      </w:r>
      <w:r>
        <w:rPr>
          <w:rFonts w:ascii="Consolas" w:hAnsi="Consolas"/>
          <w:b w:val="0"/>
          <w:i w:val="0"/>
          <w:sz w:val="20"/>
        </w:rPr>
        <w:t>privileges</w:t>
      </w:r>
      <w:r>
        <w:rPr>
          <w:b w:val="0"/>
          <w:i w:val="0"/>
        </w:rPr>
        <w:t xml:space="preserve">, lưu trữ danh sách các chuỗi như mô tả trong Bài tập 9-7. Chuyển phương thức </w:t>
      </w:r>
      <w:r>
        <w:rPr>
          <w:rFonts w:ascii="Consolas" w:hAnsi="Consolas"/>
          <w:b w:val="0"/>
          <w:i w:val="0"/>
          <w:sz w:val="20"/>
        </w:rPr>
        <w:t>show_privileges()</w:t>
      </w:r>
      <w:r>
        <w:rPr>
          <w:b w:val="0"/>
          <w:i w:val="0"/>
        </w:rPr>
        <w:t xml:space="preserve"> sang lớp này. Tạo một thực thể </w:t>
      </w:r>
      <w:r>
        <w:rPr>
          <w:rFonts w:ascii="Consolas" w:hAnsi="Consolas"/>
          <w:b w:val="0"/>
          <w:i w:val="0"/>
          <w:sz w:val="20"/>
        </w:rPr>
        <w:t>Privileges</w:t>
      </w:r>
      <w:r>
        <w:rPr>
          <w:b w:val="0"/>
          <w:i w:val="0"/>
        </w:rPr>
        <w:t xml:space="preserve"> làm thuộc tính trong lớp </w:t>
      </w:r>
      <w:r>
        <w:rPr>
          <w:rFonts w:ascii="Consolas" w:hAnsi="Consolas"/>
          <w:b w:val="0"/>
          <w:i w:val="0"/>
          <w:sz w:val="20"/>
        </w:rPr>
        <w:t>Admin</w:t>
      </w:r>
      <w:r>
        <w:rPr>
          <w:b w:val="0"/>
          <w:i w:val="0"/>
        </w:rPr>
        <w:t xml:space="preserve">. Tạo một thực thể mới của </w:t>
      </w:r>
      <w:r>
        <w:rPr>
          <w:rFonts w:ascii="Consolas" w:hAnsi="Consolas"/>
          <w:b w:val="0"/>
          <w:i w:val="0"/>
          <w:sz w:val="20"/>
        </w:rPr>
        <w:t>Admin</w:t>
      </w:r>
      <w:r>
        <w:rPr>
          <w:b w:val="0"/>
          <w:i w:val="0"/>
        </w:rPr>
        <w:t xml:space="preserve"> và dùng phương thức của bạn để hiển thị các quyền của nó.</w:t>
      </w:r>
    </w:p>
    <w:p>
      <w:pPr>
        <w:spacing w:after="80"/>
      </w:pPr>
      <w:r>
        <w:rPr>
          <w:b/>
          <w:i w:val="0"/>
        </w:rPr>
        <w:t>9-9. Nâng cấp pin:</w:t>
      </w:r>
      <w:r>
        <w:rPr>
          <w:b w:val="0"/>
          <w:i w:val="0"/>
        </w:rPr>
        <w:t xml:space="preserve"> Dùng phiên bản cuối cùng của </w:t>
      </w:r>
      <w:r>
        <w:rPr>
          <w:b w:val="0"/>
          <w:i/>
        </w:rPr>
        <w:t>electric_car.py</w:t>
      </w:r>
      <w:r>
        <w:rPr>
          <w:b w:val="0"/>
          <w:i w:val="0"/>
        </w:rPr>
        <w:t xml:space="preserve"> từ phần này. Thêm một phương thức vào lớp </w:t>
      </w:r>
      <w:r>
        <w:rPr>
          <w:rFonts w:ascii="Consolas" w:hAnsi="Consolas"/>
          <w:b w:val="0"/>
          <w:i w:val="0"/>
          <w:sz w:val="20"/>
        </w:rPr>
        <w:t>Battery</w:t>
      </w:r>
      <w:r>
        <w:rPr>
          <w:b w:val="0"/>
          <w:i w:val="0"/>
        </w:rPr>
        <w:t xml:space="preserve"> có tên </w:t>
      </w:r>
      <w:r>
        <w:rPr>
          <w:rFonts w:ascii="Consolas" w:hAnsi="Consolas"/>
          <w:b w:val="0"/>
          <w:i w:val="0"/>
          <w:sz w:val="20"/>
        </w:rPr>
        <w:t>upgrade_battery()</w:t>
      </w:r>
      <w:r>
        <w:rPr>
          <w:b w:val="0"/>
          <w:i w:val="0"/>
        </w:rPr>
        <w:t xml:space="preserve">. Phương thức này nên kiểm tra kích thước pin và đặt dung lượng thành 65 nếu nó chưa phải là 65. Tạo một xe điện với kích thước pin mặc định, gọi </w:t>
      </w:r>
      <w:r>
        <w:rPr>
          <w:rFonts w:ascii="Consolas" w:hAnsi="Consolas"/>
          <w:b w:val="0"/>
          <w:i w:val="0"/>
          <w:sz w:val="20"/>
        </w:rPr>
        <w:t>get_range()</w:t>
      </w:r>
      <w:r>
        <w:rPr>
          <w:b w:val="0"/>
          <w:i w:val="0"/>
        </w:rPr>
        <w:t xml:space="preserve"> một lần, rồi gọi </w:t>
      </w:r>
      <w:r>
        <w:rPr>
          <w:rFonts w:ascii="Consolas" w:hAnsi="Consolas"/>
          <w:b w:val="0"/>
          <w:i w:val="0"/>
          <w:sz w:val="20"/>
        </w:rPr>
        <w:t>get_range()</w:t>
      </w:r>
      <w:r>
        <w:rPr>
          <w:b w:val="0"/>
          <w:i w:val="0"/>
        </w:rPr>
        <w:t xml:space="preserve"> lần thứ hai sau khi nâng cấp pin. Bạn sẽ thấy quãng đường xe chạy được tăng lên.</w:t>
      </w:r>
    </w:p>
    <w:p>
      <w:pPr>
        <w:pStyle w:val="Heading2"/>
      </w:pPr>
      <w:r>
        <w:rPr>
          <w:rFonts w:ascii="Calibri" w:hAnsi="Calibri"/>
          <w:b/>
          <w:i w:val="0"/>
          <w:sz w:val="32"/>
        </w:rPr>
        <w:t>Nhập khẩu các lớp (Importing Classes)</w:t>
      </w:r>
    </w:p>
    <w:p>
      <w:pPr>
        <w:spacing w:after="80"/>
      </w:pPr>
      <w:r>
        <w:rPr>
          <w:b w:val="0"/>
          <w:i w:val="0"/>
        </w:rPr>
        <w:t>Khi bạn thêm nhiều chức năng hơn vào các lớp của mình, các tệp của bạn có thể trở nên dài, ngay cả khi bạn sử dụng kế thừa (inheritance) và thành phần (composition) đúng cách. Để phù hợp với triết lý chung của Python, bạn sẽ muốn giữ các tệp của mình càng gọn gàng càng tốt. Để hỗ trợ điều này, Python cho phép bạn lưu trữ các lớp trong các mô-đun (module) rồi nhập khẩu (import) những lớp bạn cần vào chương trình chính của mình.</w:t>
      </w:r>
    </w:p>
    <w:p>
      <w:pPr>
        <w:pStyle w:val="Heading3"/>
      </w:pPr>
      <w:r>
        <w:rPr>
          <w:rFonts w:ascii="Calibri" w:hAnsi="Calibri"/>
          <w:b/>
          <w:i w:val="0"/>
          <w:sz w:val="27"/>
        </w:rPr>
        <w:t>Nhập khẩu một lớp đơn lẻ</w:t>
      </w:r>
    </w:p>
    <w:p>
      <w:pPr>
        <w:spacing w:after="80"/>
      </w:pPr>
      <w:r>
        <w:rPr>
          <w:b w:val="0"/>
          <w:i w:val="0"/>
        </w:rPr>
        <w:t xml:space="preserve">Hãy tạo một mô-đun chỉ chứa lớp </w:t>
      </w:r>
      <w:r>
        <w:rPr>
          <w:rFonts w:ascii="Consolas" w:hAnsi="Consolas"/>
          <w:b w:val="0"/>
          <w:i w:val="0"/>
          <w:sz w:val="20"/>
        </w:rPr>
        <w:t>Car</w:t>
      </w:r>
      <w:r>
        <w:rPr>
          <w:b w:val="0"/>
          <w:i w:val="0"/>
        </w:rPr>
        <w:t xml:space="preserve">. Điều này đặt ra một vấn đề đặt tên tinh tế: chúng ta đã có một tệp tên là </w:t>
      </w:r>
      <w:r>
        <w:rPr>
          <w:b w:val="0"/>
          <w:i/>
        </w:rPr>
        <w:t>car.py</w:t>
      </w:r>
      <w:r>
        <w:rPr>
          <w:b w:val="0"/>
          <w:i w:val="0"/>
        </w:rPr>
        <w:t xml:space="preserve"> trong chương này, nhưng mô-đun này nên được đặt tên là </w:t>
      </w:r>
      <w:r>
        <w:rPr>
          <w:b w:val="0"/>
          <w:i/>
        </w:rPr>
        <w:t>car.py</w:t>
      </w:r>
      <w:r>
        <w:rPr>
          <w:b w:val="0"/>
          <w:i w:val="0"/>
        </w:rPr>
        <w:t xml:space="preserve"> vì nó chứa mã biểu diễn một chiếc xe. Chúng ta sẽ giải quyết vấn đề đặt tên này bằng cách lưu trữ lớp </w:t>
      </w:r>
      <w:r>
        <w:rPr>
          <w:rFonts w:ascii="Consolas" w:hAnsi="Consolas"/>
          <w:b w:val="0"/>
          <w:i w:val="0"/>
          <w:sz w:val="20"/>
        </w:rPr>
        <w:t>Car</w:t>
      </w:r>
      <w:r>
        <w:rPr>
          <w:b w:val="0"/>
          <w:i w:val="0"/>
        </w:rPr>
        <w:t xml:space="preserve"> trong một mô-đun có tên </w:t>
      </w:r>
      <w:r>
        <w:rPr>
          <w:b w:val="0"/>
          <w:i/>
        </w:rPr>
        <w:t>car.py</w:t>
      </w:r>
      <w:r>
        <w:rPr>
          <w:b w:val="0"/>
          <w:i w:val="0"/>
        </w:rPr>
        <w:t xml:space="preserve">, thay thế tệp </w:t>
      </w:r>
      <w:r>
        <w:rPr>
          <w:b w:val="0"/>
          <w:i/>
        </w:rPr>
        <w:t>car.py</w:t>
      </w:r>
      <w:r>
        <w:rPr>
          <w:b w:val="0"/>
          <w:i w:val="0"/>
        </w:rPr>
        <w:t xml:space="preserve"> mà chúng ta đã dùng trước đó. Từ giờ trở đi, bất kỳ chương trình nào sử dụng mô-đun này sẽ cần một tên tệp cụ thể hơn, chẳng hạn như </w:t>
      </w:r>
      <w:r>
        <w:rPr>
          <w:b w:val="0"/>
          <w:i/>
        </w:rPr>
        <w:t>my_car.py</w:t>
      </w:r>
      <w:r>
        <w:rPr>
          <w:b w:val="0"/>
          <w:i w:val="0"/>
        </w:rPr>
        <w:t xml:space="preserve">. Đây là </w:t>
      </w:r>
      <w:r>
        <w:rPr>
          <w:b w:val="0"/>
          <w:i/>
        </w:rPr>
        <w:t>car.py</w:t>
      </w:r>
      <w:r>
        <w:rPr>
          <w:b w:val="0"/>
          <w:i w:val="0"/>
        </w:rPr>
        <w:t xml:space="preserve"> chỉ với mã từ lớp </w:t>
      </w:r>
      <w:r>
        <w:rPr>
          <w:rFonts w:ascii="Consolas" w:hAnsi="Consolas"/>
          <w:b w:val="0"/>
          <w:i w:val="0"/>
          <w:sz w:val="20"/>
        </w:rPr>
        <w:t>Car</w:t>
      </w:r>
      <w:r>
        <w:rPr>
          <w:b w:val="0"/>
          <w:i w:val="0"/>
        </w:rPr>
        <w:t>:</w:t>
      </w:r>
    </w:p>
    <w:p>
      <w:pPr>
        <w:spacing w:after="80"/>
      </w:pPr>
      <w:r>
        <w:rPr>
          <w:b w:val="0"/>
          <w:i w:val="0"/>
        </w:rPr>
        <w:t>car.py</w:t>
      </w:r>
    </w:p>
    <w:p>
      <w:pPr>
        <w:spacing w:after="0"/>
        <w:ind w:left="360"/>
        <w:shd w:val="clear" w:color="auto" w:fill="F2F2F2"/>
      </w:pPr>
      <w:r>
        <w:rPr>
          <w:rFonts w:ascii="Consolas" w:hAnsi="Consolas"/>
          <w:b w:val="0"/>
          <w:i w:val="0"/>
          <w:sz w:val="18"/>
        </w:rPr>
        <w:t>❶ """A class that can be used to represent a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val="0"/>
          <w:sz w:val="18"/>
        </w:rPr>
        <w:t xml:space="preserve">    """A simple attempt to represent a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"""Initialize attributes to describe a car."""</w:t>
      </w:r>
    </w:p>
    <w:p>
      <w:pPr>
        <w:spacing w:after="0"/>
        <w:ind w:left="360"/>
        <w:shd w:val="clear" w:color="auto" w:fill="F2F2F2"/>
      </w:pPr>
      <w:r>
        <w:rPr>
          <w:rFonts w:ascii="Consolas" w:hAnsi="Consolas"/>
          <w:b w:val="0"/>
          <w:i w:val="0"/>
          <w:sz w:val="18"/>
        </w:rPr>
        <w:t xml:space="preserve">        self.make = make</w:t>
      </w:r>
    </w:p>
    <w:p>
      <w:pPr>
        <w:spacing w:after="0"/>
        <w:ind w:left="360"/>
        <w:shd w:val="clear" w:color="auto" w:fill="F2F2F2"/>
      </w:pPr>
      <w:r>
        <w:rPr>
          <w:rFonts w:ascii="Consolas" w:hAnsi="Consolas"/>
          <w:b w:val="0"/>
          <w:i w:val="0"/>
          <w:sz w:val="18"/>
        </w:rPr>
        <w:t xml:space="preserve">        self.model = model</w:t>
      </w:r>
    </w:p>
    <w:p>
      <w:pPr>
        <w:spacing w:after="0"/>
        <w:ind w:left="360"/>
        <w:shd w:val="clear" w:color="auto" w:fill="F2F2F2"/>
      </w:pPr>
      <w:r>
        <w:rPr>
          <w:rFonts w:ascii="Consolas" w:hAnsi="Consolas"/>
          <w:b w:val="0"/>
          <w:i w:val="0"/>
          <w:sz w:val="18"/>
        </w:rPr>
        <w:t xml:space="preserve">        self.year = year</w:t>
      </w:r>
    </w:p>
    <w:p>
      <w:pPr>
        <w:spacing w:after="0"/>
        <w:ind w:left="360"/>
        <w:shd w:val="clear" w:color="auto" w:fill="F2F2F2"/>
      </w:pPr>
      <w:r>
        <w:rPr>
          <w:rFonts w:ascii="Consolas" w:hAnsi="Consolas"/>
          <w:b w:val="0"/>
          <w:i w:val="0"/>
          <w:sz w:val="18"/>
        </w:rPr>
        <w:t xml:space="preserve">        self.odometer_reading = 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get_descriptive_name(self):</w:t>
      </w:r>
    </w:p>
    <w:p>
      <w:pPr>
        <w:spacing w:after="0"/>
        <w:ind w:left="360"/>
        <w:shd w:val="clear" w:color="auto" w:fill="F2F2F2"/>
      </w:pPr>
      <w:r>
        <w:rPr>
          <w:rFonts w:ascii="Consolas" w:hAnsi="Consolas"/>
          <w:b w:val="0"/>
          <w:i w:val="0"/>
          <w:sz w:val="18"/>
        </w:rPr>
        <w:t xml:space="preserve">        """Return a neatly formatted descriptive name."""</w:t>
      </w:r>
    </w:p>
    <w:p>
      <w:pPr>
        <w:spacing w:after="0"/>
        <w:ind w:left="360"/>
        <w:shd w:val="clear" w:color="auto" w:fill="F2F2F2"/>
      </w:pPr>
      <w:r>
        <w:rPr>
          <w:rFonts w:ascii="Consolas" w:hAnsi="Consolas"/>
          <w:b w:val="0"/>
          <w:i w:val="0"/>
          <w:sz w:val="18"/>
        </w:rPr>
        <w:t xml:space="preserve">        long_name = f"{self.year} {self.make} {self.model}"</w:t>
      </w:r>
    </w:p>
    <w:p>
      <w:pPr>
        <w:spacing w:after="0"/>
        <w:ind w:left="360"/>
        <w:shd w:val="clear" w:color="auto" w:fill="F2F2F2"/>
      </w:pPr>
      <w:r>
        <w:rPr>
          <w:rFonts w:ascii="Consolas" w:hAnsi="Consolas"/>
          <w:b w:val="0"/>
          <w:i w:val="0"/>
          <w:sz w:val="18"/>
        </w:rPr>
        <w:t xml:space="preserve">        return long_name.title()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read_odometer(self):</w:t>
      </w:r>
    </w:p>
    <w:p>
      <w:pPr>
        <w:spacing w:after="0"/>
        <w:ind w:left="360"/>
        <w:shd w:val="clear" w:color="auto" w:fill="F2F2F2"/>
      </w:pPr>
      <w:r>
        <w:rPr>
          <w:rFonts w:ascii="Consolas" w:hAnsi="Consolas"/>
          <w:b w:val="0"/>
          <w:i w:val="0"/>
          <w:sz w:val="18"/>
        </w:rPr>
        <w:t xml:space="preserve">        """Print a statement showing the car's mileage."""</w:t>
      </w:r>
    </w:p>
    <w:p>
      <w:pPr>
        <w:spacing w:after="0"/>
        <w:ind w:left="360"/>
        <w:shd w:val="clear" w:color="auto" w:fill="F2F2F2"/>
      </w:pPr>
      <w:r>
        <w:rPr>
          <w:rFonts w:ascii="Consolas" w:hAnsi="Consolas"/>
          <w:b w:val="0"/>
          <w:i w:val="0"/>
          <w:sz w:val="18"/>
        </w:rPr>
        <w:t xml:space="preserve">        print(f"This car has {self.odometer_reading} miles on 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update_odometer(self, mileage):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Set the odometer reading to the given value.</w:t>
      </w:r>
    </w:p>
    <w:p>
      <w:pPr>
        <w:spacing w:after="0"/>
        <w:ind w:left="360"/>
        <w:shd w:val="clear" w:color="auto" w:fill="F2F2F2"/>
      </w:pPr>
      <w:r>
        <w:rPr>
          <w:rFonts w:ascii="Consolas" w:hAnsi="Consolas"/>
          <w:b w:val="0"/>
          <w:i w:val="0"/>
          <w:sz w:val="18"/>
        </w:rPr>
        <w:t xml:space="preserve">        Reject the change if it attempts to roll the odometer back.</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if mileage &gt;= self.odometer_reading:</w:t>
      </w:r>
    </w:p>
    <w:p>
      <w:pPr>
        <w:spacing w:after="0"/>
        <w:ind w:left="360"/>
        <w:shd w:val="clear" w:color="auto" w:fill="F2F2F2"/>
      </w:pPr>
      <w:r>
        <w:rPr>
          <w:rFonts w:ascii="Consolas" w:hAnsi="Consolas"/>
          <w:b w:val="0"/>
          <w:i w:val="0"/>
          <w:sz w:val="18"/>
        </w:rPr>
        <w:t xml:space="preserve">            self.odometer_reading = mileage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print("You can't roll back an odometer!")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increment_odometer(self, miles):</w:t>
      </w:r>
    </w:p>
    <w:p>
      <w:pPr>
        <w:spacing w:after="0"/>
        <w:ind w:left="360"/>
        <w:shd w:val="clear" w:color="auto" w:fill="F2F2F2"/>
      </w:pPr>
      <w:r>
        <w:rPr>
          <w:rFonts w:ascii="Consolas" w:hAnsi="Consolas"/>
          <w:b w:val="0"/>
          <w:i w:val="0"/>
          <w:sz w:val="18"/>
        </w:rPr>
        <w:t xml:space="preserve">        """Add the given amount to the odometer reading."""</w:t>
      </w:r>
    </w:p>
    <w:p>
      <w:pPr>
        <w:spacing w:after="0"/>
        <w:ind w:left="360"/>
        <w:shd w:val="clear" w:color="auto" w:fill="F2F2F2"/>
      </w:pPr>
      <w:r>
        <w:rPr>
          <w:rFonts w:ascii="Consolas" w:hAnsi="Consolas"/>
          <w:b w:val="0"/>
          <w:i w:val="0"/>
          <w:sz w:val="18"/>
        </w:rPr>
        <w:t xml:space="preserve">        self.odometer_reading += miles</w:t>
      </w:r>
    </w:p>
    <w:p>
      <w:pPr>
        <w:spacing w:after="40"/>
      </w:pPr>
    </w:p>
    <w:p>
      <w:pPr>
        <w:spacing w:after="80"/>
      </w:pPr>
      <w:r>
        <w:rPr>
          <w:b w:val="0"/>
          <w:i w:val="0"/>
        </w:rPr>
        <w:t>Chúng ta thêm một chuỗi tài liệu (docstring) ở cấp mô-đun mô tả ngắn gọn nội dung của mô-đun này ❶. Bạn nên viết một chuỗi tài liệu cho mỗi mô-đun bạn tạo.</w:t>
      </w:r>
    </w:p>
    <w:p>
      <w:pPr>
        <w:spacing w:after="80"/>
      </w:pPr>
      <w:r>
        <w:rPr>
          <w:b w:val="0"/>
          <w:i w:val="0"/>
        </w:rPr>
        <w:t xml:space="preserve">Bây giờ chúng ta tạo một tệp riêng có tên </w:t>
      </w:r>
      <w:r>
        <w:rPr>
          <w:b w:val="0"/>
          <w:i/>
        </w:rPr>
        <w:t>my_car.py</w:t>
      </w:r>
      <w:r>
        <w:rPr>
          <w:b w:val="0"/>
          <w:i w:val="0"/>
        </w:rPr>
        <w:t xml:space="preserve">. Tệp này sẽ nhập khẩu lớp </w:t>
      </w:r>
      <w:r>
        <w:rPr>
          <w:rFonts w:ascii="Consolas" w:hAnsi="Consolas"/>
          <w:b w:val="0"/>
          <w:i w:val="0"/>
          <w:sz w:val="20"/>
        </w:rPr>
        <w:t>Car</w:t>
      </w:r>
      <w:r>
        <w:rPr>
          <w:b w:val="0"/>
          <w:i w:val="0"/>
        </w:rPr>
        <w:t xml:space="preserve"> rồi tạo một thực thể từ lớp đó:</w:t>
      </w:r>
    </w:p>
    <w:p>
      <w:pPr>
        <w:spacing w:after="80"/>
      </w:pPr>
      <w:r>
        <w:rPr>
          <w:b w:val="0"/>
          <w:i w:val="0"/>
        </w:rPr>
        <w:t>my_car.py</w:t>
      </w:r>
    </w:p>
    <w:p>
      <w:pPr>
        <w:spacing w:after="0"/>
        <w:ind w:left="360"/>
        <w:shd w:val="clear" w:color="auto" w:fill="F2F2F2"/>
      </w:pPr>
      <w:r>
        <w:rPr>
          <w:rFonts w:ascii="Consolas" w:hAnsi="Consolas"/>
          <w:b w:val="0"/>
          <w:i w:val="0"/>
          <w:sz w:val="18"/>
        </w:rPr>
        <w:t>❶ from car import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 = Car('audi', 'a4', 2024)</w:t>
      </w:r>
    </w:p>
    <w:p>
      <w:pPr>
        <w:spacing w:after="0"/>
        <w:ind w:left="360"/>
        <w:shd w:val="clear" w:color="auto" w:fill="F2F2F2"/>
      </w:pPr>
      <w:r>
        <w:rPr>
          <w:rFonts w:ascii="Consolas" w:hAnsi="Consolas"/>
          <w:b w:val="0"/>
          <w:i w:val="0"/>
          <w:sz w:val="18"/>
        </w:rPr>
        <w:t>print(my_new_car.get_descriptive_name())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my_new_car.odometer_reading = 23</w:t>
      </w:r>
    </w:p>
    <w:p>
      <w:pPr>
        <w:spacing w:after="0"/>
        <w:ind w:left="360"/>
        <w:shd w:val="clear" w:color="auto" w:fill="F2F2F2"/>
      </w:pPr>
      <w:r>
        <w:rPr>
          <w:rFonts w:ascii="Consolas" w:hAnsi="Consolas"/>
          <w:b w:val="0"/>
          <w:i w:val="0"/>
          <w:sz w:val="18"/>
        </w:rPr>
        <w:t>my_new_car.read_odometer()</w:t>
      </w:r>
    </w:p>
    <w:p>
      <w:pPr>
        <w:spacing w:after="40"/>
      </w:pPr>
    </w:p>
    <w:p>
      <w:pPr>
        <w:spacing w:after="80"/>
      </w:pPr>
      <w:r>
        <w:rPr>
          <w:b w:val="0"/>
          <w:i w:val="0"/>
        </w:rPr>
        <w:t xml:space="preserve">Câu lệnh </w:t>
      </w:r>
      <w:r>
        <w:rPr>
          <w:rFonts w:ascii="Consolas" w:hAnsi="Consolas"/>
          <w:b w:val="0"/>
          <w:i w:val="0"/>
          <w:sz w:val="20"/>
        </w:rPr>
        <w:t>import</w:t>
      </w:r>
      <w:r>
        <w:rPr>
          <w:b w:val="0"/>
          <w:i w:val="0"/>
        </w:rPr>
        <w:t xml:space="preserve"> ❶ bảo Python mở mô-đun </w:t>
      </w:r>
      <w:r>
        <w:rPr>
          <w:rFonts w:ascii="Consolas" w:hAnsi="Consolas"/>
          <w:b w:val="0"/>
          <w:i w:val="0"/>
          <w:sz w:val="20"/>
        </w:rPr>
        <w:t>car</w:t>
      </w:r>
      <w:r>
        <w:rPr>
          <w:b w:val="0"/>
          <w:i w:val="0"/>
        </w:rPr>
        <w:t xml:space="preserve"> và nhập lớp </w:t>
      </w:r>
      <w:r>
        <w:rPr>
          <w:rFonts w:ascii="Consolas" w:hAnsi="Consolas"/>
          <w:b w:val="0"/>
          <w:i w:val="0"/>
          <w:sz w:val="20"/>
        </w:rPr>
        <w:t>Car</w:t>
      </w:r>
      <w:r>
        <w:rPr>
          <w:b w:val="0"/>
          <w:i w:val="0"/>
        </w:rPr>
        <w:t xml:space="preserve">. Giờ đây chúng ta có thể dùng lớp </w:t>
      </w:r>
      <w:r>
        <w:rPr>
          <w:rFonts w:ascii="Consolas" w:hAnsi="Consolas"/>
          <w:b w:val="0"/>
          <w:i w:val="0"/>
          <w:sz w:val="20"/>
        </w:rPr>
        <w:t>Car</w:t>
      </w:r>
      <w:r>
        <w:rPr>
          <w:b w:val="0"/>
          <w:i w:val="0"/>
        </w:rPr>
        <w:t xml:space="preserve"> như thể nó được định nghĩa ngay trong tệp này. Kết quả xuất ra giống hệt như chúng ta đã thấy trước đó:</w:t>
      </w:r>
    </w:p>
    <w:p>
      <w:pPr>
        <w:spacing w:after="80"/>
      </w:pPr>
      <w:r>
        <w:rPr>
          <w:b w:val="0"/>
          <w:i w:val="0"/>
        </w:rPr>
        <w:t>2024 Audi A4</w:t>
      </w:r>
      <w:r>
        <w:br/>
      </w:r>
      <w:r>
        <w:rPr>
          <w:b w:val="0"/>
          <w:i w:val="0"/>
        </w:rPr>
        <w:t>Chiếc xe này đã chạy 23 dặm.</w:t>
      </w:r>
    </w:p>
    <w:p>
      <w:pPr>
        <w:spacing w:after="80"/>
      </w:pPr>
      <w:r>
        <w:rPr>
          <w:b w:val="0"/>
          <w:i w:val="0"/>
        </w:rPr>
        <w:t xml:space="preserve">Nhập lớp là một cách lập trình hiệu quả. Hãy thử tưởng tượng tệp chương trình này sẽ dài đến mức nào nếu toàn bộ lớp </w:t>
      </w:r>
      <w:r>
        <w:rPr>
          <w:rFonts w:ascii="Consolas" w:hAnsi="Consolas"/>
          <w:b w:val="0"/>
          <w:i w:val="0"/>
          <w:sz w:val="20"/>
        </w:rPr>
        <w:t>Car</w:t>
      </w:r>
      <w:r>
        <w:rPr>
          <w:b w:val="0"/>
          <w:i w:val="0"/>
        </w:rPr>
        <w:t xml:space="preserve"> được nhúng vào đây. Khi bạn chuyển lớp đó sang một mô-đun và nhập mô-đun đó, bạn vẫn có đầy đủ chức năng như cũ, nhưng tệp chương trình chính của bạn vẫn gọn gàng và dễ đọc. Bạn cũng đưa phần lớn logic vào các tệp riêng biệt; một khi các lớp của bạn hoạt động đúng như mong muốn, bạn có thể để yên những tệp đó và tập trung vào logic cấp cao hơn của chương trình chính.</w:t>
      </w:r>
    </w:p>
    <w:p>
      <w:pPr>
        <w:pStyle w:val="Heading3"/>
      </w:pPr>
      <w:r>
        <w:rPr>
          <w:rFonts w:ascii="Calibri" w:hAnsi="Calibri"/>
          <w:b/>
          <w:i w:val="0"/>
          <w:sz w:val="27"/>
        </w:rPr>
        <w:t>Lưu nhiều lớp trong một mô-đun</w:t>
      </w:r>
    </w:p>
    <w:p>
      <w:pPr>
        <w:spacing w:after="80"/>
      </w:pPr>
      <w:r>
        <w:rPr>
          <w:b w:val="0"/>
          <w:i w:val="0"/>
        </w:rPr>
        <w:t xml:space="preserve">Bạn có thể lưu bao nhiêu lớp tùy thích trong một mô-đun, mặc dù mỗi lớp trong một mô-đun nên có liên quan đến nhau theo cách nào đó. Hai lớp </w:t>
      </w:r>
      <w:r>
        <w:rPr>
          <w:rFonts w:ascii="Consolas" w:hAnsi="Consolas"/>
          <w:b w:val="0"/>
          <w:i w:val="0"/>
          <w:sz w:val="20"/>
        </w:rPr>
        <w:t>Battery</w:t>
      </w:r>
      <w:r>
        <w:rPr>
          <w:b w:val="0"/>
          <w:i w:val="0"/>
        </w:rPr>
        <w:t xml:space="preserve"> và </w:t>
      </w:r>
      <w:r>
        <w:rPr>
          <w:rFonts w:ascii="Consolas" w:hAnsi="Consolas"/>
          <w:b w:val="0"/>
          <w:i w:val="0"/>
          <w:sz w:val="20"/>
        </w:rPr>
        <w:t>ElectricCar</w:t>
      </w:r>
      <w:r>
        <w:rPr>
          <w:b w:val="0"/>
          <w:i w:val="0"/>
        </w:rPr>
        <w:t xml:space="preserve"> đều giúp biểu diễn xe hơi, nên hãy thêm chúng vào mô-đun </w:t>
      </w:r>
      <w:r>
        <w:rPr>
          <w:b w:val="0"/>
          <w:i/>
        </w:rPr>
        <w:t>car.py</w:t>
      </w:r>
      <w:r>
        <w:rPr>
          <w:b w:val="0"/>
          <w:i w:val="0"/>
        </w:rPr>
        <w:t>.</w:t>
      </w:r>
    </w:p>
    <w:p>
      <w:pPr>
        <w:spacing w:after="80"/>
      </w:pPr>
      <w:r>
        <w:rPr>
          <w:b w:val="0"/>
          <w:i w:val="0"/>
        </w:rPr>
        <w:t>car.py</w:t>
      </w:r>
    </w:p>
    <w:p>
      <w:pPr>
        <w:spacing w:after="0"/>
        <w:ind w:left="360"/>
        <w:shd w:val="clear" w:color="auto" w:fill="F2F2F2"/>
      </w:pPr>
      <w:r>
        <w:rPr>
          <w:rFonts w:ascii="Consolas" w:hAnsi="Consolas"/>
          <w:b w:val="0"/>
          <w:i w:val="0"/>
          <w:sz w:val="18"/>
        </w:rPr>
        <w:t>"""A set of classes used to represent gas and electric cars."""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Battery:</w:t>
      </w:r>
    </w:p>
    <w:p>
      <w:pPr>
        <w:spacing w:after="0"/>
        <w:ind w:left="360"/>
        <w:shd w:val="clear" w:color="auto" w:fill="F2F2F2"/>
      </w:pPr>
      <w:r>
        <w:rPr>
          <w:rFonts w:ascii="Consolas" w:hAnsi="Consolas"/>
          <w:b w:val="0"/>
          <w:i w:val="0"/>
          <w:sz w:val="18"/>
        </w:rPr>
        <w:t xml:space="preserve">    """A simple attempt to model a battery for an electric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battery_size=40):</w:t>
      </w:r>
    </w:p>
    <w:p>
      <w:pPr>
        <w:spacing w:after="0"/>
        <w:ind w:left="360"/>
        <w:shd w:val="clear" w:color="auto" w:fill="F2F2F2"/>
      </w:pPr>
      <w:r>
        <w:rPr>
          <w:rFonts w:ascii="Consolas" w:hAnsi="Consolas"/>
          <w:b w:val="0"/>
          <w:i w:val="0"/>
          <w:sz w:val="18"/>
        </w:rPr>
        <w:t xml:space="preserve">        """Initialize the battery's attributes."""</w:t>
      </w:r>
    </w:p>
    <w:p>
      <w:pPr>
        <w:spacing w:after="0"/>
        <w:ind w:left="360"/>
        <w:shd w:val="clear" w:color="auto" w:fill="F2F2F2"/>
      </w:pPr>
      <w:r>
        <w:rPr>
          <w:rFonts w:ascii="Consolas" w:hAnsi="Consolas"/>
          <w:b w:val="0"/>
          <w:i w:val="0"/>
          <w:sz w:val="18"/>
        </w:rPr>
        <w:t xml:space="preserve">        self.battery_size = battery_size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describe_battery(self):</w:t>
      </w:r>
    </w:p>
    <w:p>
      <w:pPr>
        <w:spacing w:after="0"/>
        <w:ind w:left="360"/>
        <w:shd w:val="clear" w:color="auto" w:fill="F2F2F2"/>
      </w:pPr>
      <w:r>
        <w:rPr>
          <w:rFonts w:ascii="Consolas" w:hAnsi="Consolas"/>
          <w:b w:val="0"/>
          <w:i w:val="0"/>
          <w:sz w:val="18"/>
        </w:rPr>
        <w:t xml:space="preserve">        """Print a statement describing the battery size."""</w:t>
      </w:r>
    </w:p>
    <w:p>
      <w:pPr>
        <w:spacing w:after="0"/>
        <w:ind w:left="360"/>
        <w:shd w:val="clear" w:color="auto" w:fill="F2F2F2"/>
      </w:pPr>
      <w:r>
        <w:rPr>
          <w:rFonts w:ascii="Consolas" w:hAnsi="Consolas"/>
          <w:b w:val="0"/>
          <w:i w:val="0"/>
          <w:sz w:val="18"/>
        </w:rPr>
        <w:t xml:space="preserve">        print(f"This car has a {self.battery_size}-kWh battery.")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get_range(self):</w:t>
      </w:r>
    </w:p>
    <w:p>
      <w:pPr>
        <w:spacing w:after="0"/>
        <w:ind w:left="360"/>
        <w:shd w:val="clear" w:color="auto" w:fill="F2F2F2"/>
      </w:pPr>
      <w:r>
        <w:rPr>
          <w:rFonts w:ascii="Consolas" w:hAnsi="Consolas"/>
          <w:b w:val="0"/>
          <w:i w:val="0"/>
          <w:sz w:val="18"/>
        </w:rPr>
        <w:t xml:space="preserve">        """Print a statement about the range this battery provides."""</w:t>
      </w:r>
    </w:p>
    <w:p>
      <w:pPr>
        <w:spacing w:after="0"/>
        <w:ind w:left="360"/>
        <w:shd w:val="clear" w:color="auto" w:fill="F2F2F2"/>
      </w:pPr>
      <w:r>
        <w:rPr>
          <w:rFonts w:ascii="Consolas" w:hAnsi="Consolas"/>
          <w:b w:val="0"/>
          <w:i w:val="0"/>
          <w:sz w:val="18"/>
        </w:rPr>
        <w:t xml:space="preserve">        if self.battery_size == 40:</w:t>
      </w:r>
    </w:p>
    <w:p>
      <w:pPr>
        <w:spacing w:after="0"/>
        <w:ind w:left="360"/>
        <w:shd w:val="clear" w:color="auto" w:fill="F2F2F2"/>
      </w:pPr>
      <w:r>
        <w:rPr>
          <w:rFonts w:ascii="Consolas" w:hAnsi="Consolas"/>
          <w:b w:val="0"/>
          <w:i w:val="0"/>
          <w:sz w:val="18"/>
        </w:rPr>
        <w:t xml:space="preserve">            range = 150</w:t>
      </w:r>
    </w:p>
    <w:p>
      <w:pPr>
        <w:spacing w:after="0"/>
        <w:ind w:left="360"/>
        <w:shd w:val="clear" w:color="auto" w:fill="F2F2F2"/>
      </w:pPr>
      <w:r>
        <w:rPr>
          <w:rFonts w:ascii="Consolas" w:hAnsi="Consolas"/>
          <w:b w:val="0"/>
          <w:i w:val="0"/>
          <w:sz w:val="18"/>
        </w:rPr>
        <w:t xml:space="preserve">        elif self.battery_size == 65:</w:t>
      </w:r>
    </w:p>
    <w:p>
      <w:pPr>
        <w:spacing w:after="0"/>
        <w:ind w:left="360"/>
        <w:shd w:val="clear" w:color="auto" w:fill="F2F2F2"/>
      </w:pPr>
      <w:r>
        <w:rPr>
          <w:rFonts w:ascii="Consolas" w:hAnsi="Consolas"/>
          <w:b w:val="0"/>
          <w:i w:val="0"/>
          <w:sz w:val="18"/>
        </w:rPr>
        <w:t xml:space="preserve">            range = 225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print(f"This car can go about {range} miles on a full charge.")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val="0"/>
          <w:sz w:val="18"/>
        </w:rPr>
        <w:t xml:space="preserve">    """Models aspects of a car, specific to electric vehicles."""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make, model, year):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Initialize attributes of the parent class.</w:t>
      </w:r>
    </w:p>
    <w:p>
      <w:pPr>
        <w:spacing w:after="0"/>
        <w:ind w:left="360"/>
        <w:shd w:val="clear" w:color="auto" w:fill="F2F2F2"/>
      </w:pPr>
      <w:r>
        <w:rPr>
          <w:rFonts w:ascii="Consolas" w:hAnsi="Consolas"/>
          <w:b w:val="0"/>
          <w:i w:val="0"/>
          <w:sz w:val="18"/>
        </w:rPr>
        <w:t xml:space="preserve">        Then initialize attributes specific to an electric car.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super().__init__(make, model, year)</w:t>
      </w:r>
    </w:p>
    <w:p>
      <w:pPr>
        <w:spacing w:after="0"/>
        <w:ind w:left="360"/>
        <w:shd w:val="clear" w:color="auto" w:fill="F2F2F2"/>
      </w:pPr>
      <w:r>
        <w:rPr>
          <w:rFonts w:ascii="Consolas" w:hAnsi="Consolas"/>
          <w:b w:val="0"/>
          <w:i w:val="0"/>
          <w:sz w:val="18"/>
        </w:rPr>
        <w:t xml:space="preserve">        self.battery = Battery()</w:t>
      </w:r>
    </w:p>
    <w:p>
      <w:pPr>
        <w:spacing w:after="40"/>
      </w:pPr>
    </w:p>
    <w:p>
      <w:pPr>
        <w:spacing w:after="80"/>
      </w:pPr>
      <w:r>
        <w:rPr>
          <w:b w:val="0"/>
          <w:i w:val="0"/>
        </w:rPr>
        <w:t xml:space="preserve">Giờ chúng ta có thể tạo một tệp mới tên là </w:t>
      </w:r>
      <w:r>
        <w:rPr>
          <w:b w:val="0"/>
          <w:i/>
        </w:rPr>
        <w:t>my_electric_car.py</w:t>
      </w:r>
      <w:r>
        <w:rPr>
          <w:b w:val="0"/>
          <w:i w:val="0"/>
        </w:rPr>
        <w:t xml:space="preserve">, nhập lớp </w:t>
      </w:r>
      <w:r>
        <w:rPr>
          <w:rFonts w:ascii="Consolas" w:hAnsi="Consolas"/>
          <w:b w:val="0"/>
          <w:i w:val="0"/>
          <w:sz w:val="20"/>
        </w:rPr>
        <w:t>ElectricCar</w:t>
      </w:r>
      <w:r>
        <w:rPr>
          <w:b w:val="0"/>
          <w:i w:val="0"/>
        </w:rPr>
        <w:t>, và tạo một chiếc xe điện:</w:t>
      </w:r>
    </w:p>
    <w:p>
      <w:pPr>
        <w:spacing w:after="80"/>
      </w:pPr>
      <w:r>
        <w:rPr>
          <w:b w:val="0"/>
          <w:i w:val="0"/>
        </w:rPr>
        <w:t>my_electric_car.py</w:t>
      </w:r>
    </w:p>
    <w:p>
      <w:pPr>
        <w:spacing w:after="80"/>
      </w:pPr>
      <w:r>
        <w:rPr>
          <w:b w:val="0"/>
          <w:i w:val="0"/>
        </w:rPr>
        <w:t>from car import ElectricCar</w:t>
      </w:r>
      <w:r>
        <w:br/>
      </w:r>
      <w:r>
        <w:br/>
      </w:r>
      <w:r>
        <w:rPr>
          <w:b w:val="0"/>
          <w:i w:val="0"/>
        </w:rPr>
        <w:t>my_leaf = ElectricCar('nissan', 'leaf', 2024)</w:t>
      </w:r>
      <w:r>
        <w:br/>
      </w:r>
      <w:r>
        <w:rPr>
          <w:b w:val="0"/>
          <w:i w:val="0"/>
        </w:rPr>
        <w:t>print(my_leaf.get_descriptive_name())</w:t>
      </w:r>
      <w:r>
        <w:br/>
      </w:r>
      <w:r>
        <w:rPr>
          <w:b w:val="0"/>
          <w:i w:val="0"/>
        </w:rPr>
        <w:t>my_leaf.battery.describe_battery()</w:t>
      </w:r>
      <w:r>
        <w:br/>
      </w:r>
      <w:r>
        <w:rPr>
          <w:b w:val="0"/>
          <w:i w:val="0"/>
        </w:rPr>
        <w:t>my_leaf.battery.get_range()</w:t>
      </w:r>
    </w:p>
    <w:p>
      <w:pPr>
        <w:spacing w:after="80"/>
      </w:pPr>
      <w:r>
        <w:rPr>
          <w:b w:val="0"/>
          <w:i w:val="0"/>
        </w:rPr>
        <w:t>Kết quả xuất ra giống như chúng ta đã thấy trước đó, dù phần lớn logic đã được giấu kín trong một mô-đun:</w:t>
      </w:r>
    </w:p>
    <w:p>
      <w:pPr>
        <w:spacing w:after="80"/>
      </w:pPr>
      <w:r>
        <w:rPr>
          <w:b w:val="0"/>
          <w:i w:val="0"/>
        </w:rPr>
        <w:t>2024 Nissan Leaf</w:t>
      </w:r>
      <w:r>
        <w:br/>
      </w:r>
      <w:r>
        <w:rPr>
          <w:b w:val="0"/>
          <w:i w:val="0"/>
        </w:rPr>
        <w:t>Chiếc xe này có pin 40-kWh.</w:t>
      </w:r>
      <w:r>
        <w:br/>
      </w:r>
      <w:r>
        <w:rPr>
          <w:b w:val="0"/>
          <w:i w:val="0"/>
        </w:rPr>
        <w:t>Chiếc xe này có thể chạy khoảng 150 dặm khi sạc đầy.</w:t>
      </w:r>
    </w:p>
    <w:p>
      <w:pPr>
        <w:pStyle w:val="Heading3"/>
      </w:pPr>
      <w:r>
        <w:rPr>
          <w:rFonts w:ascii="Calibri" w:hAnsi="Calibri"/>
          <w:b/>
          <w:i w:val="0"/>
          <w:sz w:val="27"/>
        </w:rPr>
        <w:t>Nhập nhiều lớp từ một mô-đun</w:t>
      </w:r>
    </w:p>
    <w:p>
      <w:pPr>
        <w:spacing w:after="80"/>
      </w:pPr>
      <w:r>
        <w:rPr>
          <w:b w:val="0"/>
          <w:i w:val="0"/>
        </w:rPr>
        <w:t xml:space="preserve">Bạn có thể nhập bao nhiêu lớp tùy thích vào một tệp chương trình. Nếu chúng ta muốn tạo cả xe thường lẫn xe điện trong cùng một tệp, chúng ta cần nhập cả hai lớp, </w:t>
      </w:r>
      <w:r>
        <w:rPr>
          <w:rFonts w:ascii="Consolas" w:hAnsi="Consolas"/>
          <w:b w:val="0"/>
          <w:i w:val="0"/>
          <w:sz w:val="20"/>
        </w:rPr>
        <w:t>Car</w:t>
      </w:r>
      <w:r>
        <w:rPr>
          <w:b w:val="0"/>
          <w:i w:val="0"/>
        </w:rPr>
        <w:t xml:space="preserve"> và </w:t>
      </w:r>
      <w:r>
        <w:rPr>
          <w:rFonts w:ascii="Consolas" w:hAnsi="Consolas"/>
          <w:b w:val="0"/>
          <w:i w:val="0"/>
          <w:sz w:val="20"/>
        </w:rPr>
        <w:t>ElectricCar</w:t>
      </w:r>
      <w:r>
        <w:rPr>
          <w:b w:val="0"/>
          <w:i w:val="0"/>
        </w:rPr>
        <w:t>:</w:t>
      </w:r>
    </w:p>
    <w:p>
      <w:pPr>
        <w:spacing w:after="80"/>
      </w:pPr>
      <w:r>
        <w:rPr>
          <w:b w:val="0"/>
          <w:i w:val="0"/>
        </w:rPr>
        <w:t>my_cars.py</w:t>
      </w:r>
    </w:p>
    <w:p>
      <w:pPr>
        <w:spacing w:after="0"/>
        <w:ind w:left="360"/>
        <w:shd w:val="clear" w:color="auto" w:fill="F2F2F2"/>
      </w:pPr>
      <w:r>
        <w:rPr>
          <w:rFonts w:ascii="Consolas" w:hAnsi="Consolas"/>
          <w:b w:val="0"/>
          <w:i w:val="0"/>
          <w:sz w:val="18"/>
        </w:rPr>
        <w:t>❶ from car import Car, ElectricCar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my_mustang = Car('ford', 'mustang', 2024)</w:t>
      </w:r>
    </w:p>
    <w:p>
      <w:pPr>
        <w:spacing w:after="0"/>
        <w:ind w:left="360"/>
        <w:shd w:val="clear" w:color="auto" w:fill="F2F2F2"/>
      </w:pPr>
      <w:r>
        <w:rPr>
          <w:rFonts w:ascii="Consolas" w:hAnsi="Consolas"/>
          <w:b w:val="0"/>
          <w:i w:val="0"/>
          <w:sz w:val="18"/>
        </w:rPr>
        <w:t>print(my_mustang.get_descriptive_name())</w:t>
      </w:r>
    </w:p>
    <w:p>
      <w:pPr>
        <w:spacing w:after="0"/>
        <w:ind w:left="360"/>
        <w:shd w:val="clear" w:color="auto" w:fill="F2F2F2"/>
      </w:pPr>
      <w:r>
        <w:rPr>
          <w:rFonts w:ascii="Consolas" w:hAnsi="Consolas"/>
          <w:b w:val="0"/>
          <w:i w:val="0"/>
          <w:sz w:val="18"/>
        </w:rPr>
        <w:t>❸ my_leaf = ElectricCar('nissan', 'leaf', 2024)</w:t>
      </w:r>
    </w:p>
    <w:p>
      <w:pPr>
        <w:spacing w:after="0"/>
        <w:ind w:left="360"/>
        <w:shd w:val="clear" w:color="auto" w:fill="F2F2F2"/>
      </w:pPr>
      <w:r>
        <w:rPr>
          <w:rFonts w:ascii="Consolas" w:hAnsi="Consolas"/>
          <w:b w:val="0"/>
          <w:i w:val="0"/>
          <w:sz w:val="18"/>
        </w:rPr>
        <w:t>print(my_leaf.get_descriptive_name())</w:t>
      </w:r>
    </w:p>
    <w:p>
      <w:pPr>
        <w:spacing w:after="40"/>
      </w:pPr>
    </w:p>
    <w:p>
      <w:pPr>
        <w:spacing w:after="80"/>
      </w:pPr>
      <w:r>
        <w:rPr>
          <w:b w:val="0"/>
          <w:i w:val="0"/>
        </w:rPr>
        <w:t>Bạn có thể nhập nhiều lớp từ một mô-đun bằng cách phân tách mỗi lớp bằng dấu phẩy ❶. Sau khi đã nhập các lớp cần thiết, bạn thoải mái tạo bao nhiêu thực thể (instance) của mỗi lớp tùy ý.</w:t>
      </w:r>
    </w:p>
    <w:p>
      <w:pPr>
        <w:spacing w:after="80"/>
      </w:pPr>
      <w:r>
        <w:rPr>
          <w:b w:val="0"/>
          <w:i w:val="0"/>
        </w:rPr>
        <w:t>Trong ví dụ này, chúng ta tạo một chiếc Ford Mustang chạy xăng ❷ rồi đến một chiếc Nissan Leaf chạy điện ❸:</w:t>
      </w:r>
    </w:p>
    <w:p>
      <w:pPr>
        <w:spacing w:after="80"/>
      </w:pPr>
      <w:r>
        <w:rPr>
          <w:b w:val="0"/>
          <w:i w:val="0"/>
        </w:rPr>
        <w:t>2024 Ford Mustang</w:t>
      </w:r>
      <w:r>
        <w:br/>
      </w:r>
      <w:r>
        <w:rPr>
          <w:b w:val="0"/>
          <w:i w:val="0"/>
        </w:rPr>
        <w:t>2024 Nissan Leaf</w:t>
      </w:r>
    </w:p>
    <w:p>
      <w:pPr>
        <w:pStyle w:val="Heading3"/>
      </w:pPr>
      <w:r>
        <w:rPr>
          <w:rFonts w:ascii="Calibri" w:hAnsi="Calibri"/>
          <w:b/>
          <w:i w:val="0"/>
          <w:sz w:val="27"/>
        </w:rPr>
        <w:t>Nhập toàn bộ mô-đun</w:t>
      </w:r>
    </w:p>
    <w:p>
      <w:pPr>
        <w:spacing w:after="80"/>
      </w:pPr>
      <w:r>
        <w:rPr>
          <w:b w:val="0"/>
          <w:i w:val="0"/>
        </w:rPr>
        <w:t>Bạn cũng có thể nhập toàn bộ một mô-đun rồi truy cập các lớp cần dùng bằng ký pháp dấu chấm (dot notation). Cách này đơn giản và cho ra đoạn mã dễ đọc. Vì mọi lời gọi tạo thực thể của một lớp đều kèm theo tên mô-đun, bạn sẽ không gặp xung đột tên với bất kỳ tên nào đang dùng trong tệp hiện tại.</w:t>
      </w:r>
    </w:p>
    <w:p>
      <w:pPr>
        <w:spacing w:after="80"/>
      </w:pPr>
      <w:r>
        <w:rPr>
          <w:b w:val="0"/>
          <w:i w:val="0"/>
        </w:rPr>
        <w:t xml:space="preserve">Đây là cách nhập toàn bộ mô-đun </w:t>
      </w:r>
      <w:r>
        <w:rPr>
          <w:rFonts w:ascii="Consolas" w:hAnsi="Consolas"/>
          <w:b w:val="0"/>
          <w:i w:val="0"/>
          <w:sz w:val="20"/>
        </w:rPr>
        <w:t>car</w:t>
      </w:r>
      <w:r>
        <w:rPr>
          <w:b w:val="0"/>
          <w:i w:val="0"/>
        </w:rPr>
        <w:t xml:space="preserve"> rồi tạo một chiếc xe thường và một chiếc xe điện:</w:t>
      </w:r>
    </w:p>
    <w:p>
      <w:pPr>
        <w:spacing w:after="80"/>
      </w:pPr>
      <w:r>
        <w:rPr>
          <w:b w:val="0"/>
          <w:i w:val="0"/>
        </w:rPr>
        <w:t>my_cars.py</w:t>
      </w:r>
    </w:p>
    <w:p>
      <w:pPr>
        <w:spacing w:after="0"/>
        <w:ind w:left="360"/>
        <w:shd w:val="clear" w:color="auto" w:fill="F2F2F2"/>
      </w:pPr>
      <w:r>
        <w:rPr>
          <w:rFonts w:ascii="Consolas" w:hAnsi="Consolas"/>
          <w:b w:val="0"/>
          <w:i w:val="0"/>
          <w:sz w:val="18"/>
        </w:rPr>
        <w:t>❶ import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my_mustang = car.Car('ford', 'mustang', 2024)</w:t>
      </w:r>
    </w:p>
    <w:p>
      <w:pPr>
        <w:spacing w:after="0"/>
        <w:ind w:left="360"/>
        <w:shd w:val="clear" w:color="auto" w:fill="F2F2F2"/>
      </w:pPr>
      <w:r>
        <w:rPr>
          <w:rFonts w:ascii="Consolas" w:hAnsi="Consolas"/>
          <w:b w:val="0"/>
          <w:i w:val="0"/>
          <w:sz w:val="18"/>
        </w:rPr>
        <w:t>print(my_mustang.get_descriptive_name())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my_leaf = car.ElectricCar('nissan', 'leaf', 2024)</w:t>
      </w:r>
    </w:p>
    <w:p>
      <w:pPr>
        <w:spacing w:after="0"/>
        <w:ind w:left="360"/>
        <w:shd w:val="clear" w:color="auto" w:fill="F2F2F2"/>
      </w:pPr>
      <w:r>
        <w:rPr>
          <w:rFonts w:ascii="Consolas" w:hAnsi="Consolas"/>
          <w:b w:val="0"/>
          <w:i w:val="0"/>
          <w:sz w:val="18"/>
        </w:rPr>
        <w:t>print(my_leaf.get_descriptive_name())</w:t>
      </w:r>
    </w:p>
    <w:p>
      <w:pPr>
        <w:spacing w:after="40"/>
      </w:pPr>
    </w:p>
    <w:p>
      <w:pPr>
        <w:spacing w:after="80"/>
      </w:pPr>
      <w:r>
        <w:rPr>
          <w:b w:val="0"/>
          <w:i w:val="0"/>
        </w:rPr>
        <w:t xml:space="preserve">Đầu tiên ta nhập toàn bộ mô-đun </w:t>
      </w:r>
      <w:r>
        <w:rPr>
          <w:rFonts w:ascii="Consolas" w:hAnsi="Consolas"/>
          <w:b w:val="0"/>
          <w:i w:val="0"/>
          <w:sz w:val="20"/>
        </w:rPr>
        <w:t>car</w:t>
      </w:r>
      <w:r>
        <w:rPr>
          <w:b w:val="0"/>
          <w:i w:val="0"/>
        </w:rPr>
        <w:t xml:space="preserve"> ❶. Sau đó ta truy cập các lớp cần dùng thông qua cú pháp </w:t>
      </w:r>
      <w:r>
        <w:rPr>
          <w:rFonts w:ascii="Consolas" w:hAnsi="Consolas"/>
          <w:b w:val="0"/>
          <w:i/>
          <w:sz w:val="20"/>
        </w:rPr>
        <w:t>module_name</w:t>
      </w:r>
      <w:r>
        <w:rPr>
          <w:b w:val="0"/>
          <w:i w:val="0"/>
        </w:rPr>
        <w:t>.</w:t>
      </w:r>
      <w:r>
        <w:rPr>
          <w:rFonts w:ascii="Consolas" w:hAnsi="Consolas"/>
          <w:b w:val="0"/>
          <w:i/>
          <w:sz w:val="20"/>
        </w:rPr>
        <w:t>ClassName</w:t>
      </w:r>
      <w:r>
        <w:rPr>
          <w:b w:val="0"/>
          <w:i w:val="0"/>
        </w:rPr>
        <w:t>. Ta lại tạo một chiếc Ford Mustang ❷ và một chiếc Nissan Leaf ❸.</w:t>
      </w:r>
    </w:p>
    <w:p>
      <w:pPr>
        <w:pStyle w:val="Heading3"/>
      </w:pPr>
      <w:r>
        <w:rPr>
          <w:rFonts w:ascii="Calibri" w:hAnsi="Calibri"/>
          <w:b/>
          <w:i w:val="0"/>
          <w:sz w:val="27"/>
        </w:rPr>
        <w:t>Nhập tất cả các lớp từ một mô-đun</w:t>
      </w:r>
    </w:p>
    <w:p>
      <w:pPr>
        <w:spacing w:after="80"/>
      </w:pPr>
      <w:r>
        <w:rPr>
          <w:b w:val="0"/>
          <w:i w:val="0"/>
        </w:rPr>
        <w:t>Bạn có thể nhập mọi lớp từ một mô-đun bằng cú pháp sau:</w:t>
      </w:r>
    </w:p>
    <w:p>
      <w:pPr>
        <w:spacing w:after="0"/>
        <w:ind w:left="360"/>
        <w:shd w:val="clear" w:color="auto" w:fill="F2F2F2"/>
      </w:pPr>
      <w:r>
        <w:rPr>
          <w:rFonts w:ascii="Consolas" w:hAnsi="Consolas"/>
          <w:b w:val="0"/>
          <w:i w:val="0"/>
          <w:sz w:val="18"/>
        </w:rPr>
        <w:t xml:space="preserve">from </w:t>
      </w:r>
      <w:r>
        <w:rPr>
          <w:rFonts w:ascii="Consolas" w:hAnsi="Consolas"/>
          <w:b w:val="0"/>
          <w:i/>
          <w:sz w:val="18"/>
        </w:rPr>
        <w:t>module_name</w:t>
      </w:r>
      <w:r>
        <w:rPr>
          <w:rFonts w:ascii="Consolas" w:hAnsi="Consolas"/>
          <w:b w:val="0"/>
          <w:i w:val="0"/>
          <w:sz w:val="18"/>
        </w:rPr>
        <w:t xml:space="preserve"> import *</w:t>
      </w:r>
    </w:p>
    <w:p>
      <w:pPr>
        <w:spacing w:after="40"/>
      </w:pPr>
    </w:p>
    <w:p>
      <w:pPr>
        <w:spacing w:after="80"/>
      </w:pPr>
      <w:r>
        <w:rPr>
          <w:b w:val="0"/>
          <w:i w:val="0"/>
        </w:rPr>
        <w:t xml:space="preserve">Cách này không được khuyến khích vì hai lý do. Thứ nhất, sẽ hữu ích khi bạn có thể đọc các câu lệnh </w:t>
      </w:r>
      <w:r>
        <w:rPr>
          <w:rFonts w:ascii="Consolas" w:hAnsi="Consolas"/>
          <w:b w:val="0"/>
          <w:i w:val="0"/>
          <w:sz w:val="20"/>
        </w:rPr>
        <w:t>import</w:t>
      </w:r>
      <w:r>
        <w:rPr>
          <w:b w:val="0"/>
          <w:i w:val="0"/>
        </w:rPr>
        <w:t xml:space="preserve"> ở đầu tệp và nắm rõ chương trình đang dùng những lớp nào. Với cách này thì không rõ bạn đang dùng những lớp nào từ mô-đun. Cách này cũng có thể gây nhầm lẫn với các tên trong tệp. Nếu bạn vô tình nhập một lớp trùng tên với thứ gì đó khác trong tệp chương trình của mình, bạn có thể tạo ra lỗi rất khó chẩn đoán. Tôi trình bày ở đây vì dù đây không phải cách được khuyến khích, kiểu gì bạn cũng sẽ gặp nó trong mã của người khác vào một lúc nào đó.</w:t>
      </w:r>
    </w:p>
    <w:p>
      <w:pPr>
        <w:spacing w:after="80"/>
      </w:pPr>
      <w:r>
        <w:rPr>
          <w:b w:val="0"/>
          <w:i w:val="0"/>
        </w:rPr>
        <w:t xml:space="preserve">Nếu bạn cần nhập nhiều lớp từ một mô-đun, tốt hơn hết là nhập toàn bộ mô-đun rồi dùng cú pháp </w:t>
      </w:r>
      <w:r>
        <w:rPr>
          <w:rFonts w:ascii="Consolas" w:hAnsi="Consolas"/>
          <w:b w:val="0"/>
          <w:i/>
          <w:sz w:val="20"/>
        </w:rPr>
        <w:t>module_name.ClassName</w:t>
      </w:r>
      <w:r>
        <w:rPr>
          <w:b w:val="0"/>
          <w:i w:val="0"/>
        </w:rPr>
        <w:t>. Bạn sẽ không thấy hết các lớp được dùng ở đầu tệp, nhưng bạn sẽ thấy rõ mô-đun được dùng ở đâu trong chương trình. Bạn cũng tránh được những xung đột tên tiềm ẩn có thể phát sinh khi nhập mọi lớp trong một mô-đun.</w:t>
      </w:r>
    </w:p>
    <w:p>
      <w:pPr>
        <w:pStyle w:val="Heading3"/>
      </w:pPr>
      <w:r>
        <w:rPr>
          <w:rFonts w:ascii="Calibri" w:hAnsi="Calibri"/>
          <w:b/>
          <w:i w:val="0"/>
          <w:sz w:val="27"/>
        </w:rPr>
        <w:t>Nhập một mô-đun vào trong một mô-đun</w:t>
      </w:r>
    </w:p>
    <w:p>
      <w:pPr>
        <w:spacing w:after="80"/>
      </w:pPr>
      <w:r>
        <w:rPr>
          <w:b w:val="0"/>
          <w:i w:val="0"/>
        </w:rPr>
        <w:t>Đôi khi bạn sẽ muốn trải các lớp của mình ra nhiều mô-đun để giữ cho một tệp không phình to quá mức và tránh lưu những lớp không liên quan trong cùng một mô-đun. Khi lưu các lớp trong nhiều mô-đun, bạn có thể thấy rằng một lớp trong mô-đun này phụ thuộc vào một lớp trong mô-đun khác. Khi điều đó xảy ra, bạn có thể nhập lớp cần thiết vào mô-đun thứ nhất.</w:t>
      </w:r>
    </w:p>
    <w:p>
      <w:pPr>
        <w:spacing w:after="80"/>
      </w:pPr>
      <w:r>
        <w:rPr>
          <w:b w:val="0"/>
          <w:i w:val="0"/>
        </w:rPr>
        <w:t xml:space="preserve">Ví dụ, hãy lưu lớp </w:t>
      </w:r>
      <w:r>
        <w:rPr>
          <w:rFonts w:ascii="Consolas" w:hAnsi="Consolas"/>
          <w:b w:val="0"/>
          <w:i w:val="0"/>
          <w:sz w:val="20"/>
        </w:rPr>
        <w:t>Car</w:t>
      </w:r>
      <w:r>
        <w:rPr>
          <w:b w:val="0"/>
          <w:i w:val="0"/>
        </w:rPr>
        <w:t xml:space="preserve"> trong một mô-đun và các lớp </w:t>
      </w:r>
      <w:r>
        <w:rPr>
          <w:rFonts w:ascii="Consolas" w:hAnsi="Consolas"/>
          <w:b w:val="0"/>
          <w:i w:val="0"/>
          <w:sz w:val="20"/>
        </w:rPr>
        <w:t>ElectricCar</w:t>
      </w:r>
      <w:r>
        <w:rPr>
          <w:b w:val="0"/>
          <w:i w:val="0"/>
        </w:rPr>
        <w:t xml:space="preserve"> và </w:t>
      </w:r>
      <w:r>
        <w:rPr>
          <w:rFonts w:ascii="Consolas" w:hAnsi="Consolas"/>
          <w:b w:val="0"/>
          <w:i w:val="0"/>
          <w:sz w:val="20"/>
        </w:rPr>
        <w:t>Battery</w:t>
      </w:r>
      <w:r>
        <w:rPr>
          <w:b w:val="0"/>
          <w:i w:val="0"/>
        </w:rPr>
        <w:t xml:space="preserve"> trong một mô-đun riêng. Chúng ta sẽ tạo một mô-đun mới tên là </w:t>
      </w:r>
      <w:r>
        <w:rPr>
          <w:b w:val="0"/>
          <w:i/>
        </w:rPr>
        <w:t>electric_car.py</w:t>
      </w:r>
      <w:r>
        <w:rPr>
          <w:b w:val="0"/>
          <w:i w:val="0"/>
        </w:rPr>
        <w:t xml:space="preserve">—thay thế cho tệp </w:t>
      </w:r>
      <w:r>
        <w:rPr>
          <w:b w:val="0"/>
          <w:i/>
        </w:rPr>
        <w:t>electric_car.py</w:t>
      </w:r>
      <w:r>
        <w:rPr>
          <w:b w:val="0"/>
          <w:i w:val="0"/>
        </w:rPr>
        <w:t xml:space="preserve"> mà chúng ta đã tạo trước đó—và chỉ sao chép các lớp </w:t>
      </w:r>
      <w:r>
        <w:rPr>
          <w:rFonts w:ascii="Consolas" w:hAnsi="Consolas"/>
          <w:b w:val="0"/>
          <w:i w:val="0"/>
          <w:sz w:val="20"/>
        </w:rPr>
        <w:t>Battery</w:t>
      </w:r>
      <w:r>
        <w:rPr>
          <w:b w:val="0"/>
          <w:i w:val="0"/>
        </w:rPr>
        <w:t xml:space="preserve"> và </w:t>
      </w:r>
      <w:r>
        <w:rPr>
          <w:rFonts w:ascii="Consolas" w:hAnsi="Consolas"/>
          <w:b w:val="0"/>
          <w:i w:val="0"/>
          <w:sz w:val="20"/>
        </w:rPr>
        <w:t>ElectricCar</w:t>
      </w:r>
      <w:r>
        <w:rPr>
          <w:b w:val="0"/>
          <w:i w:val="0"/>
        </w:rPr>
        <w:t xml:space="preserve"> vào tệp này:</w:t>
      </w:r>
    </w:p>
    <w:p>
      <w:pPr>
        <w:spacing w:after="80"/>
      </w:pPr>
      <w:r>
        <w:rPr>
          <w:b w:val="0"/>
          <w:i w:val="0"/>
        </w:rPr>
        <w:t>electric_car.py</w:t>
      </w:r>
    </w:p>
    <w:p>
      <w:pPr>
        <w:spacing w:after="0"/>
        <w:ind w:left="360"/>
        <w:shd w:val="clear" w:color="auto" w:fill="F2F2F2"/>
      </w:pPr>
      <w:r>
        <w:rPr>
          <w:rFonts w:ascii="Consolas" w:hAnsi="Consolas"/>
          <w:b w:val="0"/>
          <w:i w:val="0"/>
          <w:sz w:val="18"/>
        </w:rPr>
        <w:t>"""A set of classes that can be used to represent electric cars."""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car import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Battery:</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ElectricCar(Car):</w:t>
      </w:r>
    </w:p>
    <w:p>
      <w:pPr>
        <w:spacing w:after="0"/>
        <w:ind w:left="360"/>
        <w:shd w:val="clear" w:color="auto" w:fill="F2F2F2"/>
      </w:pPr>
      <w:r>
        <w:rPr>
          <w:rFonts w:ascii="Consolas" w:hAnsi="Consolas"/>
          <w:b w:val="0"/>
          <w:i/>
          <w:sz w:val="18"/>
        </w:rPr>
        <w:t xml:space="preserve">    --snip--</w:t>
      </w:r>
    </w:p>
    <w:p>
      <w:pPr>
        <w:spacing w:after="40"/>
      </w:pPr>
    </w:p>
    <w:p>
      <w:pPr>
        <w:spacing w:after="80"/>
      </w:pPr>
      <w:r>
        <w:rPr>
          <w:b w:val="0"/>
          <w:i w:val="0"/>
        </w:rPr>
        <w:t xml:space="preserve">Lớp </w:t>
      </w:r>
      <w:r>
        <w:rPr>
          <w:rFonts w:ascii="Consolas" w:hAnsi="Consolas"/>
          <w:b w:val="0"/>
          <w:i w:val="0"/>
          <w:sz w:val="20"/>
        </w:rPr>
        <w:t>ElectricCar</w:t>
      </w:r>
      <w:r>
        <w:rPr>
          <w:b w:val="0"/>
          <w:i w:val="0"/>
        </w:rPr>
        <w:t xml:space="preserve"> cần truy cập vào lớp cha </w:t>
      </w:r>
      <w:r>
        <w:rPr>
          <w:rFonts w:ascii="Consolas" w:hAnsi="Consolas"/>
          <w:b w:val="0"/>
          <w:i w:val="0"/>
          <w:sz w:val="20"/>
        </w:rPr>
        <w:t>Car</w:t>
      </w:r>
      <w:r>
        <w:rPr>
          <w:b w:val="0"/>
          <w:i w:val="0"/>
        </w:rPr>
        <w:t xml:space="preserve"> của nó, nên chúng ta nhập trực tiếp </w:t>
      </w:r>
      <w:r>
        <w:rPr>
          <w:rFonts w:ascii="Consolas" w:hAnsi="Consolas"/>
          <w:b w:val="0"/>
          <w:i w:val="0"/>
          <w:sz w:val="20"/>
        </w:rPr>
        <w:t>Car</w:t>
      </w:r>
      <w:r>
        <w:rPr>
          <w:b w:val="0"/>
          <w:i w:val="0"/>
        </w:rPr>
        <w:t xml:space="preserve"> vào mô-đun. Nếu quên dòng này, Python sẽ báo lỗi khi chúng ta cố nhập mô-đun </w:t>
      </w:r>
      <w:r>
        <w:rPr>
          <w:rFonts w:ascii="Consolas" w:hAnsi="Consolas"/>
          <w:b w:val="0"/>
          <w:i w:val="0"/>
          <w:sz w:val="20"/>
        </w:rPr>
        <w:t>electric_car</w:t>
      </w:r>
      <w:r>
        <w:rPr>
          <w:b w:val="0"/>
          <w:i w:val="0"/>
        </w:rPr>
        <w:t xml:space="preserve">. Chúng ta cũng cần cập nhật mô-đun </w:t>
      </w:r>
      <w:r>
        <w:rPr>
          <w:rFonts w:ascii="Consolas" w:hAnsi="Consolas"/>
          <w:b w:val="0"/>
          <w:i w:val="0"/>
          <w:sz w:val="20"/>
        </w:rPr>
        <w:t>Car</w:t>
      </w:r>
      <w:r>
        <w:rPr>
          <w:b w:val="0"/>
          <w:i w:val="0"/>
        </w:rPr>
        <w:t xml:space="preserve"> để nó chỉ chứa lớp </w:t>
      </w:r>
      <w:r>
        <w:rPr>
          <w:rFonts w:ascii="Consolas" w:hAnsi="Consolas"/>
          <w:b w:val="0"/>
          <w:i w:val="0"/>
          <w:sz w:val="20"/>
        </w:rPr>
        <w:t>Car</w:t>
      </w:r>
      <w:r>
        <w:rPr>
          <w:b w:val="0"/>
          <w:i w:val="0"/>
        </w:rPr>
        <w:t>:</w:t>
      </w:r>
    </w:p>
    <w:p>
      <w:pPr>
        <w:spacing w:after="80"/>
      </w:pPr>
      <w:r>
        <w:rPr>
          <w:b w:val="0"/>
          <w:i w:val="0"/>
        </w:rPr>
        <w:t>car.py</w:t>
      </w:r>
    </w:p>
    <w:p>
      <w:pPr>
        <w:spacing w:after="0"/>
        <w:ind w:left="360"/>
        <w:shd w:val="clear" w:color="auto" w:fill="F2F2F2"/>
      </w:pPr>
      <w:r>
        <w:rPr>
          <w:rFonts w:ascii="Consolas" w:hAnsi="Consolas"/>
          <w:b w:val="0"/>
          <w:i w:val="0"/>
          <w:sz w:val="18"/>
        </w:rPr>
        <w:t>"""A class that can be used to represent a car."""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Car:</w:t>
      </w:r>
    </w:p>
    <w:p>
      <w:pPr>
        <w:spacing w:after="0"/>
        <w:ind w:left="360"/>
        <w:shd w:val="clear" w:color="auto" w:fill="F2F2F2"/>
      </w:pPr>
      <w:r>
        <w:rPr>
          <w:rFonts w:ascii="Consolas" w:hAnsi="Consolas"/>
          <w:b w:val="0"/>
          <w:i/>
          <w:sz w:val="18"/>
        </w:rPr>
        <w:t xml:space="preserve">    --snip--</w:t>
      </w:r>
    </w:p>
    <w:p>
      <w:pPr>
        <w:spacing w:after="40"/>
      </w:pPr>
    </w:p>
    <w:p>
      <w:pPr>
        <w:spacing w:after="80"/>
      </w:pPr>
      <w:r>
        <w:rPr>
          <w:b w:val="0"/>
          <w:i w:val="0"/>
        </w:rPr>
        <w:t>Giờ chúng ta có thể nhập từ từng mô-đun riêng biệt và tạo bất kỳ loại xe nào mình cần:</w:t>
      </w:r>
    </w:p>
    <w:p>
      <w:pPr>
        <w:spacing w:after="80"/>
      </w:pPr>
      <w:r>
        <w:rPr>
          <w:b w:val="0"/>
          <w:i w:val="0"/>
        </w:rPr>
        <w:t>my_cars.py</w:t>
      </w:r>
    </w:p>
    <w:p>
      <w:pPr>
        <w:spacing w:after="80"/>
      </w:pPr>
      <w:r>
        <w:rPr>
          <w:b w:val="0"/>
          <w:i w:val="0"/>
        </w:rPr>
        <w:t>from car import Car</w:t>
      </w:r>
      <w:r>
        <w:br/>
      </w:r>
      <w:r>
        <w:rPr>
          <w:b w:val="0"/>
          <w:i w:val="0"/>
        </w:rPr>
        <w:t>from electric_car import ElectricCar</w:t>
      </w:r>
      <w:r>
        <w:br/>
      </w:r>
      <w:r>
        <w:br/>
      </w:r>
      <w:r>
        <w:rPr>
          <w:b w:val="0"/>
          <w:i w:val="0"/>
        </w:rPr>
        <w:t>my_mustang = Car('ford', 'mustang', 2024)</w:t>
      </w:r>
      <w:r>
        <w:br/>
      </w:r>
      <w:r>
        <w:rPr>
          <w:b w:val="0"/>
          <w:i w:val="0"/>
        </w:rPr>
        <w:t>print(my_mustang.get_descriptive_name())</w:t>
      </w:r>
      <w:r>
        <w:br/>
      </w:r>
      <w:r>
        <w:br/>
      </w:r>
      <w:r>
        <w:rPr>
          <w:b w:val="0"/>
          <w:i w:val="0"/>
        </w:rPr>
        <w:t>my_leaf = ElectricCar('nissan', 'leaf', 2024)</w:t>
      </w:r>
      <w:r>
        <w:br/>
      </w:r>
      <w:r>
        <w:rPr>
          <w:b w:val="0"/>
          <w:i w:val="0"/>
        </w:rPr>
        <w:t>print(my_leaf.get_descriptive_name())</w:t>
      </w:r>
    </w:p>
    <w:p>
      <w:pPr>
        <w:spacing w:after="80"/>
      </w:pPr>
      <w:r>
        <w:rPr>
          <w:b w:val="0"/>
          <w:i w:val="0"/>
        </w:rPr>
        <w:t xml:space="preserve">Chúng ta nhập </w:t>
      </w:r>
      <w:r>
        <w:rPr>
          <w:rFonts w:ascii="Consolas" w:hAnsi="Consolas"/>
          <w:b w:val="0"/>
          <w:i w:val="0"/>
          <w:sz w:val="20"/>
        </w:rPr>
        <w:t>Car</w:t>
      </w:r>
      <w:r>
        <w:rPr>
          <w:b w:val="0"/>
          <w:i w:val="0"/>
        </w:rPr>
        <w:t xml:space="preserve"> từ mô-đun của nó, và </w:t>
      </w:r>
      <w:r>
        <w:rPr>
          <w:rFonts w:ascii="Consolas" w:hAnsi="Consolas"/>
          <w:b w:val="0"/>
          <w:i w:val="0"/>
          <w:sz w:val="20"/>
        </w:rPr>
        <w:t>ElectricCar</w:t>
      </w:r>
      <w:r>
        <w:rPr>
          <w:b w:val="0"/>
          <w:i w:val="0"/>
        </w:rPr>
        <w:t xml:space="preserve"> từ mô-đun của nó. Sau đó chúng ta tạo một xe thường và một xe điện. Cả hai xe đều được tạo đúng:</w:t>
      </w:r>
    </w:p>
    <w:p>
      <w:pPr>
        <w:spacing w:after="80"/>
      </w:pPr>
      <w:r>
        <w:rPr>
          <w:b w:val="0"/>
          <w:i w:val="0"/>
        </w:rPr>
        <w:t>2024 Ford Mustang</w:t>
      </w:r>
      <w:r>
        <w:br/>
      </w:r>
      <w:r>
        <w:rPr>
          <w:b w:val="0"/>
          <w:i w:val="0"/>
        </w:rPr>
        <w:t>2024 Nissan Leaf</w:t>
      </w:r>
    </w:p>
    <w:p>
      <w:pPr>
        <w:pStyle w:val="Heading3"/>
      </w:pPr>
      <w:r>
        <w:rPr>
          <w:rFonts w:ascii="Calibri" w:hAnsi="Calibri"/>
          <w:b/>
          <w:i w:val="0"/>
          <w:sz w:val="27"/>
        </w:rPr>
        <w:t>Sử dụng bí danh</w:t>
      </w:r>
    </w:p>
    <w:p>
      <w:pPr>
        <w:spacing w:after="80"/>
      </w:pPr>
      <w:r>
        <w:rPr>
          <w:b w:val="0"/>
          <w:i w:val="0"/>
        </w:rPr>
        <w:t>Như bạn đã thấy ở Chương 8, bí danh (alias) khá hữu ích khi dùng mô-đun để tổ chức mã cho dự án của bạn. Bạn cũng có thể dùng bí danh khi nhập các lớp.</w:t>
      </w:r>
    </w:p>
    <w:p>
      <w:pPr>
        <w:spacing w:after="80"/>
      </w:pPr>
      <w:r>
        <w:rPr>
          <w:b w:val="0"/>
          <w:i w:val="0"/>
        </w:rPr>
        <w:t xml:space="preserve">Ví dụ, hãy xét một chương trình mà bạn muốn tạo một loạt xe điện. Việc gõ (và đọc) </w:t>
      </w:r>
      <w:r>
        <w:rPr>
          <w:rFonts w:ascii="Consolas" w:hAnsi="Consolas"/>
          <w:b w:val="0"/>
          <w:i w:val="0"/>
          <w:sz w:val="20"/>
        </w:rPr>
        <w:t>ElectricCar</w:t>
      </w:r>
      <w:r>
        <w:rPr>
          <w:b w:val="0"/>
          <w:i w:val="0"/>
        </w:rPr>
        <w:t xml:space="preserve"> lặp đi lặp lại có thể sẽ rất mệt. Bạn có thể đặt bí danh cho </w:t>
      </w:r>
      <w:r>
        <w:rPr>
          <w:rFonts w:ascii="Consolas" w:hAnsi="Consolas"/>
          <w:b w:val="0"/>
          <w:i w:val="0"/>
          <w:sz w:val="20"/>
        </w:rPr>
        <w:t>ElectricCar</w:t>
      </w:r>
      <w:r>
        <w:rPr>
          <w:b w:val="0"/>
          <w:i w:val="0"/>
        </w:rPr>
        <w:t xml:space="preserve"> trong câu lệnh nhập:</w:t>
      </w:r>
    </w:p>
    <w:p>
      <w:pPr>
        <w:spacing w:after="80"/>
      </w:pPr>
      <w:r>
        <w:rPr>
          <w:b w:val="0"/>
          <w:i w:val="0"/>
        </w:rPr>
        <w:t>from electric_car import ElectricCar as EC</w:t>
      </w:r>
    </w:p>
    <w:p>
      <w:pPr>
        <w:spacing w:after="80"/>
      </w:pPr>
      <w:r>
        <w:rPr>
          <w:b w:val="0"/>
          <w:i w:val="0"/>
        </w:rPr>
        <w:t>Giờ bạn có thể dùng bí danh này mỗi khi muốn tạo một xe điện:</w:t>
      </w:r>
    </w:p>
    <w:p>
      <w:pPr>
        <w:spacing w:after="80"/>
      </w:pPr>
      <w:r>
        <w:rPr>
          <w:b w:val="0"/>
          <w:i w:val="0"/>
        </w:rPr>
        <w:t>my_leaf = EC('nissan', 'leaf', 2024)</w:t>
      </w:r>
    </w:p>
    <w:p>
      <w:pPr>
        <w:spacing w:after="80"/>
      </w:pPr>
      <w:r>
        <w:rPr>
          <w:b w:val="0"/>
          <w:i w:val="0"/>
        </w:rPr>
        <w:t xml:space="preserve">Bạn cũng có thể đặt bí danh (alias) cho một module. Đây là cách nhập toàn bộ module </w:t>
      </w:r>
      <w:r>
        <w:rPr>
          <w:rFonts w:ascii="Consolas" w:hAnsi="Consolas"/>
          <w:b w:val="0"/>
          <w:i w:val="0"/>
          <w:sz w:val="20"/>
        </w:rPr>
        <w:t>electric_car</w:t>
      </w:r>
      <w:r>
        <w:rPr>
          <w:b w:val="0"/>
          <w:i w:val="0"/>
        </w:rPr>
        <w:t xml:space="preserve"> bằng bí danh:</w:t>
      </w:r>
    </w:p>
    <w:p>
      <w:pPr>
        <w:spacing w:after="80"/>
      </w:pPr>
      <w:r>
        <w:rPr>
          <w:b w:val="0"/>
          <w:i w:val="0"/>
        </w:rPr>
        <w:t>import electric_car as ec</w:t>
      </w:r>
    </w:p>
    <w:p>
      <w:pPr>
        <w:spacing w:after="80"/>
      </w:pPr>
      <w:r>
        <w:rPr>
          <w:b w:val="0"/>
          <w:i w:val="0"/>
        </w:rPr>
        <w:t>Giờ bạn có thể dùng bí danh module này với tên lớp đầy đủ:</w:t>
      </w:r>
    </w:p>
    <w:p>
      <w:pPr>
        <w:spacing w:after="80"/>
      </w:pPr>
      <w:r>
        <w:rPr>
          <w:b w:val="0"/>
          <w:i w:val="0"/>
        </w:rPr>
        <w:t>my_leaf = ec.ElectricCar('nissan', 'leaf', 2024)</w:t>
      </w:r>
    </w:p>
    <w:p>
      <w:pPr>
        <w:pStyle w:val="Heading3"/>
      </w:pPr>
      <w:r>
        <w:rPr>
          <w:rFonts w:ascii="Calibri" w:hAnsi="Calibri"/>
          <w:b/>
          <w:i w:val="0"/>
          <w:sz w:val="27"/>
        </w:rPr>
        <w:t>Tìm quy trình làm việc của riêng bạn</w:t>
      </w:r>
    </w:p>
    <w:p>
      <w:pPr>
        <w:spacing w:after="80"/>
      </w:pPr>
      <w:r>
        <w:rPr>
          <w:b w:val="0"/>
          <w:i w:val="0"/>
        </w:rPr>
        <w:t>Như bạn thấy, Python cho bạn rất nhiều lựa chọn về cách tổ chức code trong một dự án lớn. Việc biết hết những khả năng này rất quan trọng để bạn xác định cách tốt nhất nhằm sắp xếp dự án của mình cũng như hiểu được dự án của người khác.</w:t>
      </w:r>
    </w:p>
    <w:p>
      <w:pPr>
        <w:spacing w:after="80"/>
      </w:pPr>
      <w:r>
        <w:rPr>
          <w:b w:val="0"/>
          <w:i w:val="0"/>
        </w:rPr>
        <w:t>Khi mới bắt đầu, hãy giữ cấu trúc code đơn giản. Thử làm mọi thứ trong một file rồi chuyển các lớp sang module riêng sau khi mọi thứ đã chạy được. Nếu bạn thích cách module và file tương tác với nhau, hãy thử lưu các lớp vào module ngay từ khi bắt đầu dự án. Hãy tìm một cách tiếp cận giúp bạn viết được code chạy được, rồi tiến lên từ đó.</w:t>
      </w:r>
    </w:p>
    <w:p>
      <w:pPr>
        <w:spacing w:before="120" w:after="40"/>
      </w:pPr>
      <w:r>
        <w:rPr>
          <w:b/>
          <w:sz w:val="21"/>
        </w:rPr>
        <w:t>Tự thực hành</w:t>
      </w:r>
    </w:p>
    <w:p>
      <w:pPr>
        <w:spacing w:after="80"/>
      </w:pPr>
      <w:r>
        <w:rPr>
          <w:b/>
          <w:i w:val="0"/>
        </w:rPr>
        <w:t>9-10. Nhà hàng được nhập:</w:t>
      </w:r>
      <w:r>
        <w:rPr>
          <w:b w:val="0"/>
          <w:i w:val="0"/>
        </w:rPr>
        <w:t xml:space="preserve"> Dùng lớp </w:t>
      </w:r>
      <w:r>
        <w:rPr>
          <w:rFonts w:ascii="Consolas" w:hAnsi="Consolas"/>
          <w:b w:val="0"/>
          <w:i w:val="0"/>
          <w:sz w:val="20"/>
        </w:rPr>
        <w:t>Restaurant</w:t>
      </w:r>
      <w:r>
        <w:rPr>
          <w:b w:val="0"/>
          <w:i w:val="0"/>
        </w:rPr>
        <w:t xml:space="preserve"> mới nhất của bạn, lưu nó vào một module. Tạo một file riêng để nhập </w:t>
      </w:r>
      <w:r>
        <w:rPr>
          <w:rFonts w:ascii="Consolas" w:hAnsi="Consolas"/>
          <w:b w:val="0"/>
          <w:i w:val="0"/>
          <w:sz w:val="20"/>
        </w:rPr>
        <w:t>Restaurant</w:t>
      </w:r>
      <w:r>
        <w:rPr>
          <w:b w:val="0"/>
          <w:i w:val="0"/>
        </w:rPr>
        <w:t xml:space="preserve">. Tạo một đối tượng </w:t>
      </w:r>
      <w:r>
        <w:rPr>
          <w:rFonts w:ascii="Consolas" w:hAnsi="Consolas"/>
          <w:b w:val="0"/>
          <w:i w:val="0"/>
          <w:sz w:val="20"/>
        </w:rPr>
        <w:t>Restaurant</w:t>
      </w:r>
      <w:r>
        <w:rPr>
          <w:b w:val="0"/>
          <w:i w:val="0"/>
        </w:rPr>
        <w:t xml:space="preserve">, và gọi một trong các phương thức của </w:t>
      </w:r>
      <w:r>
        <w:rPr>
          <w:rFonts w:ascii="Consolas" w:hAnsi="Consolas"/>
          <w:b w:val="0"/>
          <w:i w:val="0"/>
          <w:sz w:val="20"/>
        </w:rPr>
        <w:t>Restaurant</w:t>
      </w:r>
      <w:r>
        <w:rPr>
          <w:b w:val="0"/>
          <w:i w:val="0"/>
        </w:rPr>
        <w:t xml:space="preserve"> để chứng minh câu lệnh </w:t>
      </w:r>
      <w:r>
        <w:rPr>
          <w:rFonts w:ascii="Consolas" w:hAnsi="Consolas"/>
          <w:b w:val="0"/>
          <w:i w:val="0"/>
          <w:sz w:val="20"/>
        </w:rPr>
        <w:t>import</w:t>
      </w:r>
      <w:r>
        <w:rPr>
          <w:b w:val="0"/>
          <w:i w:val="0"/>
        </w:rPr>
        <w:t xml:space="preserve"> hoạt động đúng.</w:t>
      </w:r>
    </w:p>
    <w:p>
      <w:pPr>
        <w:spacing w:after="80"/>
      </w:pPr>
      <w:r>
        <w:rPr>
          <w:b/>
          <w:i w:val="0"/>
        </w:rPr>
        <w:t>9-11. Admin được nhập:</w:t>
      </w:r>
      <w:r>
        <w:rPr>
          <w:b w:val="0"/>
          <w:i w:val="0"/>
        </w:rPr>
        <w:t xml:space="preserve"> Bắt đầu từ bài làm của bạn ở Bài tập 9-8 (trang 173). Lưu các lớp </w:t>
      </w:r>
      <w:r>
        <w:rPr>
          <w:rFonts w:ascii="Consolas" w:hAnsi="Consolas"/>
          <w:b w:val="0"/>
          <w:i w:val="0"/>
          <w:sz w:val="20"/>
        </w:rPr>
        <w:t>User</w:t>
      </w:r>
      <w:r>
        <w:rPr>
          <w:b w:val="0"/>
          <w:i w:val="0"/>
        </w:rPr>
        <w:t xml:space="preserve">, </w:t>
      </w:r>
      <w:r>
        <w:rPr>
          <w:rFonts w:ascii="Consolas" w:hAnsi="Consolas"/>
          <w:b w:val="0"/>
          <w:i w:val="0"/>
          <w:sz w:val="20"/>
        </w:rPr>
        <w:t>Privileges</w:t>
      </w:r>
      <w:r>
        <w:rPr>
          <w:b w:val="0"/>
          <w:i w:val="0"/>
        </w:rPr>
        <w:t xml:space="preserve">, và </w:t>
      </w:r>
      <w:r>
        <w:rPr>
          <w:rFonts w:ascii="Consolas" w:hAnsi="Consolas"/>
          <w:b w:val="0"/>
          <w:i w:val="0"/>
          <w:sz w:val="20"/>
        </w:rPr>
        <w:t>Admin</w:t>
      </w:r>
      <w:r>
        <w:rPr>
          <w:b w:val="0"/>
          <w:i w:val="0"/>
        </w:rPr>
        <w:t xml:space="preserve"> vào một module. Tạo một file riêng, tạo một đối tượng </w:t>
      </w:r>
      <w:r>
        <w:rPr>
          <w:rFonts w:ascii="Consolas" w:hAnsi="Consolas"/>
          <w:b w:val="0"/>
          <w:i w:val="0"/>
          <w:sz w:val="20"/>
        </w:rPr>
        <w:t>Admin</w:t>
      </w:r>
      <w:r>
        <w:rPr>
          <w:b w:val="0"/>
          <w:i w:val="0"/>
        </w:rPr>
        <w:t xml:space="preserve">, và gọi </w:t>
      </w:r>
      <w:r>
        <w:rPr>
          <w:rFonts w:ascii="Consolas" w:hAnsi="Consolas"/>
          <w:b w:val="0"/>
          <w:i w:val="0"/>
          <w:sz w:val="20"/>
        </w:rPr>
        <w:t>show_privileges()</w:t>
      </w:r>
      <w:r>
        <w:rPr>
          <w:b w:val="0"/>
          <w:i w:val="0"/>
        </w:rPr>
        <w:t xml:space="preserve"> để chứng minh mọi thứ hoạt động chính xác.</w:t>
      </w:r>
    </w:p>
    <w:p>
      <w:pPr>
        <w:spacing w:after="80"/>
      </w:pPr>
      <w:r>
        <w:rPr>
          <w:b/>
          <w:i w:val="0"/>
        </w:rPr>
        <w:t>9-12. Nhiều module:</w:t>
      </w:r>
      <w:r>
        <w:rPr>
          <w:b w:val="0"/>
          <w:i w:val="0"/>
        </w:rPr>
        <w:t xml:space="preserve"> Lưu lớp </w:t>
      </w:r>
      <w:r>
        <w:rPr>
          <w:rFonts w:ascii="Consolas" w:hAnsi="Consolas"/>
          <w:b w:val="0"/>
          <w:i w:val="0"/>
          <w:sz w:val="20"/>
        </w:rPr>
        <w:t>User</w:t>
      </w:r>
      <w:r>
        <w:rPr>
          <w:b w:val="0"/>
          <w:i w:val="0"/>
        </w:rPr>
        <w:t xml:space="preserve"> vào một module, và lưu các lớp </w:t>
      </w:r>
      <w:r>
        <w:rPr>
          <w:rFonts w:ascii="Consolas" w:hAnsi="Consolas"/>
          <w:b w:val="0"/>
          <w:i w:val="0"/>
          <w:sz w:val="20"/>
        </w:rPr>
        <w:t>Privileges</w:t>
      </w:r>
      <w:r>
        <w:rPr>
          <w:b w:val="0"/>
          <w:i w:val="0"/>
        </w:rPr>
        <w:t xml:space="preserve"> và </w:t>
      </w:r>
      <w:r>
        <w:rPr>
          <w:rFonts w:ascii="Consolas" w:hAnsi="Consolas"/>
          <w:b w:val="0"/>
          <w:i w:val="0"/>
          <w:sz w:val="20"/>
        </w:rPr>
        <w:t>Admin</w:t>
      </w:r>
      <w:r>
        <w:rPr>
          <w:b w:val="0"/>
          <w:i w:val="0"/>
        </w:rPr>
        <w:t xml:space="preserve"> vào một module riêng. Trong một file riêng, tạo một đối tượng </w:t>
      </w:r>
      <w:r>
        <w:rPr>
          <w:rFonts w:ascii="Consolas" w:hAnsi="Consolas"/>
          <w:b w:val="0"/>
          <w:i w:val="0"/>
          <w:sz w:val="20"/>
        </w:rPr>
        <w:t>Admin</w:t>
      </w:r>
      <w:r>
        <w:rPr>
          <w:b w:val="0"/>
          <w:i w:val="0"/>
        </w:rPr>
        <w:t xml:space="preserve"> và gọi </w:t>
      </w:r>
      <w:r>
        <w:rPr>
          <w:rFonts w:ascii="Consolas" w:hAnsi="Consolas"/>
          <w:b w:val="0"/>
          <w:i w:val="0"/>
          <w:sz w:val="20"/>
        </w:rPr>
        <w:t>show_privileges()</w:t>
      </w:r>
      <w:r>
        <w:rPr>
          <w:b w:val="0"/>
          <w:i w:val="0"/>
        </w:rPr>
        <w:t xml:space="preserve"> để chứng minh mọi thứ vẫn hoạt động chính xác.</w:t>
      </w:r>
    </w:p>
    <w:p>
      <w:pPr>
        <w:pStyle w:val="Heading2"/>
      </w:pPr>
      <w:r>
        <w:rPr>
          <w:rFonts w:ascii="Calibri" w:hAnsi="Calibri"/>
          <w:b/>
          <w:i w:val="0"/>
          <w:sz w:val="32"/>
        </w:rPr>
        <w:t>Thư viện chuẩn của Python</w:t>
      </w:r>
    </w:p>
    <w:p>
      <w:pPr>
        <w:spacing w:after="80"/>
      </w:pPr>
      <w:r>
        <w:rPr>
          <w:b w:val="0"/>
          <w:i/>
        </w:rPr>
        <w:t>Thư viện chuẩn Python</w:t>
      </w:r>
      <w:r>
        <w:rPr>
          <w:b w:val="0"/>
          <w:i w:val="0"/>
        </w:rPr>
        <w:t xml:space="preserve"> (Python standard library) là một tập hợp các module đi kèm với mọi bản cài đặt Python. Giờ bạn đã hiểu cơ bản về cách hàm và lớp hoạt động, bạn có thể bắt đầu dùng những module như thế này do các lập trình viên khác viết. Bạn có thể dùng bất kỳ hàm hay lớp nào trong thư viện chuẩn bằng cách thêm một câu lệnh </w:t>
      </w:r>
      <w:r>
        <w:rPr>
          <w:rFonts w:ascii="Consolas" w:hAnsi="Consolas"/>
          <w:b w:val="0"/>
          <w:i w:val="0"/>
          <w:sz w:val="20"/>
        </w:rPr>
        <w:t>import</w:t>
      </w:r>
      <w:r>
        <w:rPr>
          <w:b w:val="0"/>
          <w:i w:val="0"/>
        </w:rPr>
        <w:t xml:space="preserve"> đơn giản ở đầu file. Hãy cùng xem một module, </w:t>
      </w:r>
      <w:r>
        <w:rPr>
          <w:rFonts w:ascii="Consolas" w:hAnsi="Consolas"/>
          <w:b w:val="0"/>
          <w:i w:val="0"/>
          <w:sz w:val="20"/>
        </w:rPr>
        <w:t>random</w:t>
      </w:r>
      <w:r>
        <w:rPr>
          <w:b w:val="0"/>
          <w:i w:val="0"/>
        </w:rPr>
        <w:t>, module này có thể hữu ích khi mô phỏng nhiều tình huống trong thực tế.</w:t>
      </w:r>
    </w:p>
    <w:p>
      <w:pPr>
        <w:spacing w:after="80"/>
      </w:pPr>
      <w:r>
        <w:rPr>
          <w:b w:val="0"/>
          <w:i w:val="0"/>
        </w:rPr>
        <w:t xml:space="preserve">Một hàm thú vị trong module random là </w:t>
      </w:r>
      <w:r>
        <w:rPr>
          <w:rFonts w:ascii="Consolas" w:hAnsi="Consolas"/>
          <w:b w:val="0"/>
          <w:i w:val="0"/>
          <w:sz w:val="20"/>
        </w:rPr>
        <w:t>randint()</w:t>
      </w:r>
      <w:r>
        <w:rPr>
          <w:b w:val="0"/>
          <w:i w:val="0"/>
        </w:rPr>
        <w:t>. Hàm này nhận hai đối số kiểu số nguyên và trả về một số nguyên được chọn ngẫu nhiên nằm giữa (và bao gồm) hai số đó.</w:t>
      </w:r>
    </w:p>
    <w:p>
      <w:pPr>
        <w:spacing w:after="80"/>
      </w:pPr>
      <w:r>
        <w:rPr>
          <w:b w:val="0"/>
          <w:i w:val="0"/>
        </w:rPr>
        <w:t>Đây là cách tạo một số ngẫu nhiên từ 1 đến 6:</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from random import randint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randint(1, 6)</w:t>
      </w:r>
    </w:p>
    <w:p>
      <w:pPr>
        <w:spacing w:after="0"/>
        <w:ind w:left="360"/>
        <w:shd w:val="clear" w:color="auto" w:fill="F2F2F2"/>
      </w:pPr>
      <w:r>
        <w:rPr>
          <w:rFonts w:ascii="Consolas" w:hAnsi="Consolas"/>
          <w:b w:val="0"/>
          <w:i w:val="0"/>
          <w:sz w:val="18"/>
        </w:rPr>
        <w:t>3</w:t>
      </w:r>
    </w:p>
    <w:p>
      <w:pPr>
        <w:spacing w:after="40"/>
      </w:pPr>
    </w:p>
    <w:p>
      <w:pPr>
        <w:spacing w:after="80"/>
      </w:pPr>
      <w:r>
        <w:rPr>
          <w:b w:val="0"/>
          <w:i w:val="0"/>
        </w:rPr>
        <w:t xml:space="preserve">Một hàm hữu ích khác là </w:t>
      </w:r>
      <w:r>
        <w:rPr>
          <w:rFonts w:ascii="Consolas" w:hAnsi="Consolas"/>
          <w:b w:val="0"/>
          <w:i w:val="0"/>
          <w:sz w:val="20"/>
        </w:rPr>
        <w:t>choice()</w:t>
      </w:r>
      <w:r>
        <w:rPr>
          <w:b w:val="0"/>
          <w:i w:val="0"/>
        </w:rPr>
        <w:t>. Hàm này nhận vào một danh sách hoặc tuple và trả về một phần tử được chọn ngẫu nhiên:</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from random import choice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players = ['charles', 'martina', 'michael', 'florence', 'eli']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first_up = choice(players)</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first_up</w:t>
      </w:r>
    </w:p>
    <w:p>
      <w:pPr>
        <w:spacing w:after="0"/>
        <w:ind w:left="360"/>
        <w:shd w:val="clear" w:color="auto" w:fill="F2F2F2"/>
      </w:pPr>
      <w:r>
        <w:rPr>
          <w:rFonts w:ascii="Consolas" w:hAnsi="Consolas"/>
          <w:b w:val="0"/>
          <w:i w:val="0"/>
          <w:sz w:val="18"/>
        </w:rPr>
        <w:t>'florence'</w:t>
      </w:r>
    </w:p>
    <w:p>
      <w:pPr>
        <w:spacing w:after="40"/>
      </w:pPr>
    </w:p>
    <w:p>
      <w:pPr>
        <w:spacing w:after="80"/>
      </w:pPr>
      <w:r>
        <w:rPr>
          <w:b w:val="0"/>
          <w:i w:val="0"/>
        </w:rPr>
        <w:t xml:space="preserve">Module </w:t>
      </w:r>
      <w:r>
        <w:rPr>
          <w:rFonts w:ascii="Consolas" w:hAnsi="Consolas"/>
          <w:b w:val="0"/>
          <w:i w:val="0"/>
          <w:sz w:val="20"/>
        </w:rPr>
        <w:t>random</w:t>
      </w:r>
      <w:r>
        <w:rPr>
          <w:b w:val="0"/>
          <w:i w:val="0"/>
        </w:rPr>
        <w:t xml:space="preserve"> không nên được dùng khi xây dựng các ứng dụng liên quan đến bảo mật, nhưng nó hoạt động tốt cho nhiều dự án vui vẻ và thú vị.</w:t>
      </w:r>
    </w:p>
    <w:p>
      <w:pPr>
        <w:spacing w:before="120" w:after="40"/>
      </w:pPr>
      <w:r>
        <w:rPr>
          <w:b/>
          <w:sz w:val="21"/>
        </w:rPr>
        <w:t>Ghi chú</w:t>
      </w:r>
    </w:p>
    <w:p>
      <w:pPr>
        <w:spacing w:after="80"/>
      </w:pPr>
      <w:r>
        <w:rPr>
          <w:b w:val="0"/>
          <w:i w:val="0"/>
        </w:rPr>
        <w:t>Bạn cũng có thể tải các module từ nguồn bên ngoài. Bạn sẽ thấy một số ví dụ như vậy trong Phần II, nơi chúng ta sẽ cần các module bên ngoài để hoàn thành từng dự án.</w:t>
      </w:r>
    </w:p>
    <w:p>
      <w:pPr>
        <w:spacing w:before="120" w:after="40"/>
      </w:pPr>
      <w:r>
        <w:rPr>
          <w:b/>
          <w:sz w:val="21"/>
        </w:rPr>
        <w:t>Tự thực hành</w:t>
      </w:r>
    </w:p>
    <w:p>
      <w:pPr>
        <w:spacing w:after="80"/>
      </w:pPr>
      <w:r>
        <w:rPr>
          <w:b/>
          <w:i w:val="0"/>
        </w:rPr>
        <w:t>9-13. Xúc xắc:</w:t>
      </w:r>
      <w:r>
        <w:rPr>
          <w:b w:val="0"/>
          <w:i w:val="0"/>
        </w:rPr>
        <w:t xml:space="preserve"> Tạo một lớp </w:t>
      </w:r>
      <w:r>
        <w:rPr>
          <w:rFonts w:ascii="Consolas" w:hAnsi="Consolas"/>
          <w:b w:val="0"/>
          <w:i w:val="0"/>
          <w:sz w:val="20"/>
        </w:rPr>
        <w:t>Die</w:t>
      </w:r>
      <w:r>
        <w:rPr>
          <w:b w:val="0"/>
          <w:i w:val="0"/>
        </w:rPr>
        <w:t xml:space="preserve"> với một thuộc tính tên là </w:t>
      </w:r>
      <w:r>
        <w:rPr>
          <w:rFonts w:ascii="Consolas" w:hAnsi="Consolas"/>
          <w:b w:val="0"/>
          <w:i w:val="0"/>
          <w:sz w:val="20"/>
        </w:rPr>
        <w:t>sides</w:t>
      </w:r>
      <w:r>
        <w:rPr>
          <w:b w:val="0"/>
          <w:i w:val="0"/>
        </w:rPr>
        <w:t xml:space="preserve">, có giá trị mặc định là 6. Viết một phương thức tên là </w:t>
      </w:r>
      <w:r>
        <w:rPr>
          <w:rFonts w:ascii="Consolas" w:hAnsi="Consolas"/>
          <w:b w:val="0"/>
          <w:i w:val="0"/>
          <w:sz w:val="20"/>
        </w:rPr>
        <w:t>roll_die()</w:t>
      </w:r>
      <w:r>
        <w:rPr>
          <w:b w:val="0"/>
          <w:i w:val="0"/>
        </w:rPr>
        <w:t xml:space="preserve"> để in ra một số ngẫu nhiên từ 1 đến số mặt của xúc xắc. Tạo một xúc xắc 6 mặt và tung nó 10 lần.</w:t>
      </w:r>
    </w:p>
    <w:p>
      <w:pPr>
        <w:spacing w:after="80"/>
      </w:pPr>
      <w:r>
        <w:rPr>
          <w:b w:val="0"/>
          <w:i w:val="0"/>
        </w:rPr>
        <w:t>Tạo một xúc xắc 10 mặt và một xúc xắc 20 mặt. Tung mỗi xúc xắc 10 lần.</w:t>
      </w:r>
    </w:p>
    <w:p>
      <w:pPr>
        <w:spacing w:after="80"/>
      </w:pPr>
      <w:r>
        <w:rPr>
          <w:b/>
          <w:i w:val="0"/>
        </w:rPr>
        <w:t>9-14. Xổ số:</w:t>
      </w:r>
      <w:r>
        <w:rPr>
          <w:b w:val="0"/>
          <w:i w:val="0"/>
        </w:rPr>
        <w:t xml:space="preserve"> Tạo một danh sách hoặc tuple chứa một loạt 10 số và 5 chữ cái. Chọn ngẫu nhiên 4 số hoặc chữ cái từ danh sách và in một thông báo rằng bất kỳ tấm vé nào khớp với 4 số hoặc chữ cái này đều trúng thưởng.</w:t>
      </w:r>
    </w:p>
    <w:p>
      <w:pPr>
        <w:spacing w:after="80"/>
      </w:pPr>
      <w:r>
        <w:rPr>
          <w:b/>
          <w:i w:val="0"/>
        </w:rPr>
        <w:t>9-15. Phân tích xổ số:</w:t>
      </w:r>
      <w:r>
        <w:rPr>
          <w:b w:val="0"/>
          <w:i w:val="0"/>
        </w:rPr>
        <w:t xml:space="preserve"> Bạn có thể dùng một vòng lặp để xem việc trúng loại xổ số mà bạn vừa mô phỏng khó đến mức nào. Tạo một danh sách hoặc tuple tên là </w:t>
      </w:r>
      <w:r>
        <w:rPr>
          <w:rFonts w:ascii="Consolas" w:hAnsi="Consolas"/>
          <w:b w:val="0"/>
          <w:i w:val="0"/>
          <w:sz w:val="20"/>
        </w:rPr>
        <w:t>my_ticket</w:t>
      </w:r>
      <w:r>
        <w:rPr>
          <w:b w:val="0"/>
          <w:i w:val="0"/>
        </w:rPr>
        <w:t>. Viết một vòng lặp liên tục rút số cho đến khi vé của bạn trúng thưởng. In một thông báo cho biết vòng lặp đã phải chạy bao nhiêu lần để đưa cho bạn một tấm vé trúng thưởng.</w:t>
      </w:r>
    </w:p>
    <w:p>
      <w:pPr>
        <w:spacing w:after="80"/>
      </w:pPr>
      <w:r>
        <w:rPr>
          <w:b/>
          <w:i w:val="0"/>
        </w:rPr>
        <w:t>9-16. Python Module of the Week:</w:t>
      </w:r>
      <w:r>
        <w:rPr>
          <w:b w:val="0"/>
          <w:i w:val="0"/>
        </w:rPr>
        <w:t xml:space="preserve"> Một nguồn tài nguyên tuyệt vời để khám phá thư viện chuẩn của Python là một trang web có tên </w:t>
      </w:r>
      <w:r>
        <w:rPr>
          <w:b w:val="0"/>
          <w:i/>
        </w:rPr>
        <w:t>Python Module of the Week</w:t>
      </w:r>
      <w:r>
        <w:rPr>
          <w:b w:val="0"/>
          <w:i w:val="0"/>
        </w:rPr>
        <w:t xml:space="preserve">. Truy cập https://pymotw.com và xem mục lục. Tìm một module mà bạn thấy thú vị và đọc về nó, có thể bắt đầu với module </w:t>
      </w:r>
      <w:r>
        <w:rPr>
          <w:rFonts w:ascii="Consolas" w:hAnsi="Consolas"/>
          <w:b w:val="0"/>
          <w:i w:val="0"/>
          <w:sz w:val="20"/>
        </w:rPr>
        <w:t>random</w:t>
      </w:r>
      <w:r>
        <w:rPr>
          <w:b w:val="0"/>
          <w:i w:val="0"/>
        </w:rPr>
        <w:t>.</w:t>
      </w:r>
    </w:p>
    <w:p>
      <w:pPr>
        <w:pStyle w:val="Heading2"/>
      </w:pPr>
      <w:r>
        <w:rPr>
          <w:rFonts w:ascii="Calibri" w:hAnsi="Calibri"/>
          <w:b/>
          <w:i w:val="0"/>
          <w:sz w:val="32"/>
        </w:rPr>
        <w:t>Tạo kiểu cho các lớp</w:t>
      </w:r>
    </w:p>
    <w:p>
      <w:pPr>
        <w:spacing w:after="80"/>
      </w:pPr>
      <w:r>
        <w:rPr>
          <w:b w:val="0"/>
          <w:i w:val="0"/>
        </w:rPr>
        <w:t>Một vài vấn đề về tạo kiểu liên quan đến các lớp đáng được làm rõ, đặc biệt khi các chương trình của bạn trở nên phức tạp hơn.</w:t>
      </w:r>
    </w:p>
    <w:p>
      <w:pPr>
        <w:spacing w:after="80"/>
      </w:pPr>
      <w:r>
        <w:rPr>
          <w:b w:val="0"/>
          <w:i w:val="0"/>
        </w:rPr>
        <w:t xml:space="preserve">Tên lớp nên được viết theo kiểu </w:t>
      </w:r>
      <w:r>
        <w:rPr>
          <w:b w:val="0"/>
          <w:i/>
        </w:rPr>
        <w:t>CamelCase</w:t>
      </w:r>
      <w:r>
        <w:rPr>
          <w:b w:val="0"/>
          <w:i w:val="0"/>
        </w:rPr>
        <w:t>. Để làm điều này, hãy viết hoa chữ cái đầu tiên của mỗi từ trong tên, và không dùng dấu gạch dưới. Tên instance và module nên được viết bằng chữ thường, với dấu gạch dưới giữa các từ.</w:t>
      </w:r>
    </w:p>
    <w:p>
      <w:pPr>
        <w:spacing w:after="80"/>
      </w:pPr>
      <w:r>
        <w:rPr>
          <w:b w:val="0"/>
          <w:i w:val="0"/>
        </w:rPr>
        <w:t>Mỗi lớp nên có một docstring ngay sau phần định nghĩa lớp. Docstring nên là một mô tả ngắn gọn về những gì lớp đó làm, và bạn nên tuân theo cùng các quy ước định dạng mà bạn đã dùng khi viết docstring trong hàm. Mỗi module cũng nên có một docstring mô tả các lớp trong module đó có thể được dùng để làm gì.</w:t>
      </w:r>
    </w:p>
    <w:p>
      <w:pPr>
        <w:spacing w:after="80"/>
      </w:pPr>
      <w:r>
        <w:rPr>
          <w:b w:val="0"/>
          <w:i w:val="0"/>
        </w:rPr>
        <w:t>Bạn có thể dùng các dòng trống để sắp xếp code, nhưng đừng dùng quá nhiều. Trong một lớp, bạn có thể dùng một dòng trống giữa các phương thức, và trong một module, bạn có thể dùng hai dòng trống để phân tách các lớp.</w:t>
      </w:r>
    </w:p>
    <w:p>
      <w:pPr>
        <w:spacing w:after="80"/>
      </w:pPr>
      <w:r>
        <w:rPr>
          <w:b w:val="0"/>
          <w:i w:val="0"/>
        </w:rPr>
        <w:t>Nếu bạn cần import một module từ thư viện chuẩn và một module do bạn tự viết, hãy đặt câu lệnh import cho module thư viện chuẩn trước. Sau đó thêm một dòng trống và câu lệnh import cho module bạn viết. Trong các chương trình có nhiều câu lệnh import, quy ước này giúp dễ dàng thấy được các module khác nhau được dùng trong chương trình đến từ đâu.</w:t>
      </w:r>
    </w:p>
    <w:p>
      <w:pPr>
        <w:pStyle w:val="Heading2"/>
      </w:pPr>
      <w:r>
        <w:rPr>
          <w:rFonts w:ascii="Calibri" w:hAnsi="Calibri"/>
          <w:b/>
          <w:i w:val="0"/>
          <w:sz w:val="32"/>
        </w:rPr>
        <w:t>Tóm tắt</w:t>
      </w:r>
    </w:p>
    <w:p>
      <w:pPr>
        <w:spacing w:after="80"/>
      </w:pPr>
      <w:r>
        <w:rPr>
          <w:b w:val="0"/>
          <w:i w:val="0"/>
        </w:rPr>
        <w:t xml:space="preserve">Trong chương này, bạn đã học cách viết các lớp của riêng mình. Bạn đã học cách lưu trữ thông tin trong một lớp bằng các thuộc tính (attribute) và cách viết các phương thức (method) mang lại cho lớp những hành vi mà nó cần. Bạn đã học cách viết các phương thức </w:t>
      </w:r>
      <w:r>
        <w:rPr>
          <w:rFonts w:ascii="Consolas" w:hAnsi="Consolas"/>
          <w:b w:val="0"/>
          <w:i w:val="0"/>
          <w:sz w:val="20"/>
        </w:rPr>
        <w:t>__init__()</w:t>
      </w:r>
      <w:r>
        <w:rPr>
          <w:b w:val="0"/>
          <w:i w:val="0"/>
        </w:rPr>
        <w:t xml:space="preserve"> để tạo instance từ lớp của bạn với đúng những thuộc tính mà bạn muốn. Bạn đã thấy cách sửa đổi các thuộc tính của một instance trực tiếp và thông qua các phương thức. Bạn đã học rằng kế thừa (inheritance) có thể đơn giản hóa việc tạo ra các lớp có liên quan đến nhau, và bạn đã học cách dùng instance của một lớp làm thuộc tính trong một lớp khác để giữ cho mỗi lớp đơn giản.</w:t>
      </w:r>
    </w:p>
    <w:p>
      <w:pPr>
        <w:spacing w:after="80"/>
      </w:pPr>
      <w:r>
        <w:rPr>
          <w:b w:val="0"/>
          <w:i w:val="0"/>
        </w:rPr>
        <w:t xml:space="preserve">Bạn đã thấy cách lưu trữ các lớp trong module và import những lớp bạn cần vào các file nơi chúng sẽ được dùng có thể giúp giữ cho dự án của bạn ngăn nắp. Bạn đã bắt đầu tìm hiểu về thư viện chuẩn của Python, và bạn đã thấy một ví dụ dựa trên module </w:t>
      </w:r>
      <w:r>
        <w:rPr>
          <w:rFonts w:ascii="Consolas" w:hAnsi="Consolas"/>
          <w:b w:val="0"/>
          <w:i w:val="0"/>
          <w:sz w:val="20"/>
        </w:rPr>
        <w:t>random</w:t>
      </w:r>
      <w:r>
        <w:rPr>
          <w:b w:val="0"/>
          <w:i w:val="0"/>
        </w:rPr>
        <w:t>. Cuối cùng, bạn đã học cách định dạng các lớp của mình theo các quy ước của Python.</w:t>
      </w:r>
    </w:p>
    <w:p>
      <w:pPr>
        <w:spacing w:after="80"/>
      </w:pPr>
      <w:r>
        <w:rPr>
          <w:b w:val="0"/>
          <w:i w:val="0"/>
        </w:rPr>
        <w:t xml:space="preserve">Trong Chương 10, bạn sẽ học cách làm việc với file để có thể lưu lại công việc bạn đã làm trong một chương trình và công việc bạn đã cho phép người dùng thực hiện. Bạn cũng sẽ học về </w:t>
      </w:r>
      <w:r>
        <w:rPr>
          <w:b w:val="0"/>
          <w:i/>
        </w:rPr>
        <w:t>exception</w:t>
      </w:r>
      <w:r>
        <w:rPr>
          <w:b w:val="0"/>
          <w:i w:val="0"/>
        </w:rPr>
        <w:t>, một lớp đặc biệt của Python được thiết kế để giúp bạn phản hồi lại các lỗi khi chúng xuất hiện.</w:t>
      </w:r>
    </w:p>
    <w:p>
      <w:pPr>
        <w:pStyle w:val="Heading1"/>
      </w:pPr>
      <w:r>
        <w:rPr>
          <w:rFonts w:ascii="Calibri" w:hAnsi="Calibri"/>
          <w:b/>
          <w:i w:val="0"/>
          <w:sz w:val="38"/>
        </w:rPr>
        <w:t>10</w:t>
      </w:r>
      <w:r>
        <w:rPr>
          <w:rFonts w:ascii="Calibri" w:hAnsi="Calibri"/>
          <w:b/>
          <w:i w:val="0"/>
          <w:sz w:val="38"/>
        </w:rPr>
      </w:r>
      <w:r>
        <w:rPr>
          <w:rFonts w:ascii="Calibri" w:hAnsi="Calibri"/>
          <w:b/>
          <w:i w:val="0"/>
          <w:sz w:val="38"/>
        </w:rPr>
        <w:t>File và Exception</w:t>
      </w:r>
    </w:p>
    <w:p>
      <w:pPr>
        <w:jc w:val="center"/>
      </w:pPr>
      <w:r>
        <w:drawing>
          <wp:inline xmlns:a="http://schemas.openxmlformats.org/drawingml/2006/main" xmlns:pic="http://schemas.openxmlformats.org/drawingml/2006/picture">
            <wp:extent cx="3867150" cy="3867150"/>
            <wp:docPr id="15" name="Picture 15"/>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Giờ đây khi bạn đã nắm vững các kỹ năng cơ bản cần thiết để viết những chương trình ngăn nắp và dễ sử dụng, đã đến lúc nghĩ đến việc làm cho chương trình của bạn trở nên liên quan và hữu dụng hơn nữa. Trong chương này, bạn sẽ học cách làm việc với file để chương trình của bạn có thể nhanh chóng phân tích lượng lớn dữ liệu.</w:t>
      </w:r>
    </w:p>
    <w:p>
      <w:pPr>
        <w:spacing w:after="80"/>
      </w:pPr>
      <w:r>
        <w:rPr>
          <w:b w:val="0"/>
          <w:i w:val="0"/>
        </w:rPr>
        <w:t xml:space="preserve">Bạn sẽ học cách xử lý lỗi để chương trình của bạn không bị sập khi gặp những tình huống bất ngờ. Bạn sẽ học về </w:t>
      </w:r>
      <w:r>
        <w:rPr>
          <w:b w:val="0"/>
          <w:i/>
        </w:rPr>
        <w:t>exception</w:t>
      </w:r>
      <w:r>
        <w:rPr>
          <w:b w:val="0"/>
          <w:i w:val="0"/>
        </w:rPr>
        <w:t xml:space="preserve">, những đối tượng đặc biệt mà Python tạo ra để quản lý các lỗi phát sinh trong khi chương trình đang chạy. Bạn cũng sẽ học về module </w:t>
      </w:r>
      <w:r>
        <w:rPr>
          <w:rFonts w:ascii="Consolas" w:hAnsi="Consolas"/>
          <w:b w:val="0"/>
          <w:i w:val="0"/>
          <w:sz w:val="20"/>
        </w:rPr>
        <w:t>json</w:t>
      </w:r>
      <w:r>
        <w:rPr>
          <w:b w:val="0"/>
          <w:i w:val="0"/>
        </w:rPr>
        <w:t>, cho phép bạn lưu dữ liệu người dùng để nó không bị mất khi chương trình của bạn ngừng chạy.</w:t>
      </w:r>
    </w:p>
    <w:p>
      <w:pPr>
        <w:spacing w:after="80"/>
      </w:pPr>
      <w:r>
        <w:rPr>
          <w:b w:val="0"/>
          <w:i w:val="0"/>
        </w:rPr>
        <w:t>Học cách làm việc với file và lưu dữ liệu sẽ giúp mọi người dễ sử dụng chương trình của bạn hơn. Người dùng sẽ có thể chọn dữ liệu nào để nhập và nhập khi nào. Mọi người sẽ có thể chạy chương trình của bạn, làm một số việc, rồi đóng chương trình và tiếp tục từ chỗ họ đã dừng lại. Học cách xử lý exception sẽ giúp bạn đối phó với những tình huống mà file không tồn tại và xử lý các vấn đề khác có thể khiến chương trình của bạn bị sập. Điều này sẽ làm cho chương trình của bạn vững vàng hơn khi gặp dữ liệu xấu, dù nó đến từ những sai sót vô tình hay từ những nỗ lực độc hại nhằm phá chương trình của bạn. Với những kỹ năng bạn sẽ học trong chương này, bạn sẽ làm cho chương trình của mình trở nên thiết thực, hữu dụng và ổn định hơn.</w:t>
      </w:r>
    </w:p>
    <w:p>
      <w:pPr>
        <w:pStyle w:val="Heading2"/>
      </w:pPr>
      <w:r>
        <w:rPr>
          <w:rFonts w:ascii="Calibri" w:hAnsi="Calibri"/>
          <w:b/>
          <w:i w:val="0"/>
          <w:sz w:val="32"/>
        </w:rPr>
        <w:t>Đọc từ File</w:t>
      </w:r>
    </w:p>
    <w:p>
      <w:pPr>
        <w:spacing w:after="80"/>
      </w:pPr>
      <w:r>
        <w:rPr>
          <w:b w:val="0"/>
          <w:i w:val="0"/>
        </w:rPr>
        <w:t>Một lượng dữ liệu khổng lồ có sẵn trong các file văn bản. File văn bản có thể chứa dữ liệu thời tiết, dữ liệu giao thông, dữ liệu kinh tế xã hội, các tác phẩm văn học, và nhiều thứ khác nữa. Đọc từ file đặc biệt hữu ích trong các ứng dụng phân tích dữ liệu, nhưng nó cũng áp dụng được cho bất kỳ tình huống nào mà bạn muốn phân tích hoặc sửa đổi thông tin được lưu trong một file. Ví dụ, bạn có thể viết một chương trình đọc nội dung của một file văn bản và viết lại file đó với định dạng cho phép trình duyệt hiển thị nó.</w:t>
      </w:r>
    </w:p>
    <w:p>
      <w:pPr>
        <w:spacing w:after="80"/>
      </w:pPr>
      <w:r>
        <w:rPr>
          <w:b w:val="0"/>
          <w:i w:val="0"/>
        </w:rPr>
        <w:t>Khi bạn muốn làm việc với thông tin trong một tệp văn bản, bước đầu tiên là đọc tệp vào bộ nhớ. Sau đó, bạn có thể xử lý toàn bộ nội dung của tệp cùng một lúc hoặc xử lý từng dòng một.</w:t>
      </w:r>
    </w:p>
    <w:p>
      <w:pPr>
        <w:pStyle w:val="Heading3"/>
      </w:pPr>
      <w:r>
        <w:rPr>
          <w:rFonts w:ascii="Calibri" w:hAnsi="Calibri"/>
          <w:b/>
          <w:i w:val="0"/>
          <w:sz w:val="27"/>
        </w:rPr>
        <w:t>Đọc nội dung của một tệp</w:t>
      </w:r>
    </w:p>
    <w:p>
      <w:pPr>
        <w:spacing w:after="80"/>
      </w:pPr>
      <w:r>
        <w:rPr>
          <w:b w:val="0"/>
          <w:i w:val="0"/>
        </w:rPr>
        <w:t xml:space="preserve">Để bắt đầu, chúng ta cần một tệp có vài dòng văn bản. Hãy bắt đầu với một tệp chứa </w:t>
      </w:r>
      <w:r>
        <w:rPr>
          <w:b w:val="0"/>
          <w:i/>
        </w:rPr>
        <w:t>pi</w:t>
      </w:r>
      <w:r>
        <w:rPr>
          <w:b w:val="0"/>
          <w:i w:val="0"/>
        </w:rPr>
        <w:t xml:space="preserve"> đến 30 chữ số thập phân, với 10 chữ số thập phân mỗi dòng:</w:t>
      </w:r>
    </w:p>
    <w:p>
      <w:pPr>
        <w:spacing w:after="80"/>
      </w:pPr>
      <w:r>
        <w:rPr>
          <w:b w:val="0"/>
          <w:i w:val="0"/>
        </w:rPr>
        <w:t>pi_digits.txt</w:t>
      </w:r>
    </w:p>
    <w:p>
      <w:pPr>
        <w:spacing w:after="80"/>
      </w:pPr>
      <w:r>
        <w:rPr>
          <w:b w:val="0"/>
          <w:i w:val="0"/>
        </w:rPr>
        <w:t>3.1415926535</w:t>
      </w:r>
      <w:r>
        <w:br/>
      </w:r>
      <w:r>
        <w:rPr>
          <w:b w:val="0"/>
          <w:i w:val="0"/>
        </w:rPr>
        <w:t xml:space="preserve">  8979323846</w:t>
      </w:r>
      <w:r>
        <w:br/>
      </w:r>
      <w:r>
        <w:rPr>
          <w:b w:val="0"/>
          <w:i w:val="0"/>
        </w:rPr>
        <w:t xml:space="preserve">  2643383279</w:t>
      </w:r>
    </w:p>
    <w:p>
      <w:pPr>
        <w:spacing w:after="80"/>
      </w:pPr>
      <w:r>
        <w:rPr>
          <w:b w:val="0"/>
          <w:i w:val="0"/>
        </w:rPr>
        <w:t xml:space="preserve">Để tự mình thử các ví dụ sau, bạn có thể nhập những dòng này vào trình soạn thảo và lưu tệp với tên </w:t>
      </w:r>
      <w:r>
        <w:rPr>
          <w:b w:val="0"/>
          <w:i/>
        </w:rPr>
        <w:t>pi_digits.txt</w:t>
      </w:r>
      <w:r>
        <w:rPr>
          <w:b w:val="0"/>
          <w:i w:val="0"/>
        </w:rPr>
        <w:t>, hoặc bạn có thể tải tệp xuống từ tài nguyên của sách qua https://ehmatthes.github.io/pcc_3e. Hãy lưu tệp vào cùng thư mục nơi bạn sẽ lưu các chương trình của chương này.</w:t>
      </w:r>
    </w:p>
    <w:p>
      <w:pPr>
        <w:spacing w:after="80"/>
      </w:pPr>
      <w:r>
        <w:rPr>
          <w:b w:val="0"/>
          <w:i w:val="0"/>
        </w:rPr>
        <w:t>Đây là một chương trình mở tệp này, đọc nó và in nội dung của tệp ra màn hình:</w:t>
      </w:r>
    </w:p>
    <w:p>
      <w:pPr>
        <w:spacing w:after="80"/>
      </w:pPr>
      <w:r>
        <w:rPr>
          <w:b w:val="0"/>
          <w:i w:val="0"/>
        </w:rPr>
        <w:t>file_reader.py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path = Path('pi_digits.txt')</w:t>
      </w:r>
    </w:p>
    <w:p>
      <w:pPr>
        <w:spacing w:after="0"/>
        <w:ind w:left="360"/>
        <w:shd w:val="clear" w:color="auto" w:fill="F2F2F2"/>
      </w:pPr>
      <w:r>
        <w:rPr>
          <w:rFonts w:ascii="Consolas" w:hAnsi="Consolas"/>
          <w:b w:val="0"/>
          <w:i w:val="0"/>
          <w:sz w:val="18"/>
        </w:rPr>
        <w:t>❷ contents = path.read_text()</w:t>
      </w:r>
    </w:p>
    <w:p>
      <w:pPr>
        <w:spacing w:after="0"/>
        <w:ind w:left="360"/>
        <w:shd w:val="clear" w:color="auto" w:fill="F2F2F2"/>
      </w:pPr>
      <w:r>
        <w:rPr>
          <w:rFonts w:ascii="Consolas" w:hAnsi="Consolas"/>
          <w:b w:val="0"/>
          <w:i w:val="0"/>
          <w:sz w:val="18"/>
        </w:rPr>
        <w:t>print(contents)</w:t>
      </w:r>
    </w:p>
    <w:p>
      <w:pPr>
        <w:spacing w:after="40"/>
      </w:pPr>
    </w:p>
    <w:p>
      <w:pPr>
        <w:spacing w:after="80"/>
      </w:pPr>
      <w:r>
        <w:rPr>
          <w:b w:val="0"/>
          <w:i w:val="0"/>
        </w:rPr>
        <w:t xml:space="preserve">Để làm việc với nội dung của một tệp, chúng ta cần cho Python biết đường dẫn đến tệp. Một </w:t>
      </w:r>
      <w:r>
        <w:rPr>
          <w:b w:val="0"/>
          <w:i/>
        </w:rPr>
        <w:t>đường dẫn</w:t>
      </w:r>
      <w:r>
        <w:rPr>
          <w:b w:val="0"/>
          <w:i w:val="0"/>
        </w:rPr>
        <w:t xml:space="preserve"> (path) là vị trí chính xác của một tệp hoặc thư mục trên hệ thống. Python cung cấp một mô-đun tên là </w:t>
      </w:r>
      <w:r>
        <w:rPr>
          <w:rFonts w:ascii="Consolas" w:hAnsi="Consolas"/>
          <w:b w:val="0"/>
          <w:i w:val="0"/>
          <w:sz w:val="20"/>
        </w:rPr>
        <w:t>pathlib</w:t>
      </w:r>
      <w:r>
        <w:rPr>
          <w:b w:val="0"/>
          <w:i w:val="0"/>
        </w:rPr>
        <w:t xml:space="preserve"> giúp việc làm việc với tệp và thư mục trở nên dễ dàng hơn, bất kể bạn hay người dùng chương trình của bạn đang dùng hệ điều hành nào. Một mô-đun cung cấp chức năng cụ thể như thế này thường được gọi là một </w:t>
      </w:r>
      <w:r>
        <w:rPr>
          <w:b w:val="0"/>
          <w:i/>
        </w:rPr>
        <w:t>thư viện</w:t>
      </w:r>
      <w:r>
        <w:rPr>
          <w:b w:val="0"/>
          <w:i w:val="0"/>
        </w:rPr>
        <w:t xml:space="preserve"> (library), do đó có tên </w:t>
      </w:r>
      <w:r>
        <w:rPr>
          <w:rFonts w:ascii="Consolas" w:hAnsi="Consolas"/>
          <w:b w:val="0"/>
          <w:i w:val="0"/>
          <w:sz w:val="20"/>
        </w:rPr>
        <w:t>pathlib</w:t>
      </w:r>
      <w:r>
        <w:rPr>
          <w:b w:val="0"/>
          <w:i w:val="0"/>
        </w:rPr>
        <w:t>.</w:t>
      </w:r>
    </w:p>
    <w:p>
      <w:pPr>
        <w:spacing w:after="80"/>
      </w:pPr>
      <w:r>
        <w:rPr>
          <w:b w:val="0"/>
          <w:i w:val="0"/>
        </w:rPr>
        <w:t xml:space="preserve">Chúng ta bắt đầu bằng cách nhập lớp </w:t>
      </w:r>
      <w:r>
        <w:rPr>
          <w:rFonts w:ascii="Consolas" w:hAnsi="Consolas"/>
          <w:b w:val="0"/>
          <w:i w:val="0"/>
          <w:sz w:val="20"/>
        </w:rPr>
        <w:t>Path</w:t>
      </w:r>
      <w:r>
        <w:rPr>
          <w:b w:val="0"/>
          <w:i w:val="0"/>
        </w:rPr>
        <w:t xml:space="preserve"> từ </w:t>
      </w:r>
      <w:r>
        <w:rPr>
          <w:rFonts w:ascii="Consolas" w:hAnsi="Consolas"/>
          <w:b w:val="0"/>
          <w:i w:val="0"/>
          <w:sz w:val="20"/>
        </w:rPr>
        <w:t>pathlib</w:t>
      </w:r>
      <w:r>
        <w:rPr>
          <w:b w:val="0"/>
          <w:i w:val="0"/>
        </w:rPr>
        <w:t xml:space="preserve">. Có rất nhiều việc bạn có thể làm với một đối tượng </w:t>
      </w:r>
      <w:r>
        <w:rPr>
          <w:rFonts w:ascii="Consolas" w:hAnsi="Consolas"/>
          <w:b w:val="0"/>
          <w:i w:val="0"/>
          <w:sz w:val="20"/>
        </w:rPr>
        <w:t>Path</w:t>
      </w:r>
      <w:r>
        <w:rPr>
          <w:b w:val="0"/>
          <w:i w:val="0"/>
        </w:rPr>
        <w:t xml:space="preserve"> trỏ đến một tệp. Ví dụ, bạn có thể kiểm tra rằng tệp tồn tại trước khi làm việc với nó, đọc nội dung của tệp, hoặc ghi dữ liệu mới vào tệp. Ở đây, chúng ta tạo một đối tượng </w:t>
      </w:r>
      <w:r>
        <w:rPr>
          <w:rFonts w:ascii="Consolas" w:hAnsi="Consolas"/>
          <w:b w:val="0"/>
          <w:i w:val="0"/>
          <w:sz w:val="20"/>
        </w:rPr>
        <w:t>Path</w:t>
      </w:r>
      <w:r>
        <w:rPr>
          <w:b w:val="0"/>
          <w:i w:val="0"/>
        </w:rPr>
        <w:t xml:space="preserve"> đại diện cho tệp </w:t>
      </w:r>
      <w:r>
        <w:rPr>
          <w:b w:val="0"/>
          <w:i/>
        </w:rPr>
        <w:t>pi_digits.txt</w:t>
      </w:r>
      <w:r>
        <w:rPr>
          <w:b w:val="0"/>
          <w:i w:val="0"/>
        </w:rPr>
        <w:t xml:space="preserve">, mà chúng ta gán cho biến </w:t>
      </w:r>
      <w:r>
        <w:rPr>
          <w:rFonts w:ascii="Consolas" w:hAnsi="Consolas"/>
          <w:b w:val="0"/>
          <w:i w:val="0"/>
          <w:sz w:val="20"/>
        </w:rPr>
        <w:t>path</w:t>
      </w:r>
      <w:r>
        <w:rPr>
          <w:b w:val="0"/>
          <w:i w:val="0"/>
        </w:rPr>
        <w:t xml:space="preserve"> ❶. Vì tệp này được lưu trong cùng thư mục với tệp </w:t>
      </w:r>
      <w:r>
        <w:rPr>
          <w:b w:val="0"/>
          <w:i/>
        </w:rPr>
        <w:t>.py</w:t>
      </w:r>
      <w:r>
        <w:rPr>
          <w:b w:val="0"/>
          <w:i w:val="0"/>
        </w:rPr>
        <w:t xml:space="preserve"> mà chúng ta đang viết, tên tệp là tất cả những gì </w:t>
      </w:r>
      <w:r>
        <w:rPr>
          <w:rFonts w:ascii="Consolas" w:hAnsi="Consolas"/>
          <w:b w:val="0"/>
          <w:i w:val="0"/>
          <w:sz w:val="20"/>
        </w:rPr>
        <w:t>Path</w:t>
      </w:r>
      <w:r>
        <w:rPr>
          <w:b w:val="0"/>
          <w:i w:val="0"/>
        </w:rPr>
        <w:t xml:space="preserve"> cần để truy cập tệp.</w:t>
      </w:r>
    </w:p>
    <w:p>
      <w:pPr>
        <w:spacing w:before="120" w:after="40"/>
      </w:pPr>
      <w:r>
        <w:rPr>
          <w:b/>
          <w:sz w:val="21"/>
        </w:rPr>
        <w:t>Ghi chú</w:t>
      </w:r>
    </w:p>
    <w:p>
      <w:pPr>
        <w:spacing w:after="80"/>
      </w:pPr>
      <w:r>
        <w:rPr>
          <w:b w:val="0"/>
          <w:i w:val="0"/>
        </w:rPr>
        <w:t>VS Code tìm kiếm các tệp trong thư mục được mở gần đây nhất. Nếu bạn đang dùng VS Code, hãy bắt đầu bằng cách mở thư mục nơi bạn lưu các chương trình của chương này. Ví dụ, nếu bạn lưu các tệp chương trình của mình trong một thư mục tên là chapter_10, hãy nhấn CTRL-O (⌘-O trên macOS), và mở thư mục đó.</w:t>
      </w:r>
    </w:p>
    <w:p>
      <w:pPr>
        <w:spacing w:after="80"/>
      </w:pPr>
      <w:r>
        <w:rPr>
          <w:b w:val="0"/>
          <w:i w:val="0"/>
        </w:rPr>
        <w:t xml:space="preserve">Khi chúng ta đã có một đối tượng </w:t>
      </w:r>
      <w:r>
        <w:rPr>
          <w:rFonts w:ascii="Consolas" w:hAnsi="Consolas"/>
          <w:b w:val="0"/>
          <w:i w:val="0"/>
          <w:sz w:val="20"/>
        </w:rPr>
        <w:t>Path</w:t>
      </w:r>
      <w:r>
        <w:rPr>
          <w:b w:val="0"/>
          <w:i w:val="0"/>
        </w:rPr>
        <w:t xml:space="preserve"> đại diện cho </w:t>
      </w:r>
      <w:r>
        <w:rPr>
          <w:b w:val="0"/>
          <w:i/>
        </w:rPr>
        <w:t>pi_digits.txt</w:t>
      </w:r>
      <w:r>
        <w:rPr>
          <w:b w:val="0"/>
          <w:i w:val="0"/>
        </w:rPr>
        <w:t xml:space="preserve">, chúng ta dùng phương thức </w:t>
      </w:r>
      <w:r>
        <w:rPr>
          <w:rFonts w:ascii="Consolas" w:hAnsi="Consolas"/>
          <w:b w:val="0"/>
          <w:i w:val="0"/>
          <w:sz w:val="20"/>
        </w:rPr>
        <w:t>read_text()</w:t>
      </w:r>
      <w:r>
        <w:rPr>
          <w:b w:val="0"/>
          <w:i w:val="0"/>
        </w:rPr>
        <w:t xml:space="preserve"> để đọc toàn bộ nội dung của tệp ❷. Nội dung của tệp được trả về dưới dạng một chuỗi duy nhất, mà chúng ta gán cho biến </w:t>
      </w:r>
      <w:r>
        <w:rPr>
          <w:rFonts w:ascii="Consolas" w:hAnsi="Consolas"/>
          <w:b w:val="0"/>
          <w:i w:val="0"/>
          <w:sz w:val="20"/>
        </w:rPr>
        <w:t>contents</w:t>
      </w:r>
      <w:r>
        <w:rPr>
          <w:b w:val="0"/>
          <w:i w:val="0"/>
        </w:rPr>
        <w:t xml:space="preserve">. Khi chúng ta in giá trị của </w:t>
      </w:r>
      <w:r>
        <w:rPr>
          <w:rFonts w:ascii="Consolas" w:hAnsi="Consolas"/>
          <w:b w:val="0"/>
          <w:i w:val="0"/>
          <w:sz w:val="20"/>
        </w:rPr>
        <w:t>contents</w:t>
      </w:r>
      <w:r>
        <w:rPr>
          <w:b w:val="0"/>
          <w:i w:val="0"/>
        </w:rPr>
        <w:t>, chúng ta thấy toàn bộ nội dung của tệp văn bản:</w:t>
      </w:r>
    </w:p>
    <w:p>
      <w:pPr>
        <w:spacing w:after="80"/>
      </w:pPr>
      <w:r>
        <w:rPr>
          <w:b w:val="0"/>
          <w:i w:val="0"/>
        </w:rPr>
        <w:t>3.1415926535</w:t>
      </w:r>
      <w:r>
        <w:br/>
      </w:r>
      <w:r>
        <w:rPr>
          <w:b w:val="0"/>
          <w:i w:val="0"/>
        </w:rPr>
        <w:t xml:space="preserve">  8979323846</w:t>
      </w:r>
      <w:r>
        <w:br/>
      </w:r>
      <w:r>
        <w:rPr>
          <w:b w:val="0"/>
          <w:i w:val="0"/>
        </w:rPr>
        <w:t xml:space="preserve">  2643383279</w:t>
      </w:r>
      <w:r>
        <w:br/>
      </w:r>
      <w:r>
        <w:br/>
      </w:r>
    </w:p>
    <w:p>
      <w:pPr>
        <w:spacing w:after="80"/>
      </w:pPr>
      <w:r>
        <w:rPr>
          <w:b w:val="0"/>
          <w:i w:val="0"/>
        </w:rPr>
        <w:t xml:space="preserve">Sự khác biệt duy nhất giữa kết quả này và tệp gốc là có thêm một dòng trống ở cuối. Dòng trống xuất hiện vì </w:t>
      </w:r>
      <w:r>
        <w:rPr>
          <w:rFonts w:ascii="Consolas" w:hAnsi="Consolas"/>
          <w:b w:val="0"/>
          <w:i w:val="0"/>
          <w:sz w:val="20"/>
        </w:rPr>
        <w:t>read_text()</w:t>
      </w:r>
      <w:r>
        <w:rPr>
          <w:b w:val="0"/>
          <w:i w:val="0"/>
        </w:rPr>
        <w:t xml:space="preserve"> trả về một chuỗi rỗng khi nó chạm đến cuối tệp; chuỗi rỗng này hiển thị thành một dòng trống.</w:t>
      </w:r>
    </w:p>
    <w:p>
      <w:pPr>
        <w:spacing w:after="80"/>
      </w:pPr>
      <w:r>
        <w:rPr>
          <w:b w:val="0"/>
          <w:i w:val="0"/>
        </w:rPr>
        <w:t xml:space="preserve">Chúng ta có thể loại bỏ dòng trống thừa bằng cách dùng </w:t>
      </w:r>
      <w:r>
        <w:rPr>
          <w:rFonts w:ascii="Consolas" w:hAnsi="Consolas"/>
          <w:b w:val="0"/>
          <w:i w:val="0"/>
          <w:sz w:val="20"/>
        </w:rPr>
        <w:t>rstrip()</w:t>
      </w:r>
      <w:r>
        <w:rPr>
          <w:b w:val="0"/>
          <w:i w:val="0"/>
        </w:rPr>
        <w:t xml:space="preserve"> trên chuỗi </w:t>
      </w:r>
      <w:r>
        <w:rPr>
          <w:rFonts w:ascii="Consolas" w:hAnsi="Consolas"/>
          <w:b w:val="0"/>
          <w:i w:val="0"/>
          <w:sz w:val="20"/>
        </w:rPr>
        <w:t>contents</w:t>
      </w:r>
      <w:r>
        <w:rPr>
          <w:b w:val="0"/>
          <w:i w:val="0"/>
        </w:rPr>
        <w:t>:</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Path('pi_digits.txt')</w:t>
      </w:r>
    </w:p>
    <w:p>
      <w:pPr>
        <w:spacing w:after="0"/>
        <w:ind w:left="360"/>
        <w:shd w:val="clear" w:color="auto" w:fill="F2F2F2"/>
      </w:pPr>
      <w:r>
        <w:rPr>
          <w:rFonts w:ascii="Consolas" w:hAnsi="Consolas"/>
          <w:b w:val="0"/>
          <w:i w:val="0"/>
          <w:sz w:val="18"/>
        </w:rPr>
        <w:t>contents = path.read_text()</w:t>
      </w:r>
    </w:p>
    <w:p>
      <w:pPr>
        <w:spacing w:after="0"/>
        <w:ind w:left="360"/>
        <w:shd w:val="clear" w:color="auto" w:fill="F2F2F2"/>
      </w:pPr>
      <w:r>
        <w:rPr>
          <w:rFonts w:ascii="Consolas" w:hAnsi="Consolas"/>
          <w:b w:val="0"/>
          <w:i w:val="0"/>
          <w:sz w:val="18"/>
        </w:rPr>
        <w:t>contents = contents.rstrip()</w:t>
      </w:r>
    </w:p>
    <w:p>
      <w:pPr>
        <w:spacing w:after="0"/>
        <w:ind w:left="360"/>
        <w:shd w:val="clear" w:color="auto" w:fill="F2F2F2"/>
      </w:pPr>
      <w:r>
        <w:rPr>
          <w:rFonts w:ascii="Consolas" w:hAnsi="Consolas"/>
          <w:b w:val="0"/>
          <w:i w:val="0"/>
          <w:sz w:val="18"/>
        </w:rPr>
        <w:t>print(contents)</w:t>
      </w:r>
    </w:p>
    <w:p>
      <w:pPr>
        <w:spacing w:after="40"/>
      </w:pPr>
    </w:p>
    <w:p>
      <w:pPr>
        <w:spacing w:after="80"/>
      </w:pPr>
      <w:r>
        <w:rPr>
          <w:b w:val="0"/>
          <w:i w:val="0"/>
        </w:rPr>
        <w:t xml:space="preserve">Nhớ lại từ Chương 2 rằng phương thức </w:t>
      </w:r>
      <w:r>
        <w:rPr>
          <w:rFonts w:ascii="Consolas" w:hAnsi="Consolas"/>
          <w:b w:val="0"/>
          <w:i w:val="0"/>
          <w:sz w:val="20"/>
        </w:rPr>
        <w:t>rstrip()</w:t>
      </w:r>
      <w:r>
        <w:rPr>
          <w:b w:val="0"/>
          <w:i w:val="0"/>
        </w:rPr>
        <w:t xml:space="preserve"> của Python sẽ xóa, hay cắt bỏ, mọi ký tự khoảng trắng ở phía bên phải của một chuỗi. Giờ đây kết quả khớp chính xác với nội dung của tệp gốc:</w:t>
      </w:r>
    </w:p>
    <w:p>
      <w:pPr>
        <w:spacing w:after="80"/>
      </w:pPr>
      <w:r>
        <w:rPr>
          <w:b w:val="0"/>
          <w:i w:val="0"/>
        </w:rPr>
        <w:t>3.1415926535</w:t>
      </w:r>
      <w:r>
        <w:br/>
      </w:r>
      <w:r>
        <w:rPr>
          <w:b w:val="0"/>
          <w:i w:val="0"/>
        </w:rPr>
        <w:t xml:space="preserve">  8979323846</w:t>
      </w:r>
      <w:r>
        <w:br/>
      </w:r>
      <w:r>
        <w:rPr>
          <w:b w:val="0"/>
          <w:i w:val="0"/>
        </w:rPr>
        <w:t xml:space="preserve">  2643383279</w:t>
      </w:r>
    </w:p>
    <w:p>
      <w:pPr>
        <w:spacing w:after="80"/>
      </w:pPr>
      <w:r>
        <w:rPr>
          <w:b w:val="0"/>
          <w:i w:val="0"/>
        </w:rPr>
        <w:t xml:space="preserve">Chúng ta có thể cắt bỏ ký tự xuống dòng ở cuối khi đọc nội dung của tệp, bằng cách áp dụng phương thức </w:t>
      </w:r>
      <w:r>
        <w:rPr>
          <w:rFonts w:ascii="Consolas" w:hAnsi="Consolas"/>
          <w:b w:val="0"/>
          <w:i w:val="0"/>
          <w:sz w:val="20"/>
        </w:rPr>
        <w:t>rstrip()</w:t>
      </w:r>
      <w:r>
        <w:rPr>
          <w:b w:val="0"/>
          <w:i w:val="0"/>
        </w:rPr>
        <w:t xml:space="preserve"> ngay sau khi gọi </w:t>
      </w:r>
      <w:r>
        <w:rPr>
          <w:rFonts w:ascii="Consolas" w:hAnsi="Consolas"/>
          <w:b w:val="0"/>
          <w:i w:val="0"/>
          <w:sz w:val="20"/>
        </w:rPr>
        <w:t>read_text()</w:t>
      </w:r>
      <w:r>
        <w:rPr>
          <w:b w:val="0"/>
          <w:i w:val="0"/>
        </w:rPr>
        <w:t>:</w:t>
      </w:r>
    </w:p>
    <w:p>
      <w:pPr>
        <w:spacing w:after="80"/>
      </w:pPr>
      <w:r>
        <w:rPr>
          <w:b w:val="0"/>
          <w:i w:val="0"/>
        </w:rPr>
        <w:t>contents = path.read_text().rstrip()</w:t>
      </w:r>
    </w:p>
    <w:p>
      <w:pPr>
        <w:spacing w:after="80"/>
      </w:pPr>
      <w:r>
        <w:rPr>
          <w:b w:val="0"/>
          <w:i w:val="0"/>
        </w:rPr>
        <w:t xml:space="preserve">Dòng này bảo Python gọi phương thức </w:t>
      </w:r>
      <w:r>
        <w:rPr>
          <w:rFonts w:ascii="Consolas" w:hAnsi="Consolas"/>
          <w:b w:val="0"/>
          <w:i w:val="0"/>
          <w:sz w:val="20"/>
        </w:rPr>
        <w:t>read_text()</w:t>
      </w:r>
      <w:r>
        <w:rPr>
          <w:b w:val="0"/>
          <w:i w:val="0"/>
        </w:rPr>
        <w:t xml:space="preserve"> trên tệp mà chúng ta đang làm việc. Sau đó nó áp dụng phương thức </w:t>
      </w:r>
      <w:r>
        <w:rPr>
          <w:rFonts w:ascii="Consolas" w:hAnsi="Consolas"/>
          <w:b w:val="0"/>
          <w:i w:val="0"/>
          <w:sz w:val="20"/>
        </w:rPr>
        <w:t>rstrip()</w:t>
      </w:r>
      <w:r>
        <w:rPr>
          <w:b w:val="0"/>
          <w:i w:val="0"/>
        </w:rPr>
        <w:t xml:space="preserve"> lên chuỗi mà </w:t>
      </w:r>
      <w:r>
        <w:rPr>
          <w:rFonts w:ascii="Consolas" w:hAnsi="Consolas"/>
          <w:b w:val="0"/>
          <w:i w:val="0"/>
          <w:sz w:val="20"/>
        </w:rPr>
        <w:t>read_text()</w:t>
      </w:r>
      <w:r>
        <w:rPr>
          <w:b w:val="0"/>
          <w:i w:val="0"/>
        </w:rPr>
        <w:t xml:space="preserve"> trả về. Chuỗi đã được dọn sạch sau đó được gán cho biến </w:t>
      </w:r>
      <w:r>
        <w:rPr>
          <w:rFonts w:ascii="Consolas" w:hAnsi="Consolas"/>
          <w:b w:val="0"/>
          <w:i w:val="0"/>
          <w:sz w:val="20"/>
        </w:rPr>
        <w:t>contents</w:t>
      </w:r>
      <w:r>
        <w:rPr>
          <w:b w:val="0"/>
          <w:i w:val="0"/>
        </w:rPr>
        <w:t xml:space="preserve">. Cách làm này được gọi là </w:t>
      </w:r>
      <w:r>
        <w:rPr>
          <w:b w:val="0"/>
          <w:i/>
        </w:rPr>
        <w:t>nối chuỗi phương thức</w:t>
      </w:r>
      <w:r>
        <w:rPr>
          <w:b w:val="0"/>
          <w:i w:val="0"/>
        </w:rPr>
        <w:t xml:space="preserve"> (method chaining), và bạn sẽ thấy nó được dùng thường xuyên trong lập trình.</w:t>
      </w:r>
    </w:p>
    <w:p>
      <w:pPr>
        <w:pStyle w:val="Heading3"/>
      </w:pPr>
      <w:r>
        <w:rPr>
          <w:rFonts w:ascii="Calibri" w:hAnsi="Calibri"/>
          <w:b/>
          <w:i w:val="0"/>
          <w:sz w:val="27"/>
        </w:rPr>
        <w:t>Đường dẫn tệp tương đối và tuyệt đối</w:t>
      </w:r>
    </w:p>
    <w:p>
      <w:pPr>
        <w:spacing w:after="80"/>
      </w:pPr>
      <w:r>
        <w:rPr>
          <w:b w:val="0"/>
          <w:i w:val="0"/>
        </w:rPr>
        <w:t xml:space="preserve">Khi bạn truyền một tên tệp đơn giản như </w:t>
      </w:r>
      <w:r>
        <w:rPr>
          <w:b w:val="0"/>
          <w:i/>
        </w:rPr>
        <w:t>pi_digits.txt</w:t>
      </w:r>
      <w:r>
        <w:rPr>
          <w:b w:val="0"/>
          <w:i w:val="0"/>
        </w:rPr>
        <w:t xml:space="preserve"> cho </w:t>
      </w:r>
      <w:r>
        <w:rPr>
          <w:rFonts w:ascii="Consolas" w:hAnsi="Consolas"/>
          <w:b w:val="0"/>
          <w:i w:val="0"/>
          <w:sz w:val="20"/>
        </w:rPr>
        <w:t>Path</w:t>
      </w:r>
      <w:r>
        <w:rPr>
          <w:b w:val="0"/>
          <w:i w:val="0"/>
        </w:rPr>
        <w:t xml:space="preserve">, Python sẽ tìm trong thư mục nơi tệp đang được thực thi (tức là tệp chương trình </w:t>
      </w:r>
      <w:r>
        <w:rPr>
          <w:b w:val="0"/>
          <w:i/>
        </w:rPr>
        <w:t>.py</w:t>
      </w:r>
      <w:r>
        <w:rPr>
          <w:b w:val="0"/>
          <w:i w:val="0"/>
        </w:rPr>
        <w:t xml:space="preserve"> của bạn) được lưu.</w:t>
      </w:r>
    </w:p>
    <w:p>
      <w:pPr>
        <w:spacing w:after="80"/>
      </w:pPr>
      <w:r>
        <w:rPr>
          <w:b w:val="0"/>
          <w:i w:val="0"/>
        </w:rPr>
        <w:t xml:space="preserve">Đôi khi, tùy vào cách bạn tổ chức công việc, tệp mà bạn muốn mở sẽ không nằm cùng thư mục với tệp chương trình của bạn. Ví dụ, bạn có thể lưu các tệp chương trình của mình trong một thư mục tên là </w:t>
      </w:r>
      <w:r>
        <w:rPr>
          <w:b w:val="0"/>
          <w:i/>
        </w:rPr>
        <w:t>python_work</w:t>
      </w:r>
      <w:r>
        <w:rPr>
          <w:b w:val="0"/>
          <w:i w:val="0"/>
        </w:rPr>
        <w:t xml:space="preserve">; bên trong </w:t>
      </w:r>
      <w:r>
        <w:rPr>
          <w:b w:val="0"/>
          <w:i/>
        </w:rPr>
        <w:t>python_work</w:t>
      </w:r>
      <w:r>
        <w:rPr>
          <w:b w:val="0"/>
          <w:i w:val="0"/>
        </w:rPr>
        <w:t xml:space="preserve">, bạn có thể có một thư mục khác tên là </w:t>
      </w:r>
      <w:r>
        <w:rPr>
          <w:b w:val="0"/>
          <w:i/>
        </w:rPr>
        <w:t>text_files</w:t>
      </w:r>
      <w:r>
        <w:rPr>
          <w:b w:val="0"/>
          <w:i w:val="0"/>
        </w:rPr>
        <w:t xml:space="preserve"> để phân biệt các tệp chương trình với các tệp văn bản mà chúng đang xử lý. Dù </w:t>
      </w:r>
      <w:r>
        <w:rPr>
          <w:b w:val="0"/>
          <w:i/>
        </w:rPr>
        <w:t>text_files</w:t>
      </w:r>
      <w:r>
        <w:rPr>
          <w:b w:val="0"/>
          <w:i w:val="0"/>
        </w:rPr>
        <w:t xml:space="preserve"> nằm trong </w:t>
      </w:r>
      <w:r>
        <w:rPr>
          <w:b w:val="0"/>
          <w:i/>
        </w:rPr>
        <w:t>python_work</w:t>
      </w:r>
      <w:r>
        <w:rPr>
          <w:b w:val="0"/>
          <w:i w:val="0"/>
        </w:rPr>
        <w:t xml:space="preserve">, chỉ truyền cho </w:t>
      </w:r>
      <w:r>
        <w:rPr>
          <w:rFonts w:ascii="Consolas" w:hAnsi="Consolas"/>
          <w:b w:val="0"/>
          <w:i w:val="0"/>
          <w:sz w:val="20"/>
        </w:rPr>
        <w:t>Path</w:t>
      </w:r>
      <w:r>
        <w:rPr>
          <w:b w:val="0"/>
          <w:i w:val="0"/>
        </w:rPr>
        <w:t xml:space="preserve"> tên của một tệp trong </w:t>
      </w:r>
      <w:r>
        <w:rPr>
          <w:b w:val="0"/>
          <w:i/>
        </w:rPr>
        <w:t>text_files</w:t>
      </w:r>
      <w:r>
        <w:rPr>
          <w:b w:val="0"/>
          <w:i w:val="0"/>
        </w:rPr>
        <w:t xml:space="preserve"> sẽ không hoạt động, vì Python sẽ chỉ tìm trong </w:t>
      </w:r>
      <w:r>
        <w:rPr>
          <w:b w:val="0"/>
          <w:i/>
        </w:rPr>
        <w:t xml:space="preserve">python_work </w:t>
      </w:r>
      <w:r>
        <w:rPr>
          <w:b w:val="0"/>
          <w:i w:val="0"/>
        </w:rPr>
        <w:t xml:space="preserve">và dừng lại ở đó; nó sẽ không đi tiếp và tìm trong </w:t>
      </w:r>
      <w:r>
        <w:rPr>
          <w:b w:val="0"/>
          <w:i/>
        </w:rPr>
        <w:t>text_files.</w:t>
      </w:r>
      <w:r>
        <w:rPr>
          <w:b w:val="0"/>
          <w:i w:val="0"/>
        </w:rPr>
        <w:t xml:space="preserve"> Để Python mở các tệp từ một thư mục khác với thư mục nơi tệp chương trình của bạn được lưu, bạn cần cung cấp đường dẫn chính xác.</w:t>
      </w:r>
    </w:p>
    <w:p>
      <w:pPr>
        <w:spacing w:after="80"/>
      </w:pPr>
      <w:r>
        <w:rPr>
          <w:b w:val="0"/>
          <w:i w:val="0"/>
        </w:rPr>
        <w:t xml:space="preserve">Có hai cách chính để chỉ định đường dẫn trong lập trình. Một </w:t>
      </w:r>
      <w:r>
        <w:rPr>
          <w:b w:val="0"/>
          <w:i/>
        </w:rPr>
        <w:t>đường dẫn tệp tương đối</w:t>
      </w:r>
      <w:r>
        <w:rPr>
          <w:b w:val="0"/>
          <w:i w:val="0"/>
        </w:rPr>
        <w:t xml:space="preserve"> (relative file path) bảo Python tìm một vị trí nhất định tương đối với thư mục nơi tệp chương trình đang chạy được lưu. Vì </w:t>
      </w:r>
      <w:r>
        <w:rPr>
          <w:b w:val="0"/>
          <w:i/>
        </w:rPr>
        <w:t>text_files</w:t>
      </w:r>
      <w:r>
        <w:rPr>
          <w:b w:val="0"/>
          <w:i w:val="0"/>
        </w:rPr>
        <w:t xml:space="preserve"> nằm trong </w:t>
      </w:r>
      <w:r>
        <w:rPr>
          <w:b w:val="0"/>
          <w:i/>
        </w:rPr>
        <w:t>python_work</w:t>
      </w:r>
      <w:r>
        <w:rPr>
          <w:b w:val="0"/>
          <w:i w:val="0"/>
        </w:rPr>
        <w:t xml:space="preserve">, chúng ta cần tạo một đường dẫn bắt đầu bằng thư mục </w:t>
      </w:r>
      <w:r>
        <w:rPr>
          <w:b w:val="0"/>
          <w:i/>
        </w:rPr>
        <w:t>text_files</w:t>
      </w:r>
      <w:r>
        <w:rPr>
          <w:b w:val="0"/>
          <w:i w:val="0"/>
        </w:rPr>
        <w:t>, và kết thúc bằng tên tệp. Đây là cách tạo đường dẫn này:</w:t>
      </w:r>
    </w:p>
    <w:p>
      <w:pPr>
        <w:spacing w:after="0"/>
        <w:ind w:left="360"/>
        <w:shd w:val="clear" w:color="auto" w:fill="F2F2F2"/>
      </w:pPr>
      <w:r>
        <w:rPr>
          <w:rFonts w:ascii="Consolas" w:hAnsi="Consolas"/>
          <w:b w:val="0"/>
          <w:i w:val="0"/>
          <w:sz w:val="18"/>
        </w:rPr>
        <w:t>path = Path('text_files/</w:t>
      </w:r>
      <w:r>
        <w:rPr>
          <w:rFonts w:ascii="Consolas" w:hAnsi="Consolas"/>
          <w:b w:val="0"/>
          <w:i/>
          <w:sz w:val="18"/>
        </w:rPr>
        <w:t>filename</w:t>
      </w:r>
      <w:r>
        <w:rPr>
          <w:rFonts w:ascii="Consolas" w:hAnsi="Consolas"/>
          <w:b w:val="0"/>
          <w:i w:val="0"/>
          <w:sz w:val="18"/>
        </w:rPr>
        <w:t>.txt')</w:t>
      </w:r>
    </w:p>
    <w:p>
      <w:pPr>
        <w:spacing w:after="40"/>
      </w:pPr>
    </w:p>
    <w:p>
      <w:pPr>
        <w:spacing w:after="80"/>
      </w:pPr>
      <w:r>
        <w:rPr>
          <w:b w:val="0"/>
          <w:i w:val="0"/>
        </w:rPr>
        <w:t xml:space="preserve">Bạn cũng có thể chỉ cho Python biết chính xác tệp nằm ở đâu trên máy tính của bạn, bất kể chương trình đang được thực thi được lưu ở đâu. Đây được gọi là </w:t>
      </w:r>
      <w:r>
        <w:rPr>
          <w:b w:val="0"/>
          <w:i/>
        </w:rPr>
        <w:t>đường dẫn tệp tuyệt đối</w:t>
      </w:r>
      <w:r>
        <w:rPr>
          <w:b w:val="0"/>
          <w:i w:val="0"/>
        </w:rPr>
        <w:t xml:space="preserve"> (absolute file path). Bạn có thể dùng đường dẫn tuyệt đối nếu đường dẫn tương đối không hoạt động. Ví dụ, nếu bạn đã đặt </w:t>
      </w:r>
      <w:r>
        <w:rPr>
          <w:b w:val="0"/>
          <w:i/>
        </w:rPr>
        <w:t>text_files</w:t>
      </w:r>
      <w:r>
        <w:rPr>
          <w:b w:val="0"/>
          <w:i w:val="0"/>
        </w:rPr>
        <w:t xml:space="preserve"> trong một thư mục nào đó khác với </w:t>
      </w:r>
      <w:r>
        <w:rPr>
          <w:b w:val="0"/>
          <w:i/>
        </w:rPr>
        <w:t>python_work</w:t>
      </w:r>
      <w:r>
        <w:rPr>
          <w:b w:val="0"/>
          <w:i w:val="0"/>
        </w:rPr>
        <w:t xml:space="preserve">, thì chỉ truyền cho </w:t>
      </w:r>
      <w:r>
        <w:rPr>
          <w:rFonts w:ascii="Consolas" w:hAnsi="Consolas"/>
          <w:b w:val="0"/>
          <w:i w:val="0"/>
          <w:sz w:val="20"/>
        </w:rPr>
        <w:t>Path</w:t>
      </w:r>
      <w:r>
        <w:rPr>
          <w:b w:val="0"/>
          <w:i w:val="0"/>
        </w:rPr>
        <w:t xml:space="preserve"> đường dẫn </w:t>
      </w:r>
      <w:r>
        <w:rPr>
          <w:rFonts w:ascii="Consolas" w:hAnsi="Consolas"/>
          <w:b w:val="0"/>
          <w:i w:val="0"/>
          <w:sz w:val="20"/>
        </w:rPr>
        <w:t>'text_files/</w:t>
      </w:r>
      <w:r>
        <w:rPr>
          <w:rFonts w:ascii="Consolas" w:hAnsi="Consolas"/>
          <w:b w:val="0"/>
          <w:i/>
          <w:sz w:val="20"/>
        </w:rPr>
        <w:t>filename</w:t>
      </w:r>
      <w:r>
        <w:rPr>
          <w:rFonts w:ascii="Consolas" w:hAnsi="Consolas"/>
          <w:b w:val="0"/>
          <w:i w:val="0"/>
          <w:sz w:val="20"/>
        </w:rPr>
        <w:t>.txt'</w:t>
      </w:r>
      <w:r>
        <w:rPr>
          <w:b w:val="0"/>
          <w:i w:val="0"/>
        </w:rPr>
        <w:t xml:space="preserve"> sẽ không hoạt động vì Python sẽ chỉ tìm vị trí đó bên trong </w:t>
      </w:r>
      <w:r>
        <w:rPr>
          <w:b w:val="0"/>
          <w:i/>
        </w:rPr>
        <w:t>python_work</w:t>
      </w:r>
      <w:r>
        <w:rPr>
          <w:b w:val="0"/>
          <w:i w:val="0"/>
        </w:rPr>
        <w:t>. Bạn sẽ cần viết ra một đường dẫn tuyệt đối để làm rõ nơi bạn muốn Python tìm.</w:t>
      </w:r>
    </w:p>
    <w:p>
      <w:pPr>
        <w:spacing w:after="80"/>
      </w:pPr>
      <w:r>
        <w:rPr>
          <w:b w:val="0"/>
          <w:i w:val="0"/>
        </w:rPr>
        <w:t>Đường dẫn tuyệt đối thường dài hơn đường dẫn tương đối, vì chúng bắt đầu từ thư mục gốc của hệ thống của bạn:</w:t>
      </w:r>
    </w:p>
    <w:p>
      <w:pPr>
        <w:spacing w:after="0"/>
        <w:ind w:left="360"/>
        <w:shd w:val="clear" w:color="auto" w:fill="F2F2F2"/>
      </w:pPr>
      <w:r>
        <w:rPr>
          <w:rFonts w:ascii="Consolas" w:hAnsi="Consolas"/>
          <w:b w:val="0"/>
          <w:i w:val="0"/>
          <w:sz w:val="18"/>
        </w:rPr>
        <w:t>path = Path('/home/eric/data_files/text_files/</w:t>
      </w:r>
      <w:r>
        <w:rPr>
          <w:rFonts w:ascii="Consolas" w:hAnsi="Consolas"/>
          <w:b w:val="0"/>
          <w:i/>
          <w:sz w:val="18"/>
        </w:rPr>
        <w:t>filename</w:t>
      </w:r>
      <w:r>
        <w:rPr>
          <w:rFonts w:ascii="Consolas" w:hAnsi="Consolas"/>
          <w:b w:val="0"/>
          <w:i w:val="0"/>
          <w:sz w:val="18"/>
        </w:rPr>
        <w:t>.txt')</w:t>
      </w:r>
    </w:p>
    <w:p>
      <w:pPr>
        <w:spacing w:after="40"/>
      </w:pPr>
    </w:p>
    <w:p>
      <w:pPr>
        <w:spacing w:after="80"/>
      </w:pPr>
      <w:r>
        <w:rPr>
          <w:b w:val="0"/>
          <w:i w:val="0"/>
        </w:rPr>
        <w:t xml:space="preserve">Dùng đường dẫn tuyệt đối, bạn có thể đọc các tệp từ bất kỳ vị trí nào trên hệ thống của mình. Hiện tại, cách dễ nhất là lưu các tệp trong cùng thư mục với các tệp chương trình của bạn, hoặc trong một thư mục như </w:t>
      </w:r>
      <w:r>
        <w:rPr>
          <w:b w:val="0"/>
          <w:i/>
        </w:rPr>
        <w:t>text_files</w:t>
      </w:r>
      <w:r>
        <w:rPr>
          <w:b w:val="0"/>
          <w:i w:val="0"/>
        </w:rPr>
        <w:t xml:space="preserve"> nằm trong thư mục lưu các tệp chương trình của bạn.</w:t>
      </w:r>
    </w:p>
    <w:p>
      <w:pPr>
        <w:spacing w:before="120" w:after="40"/>
      </w:pPr>
      <w:r>
        <w:rPr>
          <w:b/>
          <w:sz w:val="21"/>
        </w:rPr>
        <w:t>Ghi chú</w:t>
      </w:r>
    </w:p>
    <w:p>
      <w:pPr>
        <w:spacing w:after="80"/>
      </w:pPr>
      <w:r>
        <w:rPr>
          <w:b w:val="0"/>
          <w:i w:val="0"/>
        </w:rPr>
        <w:t>Hệ thống Windows dùng dấu gạch chéo ngược (</w:t>
      </w:r>
      <w:r>
        <w:rPr>
          <w:rFonts w:ascii="Consolas" w:hAnsi="Consolas"/>
          <w:b w:val="0"/>
          <w:i w:val="0"/>
          <w:sz w:val="20"/>
        </w:rPr>
        <w:t>\</w:t>
      </w:r>
      <w:r>
        <w:rPr>
          <w:b w:val="0"/>
          <w:i w:val="0"/>
        </w:rPr>
        <w:t>) thay vì dấu gạch chéo xuôi (</w:t>
      </w:r>
      <w:r>
        <w:rPr>
          <w:rFonts w:ascii="Consolas" w:hAnsi="Consolas"/>
          <w:b w:val="0"/>
          <w:i w:val="0"/>
          <w:sz w:val="20"/>
        </w:rPr>
        <w:t>/</w:t>
      </w:r>
      <w:r>
        <w:rPr>
          <w:b w:val="0"/>
          <w:i w:val="0"/>
        </w:rPr>
        <w:t xml:space="preserve">) khi hiển thị đường dẫn tệp, nhưng bạn nên dùng dấu gạch chéo xuôi trong mã của mình, kể cả trên Windows. Thư viện </w:t>
      </w:r>
      <w:r>
        <w:rPr>
          <w:rFonts w:ascii="Consolas" w:hAnsi="Consolas"/>
          <w:b w:val="0"/>
          <w:i w:val="0"/>
          <w:sz w:val="20"/>
        </w:rPr>
        <w:t>pathlib</w:t>
      </w:r>
      <w:r>
        <w:rPr>
          <w:b w:val="0"/>
          <w:i w:val="0"/>
        </w:rPr>
        <w:t xml:space="preserve"> sẽ tự động dùng cách biểu diễn đường dẫn đúng khi nó tương tác với hệ thống của bạn, hoặc hệ thống của bất kỳ người dùng nào.</w:t>
      </w:r>
    </w:p>
    <w:p>
      <w:pPr>
        <w:pStyle w:val="Heading3"/>
      </w:pPr>
      <w:r>
        <w:rPr>
          <w:rFonts w:ascii="Calibri" w:hAnsi="Calibri"/>
          <w:b/>
          <w:i w:val="0"/>
          <w:sz w:val="27"/>
        </w:rPr>
        <w:t>Truy cập các dòng của một tệp</w:t>
      </w:r>
    </w:p>
    <w:p>
      <w:pPr>
        <w:spacing w:after="80"/>
      </w:pPr>
      <w:r>
        <w:rPr>
          <w:b w:val="0"/>
          <w:i w:val="0"/>
        </w:rPr>
        <w:t xml:space="preserve">Khi làm việc với một tệp, bạn thường sẽ muốn xem xét từng dòng của tệp. Có thể bạn đang tìm một thông tin nào đó trong tệp, hoặc bạn muốn sửa đổi văn bản trong tệp theo một cách nào đó. Ví dụ, bạn có thể muốn đọc qua một tệp dữ liệu thời tiết và xử lý bất kỳ dòng nào có chứa từ </w:t>
      </w:r>
      <w:r>
        <w:rPr>
          <w:b w:val="0"/>
          <w:i/>
        </w:rPr>
        <w:t>sunny</w:t>
      </w:r>
      <w:r>
        <w:rPr>
          <w:b w:val="0"/>
          <w:i w:val="0"/>
        </w:rPr>
        <w:t xml:space="preserve"> trong phần mô tả thời tiết của ngày hôm đó. Trong một bản tin, bạn có thể tìm bất kỳ dòng nào có thẻ </w:t>
      </w:r>
      <w:r>
        <w:rPr>
          <w:rFonts w:ascii="Consolas" w:hAnsi="Consolas"/>
          <w:b w:val="0"/>
          <w:i w:val="0"/>
          <w:sz w:val="20"/>
        </w:rPr>
        <w:t>&lt;headline&gt;</w:t>
      </w:r>
      <w:r>
        <w:rPr>
          <w:b w:val="0"/>
          <w:i w:val="0"/>
        </w:rPr>
        <w:t xml:space="preserve"> và viết lại dòng đó với một kiểu định dạng cụ thể.</w:t>
      </w:r>
    </w:p>
    <w:p>
      <w:pPr>
        <w:spacing w:after="80"/>
      </w:pPr>
      <w:r>
        <w:rPr>
          <w:b w:val="0"/>
          <w:i w:val="0"/>
        </w:rPr>
        <w:t xml:space="preserve">Bạn có thể dùng phương thức </w:t>
      </w:r>
      <w:r>
        <w:rPr>
          <w:rFonts w:ascii="Consolas" w:hAnsi="Consolas"/>
          <w:b w:val="0"/>
          <w:i w:val="0"/>
          <w:sz w:val="20"/>
        </w:rPr>
        <w:t>splitlines()</w:t>
      </w:r>
      <w:r>
        <w:rPr>
          <w:b w:val="0"/>
          <w:i w:val="0"/>
        </w:rPr>
        <w:t xml:space="preserve"> để biến một chuỗi dài thành một tập hợp các dòng, rồi dùng vòng lặp </w:t>
      </w:r>
      <w:r>
        <w:rPr>
          <w:rFonts w:ascii="Consolas" w:hAnsi="Consolas"/>
          <w:b w:val="0"/>
          <w:i w:val="0"/>
          <w:sz w:val="20"/>
        </w:rPr>
        <w:t>for</w:t>
      </w:r>
      <w:r>
        <w:rPr>
          <w:b w:val="0"/>
          <w:i w:val="0"/>
        </w:rPr>
        <w:t xml:space="preserve"> để xem xét từng dòng từ một tệp, mỗi lần một dòng:</w:t>
      </w:r>
    </w:p>
    <w:p>
      <w:pPr>
        <w:spacing w:after="80"/>
      </w:pPr>
      <w:r>
        <w:rPr>
          <w:b w:val="0"/>
          <w:i w:val="0"/>
        </w:rPr>
        <w:t>file_reader.py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Path('pi_digits.txt')</w:t>
      </w:r>
    </w:p>
    <w:p>
      <w:pPr>
        <w:spacing w:after="0"/>
        <w:ind w:left="360"/>
        <w:shd w:val="clear" w:color="auto" w:fill="F2F2F2"/>
      </w:pPr>
      <w:r>
        <w:rPr>
          <w:rFonts w:ascii="Consolas" w:hAnsi="Consolas"/>
          <w:b w:val="0"/>
          <w:i w:val="0"/>
          <w:sz w:val="18"/>
        </w:rPr>
        <w:t>❶ contents = path.read_text()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lines = contents.splitlines()</w:t>
      </w:r>
    </w:p>
    <w:p>
      <w:pPr>
        <w:spacing w:after="0"/>
        <w:ind w:left="360"/>
        <w:shd w:val="clear" w:color="auto" w:fill="F2F2F2"/>
      </w:pPr>
      <w:r>
        <w:rPr>
          <w:rFonts w:ascii="Consolas" w:hAnsi="Consolas"/>
          <w:b w:val="0"/>
          <w:i w:val="0"/>
          <w:sz w:val="18"/>
        </w:rPr>
        <w:t>for line in lines:</w:t>
      </w:r>
    </w:p>
    <w:p>
      <w:pPr>
        <w:spacing w:after="0"/>
        <w:ind w:left="360"/>
        <w:shd w:val="clear" w:color="auto" w:fill="F2F2F2"/>
      </w:pPr>
      <w:r>
        <w:rPr>
          <w:rFonts w:ascii="Consolas" w:hAnsi="Consolas"/>
          <w:b w:val="0"/>
          <w:i w:val="0"/>
          <w:sz w:val="18"/>
        </w:rPr>
        <w:t xml:space="preserve">    print(line)</w:t>
      </w:r>
    </w:p>
    <w:p>
      <w:pPr>
        <w:spacing w:after="40"/>
      </w:pPr>
    </w:p>
    <w:p>
      <w:pPr>
        <w:spacing w:after="80"/>
      </w:pPr>
      <w:r>
        <w:rPr>
          <w:b w:val="0"/>
          <w:i w:val="0"/>
        </w:rPr>
        <w:t xml:space="preserve">Chúng ta bắt đầu bằng việc đọc toàn bộ nội dung của tệp, như đã làm ở phần trước ❶. Nếu bạn định làm việc với từng dòng riêng lẻ trong một tệp, bạn không cần loại bỏ khoảng trắng nào khi đọc tệp. Phương thức </w:t>
      </w:r>
      <w:r>
        <w:rPr>
          <w:rFonts w:ascii="Consolas" w:hAnsi="Consolas"/>
          <w:b w:val="0"/>
          <w:i w:val="0"/>
          <w:sz w:val="20"/>
        </w:rPr>
        <w:t>splitlines()</w:t>
      </w:r>
      <w:r>
        <w:rPr>
          <w:b w:val="0"/>
          <w:i w:val="0"/>
        </w:rPr>
        <w:t xml:space="preserve"> trả về một danh sách tất cả các dòng trong tệp, và chúng ta gán danh sách này cho biến </w:t>
      </w:r>
      <w:r>
        <w:rPr>
          <w:rFonts w:ascii="Consolas" w:hAnsi="Consolas"/>
          <w:b w:val="0"/>
          <w:i w:val="0"/>
          <w:sz w:val="20"/>
        </w:rPr>
        <w:t>lines</w:t>
      </w:r>
      <w:r>
        <w:rPr>
          <w:b w:val="0"/>
          <w:i w:val="0"/>
        </w:rPr>
        <w:t xml:space="preserve"> ❷. Sau đó chúng ta lặp qua các dòng này và in từng dòng:</w:t>
      </w:r>
    </w:p>
    <w:p>
      <w:pPr>
        <w:spacing w:after="80"/>
      </w:pPr>
      <w:r>
        <w:rPr>
          <w:b w:val="0"/>
          <w:i w:val="0"/>
        </w:rPr>
        <w:t>3.1415926535</w:t>
      </w:r>
      <w:r>
        <w:br/>
      </w:r>
      <w:r>
        <w:rPr>
          <w:b w:val="0"/>
          <w:i w:val="0"/>
        </w:rPr>
        <w:t xml:space="preserve">  8979323846</w:t>
      </w:r>
      <w:r>
        <w:br/>
      </w:r>
      <w:r>
        <w:rPr>
          <w:b w:val="0"/>
          <w:i w:val="0"/>
        </w:rPr>
        <w:t xml:space="preserve">  2643383279</w:t>
      </w:r>
    </w:p>
    <w:p>
      <w:pPr>
        <w:spacing w:after="80"/>
      </w:pPr>
      <w:r>
        <w:rPr>
          <w:b w:val="0"/>
          <w:i w:val="0"/>
        </w:rPr>
        <w:t>Vì chúng ta chưa sửa đổi dòng nào, nên kết quả đầu ra khớp chính xác với tệp văn bản gốc.</w:t>
      </w:r>
    </w:p>
    <w:p>
      <w:pPr>
        <w:pStyle w:val="Heading3"/>
      </w:pPr>
      <w:r>
        <w:rPr>
          <w:rFonts w:ascii="Calibri" w:hAnsi="Calibri"/>
          <w:b/>
          <w:i w:val="0"/>
          <w:sz w:val="27"/>
        </w:rPr>
        <w:t>Làm việc với nội dung của một tệp</w:t>
      </w:r>
    </w:p>
    <w:p>
      <w:pPr>
        <w:spacing w:after="80"/>
      </w:pPr>
      <w:r>
        <w:rPr>
          <w:b w:val="0"/>
          <w:i w:val="0"/>
        </w:rPr>
        <w:t xml:space="preserve">Sau khi đã đọc nội dung của một tệp vào bộ nhớ, bạn có thể làm bất cứ điều gì mình muốn với dữ liệu đó, nên hãy cùng khám phá nhanh các chữ số của số </w:t>
      </w:r>
      <w:r>
        <w:rPr>
          <w:b w:val="0"/>
          <w:i/>
        </w:rPr>
        <w:t>pi</w:t>
      </w:r>
      <w:r>
        <w:rPr>
          <w:b w:val="0"/>
          <w:i w:val="0"/>
        </w:rPr>
        <w:t>. Đầu tiên, chúng ta sẽ thử tạo một chuỗi duy nhất chứa tất cả các chữ số trong tệp mà không có khoảng trắng nào:</w:t>
      </w:r>
    </w:p>
    <w:p>
      <w:pPr>
        <w:spacing w:after="80"/>
      </w:pPr>
      <w:r>
        <w:rPr>
          <w:b w:val="0"/>
          <w:i w:val="0"/>
        </w:rPr>
        <w:t>pi_string.py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Path('pi_digits.txt')</w:t>
      </w:r>
    </w:p>
    <w:p>
      <w:pPr>
        <w:spacing w:after="0"/>
        <w:ind w:left="360"/>
        <w:shd w:val="clear" w:color="auto" w:fill="F2F2F2"/>
      </w:pPr>
      <w:r>
        <w:rPr>
          <w:rFonts w:ascii="Consolas" w:hAnsi="Consolas"/>
          <w:b w:val="0"/>
          <w:i w:val="0"/>
          <w:sz w:val="18"/>
        </w:rPr>
        <w:t>contents = path.read_text()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lines = contents.splitlines()</w:t>
      </w:r>
    </w:p>
    <w:p>
      <w:pPr>
        <w:spacing w:after="0"/>
        <w:ind w:left="360"/>
        <w:shd w:val="clear" w:color="auto" w:fill="F2F2F2"/>
      </w:pPr>
      <w:r>
        <w:rPr>
          <w:rFonts w:ascii="Consolas" w:hAnsi="Consolas"/>
          <w:b w:val="0"/>
          <w:i w:val="0"/>
          <w:sz w:val="18"/>
        </w:rPr>
        <w:t>pi_string = ''</w:t>
      </w:r>
    </w:p>
    <w:p>
      <w:pPr>
        <w:spacing w:after="0"/>
        <w:ind w:left="360"/>
        <w:shd w:val="clear" w:color="auto" w:fill="F2F2F2"/>
      </w:pPr>
      <w:r>
        <w:rPr>
          <w:rFonts w:ascii="Consolas" w:hAnsi="Consolas"/>
          <w:b w:val="0"/>
          <w:i w:val="0"/>
          <w:sz w:val="18"/>
        </w:rPr>
        <w:t>❶ for line in lines:</w:t>
      </w:r>
    </w:p>
    <w:p>
      <w:pPr>
        <w:spacing w:after="0"/>
        <w:ind w:left="360"/>
        <w:shd w:val="clear" w:color="auto" w:fill="F2F2F2"/>
      </w:pPr>
      <w:r>
        <w:rPr>
          <w:rFonts w:ascii="Consolas" w:hAnsi="Consolas"/>
          <w:b w:val="0"/>
          <w:i w:val="0"/>
          <w:sz w:val="18"/>
        </w:rPr>
        <w:t xml:space="preserve">    pi_string += line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print(pi_string)</w:t>
      </w:r>
    </w:p>
    <w:p>
      <w:pPr>
        <w:spacing w:after="0"/>
        <w:ind w:left="360"/>
        <w:shd w:val="clear" w:color="auto" w:fill="F2F2F2"/>
      </w:pPr>
      <w:r>
        <w:rPr>
          <w:rFonts w:ascii="Consolas" w:hAnsi="Consolas"/>
          <w:b w:val="0"/>
          <w:i w:val="0"/>
          <w:sz w:val="18"/>
        </w:rPr>
        <w:t>print(len(pi_string))</w:t>
      </w:r>
    </w:p>
    <w:p>
      <w:pPr>
        <w:spacing w:after="40"/>
      </w:pPr>
    </w:p>
    <w:p>
      <w:pPr>
        <w:spacing w:after="80"/>
      </w:pPr>
      <w:r>
        <w:rPr>
          <w:b w:val="0"/>
          <w:i w:val="0"/>
        </w:rPr>
        <w:t xml:space="preserve">Chúng ta bắt đầu bằng việc đọc tệp và lưu từng dòng chữ số vào một danh sách, giống như đã làm trong ví dụ trước. Sau đó chúng ta tạo một biến, </w:t>
      </w:r>
      <w:r>
        <w:rPr>
          <w:rFonts w:ascii="Consolas" w:hAnsi="Consolas"/>
          <w:b w:val="0"/>
          <w:i w:val="0"/>
          <w:sz w:val="20"/>
        </w:rPr>
        <w:t>pi_string</w:t>
      </w:r>
      <w:r>
        <w:rPr>
          <w:b w:val="0"/>
          <w:i w:val="0"/>
        </w:rPr>
        <w:t xml:space="preserve">, để chứa các chữ số của số </w:t>
      </w:r>
      <w:r>
        <w:rPr>
          <w:b w:val="0"/>
          <w:i/>
        </w:rPr>
        <w:t>pi</w:t>
      </w:r>
      <w:r>
        <w:rPr>
          <w:b w:val="0"/>
          <w:i w:val="0"/>
        </w:rPr>
        <w:t xml:space="preserve">. Chúng ta viết một vòng lặp để thêm từng dòng chữ số vào </w:t>
      </w:r>
      <w:r>
        <w:rPr>
          <w:rFonts w:ascii="Consolas" w:hAnsi="Consolas"/>
          <w:b w:val="0"/>
          <w:i w:val="0"/>
          <w:sz w:val="20"/>
        </w:rPr>
        <w:t>pi_string</w:t>
      </w:r>
      <w:r>
        <w:rPr>
          <w:b w:val="0"/>
          <w:i w:val="0"/>
        </w:rPr>
        <w:t xml:space="preserve"> ❶. Chúng ta in chuỗi này, và cũng cho biết chuỗi dài bao nhiêu:</w:t>
      </w:r>
    </w:p>
    <w:p>
      <w:pPr>
        <w:spacing w:after="80"/>
      </w:pPr>
      <w:r>
        <w:rPr>
          <w:b w:val="0"/>
          <w:i w:val="0"/>
        </w:rPr>
        <w:t>3.1415926535  8979323846  2643383279</w:t>
      </w:r>
      <w:r>
        <w:br/>
      </w:r>
      <w:r>
        <w:rPr>
          <w:b w:val="0"/>
          <w:i w:val="0"/>
        </w:rPr>
        <w:t>36</w:t>
      </w:r>
    </w:p>
    <w:p>
      <w:pPr>
        <w:spacing w:after="80"/>
      </w:pPr>
      <w:r>
        <w:rPr>
          <w:b w:val="0"/>
          <w:i w:val="0"/>
        </w:rPr>
        <w:t xml:space="preserve">Biến </w:t>
      </w:r>
      <w:r>
        <w:rPr>
          <w:rFonts w:ascii="Consolas" w:hAnsi="Consolas"/>
          <w:b w:val="0"/>
          <w:i w:val="0"/>
          <w:sz w:val="20"/>
        </w:rPr>
        <w:t>pi_string</w:t>
      </w:r>
      <w:r>
        <w:rPr>
          <w:b w:val="0"/>
          <w:i w:val="0"/>
        </w:rPr>
        <w:t xml:space="preserve"> chứa khoảng trắng nằm bên trái các chữ số trong mỗi dòng, nhưng chúng ta có thể loại bỏ nó bằng cách dùng </w:t>
      </w:r>
      <w:r>
        <w:rPr>
          <w:rFonts w:ascii="Consolas" w:hAnsi="Consolas"/>
          <w:b w:val="0"/>
          <w:i w:val="0"/>
          <w:sz w:val="20"/>
        </w:rPr>
        <w:t>lstrip()</w:t>
      </w:r>
      <w:r>
        <w:rPr>
          <w:b w:val="0"/>
          <w:i w:val="0"/>
        </w:rPr>
        <w:t xml:space="preserve"> trên từng dòng:</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for line in lines:</w:t>
      </w:r>
    </w:p>
    <w:p>
      <w:pPr>
        <w:spacing w:after="0"/>
        <w:ind w:left="360"/>
        <w:shd w:val="clear" w:color="auto" w:fill="F2F2F2"/>
      </w:pPr>
      <w:r>
        <w:rPr>
          <w:rFonts w:ascii="Consolas" w:hAnsi="Consolas"/>
          <w:b w:val="0"/>
          <w:i w:val="0"/>
          <w:sz w:val="18"/>
        </w:rPr>
        <w:t xml:space="preserve">    pi_string += line.lstrip()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print(pi_string)</w:t>
      </w:r>
    </w:p>
    <w:p>
      <w:pPr>
        <w:spacing w:after="0"/>
        <w:ind w:left="360"/>
        <w:shd w:val="clear" w:color="auto" w:fill="F2F2F2"/>
      </w:pPr>
      <w:r>
        <w:rPr>
          <w:rFonts w:ascii="Consolas" w:hAnsi="Consolas"/>
          <w:b w:val="0"/>
          <w:i w:val="0"/>
          <w:sz w:val="18"/>
        </w:rPr>
        <w:t>print(len(pi_string))</w:t>
      </w:r>
    </w:p>
    <w:p>
      <w:pPr>
        <w:spacing w:after="40"/>
      </w:pPr>
    </w:p>
    <w:p>
      <w:pPr>
        <w:spacing w:after="80"/>
      </w:pPr>
      <w:r>
        <w:rPr>
          <w:b w:val="0"/>
          <w:i w:val="0"/>
        </w:rPr>
        <w:t xml:space="preserve">Giờ chúng ta đã có một chuỗi chứa </w:t>
      </w:r>
      <w:r>
        <w:rPr>
          <w:b w:val="0"/>
          <w:i/>
        </w:rPr>
        <w:t>pi</w:t>
      </w:r>
      <w:r>
        <w:rPr>
          <w:b w:val="0"/>
          <w:i w:val="0"/>
        </w:rPr>
        <w:t xml:space="preserve"> đến 30 chữ số thập phân. Chuỗi này dài 32 ký tự vì nó còn bao gồm cả chữ số </w:t>
      </w:r>
      <w:r>
        <w:rPr>
          <w:rFonts w:ascii="Consolas" w:hAnsi="Consolas"/>
          <w:b w:val="0"/>
          <w:i w:val="0"/>
          <w:sz w:val="20"/>
        </w:rPr>
        <w:t>3</w:t>
      </w:r>
      <w:r>
        <w:rPr>
          <w:b w:val="0"/>
          <w:i w:val="0"/>
        </w:rPr>
        <w:t xml:space="preserve"> ở đầu và một dấu thập phân:</w:t>
      </w:r>
    </w:p>
    <w:p>
      <w:pPr>
        <w:spacing w:after="80"/>
      </w:pPr>
      <w:r>
        <w:rPr>
          <w:b w:val="0"/>
          <w:i w:val="0"/>
        </w:rPr>
        <w:t>3.141592653589793238462643383279</w:t>
      </w:r>
      <w:r>
        <w:br/>
      </w:r>
      <w:r>
        <w:rPr>
          <w:b w:val="0"/>
          <w:i w:val="0"/>
        </w:rPr>
        <w:t>32</w:t>
      </w:r>
    </w:p>
    <w:p>
      <w:pPr>
        <w:spacing w:before="120" w:after="40"/>
      </w:pPr>
      <w:r>
        <w:rPr>
          <w:b/>
          <w:sz w:val="21"/>
        </w:rPr>
        <w:t>Ghi chú</w:t>
      </w:r>
    </w:p>
    <w:p>
      <w:pPr>
        <w:spacing w:after="80"/>
      </w:pPr>
      <w:r>
        <w:rPr>
          <w:b w:val="0"/>
          <w:i w:val="0"/>
        </w:rPr>
        <w:t xml:space="preserve">Khi Python đọc từ một tệp văn bản, nó diễn giải toàn bộ văn bản trong tệp đó như một chuỗi. Nếu bạn đọc vào một con số và muốn làm việc với giá trị đó trong ngữ cảnh số học, bạn sẽ phải chuyển nó thành số nguyên bằng hàm </w:t>
      </w:r>
      <w:r>
        <w:rPr>
          <w:rFonts w:ascii="Consolas" w:hAnsi="Consolas"/>
          <w:b w:val="0"/>
          <w:i w:val="0"/>
          <w:sz w:val="20"/>
        </w:rPr>
        <w:t>int()</w:t>
      </w:r>
      <w:r>
        <w:rPr>
          <w:b w:val="0"/>
          <w:i w:val="0"/>
        </w:rPr>
        <w:t xml:space="preserve"> hoặc thành số thực bằng hàm </w:t>
      </w:r>
      <w:r>
        <w:rPr>
          <w:rFonts w:ascii="Consolas" w:hAnsi="Consolas"/>
          <w:b w:val="0"/>
          <w:i w:val="0"/>
          <w:sz w:val="20"/>
        </w:rPr>
        <w:t>float()</w:t>
      </w:r>
      <w:r>
        <w:rPr>
          <w:b w:val="0"/>
          <w:i w:val="0"/>
        </w:rPr>
        <w:t>.</w:t>
      </w:r>
    </w:p>
    <w:p>
      <w:pPr>
        <w:pStyle w:val="Heading3"/>
      </w:pPr>
      <w:r>
        <w:rPr>
          <w:rFonts w:ascii="Calibri" w:hAnsi="Calibri"/>
          <w:b/>
          <w:i w:val="0"/>
          <w:sz w:val="27"/>
        </w:rPr>
        <w:t>Tệp lớn: Một triệu chữ số</w:t>
      </w:r>
    </w:p>
    <w:p>
      <w:pPr>
        <w:spacing w:after="80"/>
      </w:pPr>
      <w:r>
        <w:rPr>
          <w:b w:val="0"/>
          <w:i w:val="0"/>
        </w:rPr>
        <w:t xml:space="preserve">Đến giờ, chúng ta đã tập trung phân tích một tệp văn bản chỉ chứa ba dòng, nhưng đoạn mã trong các ví dụ này cũng sẽ hoạt động tốt với những tệp lớn hơn nhiều. Nếu chúng ta bắt đầu với một tệp văn bản chứa </w:t>
      </w:r>
      <w:r>
        <w:rPr>
          <w:b w:val="0"/>
          <w:i/>
        </w:rPr>
        <w:t>pi</w:t>
      </w:r>
      <w:r>
        <w:rPr>
          <w:b w:val="0"/>
          <w:i w:val="0"/>
        </w:rPr>
        <w:t xml:space="preserve"> đến 1.000.000 chữ số thập phân, thay vì chỉ 30 chữ số, chúng ta có thể tạo một chuỗi duy nhất chứa tất cả các chữ số này. Chúng ta không cần thay đổi chương trình chút nào, ngoại trừ việc truyền cho nó một tệp khác. Chúng ta cũng sẽ chỉ in 50 chữ số thập phân đầu tiên, để không phải nhìn một triệu chữ số cuộn qua trong terminal:</w:t>
      </w:r>
    </w:p>
    <w:p>
      <w:pPr>
        <w:spacing w:after="80"/>
      </w:pPr>
      <w:r>
        <w:rPr>
          <w:b w:val="0"/>
          <w:i w:val="0"/>
        </w:rPr>
        <w:t>pi_string.py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Path('pi_million_digits.txt')</w:t>
      </w:r>
    </w:p>
    <w:p>
      <w:pPr>
        <w:spacing w:after="0"/>
        <w:ind w:left="360"/>
        <w:shd w:val="clear" w:color="auto" w:fill="F2F2F2"/>
      </w:pPr>
      <w:r>
        <w:rPr>
          <w:rFonts w:ascii="Consolas" w:hAnsi="Consolas"/>
          <w:b w:val="0"/>
          <w:i w:val="0"/>
          <w:sz w:val="18"/>
        </w:rPr>
        <w:t>contents = path.read_text()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lines = contents.splitlines()</w:t>
      </w:r>
    </w:p>
    <w:p>
      <w:pPr>
        <w:spacing w:after="0"/>
        <w:ind w:left="360"/>
        <w:shd w:val="clear" w:color="auto" w:fill="F2F2F2"/>
      </w:pPr>
      <w:r>
        <w:rPr>
          <w:rFonts w:ascii="Consolas" w:hAnsi="Consolas"/>
          <w:b w:val="0"/>
          <w:i w:val="0"/>
          <w:sz w:val="18"/>
        </w:rPr>
        <w:t>pi_string = ''</w:t>
      </w:r>
    </w:p>
    <w:p>
      <w:pPr>
        <w:spacing w:after="0"/>
        <w:ind w:left="360"/>
        <w:shd w:val="clear" w:color="auto" w:fill="F2F2F2"/>
      </w:pPr>
      <w:r>
        <w:rPr>
          <w:rFonts w:ascii="Consolas" w:hAnsi="Consolas"/>
          <w:b w:val="0"/>
          <w:i w:val="0"/>
          <w:sz w:val="18"/>
        </w:rPr>
        <w:t>for line in lines:</w:t>
      </w:r>
    </w:p>
    <w:p>
      <w:pPr>
        <w:spacing w:after="0"/>
        <w:ind w:left="360"/>
        <w:shd w:val="clear" w:color="auto" w:fill="F2F2F2"/>
      </w:pPr>
      <w:r>
        <w:rPr>
          <w:rFonts w:ascii="Consolas" w:hAnsi="Consolas"/>
          <w:b w:val="0"/>
          <w:i w:val="0"/>
          <w:sz w:val="18"/>
        </w:rPr>
        <w:t xml:space="preserve">    pi_string += line.lstrip()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print(f"{pi_string[:52]}...")</w:t>
      </w:r>
    </w:p>
    <w:p>
      <w:pPr>
        <w:spacing w:after="0"/>
        <w:ind w:left="360"/>
        <w:shd w:val="clear" w:color="auto" w:fill="F2F2F2"/>
      </w:pPr>
      <w:r>
        <w:rPr>
          <w:rFonts w:ascii="Consolas" w:hAnsi="Consolas"/>
          <w:b w:val="0"/>
          <w:i w:val="0"/>
          <w:sz w:val="18"/>
        </w:rPr>
        <w:t>print(len(pi_string))</w:t>
      </w:r>
    </w:p>
    <w:p>
      <w:pPr>
        <w:spacing w:after="40"/>
      </w:pPr>
    </w:p>
    <w:p>
      <w:pPr>
        <w:spacing w:after="80"/>
      </w:pPr>
      <w:r>
        <w:rPr>
          <w:b w:val="0"/>
          <w:i w:val="0"/>
        </w:rPr>
        <w:t xml:space="preserve">Kết quả cho thấy đúng là chúng ta có một chuỗi chứa </w:t>
      </w:r>
      <w:r>
        <w:rPr>
          <w:b w:val="0"/>
          <w:i/>
        </w:rPr>
        <w:t>pi</w:t>
      </w:r>
      <w:r>
        <w:rPr>
          <w:b w:val="0"/>
          <w:i w:val="0"/>
        </w:rPr>
        <w:t xml:space="preserve"> đến 1.000.000 chữ số thập phân:</w:t>
      </w:r>
    </w:p>
    <w:p>
      <w:pPr>
        <w:spacing w:after="80"/>
      </w:pPr>
      <w:r>
        <w:rPr>
          <w:b w:val="0"/>
          <w:i w:val="0"/>
        </w:rPr>
        <w:t>3.14159265358979323846264338327950288419716939937510...</w:t>
      </w:r>
      <w:r>
        <w:br/>
      </w:r>
      <w:r>
        <w:rPr>
          <w:b w:val="0"/>
          <w:i w:val="0"/>
        </w:rPr>
        <w:t>1000002</w:t>
      </w:r>
    </w:p>
    <w:p>
      <w:pPr>
        <w:spacing w:after="80"/>
      </w:pPr>
      <w:r>
        <w:rPr>
          <w:b w:val="0"/>
          <w:i w:val="0"/>
        </w:rPr>
        <w:t>Python không có giới hạn cố hữu nào về lượng dữ liệu mà bạn có thể làm việc; bạn có thể xử lý bao nhiêu dữ liệu tùy theo bộ nhớ của hệ thống bạn có thể đáp ứng.</w:t>
      </w:r>
    </w:p>
    <w:p>
      <w:pPr>
        <w:spacing w:before="120" w:after="40"/>
      </w:pPr>
      <w:r>
        <w:rPr>
          <w:b/>
          <w:sz w:val="21"/>
        </w:rPr>
        <w:t>Ghi chú</w:t>
      </w:r>
    </w:p>
    <w:p>
      <w:pPr>
        <w:spacing w:after="80"/>
      </w:pPr>
      <w:r>
        <w:rPr>
          <w:b w:val="0"/>
          <w:i w:val="0"/>
        </w:rPr>
        <w:t>Để chạy chương trình này (và nhiều ví dụ tiếp theo), bạn sẽ cần tải xuống các tài nguyên có sẵn tại https://ehmatthes.github.io/pcc_3e.</w:t>
      </w:r>
    </w:p>
    <w:p>
      <w:pPr>
        <w:pStyle w:val="Heading3"/>
      </w:pPr>
      <w:r>
        <w:rPr>
          <w:rFonts w:ascii="Calibri" w:hAnsi="Calibri"/>
          <w:b/>
          <w:i w:val="0"/>
          <w:sz w:val="27"/>
        </w:rPr>
        <w:t>Ngày sinh của bạn có nằm trong số Pi không?</w:t>
      </w:r>
    </w:p>
    <w:p>
      <w:pPr>
        <w:spacing w:after="80"/>
      </w:pPr>
      <w:r>
        <w:rPr>
          <w:b w:val="0"/>
          <w:i w:val="0"/>
        </w:rPr>
        <w:t xml:space="preserve">Tôi luôn tò mò muốn biết liệu ngày sinh của mình có xuất hiện ở đâu đó trong các chữ số của số </w:t>
      </w:r>
      <w:r>
        <w:rPr>
          <w:b w:val="0"/>
          <w:i/>
        </w:rPr>
        <w:t>pi</w:t>
      </w:r>
      <w:r>
        <w:rPr>
          <w:b w:val="0"/>
          <w:i w:val="0"/>
        </w:rPr>
        <w:t xml:space="preserve"> hay không. Hãy dùng chương trình mà chúng ta vừa viết để tìm xem ngày sinh của một người có xuất hiện ở đâu đó trong một triệu chữ số đầu tiên của số </w:t>
      </w:r>
      <w:r>
        <w:rPr>
          <w:b w:val="0"/>
          <w:i/>
        </w:rPr>
        <w:t>pi</w:t>
      </w:r>
      <w:r>
        <w:rPr>
          <w:b w:val="0"/>
          <w:i w:val="0"/>
        </w:rPr>
        <w:t xml:space="preserve"> hay không. Chúng ta có thể làm điều này bằng cách biểu diễn mỗi ngày sinh dưới dạng một chuỗi chữ số rồi xem chuỗi đó có xuất hiện ở đâu đó trong </w:t>
      </w:r>
      <w:r>
        <w:rPr>
          <w:rFonts w:ascii="Consolas" w:hAnsi="Consolas"/>
          <w:b w:val="0"/>
          <w:i w:val="0"/>
          <w:sz w:val="20"/>
        </w:rPr>
        <w:t>pi_string</w:t>
      </w:r>
      <w:r>
        <w:rPr>
          <w:b w:val="0"/>
          <w:i w:val="0"/>
        </w:rPr>
        <w:t xml:space="preserve"> hay không:</w:t>
      </w:r>
    </w:p>
    <w:p>
      <w:pPr>
        <w:spacing w:after="80"/>
      </w:pPr>
      <w:r>
        <w:rPr>
          <w:b w:val="0"/>
          <w:i w:val="0"/>
        </w:rPr>
        <w:t>pi_birthday.py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for line in lines:</w:t>
      </w:r>
    </w:p>
    <w:p>
      <w:pPr>
        <w:spacing w:after="0"/>
        <w:ind w:left="360"/>
        <w:shd w:val="clear" w:color="auto" w:fill="F2F2F2"/>
      </w:pPr>
      <w:r>
        <w:rPr>
          <w:rFonts w:ascii="Consolas" w:hAnsi="Consolas"/>
          <w:b w:val="0"/>
          <w:i w:val="0"/>
          <w:sz w:val="18"/>
        </w:rPr>
        <w:t xml:space="preserve">    pi_string += line.strip()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birthday = input("Enter your birthday, in the form mmddyy: ")</w:t>
      </w:r>
    </w:p>
    <w:p>
      <w:pPr>
        <w:spacing w:after="0"/>
        <w:ind w:left="360"/>
        <w:shd w:val="clear" w:color="auto" w:fill="F2F2F2"/>
      </w:pPr>
      <w:r>
        <w:rPr>
          <w:rFonts w:ascii="Consolas" w:hAnsi="Consolas"/>
          <w:b w:val="0"/>
          <w:i w:val="0"/>
          <w:sz w:val="18"/>
        </w:rPr>
        <w:t>if birthday in pi_string:</w:t>
      </w:r>
    </w:p>
    <w:p>
      <w:pPr>
        <w:spacing w:after="0"/>
        <w:ind w:left="360"/>
        <w:shd w:val="clear" w:color="auto" w:fill="F2F2F2"/>
      </w:pPr>
      <w:r>
        <w:rPr>
          <w:rFonts w:ascii="Consolas" w:hAnsi="Consolas"/>
          <w:b w:val="0"/>
          <w:i w:val="0"/>
          <w:sz w:val="18"/>
        </w:rPr>
        <w:t xml:space="preserve">    print("Your birthday appears in the first million digits of pi!")</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print("Your birthday does not appear in the first million digits of pi.")</w:t>
      </w:r>
    </w:p>
    <w:p>
      <w:pPr>
        <w:spacing w:after="40"/>
      </w:pPr>
    </w:p>
    <w:p>
      <w:pPr>
        <w:spacing w:after="80"/>
      </w:pPr>
      <w:r>
        <w:rPr>
          <w:b w:val="0"/>
          <w:i w:val="0"/>
        </w:rPr>
        <w:t xml:space="preserve">Đầu tiên chúng ta nhập ngày sinh của người dùng, sau đó kiểm tra xem chuỗi đó có nằm trong </w:t>
      </w:r>
      <w:r>
        <w:rPr>
          <w:rFonts w:ascii="Consolas" w:hAnsi="Consolas"/>
          <w:b w:val="0"/>
          <w:i w:val="0"/>
          <w:sz w:val="20"/>
        </w:rPr>
        <w:t>pi_string</w:t>
      </w:r>
      <w:r>
        <w:rPr>
          <w:b w:val="0"/>
          <w:i w:val="0"/>
        </w:rPr>
        <w:t xml:space="preserve"> hay không. Hãy thử xem:</w:t>
      </w:r>
    </w:p>
    <w:p>
      <w:pPr>
        <w:spacing w:after="0"/>
        <w:ind w:left="360"/>
        <w:shd w:val="clear" w:color="auto" w:fill="F2F2F2"/>
      </w:pPr>
      <w:r>
        <w:rPr>
          <w:rFonts w:ascii="Consolas" w:hAnsi="Consolas"/>
          <w:b w:val="0"/>
          <w:i w:val="0"/>
          <w:sz w:val="18"/>
        </w:rPr>
        <w:t xml:space="preserve">Enter your birthdate, in the form mmddyy: </w:t>
      </w:r>
      <w:r>
        <w:rPr>
          <w:rFonts w:ascii="Consolas" w:hAnsi="Consolas"/>
          <w:b/>
          <w:i w:val="0"/>
          <w:sz w:val="18"/>
        </w:rPr>
        <w:t>120372</w:t>
      </w:r>
    </w:p>
    <w:p>
      <w:pPr>
        <w:spacing w:after="0"/>
        <w:ind w:left="360"/>
        <w:shd w:val="clear" w:color="auto" w:fill="F2F2F2"/>
      </w:pPr>
      <w:r>
        <w:rPr>
          <w:rFonts w:ascii="Consolas" w:hAnsi="Consolas"/>
          <w:b w:val="0"/>
          <w:i w:val="0"/>
          <w:sz w:val="18"/>
        </w:rPr>
        <w:t>Your birthday appears in the first million digits of pi!</w:t>
      </w:r>
    </w:p>
    <w:p>
      <w:pPr>
        <w:spacing w:after="40"/>
      </w:pPr>
    </w:p>
    <w:p>
      <w:pPr>
        <w:spacing w:after="80"/>
      </w:pPr>
      <w:r>
        <w:rPr>
          <w:b w:val="0"/>
          <w:i w:val="0"/>
        </w:rPr>
        <w:t xml:space="preserve">Ngày sinh của tôi thật sự xuất hiện trong các chữ số của số </w:t>
      </w:r>
      <w:r>
        <w:rPr>
          <w:b w:val="0"/>
          <w:i/>
        </w:rPr>
        <w:t>pi</w:t>
      </w:r>
      <w:r>
        <w:rPr>
          <w:b w:val="0"/>
          <w:i w:val="0"/>
        </w:rPr>
        <w:t>! Sau khi đã đọc từ một tệp, bạn có thể phân tích nội dung của nó theo gần như bất kỳ cách nào bạn có thể tưởng tượng ra.</w:t>
      </w:r>
    </w:p>
    <w:p>
      <w:pPr>
        <w:spacing w:before="120" w:after="40"/>
      </w:pPr>
      <w:r>
        <w:rPr>
          <w:b/>
          <w:sz w:val="21"/>
        </w:rPr>
        <w:t>Tự thực hành</w:t>
      </w:r>
    </w:p>
    <w:p>
      <w:pPr>
        <w:spacing w:after="80"/>
      </w:pPr>
      <w:r>
        <w:rPr>
          <w:b/>
          <w:i w:val="0"/>
        </w:rPr>
        <w:t>10-1. Học Python:</w:t>
      </w:r>
      <w:r>
        <w:rPr>
          <w:b w:val="0"/>
          <w:i w:val="0"/>
        </w:rPr>
        <w:t xml:space="preserve"> Mở một tệp trống trong trình soạn thảo văn bản của bạn và viết vài dòng tóm tắt những gì bạn đã học về Python cho đến nay. Bắt đầu mỗi dòng bằng cụm từ </w:t>
      </w:r>
      <w:r>
        <w:rPr>
          <w:b w:val="0"/>
          <w:i/>
        </w:rPr>
        <w:t xml:space="preserve">In Python you can. . . </w:t>
      </w:r>
      <w:r>
        <w:rPr>
          <w:b w:val="0"/>
          <w:i w:val="0"/>
        </w:rPr>
        <w:t xml:space="preserve">. Lưu tệp với tên </w:t>
      </w:r>
      <w:r>
        <w:rPr>
          <w:b w:val="0"/>
          <w:i/>
        </w:rPr>
        <w:t>learning_python.txt</w:t>
      </w:r>
      <w:r>
        <w:rPr>
          <w:b w:val="0"/>
          <w:i w:val="0"/>
        </w:rPr>
        <w:t xml:space="preserve"> trong cùng thư mục với các bài tập của bạn từ chương này. Viết một chương trình đọc tệp và in những gì bạn đã viết hai lần: in nội dung một lần bằng cách đọc toàn bộ tệp, và một lần bằng cách lưu các dòng vào một danh sách rồi lặp qua từng dòng.</w:t>
      </w:r>
    </w:p>
    <w:p>
      <w:pPr>
        <w:spacing w:after="80"/>
      </w:pPr>
      <w:r>
        <w:rPr>
          <w:b/>
          <w:i w:val="0"/>
        </w:rPr>
        <w:t>10-2. Học C:</w:t>
      </w:r>
      <w:r>
        <w:rPr>
          <w:b w:val="0"/>
          <w:i w:val="0"/>
        </w:rPr>
        <w:t xml:space="preserve"> Bạn có thể dùng phương thức </w:t>
      </w:r>
      <w:r>
        <w:rPr>
          <w:rFonts w:ascii="Consolas" w:hAnsi="Consolas"/>
          <w:b w:val="0"/>
          <w:i w:val="0"/>
          <w:sz w:val="20"/>
        </w:rPr>
        <w:t>replace()</w:t>
      </w:r>
      <w:r>
        <w:rPr>
          <w:b w:val="0"/>
          <w:i w:val="0"/>
        </w:rPr>
        <w:t xml:space="preserve"> để thay thế bất kỳ từ nào trong một chuỗi bằng một từ khác. Đây là một ví dụ nhanh cho thấy cách thay thế </w:t>
      </w:r>
      <w:r>
        <w:rPr>
          <w:rFonts w:ascii="Consolas" w:hAnsi="Consolas"/>
          <w:b w:val="0"/>
          <w:i w:val="0"/>
          <w:sz w:val="20"/>
        </w:rPr>
        <w:t>'dog'</w:t>
      </w:r>
      <w:r>
        <w:rPr>
          <w:b w:val="0"/>
          <w:i w:val="0"/>
        </w:rPr>
        <w:t xml:space="preserve"> bằng </w:t>
      </w:r>
      <w:r>
        <w:rPr>
          <w:rFonts w:ascii="Consolas" w:hAnsi="Consolas"/>
          <w:b w:val="0"/>
          <w:i w:val="0"/>
          <w:sz w:val="20"/>
        </w:rPr>
        <w:t>'cat'</w:t>
      </w:r>
      <w:r>
        <w:rPr>
          <w:b w:val="0"/>
          <w:i w:val="0"/>
        </w:rPr>
        <w:t xml:space="preserve"> trong một câu:</w:t>
      </w:r>
    </w:p>
    <w:p>
      <w:pPr>
        <w:spacing w:after="0"/>
        <w:ind w:left="360"/>
        <w:shd w:val="clear" w:color="auto" w:fill="F2F2F2"/>
      </w:pPr>
      <w:r>
        <w:rPr>
          <w:rFonts w:ascii="Consolas" w:hAnsi="Consolas"/>
          <w:b w:val="0"/>
          <w:i w:val="0"/>
          <w:sz w:val="18"/>
        </w:rPr>
        <w:t xml:space="preserve">&gt;&gt;&gt; </w:t>
      </w:r>
      <w:r>
        <w:rPr>
          <w:rFonts w:ascii="Consolas" w:hAnsi="Consolas"/>
          <w:b/>
          <w:i w:val="0"/>
          <w:sz w:val="18"/>
        </w:rPr>
        <w:t>message = "I really like dogs."</w:t>
      </w:r>
    </w:p>
    <w:p>
      <w:pPr>
        <w:spacing w:after="0"/>
        <w:ind w:left="360"/>
        <w:shd w:val="clear" w:color="auto" w:fill="F2F2F2"/>
      </w:pPr>
      <w:r>
        <w:rPr>
          <w:rFonts w:ascii="Consolas" w:hAnsi="Consolas"/>
          <w:b w:val="0"/>
          <w:i w:val="0"/>
          <w:sz w:val="18"/>
        </w:rPr>
        <w:t xml:space="preserve">&gt;&gt;&gt; </w:t>
      </w:r>
      <w:r>
        <w:rPr>
          <w:rFonts w:ascii="Consolas" w:hAnsi="Consolas"/>
          <w:b/>
          <w:i w:val="0"/>
          <w:sz w:val="18"/>
        </w:rPr>
        <w:t>message.replace('dog', 'cat')</w:t>
      </w:r>
    </w:p>
    <w:p>
      <w:pPr>
        <w:spacing w:after="0"/>
        <w:ind w:left="360"/>
        <w:shd w:val="clear" w:color="auto" w:fill="F2F2F2"/>
      </w:pPr>
      <w:r>
        <w:rPr>
          <w:rFonts w:ascii="Consolas" w:hAnsi="Consolas"/>
          <w:b w:val="0"/>
          <w:i w:val="0"/>
          <w:sz w:val="18"/>
        </w:rPr>
        <w:t>'I really like cats.'</w:t>
      </w:r>
    </w:p>
    <w:p>
      <w:pPr>
        <w:spacing w:after="40"/>
      </w:pPr>
    </w:p>
    <w:p>
      <w:pPr>
        <w:spacing w:after="80"/>
      </w:pPr>
      <w:r>
        <w:rPr>
          <w:b w:val="0"/>
          <w:i w:val="0"/>
        </w:rPr>
        <w:t xml:space="preserve">Đọc từng dòng từ tệp mà bạn vừa tạo, </w:t>
      </w:r>
      <w:r>
        <w:rPr>
          <w:b w:val="0"/>
          <w:i/>
        </w:rPr>
        <w:t>learning_python.txt</w:t>
      </w:r>
      <w:r>
        <w:rPr>
          <w:b w:val="0"/>
          <w:i w:val="0"/>
        </w:rPr>
        <w:t xml:space="preserve">, và thay thế từ </w:t>
      </w:r>
      <w:r>
        <w:rPr>
          <w:b w:val="0"/>
          <w:i/>
        </w:rPr>
        <w:t>Python</w:t>
      </w:r>
      <w:r>
        <w:rPr>
          <w:b w:val="0"/>
          <w:i w:val="0"/>
        </w:rPr>
        <w:t xml:space="preserve"> bằng tên của một ngôn ngữ khác, chẳng hạn như </w:t>
      </w:r>
      <w:r>
        <w:rPr>
          <w:b w:val="0"/>
          <w:i/>
        </w:rPr>
        <w:t>C</w:t>
      </w:r>
      <w:r>
        <w:rPr>
          <w:b w:val="0"/>
          <w:i w:val="0"/>
        </w:rPr>
        <w:t>. In từng dòng đã sửa đổi ra màn hình.</w:t>
      </w:r>
    </w:p>
    <w:p>
      <w:pPr>
        <w:spacing w:after="80"/>
      </w:pPr>
      <w:r>
        <w:rPr>
          <w:b/>
          <w:i w:val="0"/>
        </w:rPr>
        <w:t>10-3. Mã đơn giản hơn</w:t>
      </w:r>
      <w:r>
        <w:rPr>
          <w:b w:val="0"/>
          <w:i w:val="0"/>
        </w:rPr>
        <w:t xml:space="preserve">: Chương trình </w:t>
      </w:r>
      <w:r>
        <w:rPr>
          <w:b w:val="0"/>
          <w:i/>
        </w:rPr>
        <w:t>file_reader.py</w:t>
      </w:r>
      <w:r>
        <w:rPr>
          <w:b w:val="0"/>
          <w:i w:val="0"/>
        </w:rPr>
        <w:t xml:space="preserve"> trong phần này dùng một biến tạm thời, </w:t>
      </w:r>
      <w:r>
        <w:rPr>
          <w:rFonts w:ascii="Consolas" w:hAnsi="Consolas"/>
          <w:b w:val="0"/>
          <w:i w:val="0"/>
          <w:sz w:val="20"/>
        </w:rPr>
        <w:t>lines</w:t>
      </w:r>
      <w:r>
        <w:rPr>
          <w:b w:val="0"/>
          <w:i w:val="0"/>
        </w:rPr>
        <w:t xml:space="preserve">, để cho thấy cách </w:t>
      </w:r>
      <w:r>
        <w:rPr>
          <w:rFonts w:ascii="Consolas" w:hAnsi="Consolas"/>
          <w:b w:val="0"/>
          <w:i w:val="0"/>
          <w:sz w:val="20"/>
        </w:rPr>
        <w:t>splitlines()</w:t>
      </w:r>
      <w:r>
        <w:rPr>
          <w:b w:val="0"/>
          <w:i w:val="0"/>
        </w:rPr>
        <w:t xml:space="preserve"> hoạt động. Bạn có thể bỏ qua biến tạm thời và lặp trực tiếp trên danh sách mà </w:t>
      </w:r>
      <w:r>
        <w:rPr>
          <w:rFonts w:ascii="Consolas" w:hAnsi="Consolas"/>
          <w:b w:val="0"/>
          <w:i w:val="0"/>
          <w:sz w:val="20"/>
        </w:rPr>
        <w:t>splitlines()</w:t>
      </w:r>
      <w:r>
        <w:rPr>
          <w:b w:val="0"/>
          <w:i w:val="0"/>
        </w:rPr>
        <w:t xml:space="preserve"> trả về:</w:t>
      </w:r>
    </w:p>
    <w:p>
      <w:pPr>
        <w:spacing w:after="80"/>
      </w:pPr>
      <w:r>
        <w:rPr>
          <w:b w:val="0"/>
          <w:i w:val="0"/>
        </w:rPr>
        <w:t>for line in contents.splitlines():</w:t>
      </w:r>
    </w:p>
    <w:p>
      <w:pPr>
        <w:spacing w:after="80"/>
      </w:pPr>
      <w:r>
        <w:rPr>
          <w:b w:val="0"/>
          <w:i w:val="0"/>
        </w:rPr>
        <w:t>Hãy loại bỏ biến tạm thời khỏi mỗi chương trình trong phần này để làm chúng ngắn gọn hơn.</w:t>
      </w:r>
    </w:p>
    <w:p>
      <w:pPr>
        <w:pStyle w:val="Heading2"/>
      </w:pPr>
      <w:r>
        <w:rPr>
          <w:rFonts w:ascii="Calibri" w:hAnsi="Calibri"/>
          <w:b/>
          <w:i w:val="0"/>
          <w:sz w:val="32"/>
        </w:rPr>
        <w:t>Ghi vào một tệp</w:t>
      </w:r>
    </w:p>
    <w:p>
      <w:pPr>
        <w:spacing w:after="80"/>
      </w:pPr>
      <w:r>
        <w:rPr>
          <w:b w:val="0"/>
          <w:i w:val="0"/>
        </w:rPr>
        <w:t>Một trong những cách đơn giản nhất để lưu dữ liệu là ghi nó vào một tệp. Khi bạn ghi văn bản vào một tệp, kết quả vẫn sẽ còn đó sau khi bạn đóng cửa sổ dòng lệnh chứa kết quả chạy chương trình của bạn. Bạn có thể xem lại kết quả sau khi chương trình chạy xong, và bạn cũng có thể chia sẻ các tệp kết quả với người khác. Bạn cũng có thể viết những chương trình đọc văn bản trở lại vào bộ nhớ và xử lý nó lần nữa sau này.</w:t>
      </w:r>
    </w:p>
    <w:p>
      <w:pPr>
        <w:pStyle w:val="Heading3"/>
      </w:pPr>
      <w:r>
        <w:rPr>
          <w:rFonts w:ascii="Calibri" w:hAnsi="Calibri"/>
          <w:b/>
          <w:i w:val="0"/>
          <w:sz w:val="27"/>
        </w:rPr>
        <w:t>Ghi một dòng duy nhất</w:t>
      </w:r>
    </w:p>
    <w:p>
      <w:pPr>
        <w:spacing w:after="80"/>
      </w:pPr>
      <w:r>
        <w:rPr>
          <w:b w:val="0"/>
          <w:i w:val="0"/>
        </w:rPr>
        <w:t xml:space="preserve">Khi đã định nghĩa xong một đường dẫn (path), bạn có thể ghi vào tệp bằng phương thức </w:t>
      </w:r>
      <w:r>
        <w:rPr>
          <w:rFonts w:ascii="Consolas" w:hAnsi="Consolas"/>
          <w:b w:val="0"/>
          <w:i w:val="0"/>
          <w:sz w:val="20"/>
        </w:rPr>
        <w:t>write_text()</w:t>
      </w:r>
      <w:r>
        <w:rPr>
          <w:b w:val="0"/>
          <w:i w:val="0"/>
        </w:rPr>
        <w:t>. Để xem cách hoạt động, hãy cùng viết một thông điệp đơn giản và lưu nó vào tệp thay vì in ra màn hình:</w:t>
      </w:r>
    </w:p>
    <w:p>
      <w:pPr>
        <w:spacing w:after="80"/>
      </w:pPr>
      <w:r>
        <w:rPr>
          <w:b w:val="0"/>
          <w:i w:val="0"/>
        </w:rPr>
        <w:t>write_message.py</w:t>
      </w:r>
    </w:p>
    <w:p>
      <w:pPr>
        <w:spacing w:after="80"/>
      </w:pPr>
      <w:r>
        <w:rPr>
          <w:b w:val="0"/>
          <w:i w:val="0"/>
        </w:rPr>
        <w:t>from pathlib import Path</w:t>
      </w:r>
      <w:r>
        <w:br/>
      </w:r>
      <w:r>
        <w:br/>
      </w:r>
      <w:r>
        <w:rPr>
          <w:b w:val="0"/>
          <w:i w:val="0"/>
        </w:rPr>
        <w:t>path = Path('programming.txt')</w:t>
      </w:r>
      <w:r>
        <w:br/>
      </w:r>
      <w:r>
        <w:rPr>
          <w:b w:val="0"/>
          <w:i w:val="0"/>
        </w:rPr>
        <w:t>path.write_text("I love programming.")</w:t>
      </w:r>
    </w:p>
    <w:p>
      <w:pPr>
        <w:spacing w:after="80"/>
      </w:pPr>
      <w:r>
        <w:rPr>
          <w:b w:val="0"/>
          <w:i w:val="0"/>
        </w:rPr>
        <w:t xml:space="preserve">Phương thức </w:t>
      </w:r>
      <w:r>
        <w:rPr>
          <w:rFonts w:ascii="Consolas" w:hAnsi="Consolas"/>
          <w:b w:val="0"/>
          <w:i w:val="0"/>
          <w:sz w:val="20"/>
        </w:rPr>
        <w:t>write_text()</w:t>
      </w:r>
      <w:r>
        <w:rPr>
          <w:b w:val="0"/>
          <w:i w:val="0"/>
        </w:rPr>
        <w:t xml:space="preserve"> nhận một đối số duy nhất: chuỗi mà bạn muốn ghi vào tệp. Chương trình này không có kết quả xuất ra terminal, nhưng nếu bạn mở tệp </w:t>
      </w:r>
      <w:r>
        <w:rPr>
          <w:b w:val="0"/>
          <w:i/>
        </w:rPr>
        <w:t>programming.txt</w:t>
      </w:r>
      <w:r>
        <w:rPr>
          <w:b w:val="0"/>
          <w:i w:val="0"/>
        </w:rPr>
        <w:t>, bạn sẽ thấy một dòng:</w:t>
      </w:r>
    </w:p>
    <w:p>
      <w:pPr>
        <w:spacing w:after="80"/>
      </w:pPr>
      <w:r>
        <w:rPr>
          <w:b w:val="0"/>
          <w:i w:val="0"/>
        </w:rPr>
        <w:t>programming.txt</w:t>
      </w:r>
    </w:p>
    <w:p>
      <w:pPr>
        <w:spacing w:after="80"/>
      </w:pPr>
      <w:r>
        <w:rPr>
          <w:b w:val="0"/>
          <w:i w:val="0"/>
        </w:rPr>
        <w:t>I love programming.</w:t>
      </w:r>
    </w:p>
    <w:p>
      <w:pPr>
        <w:spacing w:after="80"/>
      </w:pPr>
      <w:r>
        <w:rPr>
          <w:b w:val="0"/>
          <w:i w:val="0"/>
        </w:rPr>
        <w:t>Tệp này hoạt động giống như mọi tệp khác trên máy tính của bạn. Bạn có thể mở nó, viết văn bản mới vào đó, sao chép từ nó, dán vào nó, v.v.</w:t>
      </w:r>
    </w:p>
    <w:p>
      <w:pPr>
        <w:spacing w:before="120" w:after="40"/>
      </w:pPr>
      <w:r>
        <w:rPr>
          <w:b/>
          <w:sz w:val="21"/>
        </w:rPr>
        <w:t>Ghi chú</w:t>
      </w:r>
    </w:p>
    <w:p>
      <w:pPr>
        <w:spacing w:after="80"/>
      </w:pPr>
      <w:r>
        <w:rPr>
          <w:b w:val="0"/>
          <w:i w:val="0"/>
        </w:rPr>
        <w:t xml:space="preserve">Python chỉ có thể ghi chuỗi (string) vào tệp văn bản. Nếu bạn muốn lưu dữ liệu dạng số vào tệp văn bản, trước tiên bạn phải chuyển dữ liệu sang định dạng chuỗi bằng hàm </w:t>
      </w:r>
      <w:r>
        <w:rPr>
          <w:rFonts w:ascii="Consolas" w:hAnsi="Consolas"/>
          <w:b w:val="0"/>
          <w:i w:val="0"/>
          <w:sz w:val="20"/>
        </w:rPr>
        <w:t>str()</w:t>
      </w:r>
      <w:r>
        <w:rPr>
          <w:b w:val="0"/>
          <w:i w:val="0"/>
        </w:rPr>
        <w:t>.</w:t>
      </w:r>
    </w:p>
    <w:p>
      <w:pPr>
        <w:pStyle w:val="Heading3"/>
      </w:pPr>
      <w:r>
        <w:rPr>
          <w:rFonts w:ascii="Calibri" w:hAnsi="Calibri"/>
          <w:b/>
          <w:i w:val="0"/>
          <w:sz w:val="27"/>
        </w:rPr>
        <w:t>Ghi nhiều dòng</w:t>
      </w:r>
    </w:p>
    <w:p>
      <w:pPr>
        <w:spacing w:after="80"/>
      </w:pPr>
      <w:r>
        <w:rPr>
          <w:b w:val="0"/>
          <w:i w:val="0"/>
        </w:rPr>
        <w:t xml:space="preserve">Phương thức </w:t>
      </w:r>
      <w:r>
        <w:rPr>
          <w:rFonts w:ascii="Consolas" w:hAnsi="Consolas"/>
          <w:b w:val="0"/>
          <w:i w:val="0"/>
          <w:sz w:val="20"/>
        </w:rPr>
        <w:t>write_text()</w:t>
      </w:r>
      <w:r>
        <w:rPr>
          <w:b w:val="0"/>
          <w:i w:val="0"/>
        </w:rPr>
        <w:t xml:space="preserve"> thực hiện một vài việc ở hậu trường. Nếu tệp mà </w:t>
      </w:r>
      <w:r>
        <w:rPr>
          <w:rFonts w:ascii="Consolas" w:hAnsi="Consolas"/>
          <w:b w:val="0"/>
          <w:i w:val="0"/>
          <w:sz w:val="20"/>
        </w:rPr>
        <w:t>path</w:t>
      </w:r>
      <w:r>
        <w:rPr>
          <w:b w:val="0"/>
          <w:i w:val="0"/>
        </w:rPr>
        <w:t xml:space="preserve"> trỏ tới chưa tồn tại, nó sẽ tạo tệp đó. Ngoài ra, sau khi ghi chuỗi vào tệp, nó đảm bảo tệp được đóng đúng cách. Những tệp không được đóng đúng cách có thể dẫn đến dữ liệu bị mất hoặc hỏng.</w:t>
      </w:r>
    </w:p>
    <w:p>
      <w:pPr>
        <w:spacing w:after="80"/>
      </w:pPr>
      <w:r>
        <w:rPr>
          <w:b w:val="0"/>
          <w:i w:val="0"/>
        </w:rPr>
        <w:t xml:space="preserve">Để ghi nhiều hơn một dòng vào tệp, bạn cần xây dựng một chuỗi chứa toàn bộ nội dung của tệp, rồi gọi </w:t>
      </w:r>
      <w:r>
        <w:rPr>
          <w:rFonts w:ascii="Consolas" w:hAnsi="Consolas"/>
          <w:b w:val="0"/>
          <w:i w:val="0"/>
          <w:sz w:val="20"/>
        </w:rPr>
        <w:t>write_text()</w:t>
      </w:r>
      <w:r>
        <w:rPr>
          <w:b w:val="0"/>
          <w:i w:val="0"/>
        </w:rPr>
        <w:t xml:space="preserve"> với chuỗi đó. Hãy cùng ghi vài dòng vào tệp </w:t>
      </w:r>
      <w:r>
        <w:rPr>
          <w:b w:val="0"/>
          <w:i/>
        </w:rPr>
        <w:t>programming.txt</w:t>
      </w:r>
      <w:r>
        <w:rPr>
          <w:b w:val="0"/>
          <w:i w:val="0"/>
        </w:rPr>
        <w:t>:</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contents = "I love programming.\n"</w:t>
      </w:r>
    </w:p>
    <w:p>
      <w:pPr>
        <w:spacing w:after="0"/>
        <w:ind w:left="360"/>
        <w:shd w:val="clear" w:color="auto" w:fill="F2F2F2"/>
      </w:pPr>
      <w:r>
        <w:rPr>
          <w:rFonts w:ascii="Consolas" w:hAnsi="Consolas"/>
          <w:b w:val="0"/>
          <w:i w:val="0"/>
          <w:sz w:val="18"/>
        </w:rPr>
        <w:t>contents += "I love creating new games.\n"</w:t>
      </w:r>
    </w:p>
    <w:p>
      <w:pPr>
        <w:spacing w:after="0"/>
        <w:ind w:left="360"/>
        <w:shd w:val="clear" w:color="auto" w:fill="F2F2F2"/>
      </w:pPr>
      <w:r>
        <w:rPr>
          <w:rFonts w:ascii="Consolas" w:hAnsi="Consolas"/>
          <w:b w:val="0"/>
          <w:i w:val="0"/>
          <w:sz w:val="18"/>
        </w:rPr>
        <w:t>contents += "I also love working with data.\n"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Path('programming.txt')</w:t>
      </w:r>
    </w:p>
    <w:p>
      <w:pPr>
        <w:spacing w:after="0"/>
        <w:ind w:left="360"/>
        <w:shd w:val="clear" w:color="auto" w:fill="F2F2F2"/>
      </w:pPr>
      <w:r>
        <w:rPr>
          <w:rFonts w:ascii="Consolas" w:hAnsi="Consolas"/>
          <w:b w:val="0"/>
          <w:i w:val="0"/>
          <w:sz w:val="18"/>
        </w:rPr>
        <w:t>path.write_text(contents)</w:t>
      </w:r>
    </w:p>
    <w:p>
      <w:pPr>
        <w:spacing w:after="40"/>
      </w:pPr>
    </w:p>
    <w:p>
      <w:pPr>
        <w:spacing w:after="80"/>
      </w:pPr>
      <w:r>
        <w:rPr>
          <w:b w:val="0"/>
          <w:i w:val="0"/>
        </w:rPr>
        <w:t xml:space="preserve">Chúng ta định nghĩa một biến tên là </w:t>
      </w:r>
      <w:r>
        <w:rPr>
          <w:rFonts w:ascii="Consolas" w:hAnsi="Consolas"/>
          <w:b w:val="0"/>
          <w:i w:val="0"/>
          <w:sz w:val="20"/>
        </w:rPr>
        <w:t>contents</w:t>
      </w:r>
      <w:r>
        <w:rPr>
          <w:b w:val="0"/>
          <w:i w:val="0"/>
        </w:rPr>
        <w:t xml:space="preserve"> để giữ toàn bộ nội dung của tệp. Ở dòng tiếp theo, chúng ta dùng toán tử </w:t>
      </w:r>
      <w:r>
        <w:rPr>
          <w:rFonts w:ascii="Consolas" w:hAnsi="Consolas"/>
          <w:b w:val="0"/>
          <w:i w:val="0"/>
          <w:sz w:val="20"/>
        </w:rPr>
        <w:t>+=</w:t>
      </w:r>
      <w:r>
        <w:rPr>
          <w:b w:val="0"/>
          <w:i w:val="0"/>
        </w:rPr>
        <w:t xml:space="preserve"> để thêm vào chuỗi này. Bạn có thể làm điều này bao nhiêu lần tùy thích, để xây dựng những chuỗi có độ dài bất kỳ. Trong trường hợp này, chúng ta thêm ký tự xuống dòng (newline) vào cuối mỗi dòng, để đảm bảo mỗi câu lệnh xuất hiện trên một dòng riêng của nó.</w:t>
      </w:r>
    </w:p>
    <w:p>
      <w:pPr>
        <w:spacing w:after="80"/>
      </w:pPr>
      <w:r>
        <w:rPr>
          <w:b w:val="0"/>
          <w:i w:val="0"/>
        </w:rPr>
        <w:t xml:space="preserve">Nếu bạn chạy chương trình này rồi mở </w:t>
      </w:r>
      <w:r>
        <w:rPr>
          <w:b w:val="0"/>
          <w:i/>
        </w:rPr>
        <w:t>programming.txt</w:t>
      </w:r>
      <w:r>
        <w:rPr>
          <w:b w:val="0"/>
          <w:i w:val="0"/>
        </w:rPr>
        <w:t>, bạn sẽ thấy từng dòng này trong tệp văn bản:</w:t>
      </w:r>
    </w:p>
    <w:p>
      <w:pPr>
        <w:spacing w:after="80"/>
      </w:pPr>
      <w:r>
        <w:rPr>
          <w:b w:val="0"/>
          <w:i w:val="0"/>
        </w:rPr>
        <w:t>Tôi yêu thích lập trình.</w:t>
      </w:r>
      <w:r>
        <w:br/>
      </w:r>
      <w:r>
        <w:rPr>
          <w:b w:val="0"/>
          <w:i w:val="0"/>
        </w:rPr>
        <w:t>Tôi thích tạo ra những trò chơi mới.</w:t>
      </w:r>
      <w:r>
        <w:br/>
      </w:r>
      <w:r>
        <w:rPr>
          <w:b w:val="0"/>
          <w:i w:val="0"/>
        </w:rPr>
        <w:t>Tôi cũng thích làm việc với dữ liệu.</w:t>
      </w:r>
    </w:p>
    <w:p>
      <w:pPr>
        <w:spacing w:after="80"/>
      </w:pPr>
      <w:r>
        <w:rPr>
          <w:b w:val="0"/>
          <w:i w:val="0"/>
        </w:rPr>
        <w:t>Bạn cũng có thể dùng dấu cách, ký tự tab và dòng trống để định dạng kết quả đầu ra, giống như bạn vẫn làm với kết quả trên terminal. Không có giới hạn nào về độ dài chuỗi, và đây chính là cách mà rất nhiều tài liệu do máy tính tạo ra được hình thành.</w:t>
      </w:r>
    </w:p>
    <w:p>
      <w:pPr>
        <w:spacing w:before="120" w:after="40"/>
      </w:pPr>
      <w:r>
        <w:rPr>
          <w:b/>
          <w:sz w:val="21"/>
        </w:rPr>
        <w:t>Ghi chú</w:t>
      </w:r>
    </w:p>
    <w:p>
      <w:pPr>
        <w:spacing w:after="80"/>
      </w:pPr>
      <w:r>
        <w:rPr>
          <w:b w:val="0"/>
          <w:i w:val="0"/>
        </w:rPr>
        <w:t xml:space="preserve">Hãy cẩn thận khi gọi </w:t>
      </w:r>
      <w:r>
        <w:rPr>
          <w:rFonts w:ascii="Consolas" w:hAnsi="Consolas"/>
          <w:b w:val="0"/>
          <w:i w:val="0"/>
          <w:sz w:val="20"/>
        </w:rPr>
        <w:t>write_text()</w:t>
      </w:r>
      <w:r>
        <w:rPr>
          <w:b w:val="0"/>
          <w:i w:val="0"/>
        </w:rPr>
        <w:t xml:space="preserve"> trên một đối tượng đường dẫn. Nếu tệp đã tồn tại, </w:t>
      </w:r>
      <w:r>
        <w:rPr>
          <w:rFonts w:ascii="Consolas" w:hAnsi="Consolas"/>
          <w:b w:val="0"/>
          <w:i w:val="0"/>
          <w:sz w:val="20"/>
        </w:rPr>
        <w:t>write_text()</w:t>
      </w:r>
      <w:r>
        <w:rPr>
          <w:b w:val="0"/>
          <w:i w:val="0"/>
        </w:rPr>
        <w:t xml:space="preserve"> sẽ xóa nội dung hiện tại của tệp và ghi nội dung mới vào tệp. Ở phần sau của chương này, bạn sẽ học cách kiểm tra xem một tệp có tồn tại hay không bằng </w:t>
      </w:r>
      <w:r>
        <w:rPr>
          <w:rFonts w:ascii="Consolas" w:hAnsi="Consolas"/>
          <w:b w:val="0"/>
          <w:i w:val="0"/>
          <w:sz w:val="20"/>
        </w:rPr>
        <w:t>pathlib</w:t>
      </w:r>
      <w:r>
        <w:rPr>
          <w:b w:val="0"/>
          <w:i w:val="0"/>
        </w:rPr>
        <w:t>.</w:t>
      </w:r>
    </w:p>
    <w:p>
      <w:pPr>
        <w:spacing w:before="120" w:after="40"/>
      </w:pPr>
      <w:r>
        <w:rPr>
          <w:b/>
          <w:sz w:val="21"/>
        </w:rPr>
        <w:t>Tự thực hành</w:t>
      </w:r>
    </w:p>
    <w:p>
      <w:pPr>
        <w:spacing w:after="80"/>
      </w:pPr>
      <w:r>
        <w:rPr>
          <w:b/>
          <w:i w:val="0"/>
        </w:rPr>
        <w:t>10-4. Khách:</w:t>
      </w:r>
      <w:r>
        <w:rPr>
          <w:b w:val="0"/>
          <w:i w:val="0"/>
        </w:rPr>
        <w:t xml:space="preserve"> Viết một chương trình nhắc người dùng nhập tên của họ. Khi họ trả lời, hãy ghi tên của họ vào một tệp có tên </w:t>
      </w:r>
      <w:r>
        <w:rPr>
          <w:b w:val="0"/>
          <w:i/>
        </w:rPr>
        <w:t>guest.txt</w:t>
      </w:r>
      <w:r>
        <w:rPr>
          <w:b w:val="0"/>
          <w:i w:val="0"/>
        </w:rPr>
        <w:t>.</w:t>
      </w:r>
    </w:p>
    <w:p>
      <w:pPr>
        <w:spacing w:after="80"/>
      </w:pPr>
      <w:r>
        <w:rPr>
          <w:b/>
          <w:i w:val="0"/>
        </w:rPr>
        <w:t>10-5. Sổ lưu bút:</w:t>
      </w:r>
      <w:r>
        <w:rPr>
          <w:b w:val="0"/>
          <w:i w:val="0"/>
        </w:rPr>
        <w:t xml:space="preserve"> Viết một vòng lặp </w:t>
      </w:r>
      <w:r>
        <w:rPr>
          <w:rFonts w:ascii="Consolas" w:hAnsi="Consolas"/>
          <w:b w:val="0"/>
          <w:i w:val="0"/>
          <w:sz w:val="20"/>
        </w:rPr>
        <w:t>while</w:t>
      </w:r>
      <w:r>
        <w:rPr>
          <w:b w:val="0"/>
          <w:i w:val="0"/>
        </w:rPr>
        <w:t xml:space="preserve"> để nhắc người dùng nhập tên của họ. Thu thập tất cả các tên được nhập vào, rồi ghi những tên này vào một tệp có tên </w:t>
      </w:r>
      <w:r>
        <w:rPr>
          <w:b w:val="0"/>
          <w:i/>
        </w:rPr>
        <w:t>guest_book.txt</w:t>
      </w:r>
      <w:r>
        <w:rPr>
          <w:b w:val="0"/>
          <w:i w:val="0"/>
        </w:rPr>
        <w:t>. Đảm bảo mỗi mục xuất hiện trên một dòng mới trong tệp.</w:t>
      </w:r>
    </w:p>
    <w:p>
      <w:pPr>
        <w:pStyle w:val="Heading2"/>
      </w:pPr>
      <w:r>
        <w:rPr>
          <w:rFonts w:ascii="Calibri" w:hAnsi="Calibri"/>
          <w:b/>
          <w:i w:val="0"/>
          <w:sz w:val="32"/>
        </w:rPr>
        <w:t>Ngoại lệ</w:t>
      </w:r>
    </w:p>
    <w:p>
      <w:pPr>
        <w:spacing w:after="80"/>
      </w:pPr>
      <w:r>
        <w:rPr>
          <w:b w:val="0"/>
          <w:i w:val="0"/>
        </w:rPr>
        <w:t xml:space="preserve">Python sử dụng những đối tượng đặc biệt gọi là </w:t>
      </w:r>
      <w:r>
        <w:rPr>
          <w:b w:val="0"/>
          <w:i/>
        </w:rPr>
        <w:t>ngoại lệ</w:t>
      </w:r>
      <w:r>
        <w:rPr>
          <w:b w:val="0"/>
          <w:i w:val="0"/>
        </w:rPr>
        <w:t xml:space="preserve"> (exception) để quản lý các lỗi phát sinh trong quá trình chạy chương trình. Mỗi khi có lỗi xảy ra khiến Python không biết phải làm gì tiếp theo, nó sẽ tạo ra một đối tượng ngoại lệ. Nếu bạn viết mã để xử lý ngoại lệ đó, chương trình sẽ tiếp tục chạy. Nếu bạn không xử lý ngoại lệ, chương trình sẽ dừng lại và hiển thị một </w:t>
      </w:r>
      <w:r>
        <w:rPr>
          <w:b w:val="0"/>
          <w:i/>
        </w:rPr>
        <w:t>traceback</w:t>
      </w:r>
      <w:r>
        <w:rPr>
          <w:b w:val="0"/>
          <w:i w:val="0"/>
        </w:rPr>
        <w:t>, bao gồm báo cáo về ngoại lệ đã được đưa ra.</w:t>
      </w:r>
    </w:p>
    <w:p>
      <w:pPr>
        <w:spacing w:after="80"/>
      </w:pPr>
      <w:r>
        <w:rPr>
          <w:b w:val="0"/>
          <w:i w:val="0"/>
        </w:rPr>
        <w:t xml:space="preserve">Ngoại lệ được xử lý bằng các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Một khối </w:t>
      </w:r>
      <w:r>
        <w:rPr>
          <w:b w:val="0"/>
          <w:i/>
        </w:rPr>
        <w:t>try</w:t>
      </w:r>
      <w:r>
        <w:rPr>
          <w:b w:val="0"/>
          <w:i w:val="0"/>
        </w:rPr>
        <w:t>-</w:t>
      </w:r>
      <w:r>
        <w:rPr>
          <w:b w:val="0"/>
          <w:i/>
        </w:rPr>
        <w:t>except</w:t>
      </w:r>
      <w:r>
        <w:rPr>
          <w:b w:val="0"/>
          <w:i w:val="0"/>
        </w:rPr>
        <w:t xml:space="preserve"> yêu cầu Python làm một việc gì đó, nhưng đồng thời cũng cho Python biết phải làm gì nếu một ngoại lệ được đưa ra. Khi bạn dùng các khối </w:t>
      </w:r>
      <w:r>
        <w:rPr>
          <w:rFonts w:ascii="Consolas" w:hAnsi="Consolas"/>
          <w:b w:val="0"/>
          <w:i w:val="0"/>
          <w:sz w:val="20"/>
        </w:rPr>
        <w:t>try</w:t>
      </w:r>
      <w:r>
        <w:rPr>
          <w:b w:val="0"/>
          <w:i w:val="0"/>
        </w:rPr>
        <w:t>-</w:t>
      </w:r>
      <w:r>
        <w:rPr>
          <w:rFonts w:ascii="Consolas" w:hAnsi="Consolas"/>
          <w:b w:val="0"/>
          <w:i w:val="0"/>
          <w:sz w:val="20"/>
        </w:rPr>
        <w:t>except</w:t>
      </w:r>
      <w:r>
        <w:rPr>
          <w:b w:val="0"/>
          <w:i w:val="0"/>
        </w:rPr>
        <w:t>, chương trình của bạn sẽ tiếp tục chạy ngay cả khi mọi thứ bắt đầu trục trặc. Thay vì những traceback có thể khiến người dùng khó hiểu khi đọc, người dùng sẽ thấy những thông báo lỗi thân thiện do bạn viết.</w:t>
      </w:r>
    </w:p>
    <w:p>
      <w:pPr>
        <w:pStyle w:val="Heading3"/>
      </w:pPr>
      <w:r>
        <w:rPr>
          <w:rFonts w:ascii="Calibri" w:hAnsi="Calibri"/>
          <w:b/>
          <w:i w:val="0"/>
          <w:sz w:val="27"/>
        </w:rPr>
        <w:t>Xử lý ngoại lệ ZeroDivisionError</w:t>
      </w:r>
    </w:p>
    <w:p>
      <w:pPr>
        <w:spacing w:after="80"/>
      </w:pPr>
      <w:r>
        <w:rPr>
          <w:b w:val="0"/>
          <w:i w:val="0"/>
        </w:rPr>
        <w:t>Hãy cùng xem một lỗi đơn giản khiến Python đưa ra ngoại lệ. Bạn có lẽ đã biết rằng không thể chia một số cho không, nhưng cứ thử yêu cầu Python làm điều đó xem:</w:t>
      </w:r>
    </w:p>
    <w:p>
      <w:pPr>
        <w:spacing w:after="80"/>
      </w:pPr>
      <w:r>
        <w:rPr>
          <w:b w:val="0"/>
          <w:i w:val="0"/>
        </w:rPr>
        <w:t>division_calculator.py</w:t>
      </w:r>
    </w:p>
    <w:p>
      <w:pPr>
        <w:spacing w:after="80"/>
      </w:pPr>
      <w:r>
        <w:rPr>
          <w:b w:val="0"/>
          <w:i w:val="0"/>
        </w:rPr>
        <w:t>print(5/0)</w:t>
      </w:r>
    </w:p>
    <w:p>
      <w:pPr>
        <w:spacing w:after="80"/>
      </w:pPr>
      <w:r>
        <w:rPr>
          <w:b w:val="0"/>
          <w:i w:val="0"/>
        </w:rPr>
        <w:t>Python không thể làm điều này, nên ta nhận được một traceback:</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 xml:space="preserve">  File "division_calculator.py", line 1, in &lt;module&gt;</w:t>
      </w:r>
    </w:p>
    <w:p>
      <w:pPr>
        <w:spacing w:after="0"/>
        <w:ind w:left="360"/>
        <w:shd w:val="clear" w:color="auto" w:fill="F2F2F2"/>
      </w:pPr>
      <w:r>
        <w:rPr>
          <w:rFonts w:ascii="Consolas" w:hAnsi="Consolas"/>
          <w:b w:val="0"/>
          <w:i w:val="0"/>
          <w:sz w:val="18"/>
        </w:rPr>
        <w:t xml:space="preserve">    print(5/0)</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❶ ZeroDivisionError: division by zero</w:t>
      </w:r>
    </w:p>
    <w:p>
      <w:pPr>
        <w:spacing w:after="40"/>
      </w:pPr>
    </w:p>
    <w:p>
      <w:pPr>
        <w:spacing w:after="80"/>
      </w:pPr>
      <w:r>
        <w:rPr>
          <w:b w:val="0"/>
          <w:i w:val="0"/>
        </w:rPr>
        <w:t xml:space="preserve">Lỗi được báo trong traceback, </w:t>
      </w:r>
      <w:r>
        <w:rPr>
          <w:rFonts w:ascii="Consolas" w:hAnsi="Consolas"/>
          <w:b w:val="0"/>
          <w:i w:val="0"/>
          <w:sz w:val="20"/>
        </w:rPr>
        <w:t>ZeroDivisionError</w:t>
      </w:r>
      <w:r>
        <w:rPr>
          <w:b w:val="0"/>
          <w:i w:val="0"/>
        </w:rPr>
        <w:t>, là một đối tượng ngoại lệ (exception object) ❶. Python tạo ra loại đối tượng này để phản hồi tình huống mà nó không thể làm điều ta yêu cầu. Khi điều này xảy ra, Python dừng chương trình và cho ta biết loại ngoại lệ đã được ném ra (raised). Ta có thể dùng thông tin này để sửa chương trình. Ta sẽ bảo Python phải làm gì khi loại ngoại lệ này xảy ra; như vậy, nếu nó xảy ra lần nữa, ta sẽ sẵn sàng.</w:t>
      </w:r>
    </w:p>
    <w:p>
      <w:pPr>
        <w:pStyle w:val="Heading3"/>
      </w:pPr>
      <w:r>
        <w:rPr>
          <w:rFonts w:ascii="Calibri" w:hAnsi="Calibri"/>
          <w:b/>
          <w:i w:val="0"/>
          <w:sz w:val="27"/>
        </w:rPr>
        <w:t>Sử dụng khối try-except</w:t>
      </w:r>
    </w:p>
    <w:p>
      <w:pPr>
        <w:spacing w:after="80"/>
      </w:pPr>
      <w:r>
        <w:rPr>
          <w:b w:val="0"/>
          <w:i w:val="0"/>
        </w:rPr>
        <w:t xml:space="preserve">Khi bạn nghĩ rằng một lỗi có thể xảy ra, bạn có thể viết một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để xử lý ngoại lệ có thể được ném ra. Bạn bảo Python thử chạy một đoạn code nào đó, và bảo nó phải làm gì nếu đoạn code đó dẫn đến một loại ngoại lệ cụ thể.</w:t>
      </w:r>
    </w:p>
    <w:p>
      <w:pPr>
        <w:spacing w:after="80"/>
      </w:pPr>
      <w:r>
        <w:rPr>
          <w:b w:val="0"/>
          <w:i w:val="0"/>
        </w:rPr>
        <w:t xml:space="preserve">Đây là hình dạng của một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để xử lý ngoại lệ </w:t>
      </w:r>
      <w:r>
        <w:rPr>
          <w:rFonts w:ascii="Consolas" w:hAnsi="Consolas"/>
          <w:b w:val="0"/>
          <w:i w:val="0"/>
          <w:sz w:val="20"/>
        </w:rPr>
        <w:t>ZeroDivisionError</w:t>
      </w:r>
      <w:r>
        <w:rPr>
          <w:b w:val="0"/>
          <w:i w:val="0"/>
        </w:rPr>
        <w:t>:</w:t>
      </w:r>
    </w:p>
    <w:p>
      <w:pPr>
        <w:spacing w:after="0"/>
        <w:ind w:left="360"/>
        <w:shd w:val="clear" w:color="auto" w:fill="F2F2F2"/>
      </w:pPr>
      <w:r>
        <w:rPr>
          <w:rFonts w:ascii="Consolas" w:hAnsi="Consolas"/>
          <w:b w:val="0"/>
          <w:i w:val="0"/>
          <w:sz w:val="18"/>
        </w:rPr>
        <w:t>try:</w:t>
      </w:r>
    </w:p>
    <w:p>
      <w:pPr>
        <w:spacing w:after="0"/>
        <w:ind w:left="360"/>
        <w:shd w:val="clear" w:color="auto" w:fill="F2F2F2"/>
      </w:pPr>
      <w:r>
        <w:rPr>
          <w:rFonts w:ascii="Consolas" w:hAnsi="Consolas"/>
          <w:b w:val="0"/>
          <w:i w:val="0"/>
          <w:sz w:val="18"/>
        </w:rPr>
        <w:t xml:space="preserve">    print(5/0)</w:t>
      </w:r>
    </w:p>
    <w:p>
      <w:pPr>
        <w:spacing w:after="0"/>
        <w:ind w:left="360"/>
        <w:shd w:val="clear" w:color="auto" w:fill="F2F2F2"/>
      </w:pPr>
      <w:r>
        <w:rPr>
          <w:rFonts w:ascii="Consolas" w:hAnsi="Consolas"/>
          <w:b w:val="0"/>
          <w:i w:val="0"/>
          <w:sz w:val="18"/>
        </w:rPr>
        <w:t>except ZeroDivisionError:</w:t>
      </w:r>
    </w:p>
    <w:p>
      <w:pPr>
        <w:spacing w:after="0"/>
        <w:ind w:left="360"/>
        <w:shd w:val="clear" w:color="auto" w:fill="F2F2F2"/>
      </w:pPr>
      <w:r>
        <w:rPr>
          <w:rFonts w:ascii="Consolas" w:hAnsi="Consolas"/>
          <w:b w:val="0"/>
          <w:i w:val="0"/>
          <w:sz w:val="18"/>
        </w:rPr>
        <w:t xml:space="preserve">    print("You can't divide by zero!")</w:t>
      </w:r>
    </w:p>
    <w:p>
      <w:pPr>
        <w:spacing w:after="40"/>
      </w:pPr>
    </w:p>
    <w:p>
      <w:pPr>
        <w:spacing w:after="80"/>
      </w:pPr>
      <w:r>
        <w:rPr>
          <w:b w:val="0"/>
          <w:i w:val="0"/>
        </w:rPr>
        <w:t xml:space="preserve">Ta đặt </w:t>
      </w:r>
      <w:r>
        <w:rPr>
          <w:rFonts w:ascii="Consolas" w:hAnsi="Consolas"/>
          <w:b w:val="0"/>
          <w:i w:val="0"/>
          <w:sz w:val="20"/>
        </w:rPr>
        <w:t>print(5/0)</w:t>
      </w:r>
      <w:r>
        <w:rPr>
          <w:b w:val="0"/>
          <w:i w:val="0"/>
        </w:rPr>
        <w:t xml:space="preserve">, dòng đã gây ra lỗi, vào bên trong một khối </w:t>
      </w:r>
      <w:r>
        <w:rPr>
          <w:rFonts w:ascii="Consolas" w:hAnsi="Consolas"/>
          <w:b w:val="0"/>
          <w:i w:val="0"/>
          <w:sz w:val="20"/>
        </w:rPr>
        <w:t>try</w:t>
      </w:r>
      <w:r>
        <w:rPr>
          <w:b w:val="0"/>
          <w:i w:val="0"/>
        </w:rPr>
        <w:t xml:space="preserve">. Nếu code trong khối </w:t>
      </w:r>
      <w:r>
        <w:rPr>
          <w:rFonts w:ascii="Consolas" w:hAnsi="Consolas"/>
          <w:b w:val="0"/>
          <w:i w:val="0"/>
          <w:sz w:val="20"/>
        </w:rPr>
        <w:t>try</w:t>
      </w:r>
      <w:r>
        <w:rPr>
          <w:b w:val="0"/>
          <w:i w:val="0"/>
        </w:rPr>
        <w:t xml:space="preserve"> chạy được, Python sẽ bỏ qua khối </w:t>
      </w:r>
      <w:r>
        <w:rPr>
          <w:rFonts w:ascii="Consolas" w:hAnsi="Consolas"/>
          <w:b w:val="0"/>
          <w:i w:val="0"/>
          <w:sz w:val="20"/>
        </w:rPr>
        <w:t>except</w:t>
      </w:r>
      <w:r>
        <w:rPr>
          <w:b w:val="0"/>
          <w:i w:val="0"/>
        </w:rPr>
        <w:t xml:space="preserve">. Nếu code trong khối </w:t>
      </w:r>
      <w:r>
        <w:rPr>
          <w:rFonts w:ascii="Consolas" w:hAnsi="Consolas"/>
          <w:b w:val="0"/>
          <w:i w:val="0"/>
          <w:sz w:val="20"/>
        </w:rPr>
        <w:t>try</w:t>
      </w:r>
      <w:r>
        <w:rPr>
          <w:b w:val="0"/>
          <w:i w:val="0"/>
        </w:rPr>
        <w:t xml:space="preserve"> gây ra lỗi, Python sẽ tìm một khối </w:t>
      </w:r>
      <w:r>
        <w:rPr>
          <w:rFonts w:ascii="Consolas" w:hAnsi="Consolas"/>
          <w:b w:val="0"/>
          <w:i w:val="0"/>
          <w:sz w:val="20"/>
        </w:rPr>
        <w:t>except</w:t>
      </w:r>
      <w:r>
        <w:rPr>
          <w:b w:val="0"/>
          <w:i w:val="0"/>
        </w:rPr>
        <w:t xml:space="preserve"> có lỗi khớp với lỗi đã được ném ra, và chạy code trong khối đó.</w:t>
      </w:r>
    </w:p>
    <w:p>
      <w:pPr>
        <w:spacing w:after="80"/>
      </w:pPr>
      <w:r>
        <w:rPr>
          <w:b w:val="0"/>
          <w:i w:val="0"/>
        </w:rPr>
        <w:t xml:space="preserve">Trong ví dụ này, code trong khối </w:t>
      </w:r>
      <w:r>
        <w:rPr>
          <w:rFonts w:ascii="Consolas" w:hAnsi="Consolas"/>
          <w:b w:val="0"/>
          <w:i w:val="0"/>
          <w:sz w:val="20"/>
        </w:rPr>
        <w:t>try</w:t>
      </w:r>
      <w:r>
        <w:rPr>
          <w:b w:val="0"/>
          <w:i w:val="0"/>
        </w:rPr>
        <w:t xml:space="preserve"> tạo ra một </w:t>
      </w:r>
      <w:r>
        <w:rPr>
          <w:rFonts w:ascii="Consolas" w:hAnsi="Consolas"/>
          <w:b w:val="0"/>
          <w:i w:val="0"/>
          <w:sz w:val="20"/>
        </w:rPr>
        <w:t>ZeroDivisionError</w:t>
      </w:r>
      <w:r>
        <w:rPr>
          <w:b w:val="0"/>
          <w:i w:val="0"/>
        </w:rPr>
        <w:t xml:space="preserve">, nên Python tìm một khối </w:t>
      </w:r>
      <w:r>
        <w:rPr>
          <w:rFonts w:ascii="Consolas" w:hAnsi="Consolas"/>
          <w:b w:val="0"/>
          <w:i w:val="0"/>
          <w:sz w:val="20"/>
        </w:rPr>
        <w:t>except</w:t>
      </w:r>
      <w:r>
        <w:rPr>
          <w:b w:val="0"/>
          <w:i w:val="0"/>
        </w:rPr>
        <w:t xml:space="preserve"> để bảo nó cách phản hồi. Sau đó Python chạy code trong khối đó, và người dùng thấy một thông báo lỗi thân thiện thay vì một traceback:</w:t>
      </w:r>
    </w:p>
    <w:p>
      <w:pPr>
        <w:spacing w:after="80"/>
      </w:pPr>
      <w:r>
        <w:rPr>
          <w:b w:val="0"/>
          <w:i w:val="0"/>
        </w:rPr>
        <w:t>Bạn không thể chia cho số không!</w:t>
      </w:r>
    </w:p>
    <w:p>
      <w:pPr>
        <w:spacing w:after="80"/>
      </w:pPr>
      <w:r>
        <w:rPr>
          <w:b w:val="0"/>
          <w:i w:val="0"/>
        </w:rPr>
        <w:t xml:space="preserve">Nếu có thêm code theo sau khối </w:t>
      </w:r>
      <w:r>
        <w:rPr>
          <w:rFonts w:ascii="Consolas" w:hAnsi="Consolas"/>
          <w:b w:val="0"/>
          <w:i w:val="0"/>
          <w:sz w:val="20"/>
        </w:rPr>
        <w:t>try</w:t>
      </w:r>
      <w:r>
        <w:rPr>
          <w:b w:val="0"/>
          <w:i w:val="0"/>
        </w:rPr>
        <w:t>-</w:t>
      </w:r>
      <w:r>
        <w:rPr>
          <w:rFonts w:ascii="Consolas" w:hAnsi="Consolas"/>
          <w:b w:val="0"/>
          <w:i w:val="0"/>
          <w:sz w:val="20"/>
        </w:rPr>
        <w:t>except</w:t>
      </w:r>
      <w:r>
        <w:rPr>
          <w:b w:val="0"/>
          <w:i w:val="0"/>
        </w:rPr>
        <w:t>, chương trình sẽ tiếp tục chạy vì ta đã bảo Python cách xử lý lỗi. Hãy xem một ví dụ mà việc bắt lỗi có thể cho phép chương trình tiếp tục chạy.</w:t>
      </w:r>
    </w:p>
    <w:p>
      <w:pPr>
        <w:pStyle w:val="Heading3"/>
      </w:pPr>
      <w:r>
        <w:rPr>
          <w:rFonts w:ascii="Calibri" w:hAnsi="Calibri"/>
          <w:b/>
          <w:i w:val="0"/>
          <w:sz w:val="27"/>
        </w:rPr>
        <w:t>Sử dụng ngoại lệ để ngăn chương trình bị sập</w:t>
      </w:r>
    </w:p>
    <w:p>
      <w:pPr>
        <w:spacing w:after="80"/>
      </w:pPr>
      <w:r>
        <w:rPr>
          <w:b w:val="0"/>
          <w:i w:val="0"/>
        </w:rPr>
        <w:t>Xử lý lỗi đúng cách đặc biệt quan trọng khi chương trình còn nhiều việc phải làm sau khi lỗi xảy ra. Điều này thường gặp trong các chương trình nhắc người dùng nhập dữ liệu. Nếu chương trình phản hồi hợp lý với dữ liệu nhập không hợp lệ, nó có thể nhắc nhập lại dữ liệu hợp lệ thay vì bị sập.</w:t>
      </w:r>
    </w:p>
    <w:p>
      <w:pPr>
        <w:spacing w:after="80"/>
      </w:pPr>
      <w:r>
        <w:rPr>
          <w:b w:val="0"/>
          <w:i w:val="0"/>
        </w:rPr>
        <w:t>Hãy tạo một máy tính đơn giản chỉ làm phép chia:</w:t>
      </w:r>
    </w:p>
    <w:p>
      <w:pPr>
        <w:spacing w:after="80"/>
      </w:pPr>
      <w:r>
        <w:rPr>
          <w:b w:val="0"/>
          <w:i w:val="0"/>
        </w:rPr>
        <w:t>division_calculator.py</w:t>
      </w:r>
    </w:p>
    <w:p>
      <w:pPr>
        <w:spacing w:after="0"/>
        <w:ind w:left="360"/>
        <w:shd w:val="clear" w:color="auto" w:fill="F2F2F2"/>
      </w:pPr>
      <w:r>
        <w:rPr>
          <w:rFonts w:ascii="Consolas" w:hAnsi="Consolas"/>
          <w:b w:val="0"/>
          <w:i w:val="0"/>
          <w:sz w:val="18"/>
        </w:rPr>
        <w:t>print("Give me two numbers, and I'll divide them.")</w:t>
      </w:r>
    </w:p>
    <w:p>
      <w:pPr>
        <w:spacing w:after="0"/>
        <w:ind w:left="360"/>
        <w:shd w:val="clear" w:color="auto" w:fill="F2F2F2"/>
      </w:pPr>
      <w:r>
        <w:rPr>
          <w:rFonts w:ascii="Consolas" w:hAnsi="Consolas"/>
          <w:b w:val="0"/>
          <w:i w:val="0"/>
          <w:sz w:val="18"/>
        </w:rPr>
        <w:t>print("Enter 'q'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❶     first_number = input("\nFirst number: ")</w:t>
      </w:r>
    </w:p>
    <w:p>
      <w:pPr>
        <w:spacing w:after="0"/>
        <w:ind w:left="360"/>
        <w:shd w:val="clear" w:color="auto" w:fill="F2F2F2"/>
      </w:pPr>
      <w:r>
        <w:rPr>
          <w:rFonts w:ascii="Consolas" w:hAnsi="Consolas"/>
          <w:b w:val="0"/>
          <w:i w:val="0"/>
          <w:sz w:val="18"/>
        </w:rPr>
        <w:t xml:space="preserve">    if first_number == 'q':</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rPr>
          <w:rFonts w:ascii="Consolas" w:hAnsi="Consolas"/>
          <w:b w:val="0"/>
          <w:i w:val="0"/>
          <w:sz w:val="18"/>
        </w:rPr>
        <w:t>❷     second_number = input("Second number: ")</w:t>
      </w:r>
    </w:p>
    <w:p>
      <w:pPr>
        <w:spacing w:after="0"/>
        <w:ind w:left="360"/>
        <w:shd w:val="clear" w:color="auto" w:fill="F2F2F2"/>
      </w:pPr>
      <w:r>
        <w:rPr>
          <w:rFonts w:ascii="Consolas" w:hAnsi="Consolas"/>
          <w:b w:val="0"/>
          <w:i w:val="0"/>
          <w:sz w:val="18"/>
        </w:rPr>
        <w:t xml:space="preserve">    if second_number == 'q':</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rPr>
          <w:rFonts w:ascii="Consolas" w:hAnsi="Consolas"/>
          <w:b w:val="0"/>
          <w:i w:val="0"/>
          <w:sz w:val="18"/>
        </w:rPr>
        <w:t>❸     answer = int(first_number) / int(second_number)</w:t>
      </w:r>
    </w:p>
    <w:p>
      <w:pPr>
        <w:spacing w:after="0"/>
        <w:ind w:left="360"/>
        <w:shd w:val="clear" w:color="auto" w:fill="F2F2F2"/>
      </w:pPr>
      <w:r>
        <w:rPr>
          <w:rFonts w:ascii="Consolas" w:hAnsi="Consolas"/>
          <w:b w:val="0"/>
          <w:i w:val="0"/>
          <w:sz w:val="18"/>
        </w:rPr>
        <w:t xml:space="preserve">    print(answer)</w:t>
      </w:r>
    </w:p>
    <w:p>
      <w:pPr>
        <w:spacing w:after="40"/>
      </w:pPr>
    </w:p>
    <w:p>
      <w:pPr>
        <w:spacing w:after="80"/>
      </w:pPr>
      <w:r>
        <w:rPr>
          <w:b w:val="0"/>
          <w:i w:val="0"/>
        </w:rPr>
        <w:t xml:space="preserve">Chương trình này nhắc người dùng nhập </w:t>
      </w:r>
      <w:r>
        <w:rPr>
          <w:rFonts w:ascii="Consolas" w:hAnsi="Consolas"/>
          <w:b w:val="0"/>
          <w:i w:val="0"/>
          <w:sz w:val="20"/>
        </w:rPr>
        <w:t>first_number</w:t>
      </w:r>
      <w:r>
        <w:rPr>
          <w:b w:val="0"/>
          <w:i w:val="0"/>
        </w:rPr>
        <w:t xml:space="preserve"> ❶ và, nếu người dùng không nhập </w:t>
      </w:r>
      <w:r>
        <w:rPr>
          <w:rFonts w:ascii="Consolas" w:hAnsi="Consolas"/>
          <w:b w:val="0"/>
          <w:i w:val="0"/>
          <w:sz w:val="20"/>
        </w:rPr>
        <w:t>q</w:t>
      </w:r>
      <w:r>
        <w:rPr>
          <w:b w:val="0"/>
          <w:i w:val="0"/>
        </w:rPr>
        <w:t xml:space="preserve"> để thoát, thì nhập </w:t>
      </w:r>
      <w:r>
        <w:rPr>
          <w:rFonts w:ascii="Consolas" w:hAnsi="Consolas"/>
          <w:b w:val="0"/>
          <w:i w:val="0"/>
          <w:sz w:val="20"/>
        </w:rPr>
        <w:t>second_number</w:t>
      </w:r>
      <w:r>
        <w:rPr>
          <w:b w:val="0"/>
          <w:i w:val="0"/>
        </w:rPr>
        <w:t xml:space="preserve"> ❷. Sau đó ta chia hai số này để có </w:t>
      </w:r>
      <w:r>
        <w:rPr>
          <w:rFonts w:ascii="Consolas" w:hAnsi="Consolas"/>
          <w:b w:val="0"/>
          <w:i w:val="0"/>
          <w:sz w:val="20"/>
        </w:rPr>
        <w:t>answer</w:t>
      </w:r>
      <w:r>
        <w:rPr>
          <w:b w:val="0"/>
          <w:i w:val="0"/>
        </w:rPr>
        <w:t xml:space="preserve"> ❸. Chương trình này không làm gì để xử lý lỗi, nên khi yêu cầu nó chia cho số không thì nó sẽ bị sập:</w:t>
      </w:r>
    </w:p>
    <w:p>
      <w:pPr>
        <w:spacing w:after="0"/>
        <w:ind w:left="360"/>
        <w:shd w:val="clear" w:color="auto" w:fill="F2F2F2"/>
      </w:pPr>
      <w:r>
        <w:rPr>
          <w:rFonts w:ascii="Consolas" w:hAnsi="Consolas"/>
          <w:b w:val="0"/>
          <w:i w:val="0"/>
          <w:sz w:val="18"/>
        </w:rPr>
        <w:t>Give me two numbers, and I'll divide them.</w:t>
      </w:r>
    </w:p>
    <w:p>
      <w:pPr>
        <w:spacing w:after="0"/>
        <w:ind w:left="360"/>
        <w:shd w:val="clear" w:color="auto" w:fill="F2F2F2"/>
      </w:pPr>
      <w:r>
        <w:rPr>
          <w:rFonts w:ascii="Consolas" w:hAnsi="Consolas"/>
          <w:b w:val="0"/>
          <w:i w:val="0"/>
          <w:sz w:val="18"/>
        </w:rPr>
        <w:t>Enter 'q'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First number: </w:t>
      </w:r>
      <w:r>
        <w:rPr>
          <w:rFonts w:ascii="Consolas" w:hAnsi="Consolas"/>
          <w:b/>
          <w:i w:val="0"/>
          <w:sz w:val="18"/>
        </w:rPr>
        <w:t>5</w:t>
      </w:r>
    </w:p>
    <w:p>
      <w:pPr>
        <w:spacing w:after="0"/>
        <w:ind w:left="360"/>
        <w:shd w:val="clear" w:color="auto" w:fill="F2F2F2"/>
      </w:pPr>
      <w:r>
        <w:rPr>
          <w:rFonts w:ascii="Consolas" w:hAnsi="Consolas"/>
          <w:b w:val="0"/>
          <w:i w:val="0"/>
          <w:sz w:val="18"/>
        </w:rPr>
        <w:t xml:space="preserve">Second number: </w:t>
      </w:r>
      <w:r>
        <w:rPr>
          <w:rFonts w:ascii="Consolas" w:hAnsi="Consolas"/>
          <w:b/>
          <w:i w:val="0"/>
          <w:sz w:val="18"/>
        </w:rPr>
        <w:t>0</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 xml:space="preserve">  File "division_calculator.py", line 11, in &lt;module&gt;</w:t>
      </w:r>
    </w:p>
    <w:p>
      <w:pPr>
        <w:spacing w:after="0"/>
        <w:ind w:left="360"/>
        <w:shd w:val="clear" w:color="auto" w:fill="F2F2F2"/>
      </w:pPr>
      <w:r>
        <w:rPr>
          <w:rFonts w:ascii="Consolas" w:hAnsi="Consolas"/>
          <w:b w:val="0"/>
          <w:i w:val="0"/>
          <w:sz w:val="18"/>
        </w:rPr>
        <w:t xml:space="preserve">    answer = int(first_number) / int(second_number)</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ZeroDivisionError: division by zero</w:t>
      </w:r>
    </w:p>
    <w:p>
      <w:pPr>
        <w:spacing w:after="40"/>
      </w:pPr>
    </w:p>
    <w:p>
      <w:pPr>
        <w:spacing w:after="80"/>
      </w:pPr>
      <w:r>
        <w:rPr>
          <w:b w:val="0"/>
          <w:i w:val="0"/>
        </w:rPr>
        <w:t>Việc chương trình bị sập thì đúng là không vui chút nào, nhưng để người dùng nhìn thấy traceback (dấu vết lỗi) cũng chẳng phải ý hay. Những người dùng không rành kỹ thuật sẽ bị chúng làm cho rối trí, còn trong tình huống xấu, kẻ tấn công sẽ biết được nhiều thứ hơn mức bạn muốn. Ví dụ, họ sẽ biết tên tệp chương trình của bạn, và họ sẽ thấy một phần mã của bạn đang không hoạt động đúng. Một kẻ tấn công lành nghề đôi khi có thể dùng thông tin này để xác định nên dùng kiểu tấn công nào nhắm vào mã của bạn.</w:t>
      </w:r>
    </w:p>
    <w:p>
      <w:pPr>
        <w:pStyle w:val="Heading3"/>
      </w:pPr>
      <w:r>
        <w:rPr>
          <w:rFonts w:ascii="Calibri" w:hAnsi="Calibri"/>
          <w:b/>
          <w:i w:val="0"/>
          <w:sz w:val="27"/>
        </w:rPr>
        <w:t>Khối else</w:t>
      </w:r>
    </w:p>
    <w:p>
      <w:pPr>
        <w:spacing w:after="80"/>
      </w:pPr>
      <w:r>
        <w:rPr>
          <w:b w:val="0"/>
          <w:i w:val="0"/>
        </w:rPr>
        <w:t xml:space="preserve">Chúng ta có thể làm cho chương trình này chống lỗi tốt hơn bằng cách bọc dòng có thể gây lỗi trong một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Lỗi xảy ra ở dòng thực hiện phép chia, nên đó là nơi chúng ta sẽ đặt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Ví dụ này cũng bao gồm một khối </w:t>
      </w:r>
      <w:r>
        <w:rPr>
          <w:rFonts w:ascii="Consolas" w:hAnsi="Consolas"/>
          <w:b w:val="0"/>
          <w:i w:val="0"/>
          <w:sz w:val="20"/>
        </w:rPr>
        <w:t>else</w:t>
      </w:r>
      <w:r>
        <w:rPr>
          <w:b w:val="0"/>
          <w:i w:val="0"/>
        </w:rPr>
        <w:t xml:space="preserve">. Mọi đoạn mã phụ thuộc vào việc khối </w:t>
      </w:r>
      <w:r>
        <w:rPr>
          <w:rFonts w:ascii="Consolas" w:hAnsi="Consolas"/>
          <w:b w:val="0"/>
          <w:i w:val="0"/>
          <w:sz w:val="20"/>
        </w:rPr>
        <w:t>try</w:t>
      </w:r>
      <w:r>
        <w:rPr>
          <w:b w:val="0"/>
          <w:i w:val="0"/>
        </w:rPr>
        <w:t xml:space="preserve"> chạy thành công sẽ nằm trong khối </w:t>
      </w:r>
      <w:r>
        <w:rPr>
          <w:rFonts w:ascii="Consolas" w:hAnsi="Consolas"/>
          <w:b w:val="0"/>
          <w:i w:val="0"/>
          <w:sz w:val="20"/>
        </w:rPr>
        <w:t>else</w:t>
      </w:r>
      <w:r>
        <w:rPr>
          <w:b w:val="0"/>
          <w:i w:val="0"/>
        </w:rPr>
        <w:t>:</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if second_number == 'q':</w:t>
      </w:r>
    </w:p>
    <w:p>
      <w:pPr>
        <w:spacing w:after="0"/>
        <w:ind w:left="360"/>
        <w:shd w:val="clear" w:color="auto" w:fill="F2F2F2"/>
      </w:pPr>
      <w:r>
        <w:rPr>
          <w:rFonts w:ascii="Consolas" w:hAnsi="Consolas"/>
          <w:b w:val="0"/>
          <w:i w:val="0"/>
          <w:sz w:val="18"/>
        </w:rPr>
        <w:t xml:space="preserve">        break</w:t>
      </w:r>
    </w:p>
    <w:p>
      <w:pPr>
        <w:spacing w:after="0"/>
        <w:ind w:left="360"/>
        <w:shd w:val="clear" w:color="auto" w:fill="F2F2F2"/>
      </w:pPr>
      <w:r>
        <w:rPr>
          <w:rFonts w:ascii="Consolas" w:hAnsi="Consolas"/>
          <w:b w:val="0"/>
          <w:i w:val="0"/>
          <w:sz w:val="18"/>
        </w:rPr>
        <w:t>❶     try:</w:t>
      </w:r>
    </w:p>
    <w:p>
      <w:pPr>
        <w:spacing w:after="0"/>
        <w:ind w:left="360"/>
        <w:shd w:val="clear" w:color="auto" w:fill="F2F2F2"/>
      </w:pPr>
      <w:r>
        <w:rPr>
          <w:rFonts w:ascii="Consolas" w:hAnsi="Consolas"/>
          <w:b w:val="0"/>
          <w:i w:val="0"/>
          <w:sz w:val="18"/>
        </w:rPr>
        <w:t xml:space="preserve">        answer = int(first_number) / int(second_number)</w:t>
      </w:r>
    </w:p>
    <w:p>
      <w:pPr>
        <w:spacing w:after="0"/>
        <w:ind w:left="360"/>
        <w:shd w:val="clear" w:color="auto" w:fill="F2F2F2"/>
      </w:pPr>
      <w:r>
        <w:rPr>
          <w:rFonts w:ascii="Consolas" w:hAnsi="Consolas"/>
          <w:b w:val="0"/>
          <w:i w:val="0"/>
          <w:sz w:val="18"/>
        </w:rPr>
        <w:t>❷     except ZeroDivisionError:</w:t>
      </w:r>
    </w:p>
    <w:p>
      <w:pPr>
        <w:spacing w:after="0"/>
        <w:ind w:left="360"/>
        <w:shd w:val="clear" w:color="auto" w:fill="F2F2F2"/>
      </w:pPr>
      <w:r>
        <w:rPr>
          <w:rFonts w:ascii="Consolas" w:hAnsi="Consolas"/>
          <w:b w:val="0"/>
          <w:i w:val="0"/>
          <w:sz w:val="18"/>
        </w:rPr>
        <w:t xml:space="preserve">        print("You can't divide by 0!")</w:t>
      </w:r>
    </w:p>
    <w:p>
      <w:pPr>
        <w:spacing w:after="0"/>
        <w:ind w:left="360"/>
        <w:shd w:val="clear" w:color="auto" w:fill="F2F2F2"/>
      </w:pPr>
      <w:r>
        <w:rPr>
          <w:rFonts w:ascii="Consolas" w:hAnsi="Consolas"/>
          <w:b w:val="0"/>
          <w:i w:val="0"/>
          <w:sz w:val="18"/>
        </w:rPr>
        <w:t>❸     else:</w:t>
      </w:r>
    </w:p>
    <w:p>
      <w:pPr>
        <w:spacing w:after="0"/>
        <w:ind w:left="360"/>
        <w:shd w:val="clear" w:color="auto" w:fill="F2F2F2"/>
      </w:pPr>
      <w:r>
        <w:rPr>
          <w:rFonts w:ascii="Consolas" w:hAnsi="Consolas"/>
          <w:b w:val="0"/>
          <w:i w:val="0"/>
          <w:sz w:val="18"/>
        </w:rPr>
        <w:t xml:space="preserve">        print(answer)</w:t>
      </w:r>
    </w:p>
    <w:p>
      <w:pPr>
        <w:spacing w:after="40"/>
      </w:pPr>
    </w:p>
    <w:p>
      <w:pPr>
        <w:spacing w:after="80"/>
      </w:pPr>
      <w:r>
        <w:rPr>
          <w:b w:val="0"/>
          <w:i w:val="0"/>
        </w:rPr>
        <w:t xml:space="preserve">Chúng ta yêu cầu Python thử hoàn thành phép chia trong một khối </w:t>
      </w:r>
      <w:r>
        <w:rPr>
          <w:rFonts w:ascii="Consolas" w:hAnsi="Consolas"/>
          <w:b w:val="0"/>
          <w:i w:val="0"/>
          <w:sz w:val="20"/>
        </w:rPr>
        <w:t>try</w:t>
      </w:r>
      <w:r>
        <w:rPr>
          <w:b w:val="0"/>
          <w:i w:val="0"/>
        </w:rPr>
        <w:t xml:space="preserve"> ❶, khối này chỉ chứa đoạn mã có thể gây lỗi. Mọi đoạn mã phụ thuộc vào việc khối </w:t>
      </w:r>
      <w:r>
        <w:rPr>
          <w:rFonts w:ascii="Consolas" w:hAnsi="Consolas"/>
          <w:b w:val="0"/>
          <w:i w:val="0"/>
          <w:sz w:val="20"/>
        </w:rPr>
        <w:t>try</w:t>
      </w:r>
      <w:r>
        <w:rPr>
          <w:b w:val="0"/>
          <w:i w:val="0"/>
        </w:rPr>
        <w:t xml:space="preserve"> thành công sẽ được thêm vào khối </w:t>
      </w:r>
      <w:r>
        <w:rPr>
          <w:rFonts w:ascii="Consolas" w:hAnsi="Consolas"/>
          <w:b w:val="0"/>
          <w:i w:val="0"/>
          <w:sz w:val="20"/>
        </w:rPr>
        <w:t>else</w:t>
      </w:r>
      <w:r>
        <w:rPr>
          <w:b w:val="0"/>
          <w:i w:val="0"/>
        </w:rPr>
        <w:t xml:space="preserve">. Trong trường hợp này, nếu phép chia thành công, chúng ta dùng khối </w:t>
      </w:r>
      <w:r>
        <w:rPr>
          <w:rFonts w:ascii="Consolas" w:hAnsi="Consolas"/>
          <w:b w:val="0"/>
          <w:i w:val="0"/>
          <w:sz w:val="20"/>
        </w:rPr>
        <w:t>else</w:t>
      </w:r>
      <w:r>
        <w:rPr>
          <w:b w:val="0"/>
          <w:i w:val="0"/>
        </w:rPr>
        <w:t xml:space="preserve"> để in kết quả ❸.</w:t>
      </w:r>
    </w:p>
    <w:p>
      <w:pPr>
        <w:spacing w:after="80"/>
      </w:pPr>
      <w:r>
        <w:rPr>
          <w:b w:val="0"/>
          <w:i w:val="0"/>
        </w:rPr>
        <w:t xml:space="preserve">Khối </w:t>
      </w:r>
      <w:r>
        <w:rPr>
          <w:rFonts w:ascii="Consolas" w:hAnsi="Consolas"/>
          <w:b w:val="0"/>
          <w:i w:val="0"/>
          <w:sz w:val="20"/>
        </w:rPr>
        <w:t>except</w:t>
      </w:r>
      <w:r>
        <w:rPr>
          <w:b w:val="0"/>
          <w:i w:val="0"/>
        </w:rPr>
        <w:t xml:space="preserve"> cho Python biết cách phản hồi khi lỗi </w:t>
      </w:r>
      <w:r>
        <w:rPr>
          <w:rFonts w:ascii="Consolas" w:hAnsi="Consolas"/>
          <w:b w:val="0"/>
          <w:i w:val="0"/>
          <w:sz w:val="20"/>
        </w:rPr>
        <w:t>ZeroDivisionError</w:t>
      </w:r>
      <w:r>
        <w:rPr>
          <w:b w:val="0"/>
          <w:i w:val="0"/>
        </w:rPr>
        <w:t xml:space="preserve"> xuất hiện ❷. Nếu khối </w:t>
      </w:r>
      <w:r>
        <w:rPr>
          <w:rFonts w:ascii="Consolas" w:hAnsi="Consolas"/>
          <w:b w:val="0"/>
          <w:i w:val="0"/>
          <w:sz w:val="20"/>
        </w:rPr>
        <w:t>try</w:t>
      </w:r>
      <w:r>
        <w:rPr>
          <w:b w:val="0"/>
          <w:i w:val="0"/>
        </w:rPr>
        <w:t xml:space="preserve"> không thành công vì lỗi chia cho số 0, chúng ta in một thông báo thân thiện cho người dùng biết cách tránh kiểu lỗi này. Chương trình tiếp tục chạy, và người dùng sẽ không bao giờ nhìn thấy traceback:</w:t>
      </w:r>
    </w:p>
    <w:p>
      <w:pPr>
        <w:spacing w:after="0"/>
        <w:ind w:left="360"/>
        <w:shd w:val="clear" w:color="auto" w:fill="F2F2F2"/>
      </w:pPr>
      <w:r>
        <w:rPr>
          <w:rFonts w:ascii="Consolas" w:hAnsi="Consolas"/>
          <w:b w:val="0"/>
          <w:i w:val="0"/>
          <w:sz w:val="18"/>
        </w:rPr>
        <w:t>Give me two numbers, and I'll divide them.</w:t>
      </w:r>
    </w:p>
    <w:p>
      <w:pPr>
        <w:spacing w:after="0"/>
        <w:ind w:left="360"/>
        <w:shd w:val="clear" w:color="auto" w:fill="F2F2F2"/>
      </w:pPr>
      <w:r>
        <w:rPr>
          <w:rFonts w:ascii="Consolas" w:hAnsi="Consolas"/>
          <w:b w:val="0"/>
          <w:i w:val="0"/>
          <w:sz w:val="18"/>
        </w:rPr>
        <w:t>Enter 'q'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First number: </w:t>
      </w:r>
      <w:r>
        <w:rPr>
          <w:rFonts w:ascii="Consolas" w:hAnsi="Consolas"/>
          <w:b/>
          <w:i w:val="0"/>
          <w:sz w:val="18"/>
        </w:rPr>
        <w:t>5</w:t>
      </w:r>
    </w:p>
    <w:p>
      <w:pPr>
        <w:spacing w:after="0"/>
        <w:ind w:left="360"/>
        <w:shd w:val="clear" w:color="auto" w:fill="F2F2F2"/>
      </w:pPr>
      <w:r>
        <w:rPr>
          <w:rFonts w:ascii="Consolas" w:hAnsi="Consolas"/>
          <w:b w:val="0"/>
          <w:i w:val="0"/>
          <w:sz w:val="18"/>
        </w:rPr>
        <w:t xml:space="preserve">Second number: </w:t>
      </w:r>
      <w:r>
        <w:rPr>
          <w:rFonts w:ascii="Consolas" w:hAnsi="Consolas"/>
          <w:b/>
          <w:i w:val="0"/>
          <w:sz w:val="18"/>
        </w:rPr>
        <w:t>0</w:t>
      </w:r>
    </w:p>
    <w:p>
      <w:pPr>
        <w:spacing w:after="0"/>
        <w:ind w:left="360"/>
        <w:shd w:val="clear" w:color="auto" w:fill="F2F2F2"/>
      </w:pPr>
      <w:r>
        <w:rPr>
          <w:rFonts w:ascii="Consolas" w:hAnsi="Consolas"/>
          <w:b w:val="0"/>
          <w:i w:val="0"/>
          <w:sz w:val="18"/>
        </w:rPr>
        <w:t>You can't divide by 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First number: </w:t>
      </w:r>
      <w:r>
        <w:rPr>
          <w:rFonts w:ascii="Consolas" w:hAnsi="Consolas"/>
          <w:b/>
          <w:i w:val="0"/>
          <w:sz w:val="18"/>
        </w:rPr>
        <w:t>5</w:t>
      </w:r>
    </w:p>
    <w:p>
      <w:pPr>
        <w:spacing w:after="0"/>
        <w:ind w:left="360"/>
        <w:shd w:val="clear" w:color="auto" w:fill="F2F2F2"/>
      </w:pPr>
      <w:r>
        <w:rPr>
          <w:rFonts w:ascii="Consolas" w:hAnsi="Consolas"/>
          <w:b w:val="0"/>
          <w:i w:val="0"/>
          <w:sz w:val="18"/>
        </w:rPr>
        <w:t xml:space="preserve">Second number: </w:t>
      </w:r>
      <w:r>
        <w:rPr>
          <w:rFonts w:ascii="Consolas" w:hAnsi="Consolas"/>
          <w:b/>
          <w:i w:val="0"/>
          <w:sz w:val="18"/>
        </w:rPr>
        <w:t>2</w:t>
      </w:r>
    </w:p>
    <w:p>
      <w:pPr>
        <w:spacing w:after="0"/>
        <w:ind w:left="360"/>
        <w:shd w:val="clear" w:color="auto" w:fill="F2F2F2"/>
      </w:pPr>
      <w:r>
        <w:rPr>
          <w:rFonts w:ascii="Consolas" w:hAnsi="Consolas"/>
          <w:b w:val="0"/>
          <w:i w:val="0"/>
          <w:sz w:val="18"/>
        </w:rPr>
        <w:t>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First number: </w:t>
      </w:r>
      <w:r>
        <w:rPr>
          <w:rFonts w:ascii="Consolas" w:hAnsi="Consolas"/>
          <w:b/>
          <w:i w:val="0"/>
          <w:sz w:val="18"/>
        </w:rPr>
        <w:t>q</w:t>
      </w:r>
    </w:p>
    <w:p>
      <w:pPr>
        <w:spacing w:after="40"/>
      </w:pPr>
    </w:p>
    <w:p>
      <w:pPr>
        <w:spacing w:after="80"/>
      </w:pPr>
      <w:r>
        <w:rPr>
          <w:b w:val="0"/>
          <w:i w:val="0"/>
        </w:rPr>
        <w:t xml:space="preserve">Đoạn mã duy nhất nên đặt trong khối </w:t>
      </w:r>
      <w:r>
        <w:rPr>
          <w:rFonts w:ascii="Consolas" w:hAnsi="Consolas"/>
          <w:b w:val="0"/>
          <w:i w:val="0"/>
          <w:sz w:val="20"/>
        </w:rPr>
        <w:t>try</w:t>
      </w:r>
      <w:r>
        <w:rPr>
          <w:b w:val="0"/>
          <w:i w:val="0"/>
        </w:rPr>
        <w:t xml:space="preserve"> là đoạn mã có thể gây ra ngoại lệ (exception). Đôi khi bạn sẽ có thêm đoạn mã chỉ nên chạy nếu khối </w:t>
      </w:r>
      <w:r>
        <w:rPr>
          <w:rFonts w:ascii="Consolas" w:hAnsi="Consolas"/>
          <w:b w:val="0"/>
          <w:i w:val="0"/>
          <w:sz w:val="20"/>
        </w:rPr>
        <w:t>try</w:t>
      </w:r>
      <w:r>
        <w:rPr>
          <w:b w:val="0"/>
          <w:i w:val="0"/>
        </w:rPr>
        <w:t xml:space="preserve"> thành công; đoạn mã này nằm trong khối </w:t>
      </w:r>
      <w:r>
        <w:rPr>
          <w:rFonts w:ascii="Consolas" w:hAnsi="Consolas"/>
          <w:b w:val="0"/>
          <w:i w:val="0"/>
          <w:sz w:val="20"/>
        </w:rPr>
        <w:t>else</w:t>
      </w:r>
      <w:r>
        <w:rPr>
          <w:b w:val="0"/>
          <w:i w:val="0"/>
        </w:rPr>
        <w:t xml:space="preserve">. Khối </w:t>
      </w:r>
      <w:r>
        <w:rPr>
          <w:rFonts w:ascii="Consolas" w:hAnsi="Consolas"/>
          <w:b w:val="0"/>
          <w:i w:val="0"/>
          <w:sz w:val="20"/>
        </w:rPr>
        <w:t>except</w:t>
      </w:r>
      <w:r>
        <w:rPr>
          <w:b w:val="0"/>
          <w:i w:val="0"/>
        </w:rPr>
        <w:t xml:space="preserve"> cho Python biết phải làm gì trong trường hợp một ngoại lệ nhất định xuất hiện khi nó cố chạy đoạn mã trong khối </w:t>
      </w:r>
      <w:r>
        <w:rPr>
          <w:rFonts w:ascii="Consolas" w:hAnsi="Consolas"/>
          <w:b w:val="0"/>
          <w:i w:val="0"/>
          <w:sz w:val="20"/>
        </w:rPr>
        <w:t>try</w:t>
      </w:r>
      <w:r>
        <w:rPr>
          <w:b w:val="0"/>
          <w:i w:val="0"/>
        </w:rPr>
        <w:t>.</w:t>
      </w:r>
    </w:p>
    <w:p>
      <w:pPr>
        <w:spacing w:after="80"/>
      </w:pPr>
      <w:r>
        <w:rPr>
          <w:b w:val="0"/>
          <w:i w:val="0"/>
        </w:rPr>
        <w:t>Bằng cách lường trước những nguồn lỗi có khả năng xảy ra, bạn có thể viết những chương trình vững chắc vẫn tiếp tục chạy ngay cả khi gặp dữ liệu không hợp lệ và tài nguyên bị thiếu. Mã của bạn sẽ chống chịu được cả những sai sót vô tình của người dùng lẫn các cuộc tấn công có chủ đích.</w:t>
      </w:r>
    </w:p>
    <w:p>
      <w:pPr>
        <w:pStyle w:val="Heading3"/>
      </w:pPr>
      <w:r>
        <w:rPr>
          <w:rFonts w:ascii="Calibri" w:hAnsi="Calibri"/>
          <w:b/>
          <w:i w:val="0"/>
          <w:sz w:val="27"/>
        </w:rPr>
        <w:t>Xử lý ngoại lệ FileNotFoundError</w:t>
      </w:r>
    </w:p>
    <w:p>
      <w:pPr>
        <w:spacing w:after="80"/>
      </w:pPr>
      <w:r>
        <w:rPr>
          <w:b w:val="0"/>
          <w:i w:val="0"/>
        </w:rPr>
        <w:t xml:space="preserve">Một vấn đề thường gặp khi làm việc với tệp là xử lý tệp bị thiếu. Tệp bạn đang tìm có thể nằm ở vị trí khác, tên tệp có thể bị viết sai, hoặc tệp có thể không tồn tại chút nào. Bạn có thể xử lý tất cả những tình huống này bằng một khối </w:t>
      </w:r>
      <w:r>
        <w:rPr>
          <w:rFonts w:ascii="Consolas" w:hAnsi="Consolas"/>
          <w:b w:val="0"/>
          <w:i w:val="0"/>
          <w:sz w:val="20"/>
        </w:rPr>
        <w:t>try</w:t>
      </w:r>
      <w:r>
        <w:rPr>
          <w:b w:val="0"/>
          <w:i w:val="0"/>
        </w:rPr>
        <w:t>-</w:t>
      </w:r>
      <w:r>
        <w:rPr>
          <w:rFonts w:ascii="Consolas" w:hAnsi="Consolas"/>
          <w:b w:val="0"/>
          <w:i w:val="0"/>
          <w:sz w:val="20"/>
        </w:rPr>
        <w:t>except</w:t>
      </w:r>
      <w:r>
        <w:rPr>
          <w:b w:val="0"/>
          <w:i w:val="0"/>
        </w:rPr>
        <w:t>.</w:t>
      </w:r>
    </w:p>
    <w:p>
      <w:pPr>
        <w:spacing w:after="80"/>
      </w:pPr>
      <w:r>
        <w:rPr>
          <w:b w:val="0"/>
          <w:i w:val="0"/>
        </w:rPr>
        <w:t xml:space="preserve">Hãy thử đọc một tệp không tồn tại. Chương trình sau đây cố đọc nội dung của </w:t>
      </w:r>
      <w:r>
        <w:rPr>
          <w:b w:val="0"/>
          <w:i/>
        </w:rPr>
        <w:t>Alice in Wonderland</w:t>
      </w:r>
      <w:r>
        <w:rPr>
          <w:b w:val="0"/>
          <w:i w:val="0"/>
        </w:rPr>
        <w:t xml:space="preserve">, nhưng tôi chưa lưu tệp </w:t>
      </w:r>
      <w:r>
        <w:rPr>
          <w:b w:val="0"/>
          <w:i/>
        </w:rPr>
        <w:t>alice.txt</w:t>
      </w:r>
      <w:r>
        <w:rPr>
          <w:b w:val="0"/>
          <w:i w:val="0"/>
        </w:rPr>
        <w:t xml:space="preserve"> trong cùng thư mục với </w:t>
      </w:r>
      <w:r>
        <w:rPr>
          <w:b w:val="0"/>
          <w:i/>
        </w:rPr>
        <w:t>alice.py</w:t>
      </w:r>
      <w:r>
        <w:rPr>
          <w:b w:val="0"/>
          <w:i w:val="0"/>
        </w:rPr>
        <w:t>:</w:t>
      </w:r>
    </w:p>
    <w:p>
      <w:pPr>
        <w:spacing w:after="80"/>
      </w:pPr>
      <w:r>
        <w:rPr>
          <w:b w:val="0"/>
          <w:i w:val="0"/>
        </w:rPr>
        <w:t>alice.py</w:t>
      </w:r>
    </w:p>
    <w:p>
      <w:pPr>
        <w:spacing w:after="80"/>
      </w:pPr>
      <w:r>
        <w:rPr>
          <w:b w:val="0"/>
          <w:i w:val="0"/>
        </w:rPr>
        <w:t>from pathlib import Path</w:t>
      </w:r>
      <w:r>
        <w:br/>
      </w:r>
      <w:r>
        <w:br/>
      </w:r>
      <w:r>
        <w:rPr>
          <w:b w:val="0"/>
          <w:i w:val="0"/>
        </w:rPr>
        <w:t>path = Path('alice.txt')</w:t>
      </w:r>
      <w:r>
        <w:br/>
      </w:r>
      <w:r>
        <w:rPr>
          <w:b w:val="0"/>
          <w:i w:val="0"/>
        </w:rPr>
        <w:t>contents = path.read_text(encoding='utf-8')</w:t>
      </w:r>
    </w:p>
    <w:p>
      <w:pPr>
        <w:spacing w:after="80"/>
      </w:pPr>
      <w:r>
        <w:rPr>
          <w:b w:val="0"/>
          <w:i w:val="0"/>
        </w:rPr>
        <w:t xml:space="preserve">Lưu ý rằng ở đây chúng ta dùng </w:t>
      </w:r>
      <w:r>
        <w:rPr>
          <w:rFonts w:ascii="Consolas" w:hAnsi="Consolas"/>
          <w:b w:val="0"/>
          <w:i w:val="0"/>
          <w:sz w:val="20"/>
        </w:rPr>
        <w:t>read_text()</w:t>
      </w:r>
      <w:r>
        <w:rPr>
          <w:b w:val="0"/>
          <w:i w:val="0"/>
        </w:rPr>
        <w:t xml:space="preserve"> theo một cách hơi khác so với những gì bạn đã thấy trước đó. Đối số </w:t>
      </w:r>
      <w:r>
        <w:rPr>
          <w:rFonts w:ascii="Consolas" w:hAnsi="Consolas"/>
          <w:b w:val="0"/>
          <w:i w:val="0"/>
          <w:sz w:val="20"/>
        </w:rPr>
        <w:t>encoding</w:t>
      </w:r>
      <w:r>
        <w:rPr>
          <w:b w:val="0"/>
          <w:i w:val="0"/>
        </w:rPr>
        <w:t xml:space="preserve"> là cần thiết khi mã hóa mặc định của hệ thống bạn không khớp với mã hóa của tệp đang được đọc. Điều này thường xảy ra nhất khi đọc từ một tệp không được tạo trên hệ thống của bạn.</w:t>
      </w:r>
    </w:p>
    <w:p>
      <w:pPr>
        <w:spacing w:after="80"/>
      </w:pPr>
      <w:r>
        <w:rPr>
          <w:b w:val="0"/>
          <w:i w:val="0"/>
        </w:rPr>
        <w:t>Python không thể đọc từ một tệp bị thiếu, nên nó đưa ra một ngoại lệ:</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❶   File "alice.py", line 4, in &lt;module&gt;</w:t>
      </w:r>
    </w:p>
    <w:p>
      <w:pPr>
        <w:spacing w:after="0"/>
        <w:ind w:left="360"/>
        <w:shd w:val="clear" w:color="auto" w:fill="F2F2F2"/>
      </w:pPr>
      <w:r>
        <w:rPr>
          <w:rFonts w:ascii="Consolas" w:hAnsi="Consolas"/>
          <w:b w:val="0"/>
          <w:i w:val="0"/>
          <w:sz w:val="18"/>
        </w:rPr>
        <w:t>❷     contents = path.read_text(encoding='utf-8')</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File "/.../pathlib.py", line 1056, in read_text</w:t>
      </w:r>
    </w:p>
    <w:p>
      <w:pPr>
        <w:spacing w:after="0"/>
        <w:ind w:left="360"/>
        <w:shd w:val="clear" w:color="auto" w:fill="F2F2F2"/>
      </w:pPr>
      <w:r>
        <w:rPr>
          <w:rFonts w:ascii="Consolas" w:hAnsi="Consolas"/>
          <w:b w:val="0"/>
          <w:i w:val="0"/>
          <w:sz w:val="18"/>
        </w:rPr>
        <w:t xml:space="preserve">    with self.open(mode='r', encoding=encoding, errors=errors) as f:</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File "/.../pathlib.py", line 1042, in open</w:t>
      </w:r>
    </w:p>
    <w:p>
      <w:pPr>
        <w:spacing w:after="0"/>
        <w:ind w:left="360"/>
        <w:shd w:val="clear" w:color="auto" w:fill="F2F2F2"/>
      </w:pPr>
      <w:r>
        <w:rPr>
          <w:rFonts w:ascii="Consolas" w:hAnsi="Consolas"/>
          <w:b w:val="0"/>
          <w:i w:val="0"/>
          <w:sz w:val="18"/>
        </w:rPr>
        <w:t xml:space="preserve">    return io.open(self, mode, buffering, encoding, errors, newline)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❸ FileNotFoundError: [Errno 2] No such file or directory: 'alice.txt'</w:t>
      </w:r>
    </w:p>
    <w:p>
      <w:pPr>
        <w:spacing w:after="40"/>
      </w:pPr>
    </w:p>
    <w:p>
      <w:pPr>
        <w:spacing w:after="80"/>
      </w:pPr>
      <w:r>
        <w:rPr>
          <w:b w:val="0"/>
          <w:i w:val="0"/>
        </w:rPr>
        <w:t xml:space="preserve">Đây là một traceback dài hơn những cái chúng ta đã gặp trước đây, nên hãy cùng xem cách bạn có thể hiểu được những traceback phức tạp hơn. Thường thì tốt nhất là bắt đầu từ cuối traceback. Ở dòng cuối cùng, chúng ta có thể thấy rằng một ngoại lệ </w:t>
      </w:r>
      <w:r>
        <w:rPr>
          <w:rFonts w:ascii="Consolas" w:hAnsi="Consolas"/>
          <w:b w:val="0"/>
          <w:i w:val="0"/>
          <w:sz w:val="20"/>
        </w:rPr>
        <w:t>FileNotFoundError</w:t>
      </w:r>
      <w:r>
        <w:rPr>
          <w:b w:val="0"/>
          <w:i w:val="0"/>
        </w:rPr>
        <w:t xml:space="preserve"> đã được ném ra ❸. Điều này quan trọng vì nó cho chúng ta biết nên dùng loại ngoại lệ nào trong khối </w:t>
      </w:r>
      <w:r>
        <w:rPr>
          <w:rFonts w:ascii="Consolas" w:hAnsi="Consolas"/>
          <w:b w:val="0"/>
          <w:i w:val="0"/>
          <w:sz w:val="20"/>
        </w:rPr>
        <w:t>except</w:t>
      </w:r>
      <w:r>
        <w:rPr>
          <w:b w:val="0"/>
          <w:i w:val="0"/>
        </w:rPr>
        <w:t xml:space="preserve"> mà chúng ta sẽ viết.</w:t>
      </w:r>
    </w:p>
    <w:p>
      <w:pPr>
        <w:spacing w:after="80"/>
      </w:pPr>
      <w:r>
        <w:rPr>
          <w:b w:val="0"/>
          <w:i w:val="0"/>
        </w:rPr>
        <w:t xml:space="preserve">Nhìn lại gần đầu traceback ❶, chúng ta có thể thấy rằng lỗi xảy ra ở dòng 4 trong file </w:t>
      </w:r>
      <w:r>
        <w:rPr>
          <w:b w:val="0"/>
          <w:i/>
        </w:rPr>
        <w:t>alice.py</w:t>
      </w:r>
      <w:r>
        <w:rPr>
          <w:b w:val="0"/>
          <w:i w:val="0"/>
        </w:rPr>
        <w:t>. Dòng tiếp theo hiển thị dòng code đã gây ra lỗi ❷. Phần còn lại của traceback hiển thị một số code từ các thư viện liên quan đến việc mở và đọc file. Bạn thường không cần phải đọc hết hoặc hiểu tất cả những dòng này trong một traceback.</w:t>
      </w:r>
    </w:p>
    <w:p>
      <w:pPr>
        <w:spacing w:after="80"/>
      </w:pPr>
      <w:r>
        <w:rPr>
          <w:b w:val="0"/>
          <w:i w:val="0"/>
        </w:rPr>
        <w:t xml:space="preserve">Để xử lý lỗi đang được ném ra, khối </w:t>
      </w:r>
      <w:r>
        <w:rPr>
          <w:rFonts w:ascii="Consolas" w:hAnsi="Consolas"/>
          <w:b w:val="0"/>
          <w:i w:val="0"/>
          <w:sz w:val="20"/>
        </w:rPr>
        <w:t>try</w:t>
      </w:r>
      <w:r>
        <w:rPr>
          <w:b w:val="0"/>
          <w:i w:val="0"/>
        </w:rPr>
        <w:t xml:space="preserve"> sẽ bắt đầu bằng dòng đã được xác định là có vấn đề trong traceback. Trong ví dụ của chúng ta, đó là dòng chứa </w:t>
      </w:r>
      <w:r>
        <w:rPr>
          <w:rFonts w:ascii="Consolas" w:hAnsi="Consolas"/>
          <w:b w:val="0"/>
          <w:i w:val="0"/>
          <w:sz w:val="20"/>
        </w:rPr>
        <w:t>read_text()</w:t>
      </w:r>
      <w:r>
        <w:rPr>
          <w:b w:val="0"/>
          <w:i w:val="0"/>
        </w:rPr>
        <w:t>:</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Path('alice.txt')</w:t>
      </w:r>
    </w:p>
    <w:p>
      <w:pPr>
        <w:spacing w:after="0"/>
        <w:ind w:left="360"/>
        <w:shd w:val="clear" w:color="auto" w:fill="F2F2F2"/>
      </w:pPr>
      <w:r>
        <w:rPr>
          <w:rFonts w:ascii="Consolas" w:hAnsi="Consolas"/>
          <w:b w:val="0"/>
          <w:i w:val="0"/>
          <w:sz w:val="18"/>
        </w:rPr>
        <w:t>try:</w:t>
      </w:r>
    </w:p>
    <w:p>
      <w:pPr>
        <w:spacing w:after="0"/>
        <w:ind w:left="360"/>
        <w:shd w:val="clear" w:color="auto" w:fill="F2F2F2"/>
      </w:pPr>
      <w:r>
        <w:rPr>
          <w:rFonts w:ascii="Consolas" w:hAnsi="Consolas"/>
          <w:b w:val="0"/>
          <w:i w:val="0"/>
          <w:sz w:val="18"/>
        </w:rPr>
        <w:t xml:space="preserve">    contents = path.read_text(encoding='utf-8')</w:t>
      </w:r>
    </w:p>
    <w:p>
      <w:pPr>
        <w:spacing w:after="0"/>
        <w:ind w:left="360"/>
        <w:shd w:val="clear" w:color="auto" w:fill="F2F2F2"/>
      </w:pPr>
      <w:r>
        <w:rPr>
          <w:rFonts w:ascii="Consolas" w:hAnsi="Consolas"/>
          <w:b w:val="0"/>
          <w:i w:val="0"/>
          <w:sz w:val="18"/>
        </w:rPr>
        <w:t>❶ except FileNotFoundError:</w:t>
      </w:r>
    </w:p>
    <w:p>
      <w:pPr>
        <w:spacing w:after="0"/>
        <w:ind w:left="360"/>
        <w:shd w:val="clear" w:color="auto" w:fill="F2F2F2"/>
      </w:pPr>
      <w:r>
        <w:rPr>
          <w:rFonts w:ascii="Consolas" w:hAnsi="Consolas"/>
          <w:b w:val="0"/>
          <w:i w:val="0"/>
          <w:sz w:val="18"/>
        </w:rPr>
        <w:t xml:space="preserve">    print(f"Sorry, the file {path} does not exist.")</w:t>
      </w:r>
    </w:p>
    <w:p>
      <w:pPr>
        <w:spacing w:after="40"/>
      </w:pPr>
    </w:p>
    <w:p>
      <w:pPr>
        <w:spacing w:after="80"/>
      </w:pPr>
      <w:r>
        <w:rPr>
          <w:b w:val="0"/>
          <w:i w:val="0"/>
        </w:rPr>
        <w:t xml:space="preserve">Trong ví dụ này, code trong khối </w:t>
      </w:r>
      <w:r>
        <w:rPr>
          <w:rFonts w:ascii="Consolas" w:hAnsi="Consolas"/>
          <w:b w:val="0"/>
          <w:i w:val="0"/>
          <w:sz w:val="20"/>
        </w:rPr>
        <w:t>try</w:t>
      </w:r>
      <w:r>
        <w:rPr>
          <w:b w:val="0"/>
          <w:i w:val="0"/>
        </w:rPr>
        <w:t xml:space="preserve"> tạo ra một </w:t>
      </w:r>
      <w:r>
        <w:rPr>
          <w:rFonts w:ascii="Consolas" w:hAnsi="Consolas"/>
          <w:b w:val="0"/>
          <w:i w:val="0"/>
          <w:sz w:val="20"/>
        </w:rPr>
        <w:t>FileNotFoundError</w:t>
      </w:r>
      <w:r>
        <w:rPr>
          <w:b w:val="0"/>
          <w:i w:val="0"/>
        </w:rPr>
        <w:t xml:space="preserve">, nên chúng ta viết một khối </w:t>
      </w:r>
      <w:r>
        <w:rPr>
          <w:rFonts w:ascii="Consolas" w:hAnsi="Consolas"/>
          <w:b w:val="0"/>
          <w:i w:val="0"/>
          <w:sz w:val="20"/>
        </w:rPr>
        <w:t>except</w:t>
      </w:r>
      <w:r>
        <w:rPr>
          <w:b w:val="0"/>
          <w:i w:val="0"/>
        </w:rPr>
        <w:t xml:space="preserve"> khớp với lỗi đó ❶. Python sau đó sẽ chạy code trong khối đó khi không tìm thấy file, và kết quả là một thông báo lỗi thân thiện thay vì một traceback:</w:t>
      </w:r>
    </w:p>
    <w:p>
      <w:pPr>
        <w:spacing w:after="80"/>
      </w:pPr>
      <w:r>
        <w:rPr>
          <w:b w:val="0"/>
          <w:i w:val="0"/>
        </w:rPr>
        <w:t>Xin lỗi, file alice.txt không tồn tại.</w:t>
      </w:r>
    </w:p>
    <w:p>
      <w:pPr>
        <w:spacing w:after="80"/>
      </w:pPr>
      <w:r>
        <w:rPr>
          <w:b w:val="0"/>
          <w:i w:val="0"/>
        </w:rPr>
        <w:t>Chương trình không còn gì để làm nếu file không tồn tại, nên đây là tất cả những gì chúng ta thấy ở đầu ra. Hãy xây dựng tiếp trên ví dụ này và xem cách xử lý ngoại lệ có thể giúp ích như thế nào khi bạn làm việc với nhiều hơn một file.</w:t>
      </w:r>
    </w:p>
    <w:p>
      <w:pPr>
        <w:pStyle w:val="Heading3"/>
      </w:pPr>
      <w:r>
        <w:rPr>
          <w:rFonts w:ascii="Calibri" w:hAnsi="Calibri"/>
          <w:b/>
          <w:i w:val="0"/>
          <w:sz w:val="27"/>
        </w:rPr>
        <w:t>Phân tích văn bản</w:t>
      </w:r>
    </w:p>
    <w:p>
      <w:pPr>
        <w:spacing w:after="80"/>
      </w:pPr>
      <w:r>
        <w:rPr>
          <w:b w:val="0"/>
          <w:i w:val="0"/>
        </w:rPr>
        <w:t>Bạn có thể phân tích các file văn bản chứa cả một cuốn sách. Nhiều tác phẩm văn học kinh điển được cung cấp dưới dạng file văn bản đơn giản vì chúng thuộc phạm vi công cộng. Các văn bản được dùng trong phần này đến từ Project Gutenberg (https://gutenberg.org). Project Gutenberg duy trì một bộ sưu tập các tác phẩm văn học thuộc phạm vi công cộng, và đây là một nguồn tài nguyên tuyệt vời nếu bạn quan tâm đến việc làm việc với các văn bản văn học trong các dự án lập trình của mình.</w:t>
      </w:r>
    </w:p>
    <w:p>
      <w:pPr>
        <w:spacing w:after="80"/>
      </w:pPr>
      <w:r>
        <w:rPr>
          <w:b w:val="0"/>
          <w:i w:val="0"/>
        </w:rPr>
        <w:t xml:space="preserve">Hãy lấy văn bản của </w:t>
      </w:r>
      <w:r>
        <w:rPr>
          <w:b w:val="0"/>
          <w:i/>
        </w:rPr>
        <w:t>Alice in Wonderland</w:t>
      </w:r>
      <w:r>
        <w:rPr>
          <w:b w:val="0"/>
          <w:i w:val="0"/>
        </w:rPr>
        <w:t xml:space="preserve"> và thử đếm số lượng từ trong văn bản. Để làm điều này, chúng ta sẽ dùng phương thức chuỗi </w:t>
      </w:r>
      <w:r>
        <w:rPr>
          <w:rFonts w:ascii="Consolas" w:hAnsi="Consolas"/>
          <w:b w:val="0"/>
          <w:i w:val="0"/>
          <w:sz w:val="20"/>
        </w:rPr>
        <w:t>split()</w:t>
      </w:r>
      <w:r>
        <w:rPr>
          <w:b w:val="0"/>
          <w:i w:val="0"/>
        </w:rPr>
        <w:t>, theo mặc định sẽ tách một chuỗi tại bất kỳ chỗ nào nó tìm thấy khoảng trắng:</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Path('alice.txt')</w:t>
      </w:r>
    </w:p>
    <w:p>
      <w:pPr>
        <w:spacing w:after="0"/>
        <w:ind w:left="360"/>
        <w:shd w:val="clear" w:color="auto" w:fill="F2F2F2"/>
      </w:pPr>
      <w:r>
        <w:rPr>
          <w:rFonts w:ascii="Consolas" w:hAnsi="Consolas"/>
          <w:b w:val="0"/>
          <w:i w:val="0"/>
          <w:sz w:val="18"/>
        </w:rPr>
        <w:t>try:</w:t>
      </w:r>
    </w:p>
    <w:p>
      <w:pPr>
        <w:spacing w:after="0"/>
        <w:ind w:left="360"/>
        <w:shd w:val="clear" w:color="auto" w:fill="F2F2F2"/>
      </w:pPr>
      <w:r>
        <w:rPr>
          <w:rFonts w:ascii="Consolas" w:hAnsi="Consolas"/>
          <w:b w:val="0"/>
          <w:i w:val="0"/>
          <w:sz w:val="18"/>
        </w:rPr>
        <w:t xml:space="preserve">    contents = path.read_text(encoding='utf-8')</w:t>
      </w:r>
    </w:p>
    <w:p>
      <w:pPr>
        <w:spacing w:after="0"/>
        <w:ind w:left="360"/>
        <w:shd w:val="clear" w:color="auto" w:fill="F2F2F2"/>
      </w:pPr>
      <w:r>
        <w:rPr>
          <w:rFonts w:ascii="Consolas" w:hAnsi="Consolas"/>
          <w:b w:val="0"/>
          <w:i w:val="0"/>
          <w:sz w:val="18"/>
        </w:rPr>
        <w:t>except FileNotFoundError:</w:t>
      </w:r>
    </w:p>
    <w:p>
      <w:pPr>
        <w:spacing w:after="0"/>
        <w:ind w:left="360"/>
        <w:shd w:val="clear" w:color="auto" w:fill="F2F2F2"/>
      </w:pPr>
      <w:r>
        <w:rPr>
          <w:rFonts w:ascii="Consolas" w:hAnsi="Consolas"/>
          <w:b w:val="0"/>
          <w:i w:val="0"/>
          <w:sz w:val="18"/>
        </w:rPr>
        <w:t xml:space="preserve">    print(f"Sorry, the file {path} does not exist.")</w:t>
      </w:r>
    </w:p>
    <w:p>
      <w:pPr>
        <w:spacing w:after="0"/>
        <w:ind w:left="360"/>
        <w:shd w:val="clear" w:color="auto" w:fill="F2F2F2"/>
      </w:pPr>
      <w:r>
        <w:rPr>
          <w:rFonts w:ascii="Consolas" w:hAnsi="Consolas"/>
          <w:b w:val="0"/>
          <w:i w:val="0"/>
          <w:sz w:val="18"/>
        </w:rPr>
        <w:t>else:</w:t>
      </w:r>
    </w:p>
    <w:p>
      <w:pPr>
        <w:spacing w:after="0"/>
        <w:ind w:left="360"/>
        <w:shd w:val="clear" w:color="auto" w:fill="F2F2F2"/>
      </w:pPr>
      <w:r>
        <w:rPr>
          <w:rFonts w:ascii="Consolas" w:hAnsi="Consolas"/>
          <w:b w:val="0"/>
          <w:i w:val="0"/>
          <w:sz w:val="18"/>
        </w:rPr>
        <w:t xml:space="preserve">    # Count the approximate number of words in the file:</w:t>
      </w:r>
    </w:p>
    <w:p>
      <w:pPr>
        <w:spacing w:after="0"/>
        <w:ind w:left="360"/>
        <w:shd w:val="clear" w:color="auto" w:fill="F2F2F2"/>
      </w:pPr>
      <w:r>
        <w:rPr>
          <w:rFonts w:ascii="Consolas" w:hAnsi="Consolas"/>
          <w:b w:val="0"/>
          <w:i w:val="0"/>
          <w:sz w:val="18"/>
        </w:rPr>
        <w:t>❶     words = contents.split()</w:t>
      </w:r>
    </w:p>
    <w:p>
      <w:pPr>
        <w:spacing w:after="0"/>
        <w:ind w:left="360"/>
        <w:shd w:val="clear" w:color="auto" w:fill="F2F2F2"/>
      </w:pPr>
      <w:r>
        <w:rPr>
          <w:rFonts w:ascii="Consolas" w:hAnsi="Consolas"/>
          <w:b w:val="0"/>
          <w:i w:val="0"/>
          <w:sz w:val="18"/>
        </w:rPr>
        <w:t>❷     num_words = len(words)</w:t>
      </w:r>
    </w:p>
    <w:p>
      <w:pPr>
        <w:spacing w:after="0"/>
        <w:ind w:left="360"/>
        <w:shd w:val="clear" w:color="auto" w:fill="F2F2F2"/>
      </w:pPr>
      <w:r>
        <w:rPr>
          <w:rFonts w:ascii="Consolas" w:hAnsi="Consolas"/>
          <w:b w:val="0"/>
          <w:i w:val="0"/>
          <w:sz w:val="18"/>
        </w:rPr>
        <w:t xml:space="preserve">    print(f"The file {path} has about {num_words} words.")</w:t>
      </w:r>
    </w:p>
    <w:p>
      <w:pPr>
        <w:spacing w:after="40"/>
      </w:pPr>
    </w:p>
    <w:p>
      <w:pPr>
        <w:spacing w:after="80"/>
      </w:pPr>
      <w:r>
        <w:rPr>
          <w:b w:val="0"/>
          <w:i w:val="0"/>
        </w:rPr>
        <w:t xml:space="preserve">Tôi đã chuyển file </w:t>
      </w:r>
      <w:r>
        <w:rPr>
          <w:b w:val="0"/>
          <w:i/>
        </w:rPr>
        <w:t>alice.txt</w:t>
      </w:r>
      <w:r>
        <w:rPr>
          <w:b w:val="0"/>
          <w:i w:val="0"/>
        </w:rPr>
        <w:t xml:space="preserve"> đến đúng thư mục, nên lần này khối </w:t>
      </w:r>
      <w:r>
        <w:rPr>
          <w:rFonts w:ascii="Consolas" w:hAnsi="Consolas"/>
          <w:b w:val="0"/>
          <w:i w:val="0"/>
          <w:sz w:val="20"/>
        </w:rPr>
        <w:t>try</w:t>
      </w:r>
      <w:r>
        <w:rPr>
          <w:b w:val="0"/>
          <w:i w:val="0"/>
        </w:rPr>
        <w:t xml:space="preserve"> sẽ hoạt động. Chúng ta lấy chuỗi </w:t>
      </w:r>
      <w:r>
        <w:rPr>
          <w:rFonts w:ascii="Consolas" w:hAnsi="Consolas"/>
          <w:b w:val="0"/>
          <w:i w:val="0"/>
          <w:sz w:val="20"/>
        </w:rPr>
        <w:t>contents</w:t>
      </w:r>
      <w:r>
        <w:rPr>
          <w:b w:val="0"/>
          <w:i w:val="0"/>
        </w:rPr>
        <w:t xml:space="preserve">, hiện chứa toàn bộ văn bản của </w:t>
      </w:r>
      <w:r>
        <w:rPr>
          <w:b w:val="0"/>
          <w:i/>
        </w:rPr>
        <w:t>Alice in Wonderland</w:t>
      </w:r>
      <w:r>
        <w:rPr>
          <w:b w:val="0"/>
          <w:i w:val="0"/>
        </w:rPr>
        <w:t xml:space="preserve"> dưới dạng một chuỗi dài, và dùng </w:t>
      </w:r>
      <w:r>
        <w:rPr>
          <w:rFonts w:ascii="Consolas" w:hAnsi="Consolas"/>
          <w:b w:val="0"/>
          <w:i w:val="0"/>
          <w:sz w:val="20"/>
        </w:rPr>
        <w:t>split()</w:t>
      </w:r>
      <w:r>
        <w:rPr>
          <w:b w:val="0"/>
          <w:i w:val="0"/>
        </w:rPr>
        <w:t xml:space="preserve"> để tạo ra một danh sách tất cả các từ trong cuốn sách ❶. Dùng </w:t>
      </w:r>
      <w:r>
        <w:rPr>
          <w:rFonts w:ascii="Consolas" w:hAnsi="Consolas"/>
          <w:b w:val="0"/>
          <w:i w:val="0"/>
          <w:sz w:val="20"/>
        </w:rPr>
        <w:t>len()</w:t>
      </w:r>
      <w:r>
        <w:rPr>
          <w:b w:val="0"/>
          <w:i w:val="0"/>
        </w:rPr>
        <w:t xml:space="preserve"> trên danh sách này ❷ cho chúng ta một ước lượng khá tốt về số lượng từ trong văn bản gốc. Cuối cùng, chúng ta in một câu thông báo cho biết có bao nhiêu từ được tìm thấy trong file. Code này được đặt trong khối </w:t>
      </w:r>
      <w:r>
        <w:rPr>
          <w:rFonts w:ascii="Consolas" w:hAnsi="Consolas"/>
          <w:b w:val="0"/>
          <w:i w:val="0"/>
          <w:sz w:val="20"/>
        </w:rPr>
        <w:t>else</w:t>
      </w:r>
      <w:r>
        <w:rPr>
          <w:b w:val="0"/>
          <w:i w:val="0"/>
        </w:rPr>
        <w:t xml:space="preserve"> vì nó chỉ hoạt động nếu code trong khối </w:t>
      </w:r>
      <w:r>
        <w:rPr>
          <w:rFonts w:ascii="Consolas" w:hAnsi="Consolas"/>
          <w:b w:val="0"/>
          <w:i w:val="0"/>
          <w:sz w:val="20"/>
        </w:rPr>
        <w:t>try</w:t>
      </w:r>
      <w:r>
        <w:rPr>
          <w:b w:val="0"/>
          <w:i w:val="0"/>
        </w:rPr>
        <w:t xml:space="preserve"> đã được thực thi thành công.</w:t>
      </w:r>
    </w:p>
    <w:p>
      <w:pPr>
        <w:spacing w:after="80"/>
      </w:pPr>
      <w:r>
        <w:rPr>
          <w:b w:val="0"/>
          <w:i w:val="0"/>
        </w:rPr>
        <w:t xml:space="preserve">Đầu ra cho chúng ta biết có bao nhiêu từ trong </w:t>
      </w:r>
      <w:r>
        <w:rPr>
          <w:b w:val="0"/>
          <w:i/>
        </w:rPr>
        <w:t>alice.txt</w:t>
      </w:r>
      <w:r>
        <w:rPr>
          <w:b w:val="0"/>
          <w:i w:val="0"/>
        </w:rPr>
        <w:t>:</w:t>
      </w:r>
    </w:p>
    <w:p>
      <w:pPr>
        <w:spacing w:after="80"/>
      </w:pPr>
      <w:r>
        <w:rPr>
          <w:b w:val="0"/>
          <w:i w:val="0"/>
        </w:rPr>
        <w:t>File alice.txt có khoảng 29594 từ.</w:t>
      </w:r>
    </w:p>
    <w:p>
      <w:pPr>
        <w:spacing w:after="80"/>
      </w:pPr>
      <w:r>
        <w:rPr>
          <w:b w:val="0"/>
          <w:i w:val="0"/>
        </w:rPr>
        <w:t xml:space="preserve">Con số này hơi cao một chút vì có thêm thông tin do nhà xuất bản cung cấp trong file văn bản được dùng ở đây, nhưng nó là một ước lượng tốt về độ dài của </w:t>
      </w:r>
      <w:r>
        <w:rPr>
          <w:b w:val="0"/>
          <w:i/>
        </w:rPr>
        <w:t>Alice in Wonderland</w:t>
      </w:r>
      <w:r>
        <w:rPr>
          <w:b w:val="0"/>
          <w:i w:val="0"/>
        </w:rPr>
        <w:t>.</w:t>
      </w:r>
    </w:p>
    <w:p>
      <w:pPr>
        <w:pStyle w:val="Heading3"/>
      </w:pPr>
      <w:r>
        <w:rPr>
          <w:rFonts w:ascii="Calibri" w:hAnsi="Calibri"/>
          <w:b/>
          <w:i w:val="0"/>
          <w:sz w:val="27"/>
        </w:rPr>
        <w:t>Làm việc với nhiều file</w:t>
      </w:r>
    </w:p>
    <w:p>
      <w:pPr>
        <w:spacing w:after="80"/>
      </w:pPr>
      <w:r>
        <w:rPr>
          <w:b w:val="0"/>
          <w:i w:val="0"/>
        </w:rPr>
        <w:t xml:space="preserve">Hãy thêm nhiều sách hơn để phân tích, nhưng trước khi làm điều đó, hãy chuyển phần lớn chương trình này vào một hàm gọi là </w:t>
      </w:r>
      <w:r>
        <w:rPr>
          <w:rFonts w:ascii="Consolas" w:hAnsi="Consolas"/>
          <w:b w:val="0"/>
          <w:i w:val="0"/>
          <w:sz w:val="20"/>
        </w:rPr>
        <w:t>count_words()</w:t>
      </w:r>
      <w:r>
        <w:rPr>
          <w:b w:val="0"/>
          <w:i w:val="0"/>
        </w:rPr>
        <w:t>. Điều này sẽ giúp việc chạy phân tích cho nhiều sách trở nên dễ dàng hơn:</w:t>
      </w:r>
    </w:p>
    <w:p>
      <w:pPr>
        <w:spacing w:after="80"/>
      </w:pPr>
      <w:r>
        <w:rPr>
          <w:b w:val="0"/>
          <w:i w:val="0"/>
        </w:rPr>
        <w:t>word_count.py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count_words(path):</w:t>
      </w:r>
    </w:p>
    <w:p>
      <w:pPr>
        <w:spacing w:after="0"/>
        <w:ind w:left="360"/>
        <w:shd w:val="clear" w:color="auto" w:fill="F2F2F2"/>
      </w:pPr>
      <w:r>
        <w:rPr>
          <w:rFonts w:ascii="Consolas" w:hAnsi="Consolas"/>
          <w:b w:val="0"/>
          <w:i w:val="0"/>
          <w:sz w:val="18"/>
        </w:rPr>
        <w:t>❶     """Count the approximate number of words in a file."""</w:t>
      </w:r>
    </w:p>
    <w:p>
      <w:pPr>
        <w:spacing w:after="0"/>
        <w:ind w:left="360"/>
        <w:shd w:val="clear" w:color="auto" w:fill="F2F2F2"/>
      </w:pPr>
      <w:r>
        <w:rPr>
          <w:rFonts w:ascii="Consolas" w:hAnsi="Consolas"/>
          <w:b w:val="0"/>
          <w:i w:val="0"/>
          <w:sz w:val="18"/>
        </w:rPr>
        <w:t xml:space="preserve">    try:</w:t>
      </w:r>
    </w:p>
    <w:p>
      <w:pPr>
        <w:spacing w:after="0"/>
        <w:ind w:left="360"/>
        <w:shd w:val="clear" w:color="auto" w:fill="F2F2F2"/>
      </w:pPr>
      <w:r>
        <w:rPr>
          <w:rFonts w:ascii="Consolas" w:hAnsi="Consolas"/>
          <w:b w:val="0"/>
          <w:i w:val="0"/>
          <w:sz w:val="18"/>
        </w:rPr>
        <w:t xml:space="preserve">        contents = path.read_text(encoding='utf-8')</w:t>
      </w:r>
    </w:p>
    <w:p>
      <w:pPr>
        <w:spacing w:after="0"/>
        <w:ind w:left="360"/>
        <w:shd w:val="clear" w:color="auto" w:fill="F2F2F2"/>
      </w:pPr>
      <w:r>
        <w:rPr>
          <w:rFonts w:ascii="Consolas" w:hAnsi="Consolas"/>
          <w:b w:val="0"/>
          <w:i w:val="0"/>
          <w:sz w:val="18"/>
        </w:rPr>
        <w:t xml:space="preserve">    except FileNotFoundError:</w:t>
      </w:r>
    </w:p>
    <w:p>
      <w:pPr>
        <w:spacing w:after="0"/>
        <w:ind w:left="360"/>
        <w:shd w:val="clear" w:color="auto" w:fill="F2F2F2"/>
      </w:pPr>
      <w:r>
        <w:rPr>
          <w:rFonts w:ascii="Consolas" w:hAnsi="Consolas"/>
          <w:b w:val="0"/>
          <w:i w:val="0"/>
          <w:sz w:val="18"/>
        </w:rPr>
        <w:t xml:space="preserve">        print(f"Sorry, the file {path} does not exist.")</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Count the approximate number of words in the file:</w:t>
      </w:r>
    </w:p>
    <w:p>
      <w:pPr>
        <w:spacing w:after="0"/>
        <w:ind w:left="360"/>
        <w:shd w:val="clear" w:color="auto" w:fill="F2F2F2"/>
      </w:pPr>
      <w:r>
        <w:rPr>
          <w:rFonts w:ascii="Consolas" w:hAnsi="Consolas"/>
          <w:b w:val="0"/>
          <w:i w:val="0"/>
          <w:sz w:val="18"/>
        </w:rPr>
        <w:t xml:space="preserve">        words = contents.split()</w:t>
      </w:r>
    </w:p>
    <w:p>
      <w:pPr>
        <w:spacing w:after="0"/>
        <w:ind w:left="360"/>
        <w:shd w:val="clear" w:color="auto" w:fill="F2F2F2"/>
      </w:pPr>
      <w:r>
        <w:rPr>
          <w:rFonts w:ascii="Consolas" w:hAnsi="Consolas"/>
          <w:b w:val="0"/>
          <w:i w:val="0"/>
          <w:sz w:val="18"/>
        </w:rPr>
        <w:t xml:space="preserve">        num_words = len(words)</w:t>
      </w:r>
    </w:p>
    <w:p>
      <w:pPr>
        <w:spacing w:after="0"/>
        <w:ind w:left="360"/>
        <w:shd w:val="clear" w:color="auto" w:fill="F2F2F2"/>
      </w:pPr>
      <w:r>
        <w:rPr>
          <w:rFonts w:ascii="Consolas" w:hAnsi="Consolas"/>
          <w:b w:val="0"/>
          <w:i w:val="0"/>
          <w:sz w:val="18"/>
        </w:rPr>
        <w:t xml:space="preserve">        print(f"The file {path} has about {num_words} words.")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Path('alice.txt')</w:t>
      </w:r>
    </w:p>
    <w:p>
      <w:pPr>
        <w:spacing w:after="0"/>
        <w:ind w:left="360"/>
        <w:shd w:val="clear" w:color="auto" w:fill="F2F2F2"/>
      </w:pPr>
      <w:r>
        <w:rPr>
          <w:rFonts w:ascii="Consolas" w:hAnsi="Consolas"/>
          <w:b w:val="0"/>
          <w:i w:val="0"/>
          <w:sz w:val="18"/>
        </w:rPr>
        <w:t>count_words(path)</w:t>
      </w:r>
    </w:p>
    <w:p>
      <w:pPr>
        <w:spacing w:after="40"/>
      </w:pPr>
    </w:p>
    <w:p>
      <w:pPr>
        <w:spacing w:after="80"/>
      </w:pPr>
      <w:r>
        <w:rPr>
          <w:b w:val="0"/>
          <w:i w:val="0"/>
        </w:rPr>
        <w:t xml:space="preserve">Hầu hết đoạn mã này không thay đổi. Nó chỉ được thụt lề và chuyển vào thân của hàm </w:t>
      </w:r>
      <w:r>
        <w:rPr>
          <w:rFonts w:ascii="Consolas" w:hAnsi="Consolas"/>
          <w:b w:val="0"/>
          <w:i w:val="0"/>
          <w:sz w:val="20"/>
        </w:rPr>
        <w:t>count_words()</w:t>
      </w:r>
      <w:r>
        <w:rPr>
          <w:b w:val="0"/>
          <w:i w:val="0"/>
        </w:rPr>
        <w:t>. Giữ chú thích luôn cập nhật khi bạn sửa đổi chương trình là một thói quen tốt, nên chú thích cũng đã được đổi thành docstring và diễn đạt lại một chút ❶.</w:t>
      </w:r>
    </w:p>
    <w:p>
      <w:pPr>
        <w:spacing w:after="80"/>
      </w:pPr>
      <w:r>
        <w:rPr>
          <w:b w:val="0"/>
          <w:i w:val="0"/>
        </w:rPr>
        <w:t xml:space="preserve">Giờ chúng ta có thể viết một vòng lặp ngắn để đếm số từ trong bất kỳ văn bản nào mà mình muốn phân tích. Chúng ta làm điều này bằng cách lưu tên các tệp muốn phân tích vào một danh sách, rồi gọi </w:t>
      </w:r>
      <w:r>
        <w:rPr>
          <w:rFonts w:ascii="Consolas" w:hAnsi="Consolas"/>
          <w:b w:val="0"/>
          <w:i w:val="0"/>
          <w:sz w:val="20"/>
        </w:rPr>
        <w:t>count_words()</w:t>
      </w:r>
      <w:r>
        <w:rPr>
          <w:b w:val="0"/>
          <w:i w:val="0"/>
        </w:rPr>
        <w:t xml:space="preserve"> cho từng tệp trong danh sách. Chúng ta sẽ thử đếm số từ cho </w:t>
      </w:r>
      <w:r>
        <w:rPr>
          <w:b w:val="0"/>
          <w:i/>
        </w:rPr>
        <w:t>Alice in Wonderland</w:t>
      </w:r>
      <w:r>
        <w:rPr>
          <w:b w:val="0"/>
          <w:i w:val="0"/>
        </w:rPr>
        <w:t xml:space="preserve">, </w:t>
      </w:r>
      <w:r>
        <w:rPr>
          <w:b w:val="0"/>
          <w:i/>
        </w:rPr>
        <w:t>Siddhartha</w:t>
      </w:r>
      <w:r>
        <w:rPr>
          <w:b w:val="0"/>
          <w:i w:val="0"/>
        </w:rPr>
        <w:t xml:space="preserve">, </w:t>
      </w:r>
      <w:r>
        <w:rPr>
          <w:b w:val="0"/>
          <w:i/>
        </w:rPr>
        <w:t>Moby Dick</w:t>
      </w:r>
      <w:r>
        <w:rPr>
          <w:b w:val="0"/>
          <w:i w:val="0"/>
        </w:rPr>
        <w:t xml:space="preserve"> và </w:t>
      </w:r>
      <w:r>
        <w:rPr>
          <w:b w:val="0"/>
          <w:i/>
        </w:rPr>
        <w:t>Little Women</w:t>
      </w:r>
      <w:r>
        <w:rPr>
          <w:b w:val="0"/>
          <w:i w:val="0"/>
        </w:rPr>
        <w:t xml:space="preserve">, tất cả đều có sẵn trong phạm vi công cộng. Tôi đã cố tình để </w:t>
      </w:r>
      <w:r>
        <w:rPr>
          <w:b w:val="0"/>
          <w:i/>
        </w:rPr>
        <w:t>siddhartha.txt</w:t>
      </w:r>
      <w:r>
        <w:rPr>
          <w:b w:val="0"/>
          <w:i w:val="0"/>
        </w:rPr>
        <w:t xml:space="preserve"> ra khỏi thư mục chứa </w:t>
      </w:r>
      <w:r>
        <w:rPr>
          <w:b w:val="0"/>
          <w:i/>
        </w:rPr>
        <w:t>word_count.py</w:t>
      </w:r>
      <w:r>
        <w:rPr>
          <w:b w:val="0"/>
          <w:i w:val="0"/>
        </w:rPr>
        <w:t>, để chúng ta xem chương trình xử lý một tệp bị thiếu tốt đến đâu:</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count_words(filename):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filenames = ['alice.txt', 'siddhartha.txt', 'moby_dick.txt', </w:t>
      </w:r>
    </w:p>
    <w:p>
      <w:pPr>
        <w:spacing w:after="0"/>
        <w:ind w:left="360"/>
        <w:shd w:val="clear" w:color="auto" w:fill="F2F2F2"/>
      </w:pPr>
      <w:r>
        <w:rPr>
          <w:rFonts w:ascii="Consolas" w:hAnsi="Consolas"/>
          <w:b w:val="0"/>
          <w:i w:val="0"/>
          <w:sz w:val="18"/>
        </w:rPr>
        <w:t xml:space="preserve">        'little_women.txt']</w:t>
      </w:r>
    </w:p>
    <w:p>
      <w:pPr>
        <w:spacing w:after="0"/>
        <w:ind w:left="360"/>
        <w:shd w:val="clear" w:color="auto" w:fill="F2F2F2"/>
      </w:pPr>
      <w:r>
        <w:rPr>
          <w:rFonts w:ascii="Consolas" w:hAnsi="Consolas"/>
          <w:b w:val="0"/>
          <w:i w:val="0"/>
          <w:sz w:val="18"/>
        </w:rPr>
        <w:t>for filename in filenames:</w:t>
      </w:r>
    </w:p>
    <w:p>
      <w:pPr>
        <w:spacing w:after="0"/>
        <w:ind w:left="360"/>
        <w:shd w:val="clear" w:color="auto" w:fill="F2F2F2"/>
      </w:pPr>
      <w:r>
        <w:rPr>
          <w:rFonts w:ascii="Consolas" w:hAnsi="Consolas"/>
          <w:b w:val="0"/>
          <w:i w:val="0"/>
          <w:sz w:val="18"/>
        </w:rPr>
        <w:t>❶     path = Path(filename)</w:t>
      </w:r>
    </w:p>
    <w:p>
      <w:pPr>
        <w:spacing w:after="0"/>
        <w:ind w:left="360"/>
        <w:shd w:val="clear" w:color="auto" w:fill="F2F2F2"/>
      </w:pPr>
      <w:r>
        <w:rPr>
          <w:rFonts w:ascii="Consolas" w:hAnsi="Consolas"/>
          <w:b w:val="0"/>
          <w:i w:val="0"/>
          <w:sz w:val="18"/>
        </w:rPr>
        <w:t xml:space="preserve">    count_words(path)</w:t>
      </w:r>
    </w:p>
    <w:p>
      <w:pPr>
        <w:spacing w:after="40"/>
      </w:pPr>
    </w:p>
    <w:p>
      <w:pPr>
        <w:spacing w:after="80"/>
      </w:pPr>
      <w:r>
        <w:rPr>
          <w:b w:val="0"/>
          <w:i w:val="0"/>
        </w:rPr>
        <w:t xml:space="preserve">Tên các tệp được lưu dưới dạng các chuỗi đơn giản. Mỗi chuỗi sau đó được chuyển thành một đối tượng </w:t>
      </w:r>
      <w:r>
        <w:rPr>
          <w:rFonts w:ascii="Consolas" w:hAnsi="Consolas"/>
          <w:b w:val="0"/>
          <w:i w:val="0"/>
          <w:sz w:val="20"/>
        </w:rPr>
        <w:t>Path</w:t>
      </w:r>
      <w:r>
        <w:rPr>
          <w:b w:val="0"/>
          <w:i w:val="0"/>
        </w:rPr>
        <w:t xml:space="preserve"> ❶, trước khi gọi </w:t>
      </w:r>
      <w:r>
        <w:rPr>
          <w:rFonts w:ascii="Consolas" w:hAnsi="Consolas"/>
          <w:b w:val="0"/>
          <w:i w:val="0"/>
          <w:sz w:val="20"/>
        </w:rPr>
        <w:t>count_words()</w:t>
      </w:r>
      <w:r>
        <w:rPr>
          <w:b w:val="0"/>
          <w:i w:val="0"/>
        </w:rPr>
        <w:t xml:space="preserve">. Tệp </w:t>
      </w:r>
      <w:r>
        <w:rPr>
          <w:b w:val="0"/>
          <w:i/>
        </w:rPr>
        <w:t>siddhartha.txt</w:t>
      </w:r>
      <w:r>
        <w:rPr>
          <w:b w:val="0"/>
          <w:i w:val="0"/>
        </w:rPr>
        <w:t xml:space="preserve"> bị thiếu không ảnh hưởng gì đến phần còn lại của quá trình thực thi chương trình:</w:t>
      </w:r>
    </w:p>
    <w:p>
      <w:pPr>
        <w:spacing w:after="80"/>
      </w:pPr>
      <w:r>
        <w:rPr>
          <w:b w:val="0"/>
          <w:i w:val="0"/>
        </w:rPr>
        <w:t>Tệp alice.txt có khoảng 29594 từ.</w:t>
      </w:r>
      <w:r>
        <w:br/>
      </w:r>
      <w:r>
        <w:rPr>
          <w:b w:val="0"/>
          <w:i w:val="0"/>
        </w:rPr>
        <w:t>Xin lỗi, tệp siddhartha.txt không tồn tại.</w:t>
      </w:r>
      <w:r>
        <w:br/>
      </w:r>
      <w:r>
        <w:rPr>
          <w:b w:val="0"/>
          <w:i w:val="0"/>
        </w:rPr>
        <w:t>Tệp moby_dick.txt có khoảng 215864 từ.</w:t>
      </w:r>
      <w:r>
        <w:br/>
      </w:r>
      <w:r>
        <w:rPr>
          <w:b w:val="0"/>
          <w:i w:val="0"/>
        </w:rPr>
        <w:t>Tệp little_women.txt có khoảng 189142 từ.</w:t>
      </w:r>
    </w:p>
    <w:p>
      <w:pPr>
        <w:spacing w:after="80"/>
      </w:pPr>
      <w:r>
        <w:rPr>
          <w:b w:val="0"/>
          <w:i w:val="0"/>
        </w:rPr>
        <w:t xml:space="preserve">Việc dùng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trong ví dụ này mang lại hai lợi ích đáng kể. Chúng ta ngăn người dùng nhìn thấy traceback, và cho phép chương trình tiếp tục phân tích những văn bản mà nó tìm thấy. Nếu chúng ta không bắt </w:t>
      </w:r>
      <w:r>
        <w:rPr>
          <w:rFonts w:ascii="Consolas" w:hAnsi="Consolas"/>
          <w:b w:val="0"/>
          <w:i w:val="0"/>
          <w:sz w:val="20"/>
        </w:rPr>
        <w:t>FileNotFoundError</w:t>
      </w:r>
      <w:r>
        <w:rPr>
          <w:b w:val="0"/>
          <w:i w:val="0"/>
        </w:rPr>
        <w:t xml:space="preserve"> mà </w:t>
      </w:r>
      <w:r>
        <w:rPr>
          <w:b w:val="0"/>
          <w:i/>
        </w:rPr>
        <w:t>siddhartha.txt</w:t>
      </w:r>
      <w:r>
        <w:rPr>
          <w:b w:val="0"/>
          <w:i w:val="0"/>
        </w:rPr>
        <w:t xml:space="preserve"> gây ra, người dùng sẽ thấy một traceback đầy đủ, và chương trình sẽ dừng chạy sau khi cố phân tích </w:t>
      </w:r>
      <w:r>
        <w:rPr>
          <w:b w:val="0"/>
          <w:i/>
        </w:rPr>
        <w:t>Siddhartha</w:t>
      </w:r>
      <w:r>
        <w:rPr>
          <w:b w:val="0"/>
          <w:i w:val="0"/>
        </w:rPr>
        <w:t xml:space="preserve">. Nó sẽ không bao giờ phân tích </w:t>
      </w:r>
      <w:r>
        <w:rPr>
          <w:b w:val="0"/>
          <w:i/>
        </w:rPr>
        <w:t>Moby Dick</w:t>
      </w:r>
      <w:r>
        <w:rPr>
          <w:b w:val="0"/>
          <w:i w:val="0"/>
        </w:rPr>
        <w:t xml:space="preserve"> hay </w:t>
      </w:r>
      <w:r>
        <w:rPr>
          <w:b w:val="0"/>
          <w:i/>
        </w:rPr>
        <w:t>Little Women</w:t>
      </w:r>
      <w:r>
        <w:rPr>
          <w:b w:val="0"/>
          <w:i w:val="0"/>
        </w:rPr>
        <w:t>.</w:t>
      </w:r>
    </w:p>
    <w:p>
      <w:pPr>
        <w:pStyle w:val="Heading3"/>
      </w:pPr>
      <w:r>
        <w:rPr>
          <w:rFonts w:ascii="Calibri" w:hAnsi="Calibri"/>
          <w:b/>
          <w:i w:val="0"/>
          <w:sz w:val="27"/>
        </w:rPr>
        <w:t>Thất bại trong im lặng</w:t>
      </w:r>
    </w:p>
    <w:p>
      <w:pPr>
        <w:spacing w:after="80"/>
      </w:pPr>
      <w:r>
        <w:rPr>
          <w:b w:val="0"/>
          <w:i w:val="0"/>
        </w:rPr>
        <w:t xml:space="preserve">Trong ví dụ trước, chúng ta đã thông báo cho người dùng rằng một trong các tệp không có sẵn. Nhưng bạn không cần phải báo cáo mọi ngoại lệ mà mình bắt được. Đôi khi, bạn sẽ muốn chương trình thất bại trong im lặng khi một ngoại lệ xảy ra và tiếp tục như thể không có chuyện gì xảy ra. Để làm cho chương trình thất bại trong im lặng, bạn viết một khối </w:t>
      </w:r>
      <w:r>
        <w:rPr>
          <w:rFonts w:ascii="Consolas" w:hAnsi="Consolas"/>
          <w:b w:val="0"/>
          <w:i w:val="0"/>
          <w:sz w:val="20"/>
        </w:rPr>
        <w:t>try</w:t>
      </w:r>
      <w:r>
        <w:rPr>
          <w:b w:val="0"/>
          <w:i w:val="0"/>
        </w:rPr>
        <w:t xml:space="preserve"> như bình thường, nhưng bạn nói rõ với Python rằng hãy không làm gì trong khối </w:t>
      </w:r>
      <w:r>
        <w:rPr>
          <w:rFonts w:ascii="Consolas" w:hAnsi="Consolas"/>
          <w:b w:val="0"/>
          <w:i w:val="0"/>
          <w:sz w:val="20"/>
        </w:rPr>
        <w:t>except</w:t>
      </w:r>
      <w:r>
        <w:rPr>
          <w:b w:val="0"/>
          <w:i w:val="0"/>
        </w:rPr>
        <w:t xml:space="preserve">. Python có câu lệnh </w:t>
      </w:r>
      <w:r>
        <w:rPr>
          <w:rFonts w:ascii="Consolas" w:hAnsi="Consolas"/>
          <w:b w:val="0"/>
          <w:i w:val="0"/>
          <w:sz w:val="20"/>
        </w:rPr>
        <w:t>pass</w:t>
      </w:r>
      <w:r>
        <w:rPr>
          <w:b w:val="0"/>
          <w:i w:val="0"/>
        </w:rPr>
        <w:t xml:space="preserve"> để bảo nó không làm gì trong một khối:</w:t>
      </w:r>
    </w:p>
    <w:p>
      <w:pPr>
        <w:spacing w:after="0"/>
        <w:ind w:left="360"/>
        <w:shd w:val="clear" w:color="auto" w:fill="F2F2F2"/>
      </w:pPr>
      <w:r>
        <w:rPr>
          <w:rFonts w:ascii="Consolas" w:hAnsi="Consolas"/>
          <w:b w:val="0"/>
          <w:i w:val="0"/>
          <w:sz w:val="18"/>
        </w:rPr>
        <w:t>def count_words(path):</w:t>
      </w:r>
    </w:p>
    <w:p>
      <w:pPr>
        <w:spacing w:after="0"/>
        <w:ind w:left="360"/>
        <w:shd w:val="clear" w:color="auto" w:fill="F2F2F2"/>
      </w:pPr>
      <w:r>
        <w:rPr>
          <w:rFonts w:ascii="Consolas" w:hAnsi="Consolas"/>
          <w:b w:val="0"/>
          <w:i w:val="0"/>
          <w:sz w:val="18"/>
        </w:rPr>
        <w:t xml:space="preserve">    """Count the approximate number of words in a file."""</w:t>
      </w:r>
    </w:p>
    <w:p>
      <w:pPr>
        <w:spacing w:after="0"/>
        <w:ind w:left="360"/>
        <w:shd w:val="clear" w:color="auto" w:fill="F2F2F2"/>
      </w:pPr>
      <w:r>
        <w:rPr>
          <w:rFonts w:ascii="Consolas" w:hAnsi="Consolas"/>
          <w:b w:val="0"/>
          <w:i w:val="0"/>
          <w:sz w:val="18"/>
        </w:rPr>
        <w:t xml:space="preserve">    try:</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except FileNotFoundError:</w:t>
      </w:r>
    </w:p>
    <w:p>
      <w:pPr>
        <w:spacing w:after="0"/>
        <w:ind w:left="360"/>
        <w:shd w:val="clear" w:color="auto" w:fill="F2F2F2"/>
      </w:pPr>
      <w:r>
        <w:rPr>
          <w:rFonts w:ascii="Consolas" w:hAnsi="Consolas"/>
          <w:b w:val="0"/>
          <w:i w:val="0"/>
          <w:sz w:val="18"/>
        </w:rPr>
        <w:t xml:space="preserve">        pass</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Điểm khác biệt duy nhất giữa đoạn mã này và đoạn trước là câu lệnh </w:t>
      </w:r>
      <w:r>
        <w:rPr>
          <w:rFonts w:ascii="Consolas" w:hAnsi="Consolas"/>
          <w:b w:val="0"/>
          <w:i w:val="0"/>
          <w:sz w:val="20"/>
        </w:rPr>
        <w:t>pass</w:t>
      </w:r>
      <w:r>
        <w:rPr>
          <w:b w:val="0"/>
          <w:i w:val="0"/>
        </w:rPr>
        <w:t xml:space="preserve"> trong khối </w:t>
      </w:r>
      <w:r>
        <w:rPr>
          <w:rFonts w:ascii="Consolas" w:hAnsi="Consolas"/>
          <w:b w:val="0"/>
          <w:i w:val="0"/>
          <w:sz w:val="20"/>
        </w:rPr>
        <w:t>except</w:t>
      </w:r>
      <w:r>
        <w:rPr>
          <w:b w:val="0"/>
          <w:i w:val="0"/>
        </w:rPr>
        <w:t xml:space="preserve">. Giờ khi một </w:t>
      </w:r>
      <w:r>
        <w:rPr>
          <w:rFonts w:ascii="Consolas" w:hAnsi="Consolas"/>
          <w:b w:val="0"/>
          <w:i w:val="0"/>
          <w:sz w:val="20"/>
        </w:rPr>
        <w:t>FileNotFoundError</w:t>
      </w:r>
      <w:r>
        <w:rPr>
          <w:b w:val="0"/>
          <w:i w:val="0"/>
        </w:rPr>
        <w:t xml:space="preserve"> được gây ra, mã trong khối </w:t>
      </w:r>
      <w:r>
        <w:rPr>
          <w:rFonts w:ascii="Consolas" w:hAnsi="Consolas"/>
          <w:b w:val="0"/>
          <w:i w:val="0"/>
          <w:sz w:val="20"/>
        </w:rPr>
        <w:t>except</w:t>
      </w:r>
      <w:r>
        <w:rPr>
          <w:b w:val="0"/>
          <w:i w:val="0"/>
        </w:rPr>
        <w:t xml:space="preserve"> sẽ chạy, nhưng không có gì xảy ra. Không có traceback nào được tạo ra, và không có đầu ra nào để phản hồi lỗi đã được gây ra. Người dùng thấy số từ cho mỗi tệp tồn tại, nhưng họ không thấy bất kỳ dấu hiệu nào cho biết một tệp không được tìm thấy:</w:t>
      </w:r>
    </w:p>
    <w:p>
      <w:pPr>
        <w:spacing w:after="80"/>
      </w:pPr>
      <w:r>
        <w:rPr>
          <w:b w:val="0"/>
          <w:i w:val="0"/>
        </w:rPr>
        <w:t>Tệp alice.txt có khoảng 29594 từ.</w:t>
      </w:r>
      <w:r>
        <w:br/>
      </w:r>
      <w:r>
        <w:rPr>
          <w:b w:val="0"/>
          <w:i w:val="0"/>
        </w:rPr>
        <w:t>Tệp moby_dick.txt có khoảng 215864 từ.</w:t>
      </w:r>
      <w:r>
        <w:br/>
      </w:r>
      <w:r>
        <w:rPr>
          <w:b w:val="0"/>
          <w:i w:val="0"/>
        </w:rPr>
        <w:t>Tệp little_women.txt có khoảng 189142 từ.</w:t>
      </w:r>
    </w:p>
    <w:p>
      <w:pPr>
        <w:spacing w:after="80"/>
      </w:pPr>
      <w:r>
        <w:rPr>
          <w:b w:val="0"/>
          <w:i w:val="0"/>
        </w:rPr>
        <w:t xml:space="preserve">Câu lệnh </w:t>
      </w:r>
      <w:r>
        <w:rPr>
          <w:rFonts w:ascii="Consolas" w:hAnsi="Consolas"/>
          <w:b w:val="0"/>
          <w:i w:val="0"/>
          <w:sz w:val="20"/>
        </w:rPr>
        <w:t>pass</w:t>
      </w:r>
      <w:r>
        <w:rPr>
          <w:b w:val="0"/>
          <w:i w:val="0"/>
        </w:rPr>
        <w:t xml:space="preserve"> cũng đóng vai trò như một chỗ giữ chỗ. Nó nhắc bạn rằng bạn đang chọn không làm gì tại một điểm cụ thể trong quá trình thực thi chương trình và rằng có thể sau này bạn sẽ muốn làm gì đó ở đó. Ví dụ, trong chương trình này chúng ta có thể quyết định ghi bất kỳ tên tệp bị thiếu nào vào một tệp gọi là </w:t>
      </w:r>
      <w:r>
        <w:rPr>
          <w:b w:val="0"/>
          <w:i/>
        </w:rPr>
        <w:t>missing_files.txt</w:t>
      </w:r>
      <w:r>
        <w:rPr>
          <w:b w:val="0"/>
          <w:i w:val="0"/>
        </w:rPr>
        <w:t>. Người dùng sẽ không thấy tệp này, nhưng chúng ta có thể đọc tệp và xử lý bất kỳ văn bản nào bị thiếu.</w:t>
      </w:r>
    </w:p>
    <w:p>
      <w:pPr>
        <w:pStyle w:val="Heading3"/>
      </w:pPr>
      <w:r>
        <w:rPr>
          <w:rFonts w:ascii="Calibri" w:hAnsi="Calibri"/>
          <w:b/>
          <w:i w:val="0"/>
          <w:sz w:val="27"/>
        </w:rPr>
        <w:t>Quyết định nên báo cáo lỗi nào</w:t>
      </w:r>
    </w:p>
    <w:p>
      <w:pPr>
        <w:spacing w:after="80"/>
      </w:pPr>
      <w:r>
        <w:rPr>
          <w:b w:val="0"/>
          <w:i w:val="0"/>
        </w:rPr>
        <w:t>Làm sao bạn biết khi nào nên báo cáo một lỗi cho người dùng và khi nào nên để chương trình thất bại trong im lặng? Nếu người dùng biết những văn bản nào đáng lẽ được phân tích, họ có thể sẽ thích một thông báo cho họ biết vì sao một số văn bản không được phân tích. Nếu người dùng mong đợi thấy một số kết quả nhưng không biết những cuốn sách nào đáng lẽ được phân tích, họ có thể không cần biết rằng một số văn bản không có sẵn. Việc cung cấp cho người dùng những thông tin mà họ không tìm kiếm có thể làm giảm tính khả dụng của chương trình. Các cấu trúc xử lý lỗi của Python cho bạn khả năng kiểm soát chi tiết về việc chia sẻ bao nhiêu với người dùng khi có sự cố xảy ra; việc quyết định chia sẻ bao nhiêu thông tin là tùy ở bạn.</w:t>
      </w:r>
    </w:p>
    <w:p>
      <w:pPr>
        <w:spacing w:after="80"/>
      </w:pPr>
      <w:r>
        <w:rPr>
          <w:b w:val="0"/>
          <w:i w:val="0"/>
        </w:rPr>
        <w:t>Mã được viết tốt và kiểm thử đúng cách thì ít khi gặp lỗi nội bộ, chẳng hạn như lỗi cú pháp hay lỗi logic. Nhưng mỗi khi chương trình của bạn phụ thuộc vào thứ gì đó bên ngoài như dữ liệu người dùng nhập, sự tồn tại của một tệp, hay khả năng kết nối mạng, thì đều có khả năng phát sinh ngoại lệ (exception). Một chút kinh nghiệm sẽ giúp bạn biết nên đặt các khối xử lý ngoại lệ ở đâu trong chương trình và cần báo cho người dùng bao nhiêu thông tin về lỗi xảy ra.</w:t>
      </w:r>
    </w:p>
    <w:p>
      <w:pPr>
        <w:spacing w:before="120" w:after="40"/>
      </w:pPr>
      <w:r>
        <w:rPr>
          <w:b/>
          <w:sz w:val="21"/>
        </w:rPr>
        <w:t>Tự thực hành</w:t>
      </w:r>
    </w:p>
    <w:p>
      <w:pPr>
        <w:spacing w:after="80"/>
      </w:pPr>
      <w:r>
        <w:rPr>
          <w:b/>
          <w:i w:val="0"/>
        </w:rPr>
        <w:t>10-6. Phép cộng:</w:t>
      </w:r>
      <w:r>
        <w:rPr>
          <w:b w:val="0"/>
          <w:i w:val="0"/>
        </w:rPr>
        <w:t xml:space="preserve"> Một vấn đề thường gặp khi yêu cầu nhập số là người ta nhập chữ thay vì số. Khi bạn cố chuyển dữ liệu nhập thành </w:t>
      </w:r>
      <w:r>
        <w:rPr>
          <w:rFonts w:ascii="Consolas" w:hAnsi="Consolas"/>
          <w:b w:val="0"/>
          <w:i w:val="0"/>
          <w:sz w:val="20"/>
        </w:rPr>
        <w:t>int</w:t>
      </w:r>
      <w:r>
        <w:rPr>
          <w:b w:val="0"/>
          <w:i w:val="0"/>
        </w:rPr>
        <w:t xml:space="preserve">, bạn sẽ nhận được lỗi </w:t>
      </w:r>
      <w:r>
        <w:rPr>
          <w:rFonts w:ascii="Consolas" w:hAnsi="Consolas"/>
          <w:b w:val="0"/>
          <w:i w:val="0"/>
          <w:sz w:val="20"/>
        </w:rPr>
        <w:t>ValueError</w:t>
      </w:r>
      <w:r>
        <w:rPr>
          <w:b w:val="0"/>
          <w:i w:val="0"/>
        </w:rPr>
        <w:t xml:space="preserve">. Hãy viết một chương trình yêu cầu nhập hai số. Cộng chúng lại và in kết quả. Bắt lỗi </w:t>
      </w:r>
      <w:r>
        <w:rPr>
          <w:rFonts w:ascii="Consolas" w:hAnsi="Consolas"/>
          <w:b w:val="0"/>
          <w:i w:val="0"/>
          <w:sz w:val="20"/>
        </w:rPr>
        <w:t>ValueError</w:t>
      </w:r>
      <w:r>
        <w:rPr>
          <w:b w:val="0"/>
          <w:i w:val="0"/>
        </w:rPr>
        <w:t xml:space="preserve"> nếu một trong hai giá trị nhập vào không phải là số, và in một thông báo lỗi thân thiện. Kiểm thử chương trình bằng cách nhập hai số, rồi sau đó nhập vài chữ thay vì số.</w:t>
      </w:r>
    </w:p>
    <w:p>
      <w:pPr>
        <w:spacing w:after="80"/>
      </w:pPr>
      <w:r>
        <w:rPr>
          <w:b/>
          <w:i w:val="0"/>
        </w:rPr>
        <w:t>10-7. Máy tính cộng:</w:t>
      </w:r>
      <w:r>
        <w:rPr>
          <w:b w:val="0"/>
          <w:i w:val="0"/>
        </w:rPr>
        <w:t xml:space="preserve"> Bọc đoạn mã từ Bài tập 10-6 trong một vòng lặp </w:t>
      </w:r>
      <w:r>
        <w:rPr>
          <w:rFonts w:ascii="Consolas" w:hAnsi="Consolas"/>
          <w:b w:val="0"/>
          <w:i w:val="0"/>
          <w:sz w:val="20"/>
        </w:rPr>
        <w:t>while</w:t>
      </w:r>
      <w:r>
        <w:rPr>
          <w:b w:val="0"/>
          <w:i w:val="0"/>
        </w:rPr>
        <w:t xml:space="preserve"> để người dùng có thể tiếp tục nhập số, kể cả khi họ mắc lỗi và nhập chữ thay vì số.</w:t>
      </w:r>
    </w:p>
    <w:p>
      <w:pPr>
        <w:spacing w:after="80"/>
      </w:pPr>
      <w:r>
        <w:rPr>
          <w:b/>
          <w:i w:val="0"/>
        </w:rPr>
        <w:t>10-8. Mèo và Chó:</w:t>
      </w:r>
      <w:r>
        <w:rPr>
          <w:b w:val="0"/>
          <w:i w:val="0"/>
        </w:rPr>
        <w:t xml:space="preserve"> Tạo hai tệp, </w:t>
      </w:r>
      <w:r>
        <w:rPr>
          <w:b w:val="0"/>
          <w:i/>
        </w:rPr>
        <w:t>cats.txt</w:t>
      </w:r>
      <w:r>
        <w:rPr>
          <w:b w:val="0"/>
          <w:i w:val="0"/>
        </w:rPr>
        <w:t xml:space="preserve"> và </w:t>
      </w:r>
      <w:r>
        <w:rPr>
          <w:b w:val="0"/>
          <w:i/>
        </w:rPr>
        <w:t>dogs.txt</w:t>
      </w:r>
      <w:r>
        <w:rPr>
          <w:b w:val="0"/>
          <w:i w:val="0"/>
        </w:rPr>
        <w:t xml:space="preserve">. Lưu ít nhất ba tên mèo vào tệp thứ nhất và ba tên chó vào tệp thứ hai. Viết một chương trình thử đọc các tệp này và in nội dung tệp ra màn hình. Bọc đoạn mã trong khối </w:t>
      </w:r>
      <w:r>
        <w:rPr>
          <w:rFonts w:ascii="Consolas" w:hAnsi="Consolas"/>
          <w:b w:val="0"/>
          <w:i w:val="0"/>
          <w:sz w:val="20"/>
        </w:rPr>
        <w:t>try-except</w:t>
      </w:r>
      <w:r>
        <w:rPr>
          <w:b w:val="0"/>
          <w:i w:val="0"/>
        </w:rPr>
        <w:t xml:space="preserve"> để bắt lỗi </w:t>
      </w:r>
      <w:r>
        <w:rPr>
          <w:rFonts w:ascii="Consolas" w:hAnsi="Consolas"/>
          <w:b w:val="0"/>
          <w:i w:val="0"/>
          <w:sz w:val="20"/>
        </w:rPr>
        <w:t>FileNotFound</w:t>
      </w:r>
      <w:r>
        <w:rPr>
          <w:b w:val="0"/>
          <w:i w:val="0"/>
        </w:rPr>
        <w:t xml:space="preserve">, và in một thông báo thân thiện nếu thiếu tệp. Di chuyển một trong các tệp đến vị trí khác trên hệ thống của bạn, và đảm bảo đoạn mã trong khối </w:t>
      </w:r>
      <w:r>
        <w:rPr>
          <w:rFonts w:ascii="Consolas" w:hAnsi="Consolas"/>
          <w:b w:val="0"/>
          <w:i w:val="0"/>
          <w:sz w:val="20"/>
        </w:rPr>
        <w:t>except</w:t>
      </w:r>
      <w:r>
        <w:rPr>
          <w:b w:val="0"/>
          <w:i w:val="0"/>
        </w:rPr>
        <w:t xml:space="preserve"> chạy đúng cách.</w:t>
      </w:r>
    </w:p>
    <w:p>
      <w:pPr>
        <w:spacing w:after="80"/>
      </w:pPr>
      <w:r>
        <w:rPr>
          <w:b/>
          <w:i w:val="0"/>
        </w:rPr>
        <w:t>10-9. Mèo và Chó im lặng:</w:t>
      </w:r>
      <w:r>
        <w:rPr>
          <w:b w:val="0"/>
          <w:i w:val="0"/>
        </w:rPr>
        <w:t xml:space="preserve"> Sửa khối </w:t>
      </w:r>
      <w:r>
        <w:rPr>
          <w:rFonts w:ascii="Consolas" w:hAnsi="Consolas"/>
          <w:b w:val="0"/>
          <w:i w:val="0"/>
          <w:sz w:val="20"/>
        </w:rPr>
        <w:t>except</w:t>
      </w:r>
      <w:r>
        <w:rPr>
          <w:b w:val="0"/>
          <w:i w:val="0"/>
        </w:rPr>
        <w:t xml:space="preserve"> trong Bài tập 10-8 để thất bại trong im lặng nếu thiếu một trong hai tệp.</w:t>
      </w:r>
    </w:p>
    <w:p>
      <w:pPr>
        <w:spacing w:after="80"/>
      </w:pPr>
      <w:r>
        <w:rPr>
          <w:b/>
          <w:i w:val="0"/>
        </w:rPr>
        <w:t>10-10. Những từ thông dụng:</w:t>
      </w:r>
      <w:r>
        <w:rPr>
          <w:b w:val="0"/>
          <w:i w:val="0"/>
        </w:rPr>
        <w:t xml:space="preserve"> Truy cập Project Gutenberg (https://gutenberg.org) và tìm vài văn bản mà bạn muốn phân tích. Tải các tệp văn bản của những tác phẩm này về, hoặc sao chép văn bản thô từ trình duyệt vào một tệp văn bản trên máy tính của bạn.</w:t>
      </w:r>
    </w:p>
    <w:p>
      <w:pPr>
        <w:spacing w:after="80"/>
      </w:pPr>
      <w:r>
        <w:rPr>
          <w:b w:val="0"/>
          <w:i w:val="0"/>
        </w:rPr>
        <w:t xml:space="preserve">Bạn có thể dùng phương thức </w:t>
      </w:r>
      <w:r>
        <w:rPr>
          <w:rFonts w:ascii="Consolas" w:hAnsi="Consolas"/>
          <w:b w:val="0"/>
          <w:i w:val="0"/>
          <w:sz w:val="20"/>
        </w:rPr>
        <w:t>count()</w:t>
      </w:r>
      <w:r>
        <w:rPr>
          <w:b w:val="0"/>
          <w:i w:val="0"/>
        </w:rPr>
        <w:t xml:space="preserve"> để tìm xem một từ hay cụm từ xuất hiện bao nhiêu lần trong một chuỗi. Ví dụ, đoạn mã sau đếm số lần </w:t>
      </w:r>
      <w:r>
        <w:rPr>
          <w:rFonts w:ascii="Consolas" w:hAnsi="Consolas"/>
          <w:b w:val="0"/>
          <w:i w:val="0"/>
          <w:sz w:val="20"/>
        </w:rPr>
        <w:t>'row'</w:t>
      </w:r>
      <w:r>
        <w:rPr>
          <w:b w:val="0"/>
          <w:i w:val="0"/>
        </w:rPr>
        <w:t xml:space="preserve"> xuất hiện trong một chuỗi:</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line = "Row, row, row your boat"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line.count('row')</w:t>
      </w:r>
    </w:p>
    <w:p>
      <w:pPr>
        <w:spacing w:after="0"/>
        <w:ind w:left="360"/>
        <w:shd w:val="clear" w:color="auto" w:fill="F2F2F2"/>
      </w:pPr>
      <w:r>
        <w:rPr>
          <w:rFonts w:ascii="Consolas" w:hAnsi="Consolas"/>
          <w:b w:val="0"/>
          <w:i w:val="0"/>
          <w:sz w:val="18"/>
        </w:rPr>
        <w:t>2</w:t>
      </w:r>
    </w:p>
    <w:p>
      <w:pPr>
        <w:spacing w:after="0"/>
        <w:ind w:left="360"/>
        <w:shd w:val="clear" w:color="auto" w:fill="F2F2F2"/>
      </w:pPr>
      <w:r>
        <w:rPr>
          <w:rFonts w:ascii="Consolas" w:hAnsi="Consolas"/>
          <w:b w:val="0"/>
          <w:i w:val="0"/>
          <w:sz w:val="18"/>
        </w:rPr>
        <w:t xml:space="preserve">&gt;&gt;&gt; </w:t>
      </w:r>
      <w:r>
        <w:rPr>
          <w:rFonts w:ascii="Consolas" w:hAnsi="Consolas"/>
          <w:b/>
          <w:i w:val="0"/>
          <w:sz w:val="18"/>
        </w:rPr>
        <w:t>line.lower().count('row')</w:t>
      </w:r>
    </w:p>
    <w:p>
      <w:pPr>
        <w:spacing w:after="0"/>
        <w:ind w:left="360"/>
        <w:shd w:val="clear" w:color="auto" w:fill="F2F2F2"/>
      </w:pPr>
      <w:r>
        <w:rPr>
          <w:rFonts w:ascii="Consolas" w:hAnsi="Consolas"/>
          <w:b w:val="0"/>
          <w:i w:val="0"/>
          <w:sz w:val="18"/>
        </w:rPr>
        <w:t>3</w:t>
      </w:r>
    </w:p>
    <w:p>
      <w:pPr>
        <w:spacing w:after="40"/>
      </w:pPr>
    </w:p>
    <w:p>
      <w:pPr>
        <w:spacing w:after="80"/>
      </w:pPr>
      <w:r>
        <w:rPr>
          <w:b w:val="0"/>
          <w:i w:val="0"/>
        </w:rPr>
        <w:t xml:space="preserve">Lưu ý rằng việc chuyển chuỗi thành chữ thường bằng </w:t>
      </w:r>
      <w:r>
        <w:rPr>
          <w:rFonts w:ascii="Consolas" w:hAnsi="Consolas"/>
          <w:b w:val="0"/>
          <w:i w:val="0"/>
          <w:sz w:val="20"/>
        </w:rPr>
        <w:t>lower()</w:t>
      </w:r>
      <w:r>
        <w:rPr>
          <w:b w:val="0"/>
          <w:i w:val="0"/>
        </w:rPr>
        <w:t xml:space="preserve"> sẽ bắt được mọi lần xuất hiện của từ bạn đang tìm, bất kể nó được định dạng như thế nào.</w:t>
      </w:r>
    </w:p>
    <w:p>
      <w:pPr>
        <w:spacing w:after="80"/>
      </w:pPr>
      <w:r>
        <w:rPr>
          <w:b w:val="0"/>
          <w:i w:val="0"/>
        </w:rPr>
        <w:t xml:space="preserve">Viết một chương trình đọc các tệp bạn tìm được trên Project Gutenberg và xác định xem từ </w:t>
      </w:r>
      <w:r>
        <w:rPr>
          <w:rFonts w:ascii="Consolas" w:hAnsi="Consolas"/>
          <w:b w:val="0"/>
          <w:i w:val="0"/>
          <w:sz w:val="20"/>
        </w:rPr>
        <w:t>'the'</w:t>
      </w:r>
      <w:r>
        <w:rPr>
          <w:b w:val="0"/>
          <w:i w:val="0"/>
        </w:rPr>
        <w:t xml:space="preserve"> xuất hiện bao nhiêu lần trong mỗi văn bản. Đây chỉ là con số gần đúng vì nó cũng sẽ đếm cả những từ như </w:t>
      </w:r>
      <w:r>
        <w:rPr>
          <w:rFonts w:ascii="Consolas" w:hAnsi="Consolas"/>
          <w:b w:val="0"/>
          <w:i w:val="0"/>
          <w:sz w:val="20"/>
        </w:rPr>
        <w:t>'then'</w:t>
      </w:r>
      <w:r>
        <w:rPr>
          <w:b w:val="0"/>
          <w:i w:val="0"/>
        </w:rPr>
        <w:t xml:space="preserve"> và </w:t>
      </w:r>
      <w:r>
        <w:rPr>
          <w:rFonts w:ascii="Consolas" w:hAnsi="Consolas"/>
          <w:b w:val="0"/>
          <w:i w:val="0"/>
          <w:sz w:val="20"/>
        </w:rPr>
        <w:t>'there'</w:t>
      </w:r>
      <w:r>
        <w:rPr>
          <w:b w:val="0"/>
          <w:i w:val="0"/>
        </w:rPr>
        <w:t xml:space="preserve">. Hãy thử đếm </w:t>
      </w:r>
      <w:r>
        <w:rPr>
          <w:rFonts w:ascii="Consolas" w:hAnsi="Consolas"/>
          <w:b w:val="0"/>
          <w:i w:val="0"/>
          <w:sz w:val="20"/>
        </w:rPr>
        <w:t>'the '</w:t>
      </w:r>
      <w:r>
        <w:rPr>
          <w:b w:val="0"/>
          <w:i w:val="0"/>
        </w:rPr>
        <w:t>, với một dấu cách trong chuỗi, và xem con số của bạn giảm đi bao nhiêu.</w:t>
      </w:r>
    </w:p>
    <w:p>
      <w:pPr>
        <w:pStyle w:val="Heading2"/>
      </w:pPr>
      <w:r>
        <w:rPr>
          <w:rFonts w:ascii="Calibri" w:hAnsi="Calibri"/>
          <w:b/>
          <w:i w:val="0"/>
          <w:sz w:val="32"/>
        </w:rPr>
        <w:t>Lưu trữ dữ liệu</w:t>
      </w:r>
    </w:p>
    <w:p>
      <w:pPr>
        <w:spacing w:after="80"/>
      </w:pPr>
      <w:r>
        <w:rPr>
          <w:b w:val="0"/>
          <w:i w:val="0"/>
        </w:rPr>
        <w:t xml:space="preserve">Nhiều chương trình của bạn sẽ yêu cầu người dùng nhập một số loại thông tin nhất định. Bạn có thể cho phép người dùng lưu các tùy chọn trong một trò chơi hoặc cung cấp dữ liệu cho một hình ảnh trực quan hóa. Dù trọng tâm chương trình của bạn là gì, bạn sẽ lưu thông tin người dùng cung cấp vào các cấu trúc dữ liệu như danh sách (list) và từ điển (dictionary). Khi người dùng đóng chương trình, bạn hầu như luôn muốn lưu lại thông tin họ đã nhập. Một cách đơn giản để làm điều này là lưu dữ liệu bằng mô-đun </w:t>
      </w:r>
      <w:r>
        <w:rPr>
          <w:rFonts w:ascii="Consolas" w:hAnsi="Consolas"/>
          <w:b w:val="0"/>
          <w:i w:val="0"/>
          <w:sz w:val="20"/>
        </w:rPr>
        <w:t>json</w:t>
      </w:r>
      <w:r>
        <w:rPr>
          <w:b w:val="0"/>
          <w:i w:val="0"/>
        </w:rPr>
        <w:t>.</w:t>
      </w:r>
    </w:p>
    <w:p>
      <w:pPr>
        <w:spacing w:after="80"/>
      </w:pPr>
      <w:r>
        <w:rPr>
          <w:b w:val="0"/>
          <w:i w:val="0"/>
        </w:rPr>
        <w:t xml:space="preserve">Mô-đun </w:t>
      </w:r>
      <w:r>
        <w:rPr>
          <w:rFonts w:ascii="Consolas" w:hAnsi="Consolas"/>
          <w:b w:val="0"/>
          <w:i w:val="0"/>
          <w:sz w:val="20"/>
        </w:rPr>
        <w:t>json</w:t>
      </w:r>
      <w:r>
        <w:rPr>
          <w:b w:val="0"/>
          <w:i w:val="0"/>
        </w:rPr>
        <w:t xml:space="preserve"> cho phép bạn chuyển các cấu trúc dữ liệu Python đơn giản thành chuỗi định dạng JSON, rồi nạp dữ liệu từ tệp đó vào lần chạy chương trình tiếp theo. Bạn cũng có thể dùng </w:t>
      </w:r>
      <w:r>
        <w:rPr>
          <w:rFonts w:ascii="Consolas" w:hAnsi="Consolas"/>
          <w:b w:val="0"/>
          <w:i w:val="0"/>
          <w:sz w:val="20"/>
        </w:rPr>
        <w:t>json</w:t>
      </w:r>
      <w:r>
        <w:rPr>
          <w:b w:val="0"/>
          <w:i w:val="0"/>
        </w:rPr>
        <w:t xml:space="preserve"> để chia sẻ dữ liệu giữa các chương trình Python khác nhau. Tuyệt hơn nữa, định dạng dữ liệu JSON không dành riêng cho Python, nên bạn có thể chia sẻ dữ liệu lưu ở định dạng JSON với những người làm việc bằng nhiều ngôn ngữ lập trình khác. Đây là một định dạng hữu ích và dễ mang đi, và cũng dễ học.</w:t>
      </w:r>
    </w:p>
    <w:p>
      <w:pPr>
        <w:spacing w:before="120" w:after="40"/>
      </w:pPr>
      <w:r>
        <w:rPr>
          <w:b/>
          <w:sz w:val="21"/>
        </w:rPr>
        <w:t>Ghi chú</w:t>
      </w:r>
    </w:p>
    <w:p>
      <w:pPr>
        <w:spacing w:after="80"/>
      </w:pPr>
      <w:r>
        <w:rPr>
          <w:b w:val="0"/>
          <w:i w:val="0"/>
        </w:rPr>
        <w:t>Định dạng JSON (JavaScript Object Notation) ban đầu được phát triển cho JavaScript. Tuy nhiên, từ đó nó đã trở thành một định dạng phổ biến được nhiều ngôn ngữ sử dụng, bao gồm cả Python.</w:t>
      </w:r>
    </w:p>
    <w:p>
      <w:pPr>
        <w:pStyle w:val="Heading3"/>
      </w:pPr>
      <w:r>
        <w:rPr>
          <w:rFonts w:ascii="Calibri" w:hAnsi="Calibri"/>
          <w:b/>
          <w:i w:val="0"/>
          <w:sz w:val="27"/>
        </w:rPr>
        <w:t>Sử dụng json.dumps() và json.loads()</w:t>
      </w:r>
    </w:p>
    <w:p>
      <w:pPr>
        <w:spacing w:after="80"/>
      </w:pPr>
      <w:r>
        <w:rPr>
          <w:b w:val="0"/>
          <w:i w:val="0"/>
        </w:rPr>
        <w:t xml:space="preserve">Hãy viết một chương trình ngắn lưu trữ một tập hợp các số và một chương trình khác đọc các số này trở lại vào bộ nhớ. Chương trình đầu tiên sẽ sử dụng </w:t>
      </w:r>
      <w:r>
        <w:rPr>
          <w:rFonts w:ascii="Consolas" w:hAnsi="Consolas"/>
          <w:b w:val="0"/>
          <w:i w:val="0"/>
          <w:sz w:val="20"/>
        </w:rPr>
        <w:t>json.dumps()</w:t>
      </w:r>
      <w:r>
        <w:rPr>
          <w:b w:val="0"/>
          <w:i w:val="0"/>
        </w:rPr>
        <w:t xml:space="preserve"> để lưu tập hợp các số, và chương trình thứ hai sẽ sử dụng </w:t>
      </w:r>
      <w:r>
        <w:rPr>
          <w:rFonts w:ascii="Consolas" w:hAnsi="Consolas"/>
          <w:b w:val="0"/>
          <w:i w:val="0"/>
          <w:sz w:val="20"/>
        </w:rPr>
        <w:t>json.loads()</w:t>
      </w:r>
      <w:r>
        <w:rPr>
          <w:b w:val="0"/>
          <w:i w:val="0"/>
        </w:rPr>
        <w:t>.</w:t>
      </w:r>
    </w:p>
    <w:p>
      <w:pPr>
        <w:spacing w:after="80"/>
      </w:pPr>
      <w:r>
        <w:rPr>
          <w:b w:val="0"/>
          <w:i w:val="0"/>
        </w:rPr>
        <w:t xml:space="preserve">Hàm </w:t>
      </w:r>
      <w:r>
        <w:rPr>
          <w:rFonts w:ascii="Consolas" w:hAnsi="Consolas"/>
          <w:b w:val="0"/>
          <w:i w:val="0"/>
          <w:sz w:val="20"/>
        </w:rPr>
        <w:t>json.dumps()</w:t>
      </w:r>
      <w:r>
        <w:rPr>
          <w:b w:val="0"/>
          <w:i w:val="0"/>
        </w:rPr>
        <w:t xml:space="preserve"> nhận một đối số: một phần dữ liệu cần được chuyển đổi sang định dạng JSON. Hàm này trả về một chuỗi, sau đó chúng ta có thể ghi vào một tệp dữ liệu:</w:t>
      </w:r>
    </w:p>
    <w:p>
      <w:pPr>
        <w:spacing w:after="80"/>
      </w:pPr>
      <w:r>
        <w:rPr>
          <w:b w:val="0"/>
          <w:i w:val="0"/>
        </w:rPr>
        <w:t>number_writer.py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numbers = [2, 3, 5, 7, 11, 13]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path = Path('numbers.json')</w:t>
      </w:r>
    </w:p>
    <w:p>
      <w:pPr>
        <w:spacing w:after="0"/>
        <w:ind w:left="360"/>
        <w:shd w:val="clear" w:color="auto" w:fill="F2F2F2"/>
      </w:pPr>
      <w:r>
        <w:rPr>
          <w:rFonts w:ascii="Consolas" w:hAnsi="Consolas"/>
          <w:b w:val="0"/>
          <w:i w:val="0"/>
          <w:sz w:val="18"/>
        </w:rPr>
        <w:t>❷ contents = json.dumps(numbers)</w:t>
      </w:r>
    </w:p>
    <w:p>
      <w:pPr>
        <w:spacing w:after="0"/>
        <w:ind w:left="360"/>
        <w:shd w:val="clear" w:color="auto" w:fill="F2F2F2"/>
      </w:pPr>
      <w:r>
        <w:rPr>
          <w:rFonts w:ascii="Consolas" w:hAnsi="Consolas"/>
          <w:b w:val="0"/>
          <w:i w:val="0"/>
          <w:sz w:val="18"/>
        </w:rPr>
        <w:t>path.write_text(contents)</w:t>
      </w:r>
    </w:p>
    <w:p>
      <w:pPr>
        <w:spacing w:after="40"/>
      </w:pPr>
    </w:p>
    <w:p>
      <w:pPr>
        <w:spacing w:after="80"/>
      </w:pPr>
      <w:r>
        <w:rPr>
          <w:b w:val="0"/>
          <w:i w:val="0"/>
        </w:rPr>
        <w:t xml:space="preserve">Đầu tiên chúng ta import module </w:t>
      </w:r>
      <w:r>
        <w:rPr>
          <w:rFonts w:ascii="Consolas" w:hAnsi="Consolas"/>
          <w:b w:val="0"/>
          <w:i w:val="0"/>
          <w:sz w:val="20"/>
        </w:rPr>
        <w:t>json</w:t>
      </w:r>
      <w:r>
        <w:rPr>
          <w:b w:val="0"/>
          <w:i w:val="0"/>
        </w:rPr>
        <w:t xml:space="preserve">, rồi tạo một danh sách các số để làm việc. Sau đó chúng ta chọn một tên tệp để lưu danh sách các số ❶. Theo thông lệ, người ta dùng phần mở rộng tệp </w:t>
      </w:r>
      <w:r>
        <w:rPr>
          <w:b w:val="0"/>
          <w:i/>
        </w:rPr>
        <w:t>.json</w:t>
      </w:r>
      <w:r>
        <w:rPr>
          <w:b w:val="0"/>
          <w:i w:val="0"/>
        </w:rPr>
        <w:t xml:space="preserve"> để chỉ ra rằng dữ liệu trong tệp được lưu ở định dạng JSON. Tiếp theo, chúng ta sử dụng hàm </w:t>
      </w:r>
      <w:r>
        <w:rPr>
          <w:rFonts w:ascii="Consolas" w:hAnsi="Consolas"/>
          <w:b w:val="0"/>
          <w:i w:val="0"/>
          <w:sz w:val="20"/>
        </w:rPr>
        <w:t>json.dumps()</w:t>
      </w:r>
      <w:r>
        <w:rPr>
          <w:b w:val="0"/>
          <w:i w:val="0"/>
        </w:rPr>
        <w:t xml:space="preserve"> ❷ để tạo một chuỗi chứa biểu diễn JSON của dữ liệu mà chúng ta đang làm việc. Khi đã có chuỗi này, chúng ta ghi nó vào tệp bằng phương thức </w:t>
      </w:r>
      <w:r>
        <w:rPr>
          <w:rFonts w:ascii="Consolas" w:hAnsi="Consolas"/>
          <w:b w:val="0"/>
          <w:i w:val="0"/>
          <w:sz w:val="20"/>
        </w:rPr>
        <w:t>write_text()</w:t>
      </w:r>
      <w:r>
        <w:rPr>
          <w:b w:val="0"/>
          <w:i w:val="0"/>
        </w:rPr>
        <w:t xml:space="preserve"> giống như đã dùng trước đó.</w:t>
      </w:r>
    </w:p>
    <w:p>
      <w:pPr>
        <w:spacing w:after="80"/>
      </w:pPr>
      <w:r>
        <w:rPr>
          <w:b w:val="0"/>
          <w:i w:val="0"/>
        </w:rPr>
        <w:t xml:space="preserve">Chương trình này không có đầu ra, nhưng hãy mở tệp </w:t>
      </w:r>
      <w:r>
        <w:rPr>
          <w:b w:val="0"/>
          <w:i/>
        </w:rPr>
        <w:t>numbers.json</w:t>
      </w:r>
      <w:r>
        <w:rPr>
          <w:b w:val="0"/>
          <w:i w:val="0"/>
        </w:rPr>
        <w:t xml:space="preserve"> và xem nó. Dữ liệu được lưu ở định dạng trông giống hệt Python:</w:t>
      </w:r>
    </w:p>
    <w:p>
      <w:pPr>
        <w:spacing w:after="80"/>
      </w:pPr>
      <w:r>
        <w:rPr>
          <w:b w:val="0"/>
          <w:i w:val="0"/>
        </w:rPr>
        <w:t>[2, 3, 5, 7, 11, 13]</w:t>
      </w:r>
    </w:p>
    <w:p>
      <w:pPr>
        <w:spacing w:after="80"/>
      </w:pPr>
      <w:r>
        <w:rPr>
          <w:b w:val="0"/>
          <w:i w:val="0"/>
        </w:rPr>
        <w:t xml:space="preserve">Bây giờ chúng ta sẽ viết một chương trình riêng sử dụng </w:t>
      </w:r>
      <w:r>
        <w:rPr>
          <w:rFonts w:ascii="Consolas" w:hAnsi="Consolas"/>
          <w:b w:val="0"/>
          <w:i w:val="0"/>
          <w:sz w:val="20"/>
        </w:rPr>
        <w:t>json.loads()</w:t>
      </w:r>
      <w:r>
        <w:rPr>
          <w:b w:val="0"/>
          <w:i w:val="0"/>
        </w:rPr>
        <w:t xml:space="preserve"> để đọc danh sách trở lại vào bộ nhớ:</w:t>
      </w:r>
    </w:p>
    <w:p>
      <w:pPr>
        <w:spacing w:after="80"/>
      </w:pPr>
      <w:r>
        <w:rPr>
          <w:b w:val="0"/>
          <w:i w:val="0"/>
        </w:rPr>
        <w:t>number_reader.py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path = Path('numbers.json')</w:t>
      </w:r>
    </w:p>
    <w:p>
      <w:pPr>
        <w:spacing w:after="0"/>
        <w:ind w:left="360"/>
        <w:shd w:val="clear" w:color="auto" w:fill="F2F2F2"/>
      </w:pPr>
      <w:r>
        <w:rPr>
          <w:rFonts w:ascii="Consolas" w:hAnsi="Consolas"/>
          <w:b w:val="0"/>
          <w:i w:val="0"/>
          <w:sz w:val="18"/>
        </w:rPr>
        <w:t>❷ contents = path.read_text()</w:t>
      </w:r>
    </w:p>
    <w:p>
      <w:pPr>
        <w:spacing w:after="0"/>
        <w:ind w:left="360"/>
        <w:shd w:val="clear" w:color="auto" w:fill="F2F2F2"/>
      </w:pPr>
      <w:r>
        <w:rPr>
          <w:rFonts w:ascii="Consolas" w:hAnsi="Consolas"/>
          <w:b w:val="0"/>
          <w:i w:val="0"/>
          <w:sz w:val="18"/>
        </w:rPr>
        <w:t>❸ numbers = json.loads(contents)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print(numbers)</w:t>
      </w:r>
    </w:p>
    <w:p>
      <w:pPr>
        <w:spacing w:after="40"/>
      </w:pPr>
    </w:p>
    <w:p>
      <w:pPr>
        <w:spacing w:after="80"/>
      </w:pPr>
      <w:r>
        <w:rPr>
          <w:b w:val="0"/>
          <w:i w:val="0"/>
        </w:rPr>
        <w:t xml:space="preserve">Chúng ta đảm bảo đọc từ đúng tệp mà chúng ta đã ghi vào ❶. Vì tệp dữ liệu chỉ là một tệp văn bản có định dạng cụ thể, chúng ta có thể đọc nó bằng phương thức </w:t>
      </w:r>
      <w:r>
        <w:rPr>
          <w:rFonts w:ascii="Consolas" w:hAnsi="Consolas"/>
          <w:b w:val="0"/>
          <w:i w:val="0"/>
          <w:sz w:val="20"/>
        </w:rPr>
        <w:t>read_text()</w:t>
      </w:r>
      <w:r>
        <w:rPr>
          <w:b w:val="0"/>
          <w:i w:val="0"/>
        </w:rPr>
        <w:t xml:space="preserve"> ❷. Sau đó chúng ta truyền nội dung của tệp cho </w:t>
      </w:r>
      <w:r>
        <w:rPr>
          <w:rFonts w:ascii="Consolas" w:hAnsi="Consolas"/>
          <w:b w:val="0"/>
          <w:i w:val="0"/>
          <w:sz w:val="20"/>
        </w:rPr>
        <w:t>json.loads()</w:t>
      </w:r>
      <w:r>
        <w:rPr>
          <w:b w:val="0"/>
          <w:i w:val="0"/>
        </w:rPr>
        <w:t xml:space="preserve"> ❸. Hàm này nhận một chuỗi định dạng JSON và trả về một đối tượng Python (trong trường hợp này là một danh sách), mà chúng ta gán cho </w:t>
      </w:r>
      <w:r>
        <w:rPr>
          <w:rFonts w:ascii="Consolas" w:hAnsi="Consolas"/>
          <w:b w:val="0"/>
          <w:i w:val="0"/>
          <w:sz w:val="20"/>
        </w:rPr>
        <w:t>numbers</w:t>
      </w:r>
      <w:r>
        <w:rPr>
          <w:b w:val="0"/>
          <w:i w:val="0"/>
        </w:rPr>
        <w:t xml:space="preserve">. Cuối cùng, chúng ta in danh sách các số đã khôi phục và thấy rằng nó giống hệt danh sách được tạo trong </w:t>
      </w:r>
      <w:r>
        <w:rPr>
          <w:b w:val="0"/>
          <w:i/>
        </w:rPr>
        <w:t>number_writer.py</w:t>
      </w:r>
      <w:r>
        <w:rPr>
          <w:b w:val="0"/>
          <w:i w:val="0"/>
        </w:rPr>
        <w:t>:</w:t>
      </w:r>
    </w:p>
    <w:p>
      <w:pPr>
        <w:spacing w:after="80"/>
      </w:pPr>
      <w:r>
        <w:rPr>
          <w:b w:val="0"/>
          <w:i w:val="0"/>
        </w:rPr>
        <w:t>[2, 3, 5, 7, 11, 13]</w:t>
      </w:r>
    </w:p>
    <w:p>
      <w:pPr>
        <w:spacing w:after="80"/>
      </w:pPr>
      <w:r>
        <w:rPr>
          <w:b w:val="0"/>
          <w:i w:val="0"/>
        </w:rPr>
        <w:t>Đây là một cách đơn giản để chia sẻ dữ liệu giữa hai chương trình.</w:t>
      </w:r>
    </w:p>
    <w:p>
      <w:pPr>
        <w:pStyle w:val="Heading3"/>
      </w:pPr>
      <w:r>
        <w:rPr>
          <w:rFonts w:ascii="Calibri" w:hAnsi="Calibri"/>
          <w:b/>
          <w:i w:val="0"/>
          <w:sz w:val="27"/>
        </w:rPr>
        <w:t>Lưu và Đọc Dữ liệu do Người dùng Tạo ra</w:t>
      </w:r>
    </w:p>
    <w:p>
      <w:pPr>
        <w:spacing w:after="80"/>
      </w:pPr>
      <w:r>
        <w:rPr>
          <w:b w:val="0"/>
          <w:i w:val="0"/>
        </w:rPr>
        <w:t xml:space="preserve">Lưu dữ liệu bằng </w:t>
      </w:r>
      <w:r>
        <w:rPr>
          <w:rFonts w:ascii="Consolas" w:hAnsi="Consolas"/>
          <w:b w:val="0"/>
          <w:i w:val="0"/>
          <w:sz w:val="20"/>
        </w:rPr>
        <w:t>json</w:t>
      </w:r>
      <w:r>
        <w:rPr>
          <w:b w:val="0"/>
          <w:i w:val="0"/>
        </w:rPr>
        <w:t xml:space="preserve"> rất hữu ích khi bạn làm việc với dữ liệu do người dùng tạo ra, bởi vì nếu bạn không lưu thông tin của người dùng bằng cách nào đó, bạn sẽ mất nó khi chương trình ngừng chạy. Hãy cùng xem một ví dụ, trong đó chúng ta yêu cầu người dùng nhập tên của họ trong lần đầu tiên chạy chương trình, rồi ghi nhớ tên đó khi họ chạy chương trình lần nữa.</w:t>
      </w:r>
    </w:p>
    <w:p>
      <w:pPr>
        <w:spacing w:after="80"/>
      </w:pPr>
      <w:r>
        <w:rPr>
          <w:b w:val="0"/>
          <w:i w:val="0"/>
        </w:rPr>
        <w:t>Hãy bắt đầu bằng việc lưu tên của người dùng:</w:t>
      </w:r>
    </w:p>
    <w:p>
      <w:pPr>
        <w:spacing w:after="80"/>
      </w:pPr>
      <w:r>
        <w:rPr>
          <w:b w:val="0"/>
          <w:i w:val="0"/>
        </w:rPr>
        <w:t>remember_me.py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username = input("What is your name?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path = Path('username.json')</w:t>
      </w:r>
    </w:p>
    <w:p>
      <w:pPr>
        <w:spacing w:after="0"/>
        <w:ind w:left="360"/>
        <w:shd w:val="clear" w:color="auto" w:fill="F2F2F2"/>
      </w:pPr>
      <w:r>
        <w:rPr>
          <w:rFonts w:ascii="Consolas" w:hAnsi="Consolas"/>
          <w:b w:val="0"/>
          <w:i w:val="0"/>
          <w:sz w:val="18"/>
        </w:rPr>
        <w:t>contents = json.dumps(username)</w:t>
      </w:r>
    </w:p>
    <w:p>
      <w:pPr>
        <w:spacing w:after="0"/>
        <w:ind w:left="360"/>
        <w:shd w:val="clear" w:color="auto" w:fill="F2F2F2"/>
      </w:pPr>
      <w:r>
        <w:rPr>
          <w:rFonts w:ascii="Consolas" w:hAnsi="Consolas"/>
          <w:b w:val="0"/>
          <w:i w:val="0"/>
          <w:sz w:val="18"/>
        </w:rPr>
        <w:t>path.write_text(contents)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print(f"We'll remember you when you come back, {username}!")</w:t>
      </w:r>
    </w:p>
    <w:p>
      <w:pPr>
        <w:spacing w:after="40"/>
      </w:pPr>
    </w:p>
    <w:p>
      <w:pPr>
        <w:spacing w:after="80"/>
      </w:pPr>
      <w:r>
        <w:rPr>
          <w:b w:val="0"/>
          <w:i w:val="0"/>
        </w:rPr>
        <w:t xml:space="preserve">Đầu tiên chúng ta yêu cầu nhập tên người dùng để lưu ❶. Tiếp theo, chúng ta ghi dữ liệu vừa thu thập được vào một tệp có tên </w:t>
      </w:r>
      <w:r>
        <w:rPr>
          <w:b w:val="0"/>
          <w:i/>
        </w:rPr>
        <w:t>username.json</w:t>
      </w:r>
      <w:r>
        <w:rPr>
          <w:b w:val="0"/>
          <w:i w:val="0"/>
        </w:rPr>
        <w:t xml:space="preserve"> ❷. Sau đó chúng ta in một thông báo cho người dùng biết rằng chúng ta đã lưu thông tin của họ ❸:</w:t>
      </w:r>
    </w:p>
    <w:p>
      <w:pPr>
        <w:spacing w:after="0"/>
        <w:ind w:left="360"/>
        <w:shd w:val="clear" w:color="auto" w:fill="F2F2F2"/>
      </w:pPr>
      <w:r>
        <w:rPr>
          <w:rFonts w:ascii="Consolas" w:hAnsi="Consolas"/>
          <w:b w:val="0"/>
          <w:i w:val="0"/>
          <w:sz w:val="18"/>
        </w:rPr>
        <w:t xml:space="preserve">What is your name? </w:t>
      </w:r>
      <w:r>
        <w:rPr>
          <w:rFonts w:ascii="Consolas" w:hAnsi="Consolas"/>
          <w:b/>
          <w:i w:val="0"/>
          <w:sz w:val="18"/>
        </w:rPr>
        <w:t>Eric</w:t>
      </w:r>
    </w:p>
    <w:p>
      <w:pPr>
        <w:spacing w:after="0"/>
        <w:ind w:left="360"/>
        <w:shd w:val="clear" w:color="auto" w:fill="F2F2F2"/>
      </w:pPr>
      <w:r>
        <w:rPr>
          <w:rFonts w:ascii="Consolas" w:hAnsi="Consolas"/>
          <w:b w:val="0"/>
          <w:i w:val="0"/>
          <w:sz w:val="18"/>
        </w:rPr>
        <w:t>We'll remember you when you come back, Eric!</w:t>
      </w:r>
    </w:p>
    <w:p>
      <w:pPr>
        <w:spacing w:after="40"/>
      </w:pPr>
    </w:p>
    <w:p>
      <w:pPr>
        <w:spacing w:after="80"/>
      </w:pPr>
      <w:r>
        <w:rPr>
          <w:b w:val="0"/>
          <w:i w:val="0"/>
        </w:rPr>
        <w:t>Bây giờ hãy viết một chương trình mới để chào một người dùng mà tên của họ đã được lưu trước đó:</w:t>
      </w:r>
    </w:p>
    <w:p>
      <w:pPr>
        <w:spacing w:after="80"/>
      </w:pPr>
      <w:r>
        <w:rPr>
          <w:b w:val="0"/>
          <w:i w:val="0"/>
        </w:rPr>
        <w:t>greet_user.py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path = Path('username.json')</w:t>
      </w:r>
    </w:p>
    <w:p>
      <w:pPr>
        <w:spacing w:after="0"/>
        <w:ind w:left="360"/>
        <w:shd w:val="clear" w:color="auto" w:fill="F2F2F2"/>
      </w:pPr>
      <w:r>
        <w:rPr>
          <w:rFonts w:ascii="Consolas" w:hAnsi="Consolas"/>
          <w:b w:val="0"/>
          <w:i w:val="0"/>
          <w:sz w:val="18"/>
        </w:rPr>
        <w:t>contents = path.read_text()</w:t>
      </w:r>
    </w:p>
    <w:p>
      <w:pPr>
        <w:spacing w:after="0"/>
        <w:ind w:left="360"/>
        <w:shd w:val="clear" w:color="auto" w:fill="F2F2F2"/>
      </w:pPr>
      <w:r>
        <w:rPr>
          <w:rFonts w:ascii="Consolas" w:hAnsi="Consolas"/>
          <w:b w:val="0"/>
          <w:i w:val="0"/>
          <w:sz w:val="18"/>
        </w:rPr>
        <w:t>❷ username = json.loads(contents)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print(f"Welcome back, {username}!")</w:t>
      </w:r>
    </w:p>
    <w:p>
      <w:pPr>
        <w:spacing w:after="40"/>
      </w:pPr>
    </w:p>
    <w:p>
      <w:pPr>
        <w:spacing w:after="80"/>
      </w:pPr>
      <w:r>
        <w:rPr>
          <w:b w:val="0"/>
          <w:i w:val="0"/>
        </w:rPr>
        <w:t xml:space="preserve">Chúng ta đọc nội dung của tệp dữ liệu ❶ rồi dùng </w:t>
      </w:r>
      <w:r>
        <w:rPr>
          <w:rFonts w:ascii="Consolas" w:hAnsi="Consolas"/>
          <w:b w:val="0"/>
          <w:i w:val="0"/>
          <w:sz w:val="20"/>
        </w:rPr>
        <w:t>json.loads()</w:t>
      </w:r>
      <w:r>
        <w:rPr>
          <w:b w:val="0"/>
          <w:i w:val="0"/>
        </w:rPr>
        <w:t xml:space="preserve"> để gán dữ liệu đã khôi phục được cho biến </w:t>
      </w:r>
      <w:r>
        <w:rPr>
          <w:rFonts w:ascii="Consolas" w:hAnsi="Consolas"/>
          <w:b w:val="0"/>
          <w:i w:val="0"/>
          <w:sz w:val="20"/>
        </w:rPr>
        <w:t>username</w:t>
      </w:r>
      <w:r>
        <w:rPr>
          <w:b w:val="0"/>
          <w:i w:val="0"/>
        </w:rPr>
        <w:t xml:space="preserve"> ❷. Vì đã khôi phục được tên người dùng, chúng ta có thể chào mừng người dùng quay trở lại bằng một lời chào được cá nhân hóa:</w:t>
      </w:r>
    </w:p>
    <w:p>
      <w:pPr>
        <w:spacing w:after="80"/>
      </w:pPr>
      <w:r>
        <w:rPr>
          <w:b w:val="0"/>
          <w:i w:val="0"/>
        </w:rPr>
        <w:t>Chào mừng trở lại, Eric!</w:t>
      </w:r>
    </w:p>
    <w:p>
      <w:pPr>
        <w:spacing w:after="80"/>
      </w:pPr>
      <w:r>
        <w:rPr>
          <w:b w:val="0"/>
          <w:i w:val="0"/>
        </w:rPr>
        <w:t xml:space="preserve">Chúng ta cần gộp hai chương trình này thành một tệp duy nhất. Khi ai đó chạy </w:t>
      </w:r>
      <w:r>
        <w:rPr>
          <w:b w:val="0"/>
          <w:i/>
        </w:rPr>
        <w:t>remember_me.py</w:t>
      </w:r>
      <w:r>
        <w:rPr>
          <w:b w:val="0"/>
          <w:i w:val="0"/>
        </w:rPr>
        <w:t xml:space="preserve">, chúng ta muốn lấy lại tên người dùng của họ từ bộ nhớ nếu có thể; nếu không, chúng ta sẽ yêu cầu nhập tên người dùng và lưu nó vào </w:t>
      </w:r>
      <w:r>
        <w:rPr>
          <w:b w:val="0"/>
          <w:i/>
        </w:rPr>
        <w:t>username.json</w:t>
      </w:r>
      <w:r>
        <w:rPr>
          <w:b w:val="0"/>
          <w:i w:val="0"/>
        </w:rPr>
        <w:t xml:space="preserve"> cho lần sau. Chúng ta có thể viết một khối </w:t>
      </w:r>
      <w:r>
        <w:rPr>
          <w:rFonts w:ascii="Consolas" w:hAnsi="Consolas"/>
          <w:b w:val="0"/>
          <w:i w:val="0"/>
          <w:sz w:val="20"/>
        </w:rPr>
        <w:t>try</w:t>
      </w:r>
      <w:r>
        <w:rPr>
          <w:b w:val="0"/>
          <w:i w:val="0"/>
        </w:rPr>
        <w:t>-</w:t>
      </w:r>
      <w:r>
        <w:rPr>
          <w:rFonts w:ascii="Consolas" w:hAnsi="Consolas"/>
          <w:b w:val="0"/>
          <w:i w:val="0"/>
          <w:sz w:val="20"/>
        </w:rPr>
        <w:t>except</w:t>
      </w:r>
      <w:r>
        <w:rPr>
          <w:b w:val="0"/>
          <w:i w:val="0"/>
        </w:rPr>
        <w:t xml:space="preserve"> ở đây để phản hồi thích hợp nếu </w:t>
      </w:r>
      <w:r>
        <w:rPr>
          <w:b w:val="0"/>
          <w:i/>
        </w:rPr>
        <w:t>username.json</w:t>
      </w:r>
      <w:r>
        <w:rPr>
          <w:b w:val="0"/>
          <w:i w:val="0"/>
        </w:rPr>
        <w:t xml:space="preserve"> không tồn tại, nhưng thay vào đó chúng ta sẽ dùng một phương thức tiện lợi từ mô-đun </w:t>
      </w:r>
      <w:r>
        <w:rPr>
          <w:rFonts w:ascii="Consolas" w:hAnsi="Consolas"/>
          <w:b w:val="0"/>
          <w:i w:val="0"/>
          <w:sz w:val="20"/>
        </w:rPr>
        <w:t>pathlib</w:t>
      </w:r>
      <w:r>
        <w:rPr>
          <w:b w:val="0"/>
          <w:i w:val="0"/>
        </w:rPr>
        <w:t>:</w:t>
      </w:r>
    </w:p>
    <w:p>
      <w:pPr>
        <w:spacing w:after="80"/>
      </w:pPr>
      <w:r>
        <w:rPr>
          <w:b w:val="0"/>
          <w:i w:val="0"/>
        </w:rPr>
        <w:t>remember_me.py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Path('username.json')</w:t>
      </w:r>
    </w:p>
    <w:p>
      <w:pPr>
        <w:spacing w:after="0"/>
        <w:ind w:left="360"/>
        <w:shd w:val="clear" w:color="auto" w:fill="F2F2F2"/>
      </w:pPr>
      <w:r>
        <w:rPr>
          <w:rFonts w:ascii="Consolas" w:hAnsi="Consolas"/>
          <w:b w:val="0"/>
          <w:i w:val="0"/>
          <w:sz w:val="18"/>
        </w:rPr>
        <w:t>❶ if path.exists():</w:t>
      </w:r>
    </w:p>
    <w:p>
      <w:pPr>
        <w:spacing w:after="0"/>
        <w:ind w:left="360"/>
        <w:shd w:val="clear" w:color="auto" w:fill="F2F2F2"/>
      </w:pPr>
      <w:r>
        <w:rPr>
          <w:rFonts w:ascii="Consolas" w:hAnsi="Consolas"/>
          <w:b w:val="0"/>
          <w:i w:val="0"/>
          <w:sz w:val="18"/>
        </w:rPr>
        <w:t xml:space="preserve">    contents = path.read_text()</w:t>
      </w:r>
    </w:p>
    <w:p>
      <w:pPr>
        <w:spacing w:after="0"/>
        <w:ind w:left="360"/>
        <w:shd w:val="clear" w:color="auto" w:fill="F2F2F2"/>
      </w:pPr>
      <w:r>
        <w:rPr>
          <w:rFonts w:ascii="Consolas" w:hAnsi="Consolas"/>
          <w:b w:val="0"/>
          <w:i w:val="0"/>
          <w:sz w:val="18"/>
        </w:rPr>
        <w:t xml:space="preserve">    username = json.loads(contents)</w:t>
      </w:r>
    </w:p>
    <w:p>
      <w:pPr>
        <w:spacing w:after="0"/>
        <w:ind w:left="360"/>
        <w:shd w:val="clear" w:color="auto" w:fill="F2F2F2"/>
      </w:pPr>
      <w:r>
        <w:rPr>
          <w:rFonts w:ascii="Consolas" w:hAnsi="Consolas"/>
          <w:b w:val="0"/>
          <w:i w:val="0"/>
          <w:sz w:val="18"/>
        </w:rPr>
        <w:t xml:space="preserve">    print(f"Welcome back, {username}!")</w:t>
      </w:r>
    </w:p>
    <w:p>
      <w:pPr>
        <w:spacing w:after="0"/>
        <w:ind w:left="360"/>
        <w:shd w:val="clear" w:color="auto" w:fill="F2F2F2"/>
      </w:pPr>
      <w:r>
        <w:rPr>
          <w:rFonts w:ascii="Consolas" w:hAnsi="Consolas"/>
          <w:b w:val="0"/>
          <w:i w:val="0"/>
          <w:sz w:val="18"/>
        </w:rPr>
        <w:t>❷ else:</w:t>
      </w:r>
    </w:p>
    <w:p>
      <w:pPr>
        <w:spacing w:after="0"/>
        <w:ind w:left="360"/>
        <w:shd w:val="clear" w:color="auto" w:fill="F2F2F2"/>
      </w:pPr>
      <w:r>
        <w:rPr>
          <w:rFonts w:ascii="Consolas" w:hAnsi="Consolas"/>
          <w:b w:val="0"/>
          <w:i w:val="0"/>
          <w:sz w:val="18"/>
        </w:rPr>
        <w:t xml:space="preserve">    username = input("What is your name? ")</w:t>
      </w:r>
    </w:p>
    <w:p>
      <w:pPr>
        <w:spacing w:after="0"/>
        <w:ind w:left="360"/>
        <w:shd w:val="clear" w:color="auto" w:fill="F2F2F2"/>
      </w:pPr>
      <w:r>
        <w:rPr>
          <w:rFonts w:ascii="Consolas" w:hAnsi="Consolas"/>
          <w:b w:val="0"/>
          <w:i w:val="0"/>
          <w:sz w:val="18"/>
        </w:rPr>
        <w:t xml:space="preserve">    contents = json.dumps(username)</w:t>
      </w:r>
    </w:p>
    <w:p>
      <w:pPr>
        <w:spacing w:after="0"/>
        <w:ind w:left="360"/>
        <w:shd w:val="clear" w:color="auto" w:fill="F2F2F2"/>
      </w:pPr>
      <w:r>
        <w:rPr>
          <w:rFonts w:ascii="Consolas" w:hAnsi="Consolas"/>
          <w:b w:val="0"/>
          <w:i w:val="0"/>
          <w:sz w:val="18"/>
        </w:rPr>
        <w:t xml:space="preserve">    path.write_text(contents)</w:t>
      </w:r>
    </w:p>
    <w:p>
      <w:pPr>
        <w:spacing w:after="0"/>
        <w:ind w:left="360"/>
        <w:shd w:val="clear" w:color="auto" w:fill="F2F2F2"/>
      </w:pPr>
      <w:r>
        <w:rPr>
          <w:rFonts w:ascii="Consolas" w:hAnsi="Consolas"/>
          <w:b w:val="0"/>
          <w:i w:val="0"/>
          <w:sz w:val="18"/>
        </w:rPr>
        <w:t xml:space="preserve">    print(f"We'll remember you when you come back, {username}!")</w:t>
      </w:r>
    </w:p>
    <w:p>
      <w:pPr>
        <w:spacing w:after="40"/>
      </w:pPr>
    </w:p>
    <w:p>
      <w:pPr>
        <w:spacing w:after="80"/>
      </w:pPr>
      <w:r>
        <w:rPr>
          <w:b w:val="0"/>
          <w:i w:val="0"/>
        </w:rPr>
        <w:t xml:space="preserve">Có rất nhiều phương thức hữu ích mà bạn có thể dùng với các đối tượng </w:t>
      </w:r>
      <w:r>
        <w:rPr>
          <w:rFonts w:ascii="Consolas" w:hAnsi="Consolas"/>
          <w:b w:val="0"/>
          <w:i w:val="0"/>
          <w:sz w:val="20"/>
        </w:rPr>
        <w:t>Path</w:t>
      </w:r>
      <w:r>
        <w:rPr>
          <w:b w:val="0"/>
          <w:i w:val="0"/>
        </w:rPr>
        <w:t xml:space="preserve">. Phương thức </w:t>
      </w:r>
      <w:r>
        <w:rPr>
          <w:rFonts w:ascii="Consolas" w:hAnsi="Consolas"/>
          <w:b w:val="0"/>
          <w:i w:val="0"/>
          <w:sz w:val="20"/>
        </w:rPr>
        <w:t>exists()</w:t>
      </w:r>
      <w:r>
        <w:rPr>
          <w:b w:val="0"/>
          <w:i w:val="0"/>
        </w:rPr>
        <w:t xml:space="preserve"> trả về </w:t>
      </w:r>
      <w:r>
        <w:rPr>
          <w:rFonts w:ascii="Consolas" w:hAnsi="Consolas"/>
          <w:b w:val="0"/>
          <w:i w:val="0"/>
          <w:sz w:val="20"/>
        </w:rPr>
        <w:t>True</w:t>
      </w:r>
      <w:r>
        <w:rPr>
          <w:b w:val="0"/>
          <w:i w:val="0"/>
        </w:rPr>
        <w:t xml:space="preserve"> nếu một tệp hoặc thư mục tồn tại và </w:t>
      </w:r>
      <w:r>
        <w:rPr>
          <w:rFonts w:ascii="Consolas" w:hAnsi="Consolas"/>
          <w:b w:val="0"/>
          <w:i w:val="0"/>
          <w:sz w:val="20"/>
        </w:rPr>
        <w:t>False</w:t>
      </w:r>
      <w:r>
        <w:rPr>
          <w:b w:val="0"/>
          <w:i w:val="0"/>
        </w:rPr>
        <w:t xml:space="preserve"> nếu không. Ở đây chúng ta dùng </w:t>
      </w:r>
      <w:r>
        <w:rPr>
          <w:rFonts w:ascii="Consolas" w:hAnsi="Consolas"/>
          <w:b w:val="0"/>
          <w:i w:val="0"/>
          <w:sz w:val="20"/>
        </w:rPr>
        <w:t>path.exists()</w:t>
      </w:r>
      <w:r>
        <w:rPr>
          <w:b w:val="0"/>
          <w:i w:val="0"/>
        </w:rPr>
        <w:t xml:space="preserve"> để tìm hiểu xem tên người dùng đã được lưu chưa ❶. Nếu </w:t>
      </w:r>
      <w:r>
        <w:rPr>
          <w:b w:val="0"/>
          <w:i/>
        </w:rPr>
        <w:t>username.json</w:t>
      </w:r>
      <w:r>
        <w:rPr>
          <w:b w:val="0"/>
          <w:i w:val="0"/>
        </w:rPr>
        <w:t xml:space="preserve"> tồn tại, chúng ta tải tên người dùng lên và in một lời chào được cá nhân hóa cho người dùng.</w:t>
      </w:r>
    </w:p>
    <w:p>
      <w:pPr>
        <w:spacing w:after="80"/>
      </w:pPr>
      <w:r>
        <w:rPr>
          <w:b w:val="0"/>
          <w:i w:val="0"/>
        </w:rPr>
        <w:t xml:space="preserve">Nếu tệp </w:t>
      </w:r>
      <w:r>
        <w:rPr>
          <w:b w:val="0"/>
          <w:i/>
        </w:rPr>
        <w:t>username.json</w:t>
      </w:r>
      <w:r>
        <w:rPr>
          <w:b w:val="0"/>
          <w:i w:val="0"/>
        </w:rPr>
        <w:t xml:space="preserve"> không tồn tại ❷, chúng ta yêu cầu nhập tên người dùng và lưu giá trị mà người dùng nhập vào. Chúng ta cũng in thông báo quen thuộc rằng chúng ta sẽ ghi nhớ họ khi họ quay trở lại.</w:t>
      </w:r>
    </w:p>
    <w:p>
      <w:pPr>
        <w:spacing w:after="80"/>
      </w:pPr>
      <w:r>
        <w:rPr>
          <w:b w:val="0"/>
          <w:i w:val="0"/>
        </w:rPr>
        <w:t>Dù khối nào chạy, kết quả đều là một tên người dùng và một lời chào phù hợp. Nếu đây là lần đầu tiên chương trình chạy, đây là kết quả:</w:t>
      </w:r>
    </w:p>
    <w:p>
      <w:pPr>
        <w:spacing w:after="0"/>
        <w:ind w:left="360"/>
        <w:shd w:val="clear" w:color="auto" w:fill="F2F2F2"/>
      </w:pPr>
      <w:r>
        <w:rPr>
          <w:rFonts w:ascii="Consolas" w:hAnsi="Consolas"/>
          <w:b w:val="0"/>
          <w:i w:val="0"/>
          <w:sz w:val="18"/>
        </w:rPr>
        <w:t xml:space="preserve">What is your name? </w:t>
      </w:r>
      <w:r>
        <w:rPr>
          <w:rFonts w:ascii="Consolas" w:hAnsi="Consolas"/>
          <w:b/>
          <w:i w:val="0"/>
          <w:sz w:val="18"/>
        </w:rPr>
        <w:t>Eric</w:t>
      </w:r>
    </w:p>
    <w:p>
      <w:pPr>
        <w:spacing w:after="0"/>
        <w:ind w:left="360"/>
        <w:shd w:val="clear" w:color="auto" w:fill="F2F2F2"/>
      </w:pPr>
      <w:r>
        <w:rPr>
          <w:rFonts w:ascii="Consolas" w:hAnsi="Consolas"/>
          <w:b w:val="0"/>
          <w:i w:val="0"/>
          <w:sz w:val="18"/>
        </w:rPr>
        <w:t>We'll remember you when you come back, Eric!</w:t>
      </w:r>
    </w:p>
    <w:p>
      <w:pPr>
        <w:spacing w:after="40"/>
      </w:pPr>
    </w:p>
    <w:p>
      <w:pPr>
        <w:spacing w:after="80"/>
      </w:pPr>
      <w:r>
        <w:rPr>
          <w:b w:val="0"/>
          <w:i w:val="0"/>
        </w:rPr>
        <w:t>Nếu không thì:</w:t>
      </w:r>
    </w:p>
    <w:p>
      <w:pPr>
        <w:spacing w:after="80"/>
      </w:pPr>
      <w:r>
        <w:rPr>
          <w:b w:val="0"/>
          <w:i w:val="0"/>
        </w:rPr>
        <w:t>Chào mừng trở lại, Eric!</w:t>
      </w:r>
    </w:p>
    <w:p>
      <w:pPr>
        <w:spacing w:after="80"/>
      </w:pPr>
      <w:r>
        <w:rPr>
          <w:b w:val="0"/>
          <w:i w:val="0"/>
        </w:rPr>
        <w:t>Đây là kết quả bạn thấy nếu chương trình đã được chạy ít nhất một lần. Mặc dù dữ liệu trong phần này chỉ là một chuỗi đơn giản, chương trình vẫn hoạt động tốt với bất kỳ dữ liệu nào có thể chuyển đổi thành chuỗi định dạng JSON.</w:t>
      </w:r>
    </w:p>
    <w:p>
      <w:pPr>
        <w:pStyle w:val="Heading3"/>
      </w:pPr>
      <w:r>
        <w:rPr>
          <w:rFonts w:ascii="Calibri" w:hAnsi="Calibri"/>
          <w:b/>
          <w:i w:val="0"/>
          <w:sz w:val="27"/>
        </w:rPr>
        <w:t>Tái cấu trúc mã nguồn</w:t>
      </w:r>
    </w:p>
    <w:p>
      <w:pPr>
        <w:spacing w:after="80"/>
      </w:pPr>
      <w:r>
        <w:rPr>
          <w:b w:val="0"/>
          <w:i w:val="0"/>
        </w:rPr>
        <w:t xml:space="preserve">Thường thì bạn sẽ đến lúc code của mình chạy được, nhưng bạn nhận ra rằng mình có thể cải thiện nó bằng cách chia nhỏ thành một loạt các hàm với nhiệm vụ cụ thể. Quá trình này được gọi là </w:t>
      </w:r>
      <w:r>
        <w:rPr>
          <w:b w:val="0"/>
          <w:i/>
        </w:rPr>
        <w:t>tái cấu trúc mã nguồn</w:t>
      </w:r>
      <w:r>
        <w:rPr>
          <w:b w:val="0"/>
          <w:i w:val="0"/>
        </w:rPr>
        <w:t xml:space="preserve"> (refactoring). Tái cấu trúc giúp code của bạn sạch sẽ hơn, dễ hiểu hơn và dễ mở rộng hơn.</w:t>
      </w:r>
    </w:p>
    <w:p>
      <w:pPr>
        <w:spacing w:after="80"/>
      </w:pPr>
      <w:r>
        <w:rPr>
          <w:b w:val="0"/>
          <w:i w:val="0"/>
        </w:rPr>
        <w:t xml:space="preserve">Chúng ta có thể tái cấu trúc </w:t>
      </w:r>
      <w:r>
        <w:rPr>
          <w:b w:val="0"/>
          <w:i/>
        </w:rPr>
        <w:t>remember_me.py</w:t>
      </w:r>
      <w:r>
        <w:rPr>
          <w:b w:val="0"/>
          <w:i w:val="0"/>
        </w:rPr>
        <w:t xml:space="preserve"> bằng cách chuyển phần lớn logic của nó vào một hoặc nhiều hàm. Trọng tâm của </w:t>
      </w:r>
      <w:r>
        <w:rPr>
          <w:b w:val="0"/>
          <w:i/>
        </w:rPr>
        <w:t>remember_me.py</w:t>
      </w:r>
      <w:r>
        <w:rPr>
          <w:b w:val="0"/>
          <w:i w:val="0"/>
        </w:rPr>
        <w:t xml:space="preserve"> là chào hỏi người dùng, vậy nên hãy chuyển toàn bộ code hiện có vào một hàm gọi là </w:t>
      </w:r>
      <w:r>
        <w:rPr>
          <w:rFonts w:ascii="Consolas" w:hAnsi="Consolas"/>
          <w:b w:val="0"/>
          <w:i w:val="0"/>
          <w:sz w:val="20"/>
        </w:rPr>
        <w:t>greet_user()</w:t>
      </w:r>
      <w:r>
        <w:rPr>
          <w:b w:val="0"/>
          <w:i w:val="0"/>
        </w:rPr>
        <w:t>:</w:t>
      </w:r>
    </w:p>
    <w:p>
      <w:pPr>
        <w:spacing w:after="80"/>
      </w:pPr>
      <w:r>
        <w:rPr>
          <w:b w:val="0"/>
          <w:i w:val="0"/>
        </w:rPr>
        <w:t>remember_me.py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greet_user():</w:t>
      </w:r>
    </w:p>
    <w:p>
      <w:pPr>
        <w:spacing w:after="0"/>
        <w:ind w:left="360"/>
        <w:shd w:val="clear" w:color="auto" w:fill="F2F2F2"/>
      </w:pPr>
      <w:r>
        <w:rPr>
          <w:rFonts w:ascii="Consolas" w:hAnsi="Consolas"/>
          <w:b w:val="0"/>
          <w:i w:val="0"/>
          <w:sz w:val="18"/>
        </w:rPr>
        <w:t>❶     """Greet the user by name."""</w:t>
      </w:r>
    </w:p>
    <w:p>
      <w:pPr>
        <w:spacing w:after="0"/>
        <w:ind w:left="360"/>
        <w:shd w:val="clear" w:color="auto" w:fill="F2F2F2"/>
      </w:pPr>
      <w:r>
        <w:rPr>
          <w:rFonts w:ascii="Consolas" w:hAnsi="Consolas"/>
          <w:b w:val="0"/>
          <w:i w:val="0"/>
          <w:sz w:val="18"/>
        </w:rPr>
        <w:t xml:space="preserve">    path = Path('username.json')</w:t>
      </w:r>
    </w:p>
    <w:p>
      <w:pPr>
        <w:spacing w:after="0"/>
        <w:ind w:left="360"/>
        <w:shd w:val="clear" w:color="auto" w:fill="F2F2F2"/>
      </w:pPr>
      <w:r>
        <w:rPr>
          <w:rFonts w:ascii="Consolas" w:hAnsi="Consolas"/>
          <w:b w:val="0"/>
          <w:i w:val="0"/>
          <w:sz w:val="18"/>
        </w:rPr>
        <w:t xml:space="preserve">    if path.exists():</w:t>
      </w:r>
    </w:p>
    <w:p>
      <w:pPr>
        <w:spacing w:after="0"/>
        <w:ind w:left="360"/>
        <w:shd w:val="clear" w:color="auto" w:fill="F2F2F2"/>
      </w:pPr>
      <w:r>
        <w:rPr>
          <w:rFonts w:ascii="Consolas" w:hAnsi="Consolas"/>
          <w:b w:val="0"/>
          <w:i w:val="0"/>
          <w:sz w:val="18"/>
        </w:rPr>
        <w:t xml:space="preserve">        contents = path.read_text()</w:t>
      </w:r>
    </w:p>
    <w:p>
      <w:pPr>
        <w:spacing w:after="0"/>
        <w:ind w:left="360"/>
        <w:shd w:val="clear" w:color="auto" w:fill="F2F2F2"/>
      </w:pPr>
      <w:r>
        <w:rPr>
          <w:rFonts w:ascii="Consolas" w:hAnsi="Consolas"/>
          <w:b w:val="0"/>
          <w:i w:val="0"/>
          <w:sz w:val="18"/>
        </w:rPr>
        <w:t xml:space="preserve">        username = json.loads(contents)</w:t>
      </w:r>
    </w:p>
    <w:p>
      <w:pPr>
        <w:spacing w:after="0"/>
        <w:ind w:left="360"/>
        <w:shd w:val="clear" w:color="auto" w:fill="F2F2F2"/>
      </w:pPr>
      <w:r>
        <w:rPr>
          <w:rFonts w:ascii="Consolas" w:hAnsi="Consolas"/>
          <w:b w:val="0"/>
          <w:i w:val="0"/>
          <w:sz w:val="18"/>
        </w:rPr>
        <w:t xml:space="preserve">        print(f"Welcome back, {username}!")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username = input("What is your name? ")</w:t>
      </w:r>
    </w:p>
    <w:p>
      <w:pPr>
        <w:spacing w:after="0"/>
        <w:ind w:left="360"/>
        <w:shd w:val="clear" w:color="auto" w:fill="F2F2F2"/>
      </w:pPr>
      <w:r>
        <w:rPr>
          <w:rFonts w:ascii="Consolas" w:hAnsi="Consolas"/>
          <w:b w:val="0"/>
          <w:i w:val="0"/>
          <w:sz w:val="18"/>
        </w:rPr>
        <w:t xml:space="preserve">        contents = json.dumps(username)</w:t>
      </w:r>
    </w:p>
    <w:p>
      <w:pPr>
        <w:spacing w:after="0"/>
        <w:ind w:left="360"/>
        <w:shd w:val="clear" w:color="auto" w:fill="F2F2F2"/>
      </w:pPr>
      <w:r>
        <w:rPr>
          <w:rFonts w:ascii="Consolas" w:hAnsi="Consolas"/>
          <w:b w:val="0"/>
          <w:i w:val="0"/>
          <w:sz w:val="18"/>
        </w:rPr>
        <w:t xml:space="preserve">        path.write_text(contents)</w:t>
      </w:r>
    </w:p>
    <w:p>
      <w:pPr>
        <w:spacing w:after="0"/>
        <w:ind w:left="360"/>
        <w:shd w:val="clear" w:color="auto" w:fill="F2F2F2"/>
      </w:pPr>
      <w:r>
        <w:rPr>
          <w:rFonts w:ascii="Consolas" w:hAnsi="Consolas"/>
          <w:b w:val="0"/>
          <w:i w:val="0"/>
          <w:sz w:val="18"/>
        </w:rPr>
        <w:t xml:space="preserve">        print(f"We'll remember you when you come back, {username}!")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greet_user()</w:t>
      </w:r>
    </w:p>
    <w:p>
      <w:pPr>
        <w:spacing w:after="40"/>
      </w:pPr>
    </w:p>
    <w:p>
      <w:pPr>
        <w:spacing w:after="80"/>
      </w:pPr>
      <w:r>
        <w:rPr>
          <w:b w:val="0"/>
          <w:i w:val="0"/>
        </w:rPr>
        <w:t xml:space="preserve">Vì bây giờ chúng ta đang dùng hàm, chúng ta viết lại phần chú thích thành docstring phản ánh cách chương trình hiện đang hoạt động ❶. File này sạch sẽ hơn một chút, nhưng hàm </w:t>
      </w:r>
      <w:r>
        <w:rPr>
          <w:rFonts w:ascii="Consolas" w:hAnsi="Consolas"/>
          <w:b w:val="0"/>
          <w:i w:val="0"/>
          <w:sz w:val="20"/>
        </w:rPr>
        <w:t>greet_user()</w:t>
      </w:r>
      <w:r>
        <w:rPr>
          <w:b w:val="0"/>
          <w:i w:val="0"/>
        </w:rPr>
        <w:t xml:space="preserve"> đang làm nhiều hơn việc chỉ chào hỏi người dùng—nó còn truy xuất tên người dùng đã lưu nếu có và nhắc nhập tên người dùng mới nếu không có.</w:t>
      </w:r>
    </w:p>
    <w:p>
      <w:pPr>
        <w:spacing w:after="80"/>
      </w:pPr>
      <w:r>
        <w:rPr>
          <w:b w:val="0"/>
          <w:i w:val="0"/>
        </w:rPr>
        <w:t xml:space="preserve">Hãy tái cấu trúc </w:t>
      </w:r>
      <w:r>
        <w:rPr>
          <w:rFonts w:ascii="Consolas" w:hAnsi="Consolas"/>
          <w:b w:val="0"/>
          <w:i w:val="0"/>
          <w:sz w:val="20"/>
        </w:rPr>
        <w:t>greet_user()</w:t>
      </w:r>
      <w:r>
        <w:rPr>
          <w:b w:val="0"/>
          <w:i w:val="0"/>
        </w:rPr>
        <w:t xml:space="preserve"> để nó không phải làm quá nhiều việc khác nhau. Chúng ta sẽ bắt đầu bằng cách chuyển code truy xuất tên người dùng đã lưu sang một hàm riêng:</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get_stored_username(path):</w:t>
      </w:r>
    </w:p>
    <w:p>
      <w:pPr>
        <w:spacing w:after="0"/>
        <w:ind w:left="360"/>
        <w:shd w:val="clear" w:color="auto" w:fill="F2F2F2"/>
      </w:pPr>
      <w:r>
        <w:rPr>
          <w:rFonts w:ascii="Consolas" w:hAnsi="Consolas"/>
          <w:b w:val="0"/>
          <w:i w:val="0"/>
          <w:sz w:val="18"/>
        </w:rPr>
        <w:t>❶     """Get stored username if available."""</w:t>
      </w:r>
    </w:p>
    <w:p>
      <w:pPr>
        <w:spacing w:after="0"/>
        <w:ind w:left="360"/>
        <w:shd w:val="clear" w:color="auto" w:fill="F2F2F2"/>
      </w:pPr>
      <w:r>
        <w:rPr>
          <w:rFonts w:ascii="Consolas" w:hAnsi="Consolas"/>
          <w:b w:val="0"/>
          <w:i w:val="0"/>
          <w:sz w:val="18"/>
        </w:rPr>
        <w:t xml:space="preserve">    if path.exists():</w:t>
      </w:r>
    </w:p>
    <w:p>
      <w:pPr>
        <w:spacing w:after="0"/>
        <w:ind w:left="360"/>
        <w:shd w:val="clear" w:color="auto" w:fill="F2F2F2"/>
      </w:pPr>
      <w:r>
        <w:rPr>
          <w:rFonts w:ascii="Consolas" w:hAnsi="Consolas"/>
          <w:b w:val="0"/>
          <w:i w:val="0"/>
          <w:sz w:val="18"/>
        </w:rPr>
        <w:t xml:space="preserve">        contents = path.read_text()</w:t>
      </w:r>
    </w:p>
    <w:p>
      <w:pPr>
        <w:spacing w:after="0"/>
        <w:ind w:left="360"/>
        <w:shd w:val="clear" w:color="auto" w:fill="F2F2F2"/>
      </w:pPr>
      <w:r>
        <w:rPr>
          <w:rFonts w:ascii="Consolas" w:hAnsi="Consolas"/>
          <w:b w:val="0"/>
          <w:i w:val="0"/>
          <w:sz w:val="18"/>
        </w:rPr>
        <w:t xml:space="preserve">        username = json.loads(contents)</w:t>
      </w:r>
    </w:p>
    <w:p>
      <w:pPr>
        <w:spacing w:after="0"/>
        <w:ind w:left="360"/>
        <w:shd w:val="clear" w:color="auto" w:fill="F2F2F2"/>
      </w:pPr>
      <w:r>
        <w:rPr>
          <w:rFonts w:ascii="Consolas" w:hAnsi="Consolas"/>
          <w:b w:val="0"/>
          <w:i w:val="0"/>
          <w:sz w:val="18"/>
        </w:rPr>
        <w:t xml:space="preserve">        return username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❷         return None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greet_user():</w:t>
      </w:r>
    </w:p>
    <w:p>
      <w:pPr>
        <w:spacing w:after="0"/>
        <w:ind w:left="360"/>
        <w:shd w:val="clear" w:color="auto" w:fill="F2F2F2"/>
      </w:pPr>
      <w:r>
        <w:rPr>
          <w:rFonts w:ascii="Consolas" w:hAnsi="Consolas"/>
          <w:b w:val="0"/>
          <w:i w:val="0"/>
          <w:sz w:val="18"/>
        </w:rPr>
        <w:t xml:space="preserve">    """Greet the user by name."""</w:t>
      </w:r>
    </w:p>
    <w:p>
      <w:pPr>
        <w:spacing w:after="0"/>
        <w:ind w:left="360"/>
        <w:shd w:val="clear" w:color="auto" w:fill="F2F2F2"/>
      </w:pPr>
      <w:r>
        <w:rPr>
          <w:rFonts w:ascii="Consolas" w:hAnsi="Consolas"/>
          <w:b w:val="0"/>
          <w:i w:val="0"/>
          <w:sz w:val="18"/>
        </w:rPr>
        <w:t xml:space="preserve">    path = Path('username.json')</w:t>
      </w:r>
    </w:p>
    <w:p>
      <w:pPr>
        <w:spacing w:after="0"/>
        <w:ind w:left="360"/>
        <w:shd w:val="clear" w:color="auto" w:fill="F2F2F2"/>
      </w:pPr>
      <w:r>
        <w:rPr>
          <w:rFonts w:ascii="Consolas" w:hAnsi="Consolas"/>
          <w:b w:val="0"/>
          <w:i w:val="0"/>
          <w:sz w:val="18"/>
        </w:rPr>
        <w:t xml:space="preserve">    username = get_stored_username(path)</w:t>
      </w:r>
    </w:p>
    <w:p>
      <w:pPr>
        <w:spacing w:after="0"/>
        <w:ind w:left="360"/>
        <w:shd w:val="clear" w:color="auto" w:fill="F2F2F2"/>
      </w:pPr>
      <w:r>
        <w:rPr>
          <w:rFonts w:ascii="Consolas" w:hAnsi="Consolas"/>
          <w:b w:val="0"/>
          <w:i w:val="0"/>
          <w:sz w:val="18"/>
        </w:rPr>
        <w:t>❸     if username:</w:t>
      </w:r>
    </w:p>
    <w:p>
      <w:pPr>
        <w:spacing w:after="0"/>
        <w:ind w:left="360"/>
        <w:shd w:val="clear" w:color="auto" w:fill="F2F2F2"/>
      </w:pPr>
      <w:r>
        <w:rPr>
          <w:rFonts w:ascii="Consolas" w:hAnsi="Consolas"/>
          <w:b w:val="0"/>
          <w:i w:val="0"/>
          <w:sz w:val="18"/>
        </w:rPr>
        <w:t xml:space="preserve">        print(f"Welcome back, {username}!")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username = input("What is your name? ")</w:t>
      </w:r>
    </w:p>
    <w:p>
      <w:pPr>
        <w:spacing w:after="0"/>
        <w:ind w:left="360"/>
        <w:shd w:val="clear" w:color="auto" w:fill="F2F2F2"/>
      </w:pPr>
      <w:r>
        <w:rPr>
          <w:rFonts w:ascii="Consolas" w:hAnsi="Consolas"/>
          <w:b w:val="0"/>
          <w:i w:val="0"/>
          <w:sz w:val="18"/>
        </w:rPr>
        <w:t xml:space="preserve">        contents = json.dumps(username)</w:t>
      </w:r>
    </w:p>
    <w:p>
      <w:pPr>
        <w:spacing w:after="0"/>
        <w:ind w:left="360"/>
        <w:shd w:val="clear" w:color="auto" w:fill="F2F2F2"/>
      </w:pPr>
      <w:r>
        <w:rPr>
          <w:rFonts w:ascii="Consolas" w:hAnsi="Consolas"/>
          <w:b w:val="0"/>
          <w:i w:val="0"/>
          <w:sz w:val="18"/>
        </w:rPr>
        <w:t xml:space="preserve">        path.write_text(contents)</w:t>
      </w:r>
    </w:p>
    <w:p>
      <w:pPr>
        <w:spacing w:after="0"/>
        <w:ind w:left="360"/>
        <w:shd w:val="clear" w:color="auto" w:fill="F2F2F2"/>
      </w:pPr>
      <w:r>
        <w:rPr>
          <w:rFonts w:ascii="Consolas" w:hAnsi="Consolas"/>
          <w:b w:val="0"/>
          <w:i w:val="0"/>
          <w:sz w:val="18"/>
        </w:rPr>
        <w:t xml:space="preserve">        print(f"We'll remember you when you come back, {username}!")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greet_user()</w:t>
      </w:r>
    </w:p>
    <w:p>
      <w:pPr>
        <w:spacing w:after="40"/>
      </w:pPr>
    </w:p>
    <w:p>
      <w:pPr>
        <w:spacing w:after="80"/>
      </w:pPr>
      <w:r>
        <w:rPr>
          <w:b w:val="0"/>
          <w:i w:val="0"/>
        </w:rPr>
        <w:t xml:space="preserve">Hàm mới </w:t>
      </w:r>
      <w:r>
        <w:rPr>
          <w:rFonts w:ascii="Consolas" w:hAnsi="Consolas"/>
          <w:b w:val="0"/>
          <w:i w:val="0"/>
          <w:sz w:val="20"/>
        </w:rPr>
        <w:t>get_stored_username()</w:t>
      </w:r>
      <w:r>
        <w:rPr>
          <w:b w:val="0"/>
          <w:i w:val="0"/>
        </w:rPr>
        <w:t xml:space="preserve"> ❶ có mục đích rõ ràng, như đã nêu trong docstring. Hàm này truy xuất tên người dùng đã lưu và trả về tên đó nếu tìm thấy. Nếu đường dẫn được truyền vào </w:t>
      </w:r>
      <w:r>
        <w:rPr>
          <w:rFonts w:ascii="Consolas" w:hAnsi="Consolas"/>
          <w:b w:val="0"/>
          <w:i w:val="0"/>
          <w:sz w:val="20"/>
        </w:rPr>
        <w:t>get_stored_username()</w:t>
      </w:r>
      <w:r>
        <w:rPr>
          <w:b w:val="0"/>
          <w:i w:val="0"/>
        </w:rPr>
        <w:t xml:space="preserve"> không tồn tại, hàm sẽ trả về </w:t>
      </w:r>
      <w:r>
        <w:rPr>
          <w:rFonts w:ascii="Consolas" w:hAnsi="Consolas"/>
          <w:b w:val="0"/>
          <w:i w:val="0"/>
          <w:sz w:val="20"/>
        </w:rPr>
        <w:t>None</w:t>
      </w:r>
      <w:r>
        <w:rPr>
          <w:b w:val="0"/>
          <w:i w:val="0"/>
        </w:rPr>
        <w:t xml:space="preserve"> ❷. Đây là cách làm tốt: một hàm nên trả về giá trị bạn mong đợi, hoặc trả về </w:t>
      </w:r>
      <w:r>
        <w:rPr>
          <w:rFonts w:ascii="Consolas" w:hAnsi="Consolas"/>
          <w:b w:val="0"/>
          <w:i w:val="0"/>
          <w:sz w:val="20"/>
        </w:rPr>
        <w:t>None</w:t>
      </w:r>
      <w:r>
        <w:rPr>
          <w:b w:val="0"/>
          <w:i w:val="0"/>
        </w:rPr>
        <w:t>. Điều này cho phép chúng ta thực hiện kiểm tra đơn giản với giá trị trả về của hàm. Chúng ta in thông báo chào mừng trở lại nếu việc truy xuất tên người dùng thành công ❸, và nếu không, chúng ta nhắc nhập tên người dùng mới.</w:t>
      </w:r>
    </w:p>
    <w:p>
      <w:pPr>
        <w:spacing w:after="80"/>
      </w:pPr>
      <w:r>
        <w:rPr>
          <w:b w:val="0"/>
          <w:i w:val="0"/>
        </w:rPr>
        <w:t xml:space="preserve">Chúng ta nên tách thêm một khối code nữa ra khỏi </w:t>
      </w:r>
      <w:r>
        <w:rPr>
          <w:rFonts w:ascii="Consolas" w:hAnsi="Consolas"/>
          <w:b w:val="0"/>
          <w:i w:val="0"/>
          <w:sz w:val="20"/>
        </w:rPr>
        <w:t>greet_user()</w:t>
      </w:r>
      <w:r>
        <w:rPr>
          <w:b w:val="0"/>
          <w:i w:val="0"/>
        </w:rPr>
        <w:t>. Nếu tên người dùng không tồn tại, chúng ta nên chuyển code nhắc nhập tên người dùng mới vào một hàm dành riêng cho mục đích đó:</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get_stored_username(path):</w:t>
      </w:r>
    </w:p>
    <w:p>
      <w:pPr>
        <w:spacing w:after="0"/>
        <w:ind w:left="360"/>
        <w:shd w:val="clear" w:color="auto" w:fill="F2F2F2"/>
      </w:pPr>
      <w:r>
        <w:rPr>
          <w:rFonts w:ascii="Consolas" w:hAnsi="Consolas"/>
          <w:b w:val="0"/>
          <w:i w:val="0"/>
          <w:sz w:val="18"/>
        </w:rPr>
        <w:t xml:space="preserve">    """Get stored username if available."""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get_new_username(path):</w:t>
      </w:r>
    </w:p>
    <w:p>
      <w:pPr>
        <w:spacing w:after="0"/>
        <w:ind w:left="360"/>
        <w:shd w:val="clear" w:color="auto" w:fill="F2F2F2"/>
      </w:pPr>
      <w:r>
        <w:rPr>
          <w:rFonts w:ascii="Consolas" w:hAnsi="Consolas"/>
          <w:b w:val="0"/>
          <w:i w:val="0"/>
          <w:sz w:val="18"/>
        </w:rPr>
        <w:t xml:space="preserve">    """Prompt for a new username."""</w:t>
      </w:r>
    </w:p>
    <w:p>
      <w:pPr>
        <w:spacing w:after="0"/>
        <w:ind w:left="360"/>
        <w:shd w:val="clear" w:color="auto" w:fill="F2F2F2"/>
      </w:pPr>
      <w:r>
        <w:rPr>
          <w:rFonts w:ascii="Consolas" w:hAnsi="Consolas"/>
          <w:b w:val="0"/>
          <w:i w:val="0"/>
          <w:sz w:val="18"/>
        </w:rPr>
        <w:t xml:space="preserve">    username = input("What is your name? ")</w:t>
      </w:r>
    </w:p>
    <w:p>
      <w:pPr>
        <w:spacing w:after="0"/>
        <w:ind w:left="360"/>
        <w:shd w:val="clear" w:color="auto" w:fill="F2F2F2"/>
      </w:pPr>
      <w:r>
        <w:rPr>
          <w:rFonts w:ascii="Consolas" w:hAnsi="Consolas"/>
          <w:b w:val="0"/>
          <w:i w:val="0"/>
          <w:sz w:val="18"/>
        </w:rPr>
        <w:t xml:space="preserve">    contents = json.dumps(username)</w:t>
      </w:r>
    </w:p>
    <w:p>
      <w:pPr>
        <w:spacing w:after="0"/>
        <w:ind w:left="360"/>
        <w:shd w:val="clear" w:color="auto" w:fill="F2F2F2"/>
      </w:pPr>
      <w:r>
        <w:rPr>
          <w:rFonts w:ascii="Consolas" w:hAnsi="Consolas"/>
          <w:b w:val="0"/>
          <w:i w:val="0"/>
          <w:sz w:val="18"/>
        </w:rPr>
        <w:t xml:space="preserve">    path.write_text(contents)</w:t>
      </w:r>
    </w:p>
    <w:p>
      <w:pPr>
        <w:spacing w:after="0"/>
        <w:ind w:left="360"/>
        <w:shd w:val="clear" w:color="auto" w:fill="F2F2F2"/>
      </w:pPr>
      <w:r>
        <w:rPr>
          <w:rFonts w:ascii="Consolas" w:hAnsi="Consolas"/>
          <w:b w:val="0"/>
          <w:i w:val="0"/>
          <w:sz w:val="18"/>
        </w:rPr>
        <w:t xml:space="preserve">    return username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greet_user():</w:t>
      </w:r>
    </w:p>
    <w:p>
      <w:pPr>
        <w:spacing w:after="0"/>
        <w:ind w:left="360"/>
        <w:shd w:val="clear" w:color="auto" w:fill="F2F2F2"/>
      </w:pPr>
      <w:r>
        <w:rPr>
          <w:rFonts w:ascii="Consolas" w:hAnsi="Consolas"/>
          <w:b w:val="0"/>
          <w:i w:val="0"/>
          <w:sz w:val="18"/>
        </w:rPr>
        <w:t xml:space="preserve">    """Greet the user by name."""</w:t>
      </w:r>
    </w:p>
    <w:p>
      <w:pPr>
        <w:spacing w:after="0"/>
        <w:ind w:left="360"/>
        <w:shd w:val="clear" w:color="auto" w:fill="F2F2F2"/>
      </w:pPr>
      <w:r>
        <w:rPr>
          <w:rFonts w:ascii="Consolas" w:hAnsi="Consolas"/>
          <w:b w:val="0"/>
          <w:i w:val="0"/>
          <w:sz w:val="18"/>
        </w:rPr>
        <w:t xml:space="preserve">    path = Path('username.json')</w:t>
      </w:r>
    </w:p>
    <w:p>
      <w:pPr>
        <w:spacing w:after="0"/>
        <w:ind w:left="360"/>
        <w:shd w:val="clear" w:color="auto" w:fill="F2F2F2"/>
      </w:pPr>
      <w:r>
        <w:rPr>
          <w:rFonts w:ascii="Consolas" w:hAnsi="Consolas"/>
          <w:b w:val="0"/>
          <w:i w:val="0"/>
          <w:sz w:val="18"/>
        </w:rPr>
        <w:t>❶     username = get_stored_username(path)</w:t>
      </w:r>
    </w:p>
    <w:p>
      <w:pPr>
        <w:spacing w:after="0"/>
        <w:ind w:left="360"/>
        <w:shd w:val="clear" w:color="auto" w:fill="F2F2F2"/>
      </w:pPr>
      <w:r>
        <w:rPr>
          <w:rFonts w:ascii="Consolas" w:hAnsi="Consolas"/>
          <w:b w:val="0"/>
          <w:i w:val="0"/>
          <w:sz w:val="18"/>
        </w:rPr>
        <w:t xml:space="preserve">    if username:</w:t>
      </w:r>
    </w:p>
    <w:p>
      <w:pPr>
        <w:spacing w:after="0"/>
        <w:ind w:left="360"/>
        <w:shd w:val="clear" w:color="auto" w:fill="F2F2F2"/>
      </w:pPr>
      <w:r>
        <w:rPr>
          <w:rFonts w:ascii="Consolas" w:hAnsi="Consolas"/>
          <w:b w:val="0"/>
          <w:i w:val="0"/>
          <w:sz w:val="18"/>
        </w:rPr>
        <w:t xml:space="preserve">        print(f"Welcome back, {username}!")</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❷         username = get_new_username(path)</w:t>
      </w:r>
    </w:p>
    <w:p>
      <w:pPr>
        <w:spacing w:after="0"/>
        <w:ind w:left="360"/>
        <w:shd w:val="clear" w:color="auto" w:fill="F2F2F2"/>
      </w:pPr>
      <w:r>
        <w:rPr>
          <w:rFonts w:ascii="Consolas" w:hAnsi="Consolas"/>
          <w:b w:val="0"/>
          <w:i w:val="0"/>
          <w:sz w:val="18"/>
        </w:rPr>
        <w:t xml:space="preserve">        print(f"We'll remember you when you come back, {username}!")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greet_user()</w:t>
      </w:r>
    </w:p>
    <w:p>
      <w:pPr>
        <w:spacing w:after="40"/>
      </w:pPr>
    </w:p>
    <w:p>
      <w:pPr>
        <w:spacing w:after="80"/>
      </w:pPr>
      <w:r>
        <w:rPr>
          <w:b w:val="0"/>
          <w:i w:val="0"/>
        </w:rPr>
        <w:t xml:space="preserve">Mỗi hàm trong phiên bản cuối cùng này của </w:t>
      </w:r>
      <w:r>
        <w:rPr>
          <w:b w:val="0"/>
          <w:i/>
        </w:rPr>
        <w:t>remember_me.py</w:t>
      </w:r>
      <w:r>
        <w:rPr>
          <w:b w:val="0"/>
          <w:i w:val="0"/>
        </w:rPr>
        <w:t xml:space="preserve"> đều có một mục đích duy nhất, rõ ràng. Chúng ta gọi </w:t>
      </w:r>
      <w:r>
        <w:rPr>
          <w:rFonts w:ascii="Consolas" w:hAnsi="Consolas"/>
          <w:b w:val="0"/>
          <w:i w:val="0"/>
          <w:sz w:val="20"/>
        </w:rPr>
        <w:t>greet_user()</w:t>
      </w:r>
      <w:r>
        <w:rPr>
          <w:b w:val="0"/>
          <w:i w:val="0"/>
        </w:rPr>
        <w:t xml:space="preserve">, và hàm đó in thông báo phù hợp: nó hoặc chào mừng trở lại người dùng cũ, hoặc chào người dùng mới. Nó làm điều này bằng cách gọi </w:t>
      </w:r>
      <w:r>
        <w:rPr>
          <w:rFonts w:ascii="Consolas" w:hAnsi="Consolas"/>
          <w:b w:val="0"/>
          <w:i w:val="0"/>
          <w:sz w:val="20"/>
        </w:rPr>
        <w:t>get_stored_username()</w:t>
      </w:r>
      <w:r>
        <w:rPr>
          <w:b w:val="0"/>
          <w:i w:val="0"/>
        </w:rPr>
        <w:t xml:space="preserve"> ❶, hàm chỉ chịu trách nhiệm truy xuất tên người dùng đã lưu nếu có. Cuối cùng, nếu cần, </w:t>
      </w:r>
      <w:r>
        <w:rPr>
          <w:rFonts w:ascii="Consolas" w:hAnsi="Consolas"/>
          <w:b w:val="0"/>
          <w:i w:val="0"/>
          <w:sz w:val="20"/>
        </w:rPr>
        <w:t>greet_user()</w:t>
      </w:r>
      <w:r>
        <w:rPr>
          <w:b w:val="0"/>
          <w:i w:val="0"/>
        </w:rPr>
        <w:t xml:space="preserve"> gọi </w:t>
      </w:r>
      <w:r>
        <w:rPr>
          <w:rFonts w:ascii="Consolas" w:hAnsi="Consolas"/>
          <w:b w:val="0"/>
          <w:i w:val="0"/>
          <w:sz w:val="20"/>
        </w:rPr>
        <w:t>get_new_username()</w:t>
      </w:r>
      <w:r>
        <w:rPr>
          <w:b w:val="0"/>
          <w:i w:val="0"/>
        </w:rPr>
        <w:t>❷, hàm chỉ chịu trách nhiệm lấy tên người dùng mới và lưu nó. Việc phân chia công việc thành các phần riêng biệt này là một phần thiết yếu của việc viết code rõ ràng, dễ bảo trì và mở rộng.</w:t>
      </w:r>
    </w:p>
    <w:p>
      <w:pPr>
        <w:spacing w:before="120" w:after="40"/>
      </w:pPr>
      <w:r>
        <w:rPr>
          <w:b/>
          <w:sz w:val="21"/>
        </w:rPr>
        <w:t>Tự thực hành</w:t>
      </w:r>
    </w:p>
    <w:p>
      <w:pPr>
        <w:spacing w:after="80"/>
      </w:pPr>
      <w:r>
        <w:rPr>
          <w:b/>
          <w:i w:val="0"/>
        </w:rPr>
        <w:t>10-11. Số yêu thích:</w:t>
      </w:r>
      <w:r>
        <w:rPr>
          <w:b w:val="0"/>
          <w:i w:val="0"/>
        </w:rPr>
        <w:t xml:space="preserve"> Viết một chương trình nhắc người dùng nhập số yêu thích của họ. Dùng </w:t>
      </w:r>
      <w:r>
        <w:rPr>
          <w:rFonts w:ascii="Consolas" w:hAnsi="Consolas"/>
          <w:b w:val="0"/>
          <w:i w:val="0"/>
          <w:sz w:val="20"/>
        </w:rPr>
        <w:t>json.dumps()</w:t>
      </w:r>
      <w:r>
        <w:rPr>
          <w:b w:val="0"/>
          <w:i w:val="0"/>
        </w:rPr>
        <w:t xml:space="preserve"> để lưu số này vào một file. Viết một chương trình riêng đọc giá trị này và in thông báo "Tôi biết số yêu thích của bạn! Đó là _____."</w:t>
      </w:r>
    </w:p>
    <w:p>
      <w:pPr>
        <w:spacing w:after="80"/>
      </w:pPr>
      <w:r>
        <w:rPr>
          <w:b/>
          <w:i w:val="0"/>
        </w:rPr>
        <w:t>10-12. Số yêu thích đã ghi nhớ:</w:t>
      </w:r>
      <w:r>
        <w:rPr>
          <w:b w:val="0"/>
          <w:i w:val="0"/>
        </w:rPr>
        <w:t xml:space="preserve"> Kết hợp hai chương trình bạn đã viết trong Bài tập 10-11 thành một file. Nếu số đã được lưu, hãy thông báo số yêu thích cho người dùng. Nếu chưa, hãy nhắc người dùng nhập số yêu thích và lưu nó vào file. Chạy chương trình hai lần để thấy nó hoạt động.</w:t>
      </w:r>
    </w:p>
    <w:p>
      <w:pPr>
        <w:spacing w:after="80"/>
      </w:pPr>
      <w:r>
        <w:rPr>
          <w:b/>
          <w:i w:val="0"/>
        </w:rPr>
        <w:t>10-13. Từ điển người dùng:</w:t>
      </w:r>
      <w:r>
        <w:rPr>
          <w:b w:val="0"/>
          <w:i w:val="0"/>
        </w:rPr>
        <w:t xml:space="preserve"> Ví dụ </w:t>
      </w:r>
      <w:r>
        <w:rPr>
          <w:b w:val="0"/>
          <w:i/>
        </w:rPr>
        <w:t>remember_me.py</w:t>
      </w:r>
      <w:r>
        <w:rPr>
          <w:b w:val="0"/>
          <w:i w:val="0"/>
        </w:rPr>
        <w:t xml:space="preserve"> chỉ lưu một mẩu thông tin, đó là tên người dùng. Hãy mở rộng ví dụ này bằng cách hỏi thêm hai thông tin nữa về người dùng, rồi lưu tất cả thông tin bạn thu thập được vào một từ điển (dictionary). Ghi từ điển này vào một tệp bằng </w:t>
      </w:r>
      <w:r>
        <w:rPr>
          <w:rFonts w:ascii="Consolas" w:hAnsi="Consolas"/>
          <w:b w:val="0"/>
          <w:i w:val="0"/>
          <w:sz w:val="20"/>
        </w:rPr>
        <w:t>json.dumps()</w:t>
      </w:r>
      <w:r>
        <w:rPr>
          <w:b w:val="0"/>
          <w:i w:val="0"/>
        </w:rPr>
        <w:t xml:space="preserve">, và đọc lại bằng </w:t>
      </w:r>
      <w:r>
        <w:rPr>
          <w:rFonts w:ascii="Consolas" w:hAnsi="Consolas"/>
          <w:b w:val="0"/>
          <w:i w:val="0"/>
          <w:sz w:val="20"/>
        </w:rPr>
        <w:t>json.loads()</w:t>
      </w:r>
      <w:r>
        <w:rPr>
          <w:b w:val="0"/>
          <w:i w:val="0"/>
        </w:rPr>
        <w:t>. In ra một bản tóm tắt cho thấy chính xác chương trình của bạn nhớ gì về người dùng.</w:t>
      </w:r>
    </w:p>
    <w:p>
      <w:pPr>
        <w:spacing w:after="80"/>
      </w:pPr>
      <w:r>
        <w:rPr>
          <w:b/>
          <w:i w:val="0"/>
        </w:rPr>
        <w:t>10-14. Xác minh người dùng:</w:t>
      </w:r>
      <w:r>
        <w:rPr>
          <w:b w:val="0"/>
          <w:i w:val="0"/>
        </w:rPr>
        <w:t xml:space="preserve"> Đoạn mã cuối cùng của </w:t>
      </w:r>
      <w:r>
        <w:rPr>
          <w:b w:val="0"/>
          <w:i/>
        </w:rPr>
        <w:t>remember_me.py</w:t>
      </w:r>
      <w:r>
        <w:rPr>
          <w:b w:val="0"/>
          <w:i w:val="0"/>
        </w:rPr>
        <w:t xml:space="preserve"> giả định rằng hoặc người dùng đã nhập tên của họ trước đó, hoặc chương trình đang chạy lần đầu tiên. Chúng ta nên sửa nó để phòng trường hợp người dùng hiện tại không phải là người đã dùng chương trình lần trước.</w:t>
      </w:r>
    </w:p>
    <w:p>
      <w:pPr>
        <w:spacing w:after="80"/>
      </w:pPr>
      <w:r>
        <w:rPr>
          <w:b w:val="0"/>
          <w:i w:val="0"/>
        </w:rPr>
        <w:t xml:space="preserve">Trước khi in lời chào mừng trở lại trong </w:t>
      </w:r>
      <w:r>
        <w:rPr>
          <w:rFonts w:ascii="Consolas" w:hAnsi="Consolas"/>
          <w:b w:val="0"/>
          <w:i w:val="0"/>
          <w:sz w:val="20"/>
        </w:rPr>
        <w:t>greet_user()</w:t>
      </w:r>
      <w:r>
        <w:rPr>
          <w:b w:val="0"/>
          <w:i w:val="0"/>
        </w:rPr>
        <w:t xml:space="preserve">, hãy hỏi người dùng xem đây có phải là tên người dùng đúng không. Nếu không phải, gọi </w:t>
      </w:r>
      <w:r>
        <w:rPr>
          <w:rFonts w:ascii="Consolas" w:hAnsi="Consolas"/>
          <w:b w:val="0"/>
          <w:i w:val="0"/>
          <w:sz w:val="20"/>
        </w:rPr>
        <w:t>get_new_username()</w:t>
      </w:r>
      <w:r>
        <w:rPr>
          <w:b w:val="0"/>
          <w:i w:val="0"/>
        </w:rPr>
        <w:t xml:space="preserve"> để lấy tên người dùng đúng.</w:t>
      </w:r>
    </w:p>
    <w:p>
      <w:pPr>
        <w:pStyle w:val="Heading2"/>
      </w:pPr>
      <w:r>
        <w:rPr>
          <w:rFonts w:ascii="Calibri" w:hAnsi="Calibri"/>
          <w:b/>
          <w:i w:val="0"/>
          <w:sz w:val="32"/>
        </w:rPr>
        <w:t>Tóm tắt</w:t>
      </w:r>
    </w:p>
    <w:p>
      <w:pPr>
        <w:spacing w:after="80"/>
      </w:pPr>
      <w:r>
        <w:rPr>
          <w:b w:val="0"/>
          <w:i w:val="0"/>
        </w:rPr>
        <w:t>Trong chương này, bạn đã học cách làm việc với tệp. Bạn đã học cách đọc toàn bộ nội dung của một tệp, rồi xử lý nội dung đó từng dòng một nếu cần. Bạn đã học cách ghi bao nhiêu văn bản tùy thích vào một tệp. Bạn cũng đã đọc về ngoại lệ (exception) và cách xử lý những ngoại lệ mà bạn có thể gặp trong chương trình của mình. Cuối cùng, bạn đã học cách lưu trữ các cấu trúc dữ liệu của Python để có thể lưu lại thông tin mà người dùng cung cấp, giúp họ không phải bắt đầu lại từ đầu mỗi lần chạy chương trình.</w:t>
      </w:r>
    </w:p>
    <w:p>
      <w:pPr>
        <w:spacing w:after="80"/>
      </w:pPr>
      <w:r>
        <w:rPr>
          <w:b w:val="0"/>
          <w:i w:val="0"/>
        </w:rPr>
        <w:t>Trong Chương 11, bạn sẽ học những cách hiệu quả để kiểm thử (test) mã của mình. Điều này sẽ giúp bạn tin tưởng rằng mã bạn phát triển là đúng đắn, và giúp bạn phát hiện những lỗi (bug) xuất hiện khi bạn tiếp tục xây dựng dựa trên những chương trình đã viết.</w:t>
      </w:r>
    </w:p>
    <w:p>
      <w:pPr>
        <w:pStyle w:val="Heading1"/>
      </w:pPr>
      <w:r>
        <w:rPr>
          <w:rFonts w:ascii="Calibri" w:hAnsi="Calibri"/>
          <w:b/>
          <w:i w:val="0"/>
          <w:sz w:val="38"/>
        </w:rPr>
        <w:t>11</w:t>
      </w:r>
      <w:r>
        <w:rPr>
          <w:rFonts w:ascii="Calibri" w:hAnsi="Calibri"/>
          <w:b/>
          <w:i w:val="0"/>
          <w:sz w:val="38"/>
        </w:rPr>
      </w:r>
      <w:r>
        <w:rPr>
          <w:rFonts w:ascii="Calibri" w:hAnsi="Calibri"/>
          <w:b/>
          <w:i w:val="0"/>
          <w:sz w:val="38"/>
        </w:rPr>
        <w:t>Kiểm thử mã của bạn</w:t>
      </w:r>
    </w:p>
    <w:p>
      <w:pPr>
        <w:jc w:val="center"/>
      </w:pPr>
      <w:r>
        <w:drawing>
          <wp:inline xmlns:a="http://schemas.openxmlformats.org/drawingml/2006/main" xmlns:pic="http://schemas.openxmlformats.org/drawingml/2006/picture">
            <wp:extent cx="3867150" cy="3867150"/>
            <wp:docPr id="16" name="Picture 16"/>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Khi bạn viết một hàm (function) hoặc một lớp (class), bạn cũng có thể viết các bài kiểm thử cho mã đó. Kiểm thử chứng minh rằng mã của bạn hoạt động đúng như mong đợi khi phản hồi với mọi loại đầu vào mà nó được thiết kế để nhận. Khi bạn viết các bài kiểm thử, bạn có thể yên tâm rằng mã của mình sẽ hoạt động chính xác khi ngày càng nhiều người bắt đầu dùng chương trình của bạn. Bạn cũng sẽ có thể kiểm thử mã mới khi thêm vào, để đảm bảo những thay đổi của bạn không làm hỏng hành vi hiện có của chương trình. Mọi lập trình viên đều mắc lỗi, nên mọi lập trình viên đều phải kiểm thử mã của mình thường xuyên, để phát hiện vấn đề trước khi người dùng gặp phải.</w:t>
      </w:r>
    </w:p>
    <w:p>
      <w:pPr>
        <w:spacing w:after="80"/>
      </w:pPr>
      <w:r>
        <w:rPr>
          <w:b w:val="0"/>
          <w:i w:val="0"/>
        </w:rPr>
        <w:t xml:space="preserve">Trong chương này, bạn sẽ học cách kiểm thử mã của mình bằng </w:t>
      </w:r>
      <w:r>
        <w:rPr>
          <w:rFonts w:ascii="Consolas" w:hAnsi="Consolas"/>
          <w:b w:val="0"/>
          <w:i w:val="0"/>
          <w:sz w:val="20"/>
        </w:rPr>
        <w:t>pytest</w:t>
      </w:r>
      <w:r>
        <w:rPr>
          <w:b w:val="0"/>
          <w:i w:val="0"/>
        </w:rPr>
        <w:t xml:space="preserve">. Thư viện </w:t>
      </w:r>
      <w:r>
        <w:rPr>
          <w:rFonts w:ascii="Consolas" w:hAnsi="Consolas"/>
          <w:b w:val="0"/>
          <w:i w:val="0"/>
          <w:sz w:val="20"/>
        </w:rPr>
        <w:t>pytest</w:t>
      </w:r>
      <w:r>
        <w:rPr>
          <w:b w:val="0"/>
          <w:i w:val="0"/>
        </w:rPr>
        <w:t xml:space="preserve"> là một bộ công cụ giúp bạn viết những bài kiểm thử đầu tiên một cách nhanh chóng và đơn giản, đồng thời hỗ trợ các bài kiểm thử của bạn khi chúng trở nên phức tạp hơn cùng với dự án của bạn. Python không bao gồm </w:t>
      </w:r>
      <w:r>
        <w:rPr>
          <w:rFonts w:ascii="Consolas" w:hAnsi="Consolas"/>
          <w:b w:val="0"/>
          <w:i w:val="0"/>
          <w:sz w:val="20"/>
        </w:rPr>
        <w:t>pytest</w:t>
      </w:r>
      <w:r>
        <w:rPr>
          <w:b w:val="0"/>
          <w:i w:val="0"/>
        </w:rPr>
        <w:t xml:space="preserve"> theo mặc định, nên bạn sẽ học cách cài đặt các thư viện bên ngoài. Biết cách cài đặt thư viện bên ngoài sẽ giúp bạn có được nhiều loại mã được thiết kế tốt. Những thư viện này sẽ mở rộng vô cùng các loại dự án mà bạn có thể làm.</w:t>
      </w:r>
    </w:p>
    <w:p>
      <w:pPr>
        <w:spacing w:after="80"/>
      </w:pPr>
      <w:r>
        <w:rPr>
          <w:b w:val="0"/>
          <w:i w:val="0"/>
        </w:rPr>
        <w:t>Bạn sẽ học cách xây dựng một loạt bài kiểm thử và kiểm tra rằng mỗi tập đầu vào đều cho ra kết quả mà bạn muốn. Bạn sẽ thấy một bài kiểm thử đạt trông như thế nào và một bài kiểm thử thất bại trông như thế nào, và bạn sẽ học cách một bài kiểm thử thất bại có thể giúp bạn cải thiện mã của mình. Bạn sẽ học cách kiểm thử các hàm và lớp, và bạn sẽ bắt đầu hiểu cần viết bao nhiêu bài kiểm thử cho một dự án.</w:t>
      </w:r>
    </w:p>
    <w:p>
      <w:pPr>
        <w:pStyle w:val="Heading2"/>
      </w:pPr>
      <w:r>
        <w:rPr>
          <w:rFonts w:ascii="Calibri" w:hAnsi="Calibri"/>
          <w:b/>
          <w:i w:val="0"/>
          <w:sz w:val="32"/>
        </w:rPr>
        <w:t>Cài đặt pytest bằng pip</w:t>
      </w:r>
    </w:p>
    <w:p>
      <w:pPr>
        <w:spacing w:after="80"/>
      </w:pPr>
      <w:r>
        <w:rPr>
          <w:b w:val="0"/>
          <w:i w:val="0"/>
        </w:rPr>
        <w:t xml:space="preserve">Mặc dù Python bao gồm rất nhiều chức năng trong thư viện chuẩn (standard library), các lập trình viên Python cũng phụ thuộc rất nhiều vào các gói bên thứ ba (third-party package). Một </w:t>
      </w:r>
      <w:r>
        <w:rPr>
          <w:b w:val="0"/>
          <w:i/>
        </w:rPr>
        <w:t>gói bên thứ ba</w:t>
      </w:r>
      <w:r>
        <w:rPr>
          <w:b w:val="0"/>
          <w:i w:val="0"/>
        </w:rPr>
        <w:t xml:space="preserve"> là một thư viện được phát triển bên ngoài ngôn ngữ Python cốt lõi. Một số thư viện bên thứ ba phổ biến cuối cùng được đưa vào thư viện chuẩn, và từ đó được bao gồm trong hầu hết các bản cài đặt Python. Điều này thường xảy ra với những thư viện ít có khả năng thay đổi nhiều sau khi các lỗi ban đầu của chúng đã được khắc phục. Những loại thư viện này có thể phát triển cùng nhịp với toàn bộ ngôn ngữ.</w:t>
      </w:r>
    </w:p>
    <w:p>
      <w:pPr>
        <w:spacing w:after="80"/>
      </w:pPr>
      <w:r>
        <w:rPr>
          <w:b w:val="0"/>
          <w:i w:val="0"/>
        </w:rPr>
        <w:t xml:space="preserve">Tuy nhiên, nhiều gói được giữ bên ngoài thư viện chuẩn để chúng có thể được phát triển theo một tiến độ độc lập với chính ngôn ngữ. Những gói này có xu hướng được cập nhật thường xuyên hơn so với khi chúng bị ràng buộc vào lịch phát triển của Python. Điều này đúng với </w:t>
      </w:r>
      <w:r>
        <w:rPr>
          <w:rFonts w:ascii="Consolas" w:hAnsi="Consolas"/>
          <w:b w:val="0"/>
          <w:i w:val="0"/>
          <w:sz w:val="20"/>
        </w:rPr>
        <w:t>pytest</w:t>
      </w:r>
      <w:r>
        <w:rPr>
          <w:b w:val="0"/>
          <w:i w:val="0"/>
        </w:rPr>
        <w:t xml:space="preserve"> và hầu hết các thư viện mà chúng ta sẽ dùng trong nửa sau của cuốn sách này. Bạn không nên mù quáng tin tưởng mọi gói bên thứ ba, nhưng bạn cũng không nên e ngại việc rất nhiều chức năng quan trọng được triển khai thông qua những gói như vậy.</w:t>
      </w:r>
    </w:p>
    <w:p>
      <w:pPr>
        <w:pStyle w:val="Heading3"/>
      </w:pPr>
      <w:r>
        <w:rPr>
          <w:rFonts w:ascii="Calibri" w:hAnsi="Calibri"/>
          <w:b/>
          <w:i w:val="0"/>
          <w:sz w:val="27"/>
        </w:rPr>
        <w:t>Cập nhật pip</w:t>
      </w:r>
    </w:p>
    <w:p>
      <w:pPr>
        <w:spacing w:after="80"/>
      </w:pPr>
      <w:r>
        <w:rPr>
          <w:b w:val="0"/>
          <w:i w:val="0"/>
        </w:rPr>
        <w:t>Python có một công cụ tên là pip dùng để cài đặt các gói bên thứ ba. Vì pip giúp cài đặt gói từ các nguồn bên ngoài, nó thường xuyên được cập nhật để xử lý các vấn đề bảo mật tiềm ẩn. Vậy nên, chúng ta sẽ bắt đầu bằng việc cập nhật pip.</w:t>
      </w:r>
    </w:p>
    <w:p>
      <w:pPr>
        <w:spacing w:after="80"/>
      </w:pPr>
      <w:r>
        <w:rPr>
          <w:b w:val="0"/>
          <w:i w:val="0"/>
        </w:rPr>
        <w:t>Mở một cửa sổ terminal mới và gõ lệnh sau:</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--upgrade pip</w:t>
      </w:r>
    </w:p>
    <w:p>
      <w:pPr>
        <w:spacing w:after="0"/>
        <w:ind w:left="360"/>
        <w:shd w:val="clear" w:color="auto" w:fill="F2F2F2"/>
      </w:pPr>
      <w:r>
        <w:rPr>
          <w:rFonts w:ascii="Consolas" w:hAnsi="Consolas"/>
          <w:b w:val="0"/>
          <w:i w:val="0"/>
          <w:sz w:val="18"/>
        </w:rPr>
        <w:t>❶ Requirement already satisfied: pip in /.../python3.11/site-packages (22.0.4)</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❷ Successfully installed pip-22.1.2</w:t>
      </w:r>
    </w:p>
    <w:p>
      <w:pPr>
        <w:spacing w:after="40"/>
      </w:pPr>
    </w:p>
    <w:p>
      <w:pPr>
        <w:spacing w:after="80"/>
      </w:pPr>
      <w:r>
        <w:rPr>
          <w:b w:val="0"/>
          <w:i w:val="0"/>
        </w:rPr>
        <w:t xml:space="preserve">Phần đầu tiên của lệnh này, </w:t>
      </w:r>
      <w:r>
        <w:rPr>
          <w:rFonts w:ascii="Consolas" w:hAnsi="Consolas"/>
          <w:b/>
          <w:i w:val="0"/>
          <w:sz w:val="20"/>
        </w:rPr>
        <w:t>python -m pip</w:t>
      </w:r>
      <w:r>
        <w:rPr>
          <w:b w:val="0"/>
          <w:i w:val="0"/>
        </w:rPr>
        <w:t xml:space="preserve">, bảo Python chạy module </w:t>
      </w:r>
      <w:r>
        <w:rPr>
          <w:rFonts w:ascii="Consolas" w:hAnsi="Consolas"/>
          <w:b w:val="0"/>
          <w:i w:val="0"/>
          <w:sz w:val="20"/>
        </w:rPr>
        <w:t>pip</w:t>
      </w:r>
      <w:r>
        <w:rPr>
          <w:b w:val="0"/>
          <w:i w:val="0"/>
        </w:rPr>
        <w:t xml:space="preserve">. Phần thứ hai, </w:t>
      </w:r>
      <w:r>
        <w:rPr>
          <w:rFonts w:ascii="Consolas" w:hAnsi="Consolas"/>
          <w:b/>
          <w:i w:val="0"/>
          <w:sz w:val="20"/>
        </w:rPr>
        <w:t>install --upgrade</w:t>
      </w:r>
      <w:r>
        <w:rPr>
          <w:b w:val="0"/>
          <w:i w:val="0"/>
        </w:rPr>
        <w:t xml:space="preserve">, bảo pip cập nhật một gói đã được cài đặt trước đó. Phần cuối cùng, </w:t>
      </w:r>
      <w:r>
        <w:rPr>
          <w:rFonts w:ascii="Consolas" w:hAnsi="Consolas"/>
          <w:b/>
          <w:i w:val="0"/>
          <w:sz w:val="20"/>
        </w:rPr>
        <w:t>pip</w:t>
      </w:r>
      <w:r>
        <w:rPr>
          <w:b w:val="0"/>
          <w:i w:val="0"/>
        </w:rPr>
        <w:t>, chỉ định gói bên thứ ba nào cần được cập nhật. Kết quả hiển thị cho thấy phiên bản pip hiện tại của tôi, phiên bản 22.0.4 ❶, đã được thay thế bằng phiên bản mới nhất tại thời điểm viết cuốn sách này, 22.1.2 ❷.</w:t>
      </w:r>
    </w:p>
    <w:p>
      <w:pPr>
        <w:spacing w:after="80"/>
      </w:pPr>
      <w:r>
        <w:rPr>
          <w:b w:val="0"/>
          <w:i w:val="0"/>
        </w:rPr>
        <w:t>Bạn có thể dùng lệnh này để cập nhật bất kỳ gói bên thứ ba nào đã cài trên hệ thống của mình:</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--upgrade</w:t>
      </w:r>
      <w:r>
        <w:rPr>
          <w:rFonts w:ascii="Consolas" w:hAnsi="Consolas"/>
          <w:b w:val="0"/>
          <w:i w:val="0"/>
          <w:sz w:val="18"/>
        </w:rPr>
        <w:t xml:space="preserve"> </w:t>
      </w:r>
      <w:r>
        <w:rPr>
          <w:rFonts w:ascii="Consolas" w:hAnsi="Consolas"/>
          <w:b/>
          <w:i/>
          <w:sz w:val="18"/>
        </w:rPr>
        <w:t>package_name</w:t>
      </w:r>
    </w:p>
    <w:p>
      <w:pPr>
        <w:spacing w:after="40"/>
      </w:pPr>
    </w:p>
    <w:p>
      <w:pPr>
        <w:spacing w:before="120" w:after="40"/>
      </w:pPr>
      <w:r>
        <w:rPr>
          <w:b/>
          <w:sz w:val="21"/>
        </w:rPr>
        <w:t>Ghi chú</w:t>
      </w:r>
    </w:p>
    <w:p>
      <w:pPr>
        <w:spacing w:after="80"/>
      </w:pPr>
      <w:r>
        <w:rPr>
          <w:b w:val="0"/>
          <w:i w:val="0"/>
        </w:rPr>
        <w:t>Nếu bạn đang dùng Linux, pip có thể không được đi kèm khi bạn cài đặt Python. Nếu bạn gặp lỗi khi cố nâng cấp pip, hãy xem hướng dẫn trong Phụ lục A.</w:t>
      </w:r>
    </w:p>
    <w:p>
      <w:pPr>
        <w:pStyle w:val="Heading3"/>
      </w:pPr>
      <w:r>
        <w:rPr>
          <w:rFonts w:ascii="Calibri" w:hAnsi="Calibri"/>
          <w:b/>
          <w:i w:val="0"/>
          <w:sz w:val="27"/>
        </w:rPr>
        <w:t>Cài đặt pytest</w:t>
      </w:r>
    </w:p>
    <w:p>
      <w:pPr>
        <w:spacing w:after="80"/>
      </w:pPr>
      <w:r>
        <w:rPr>
          <w:b w:val="0"/>
          <w:i w:val="0"/>
        </w:rPr>
        <w:t xml:space="preserve">Giờ pip đã được cập nhật, chúng ta có thể cài đặt </w:t>
      </w:r>
      <w:r>
        <w:rPr>
          <w:rFonts w:ascii="Consolas" w:hAnsi="Consolas"/>
          <w:b w:val="0"/>
          <w:i w:val="0"/>
          <w:sz w:val="20"/>
        </w:rPr>
        <w:t>pytest</w:t>
      </w:r>
      <w:r>
        <w:rPr>
          <w:b w:val="0"/>
          <w:i w:val="0"/>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pytest</w:t>
      </w:r>
    </w:p>
    <w:p>
      <w:pPr>
        <w:spacing w:after="0"/>
        <w:ind w:left="360"/>
        <w:shd w:val="clear" w:color="auto" w:fill="F2F2F2"/>
      </w:pPr>
      <w:r>
        <w:rPr>
          <w:rFonts w:ascii="Consolas" w:hAnsi="Consolas"/>
          <w:b w:val="0"/>
          <w:i w:val="0"/>
          <w:sz w:val="18"/>
        </w:rPr>
        <w:t>Collecting pytest</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Successfully installed attrs-21.4.0 iniconfig-1.1.1 ...pytest-7.</w:t>
      </w:r>
      <w:r>
        <w:rPr>
          <w:rFonts w:ascii="Consolas" w:hAnsi="Consolas"/>
          <w:b w:val="0"/>
          <w:i/>
          <w:sz w:val="18"/>
        </w:rPr>
        <w:t>x</w:t>
      </w:r>
      <w:r>
        <w:rPr>
          <w:rFonts w:ascii="Consolas" w:hAnsi="Consolas"/>
          <w:b w:val="0"/>
          <w:i w:val="0"/>
          <w:sz w:val="18"/>
        </w:rPr>
        <w:t>.</w:t>
      </w:r>
      <w:r>
        <w:rPr>
          <w:rFonts w:ascii="Consolas" w:hAnsi="Consolas"/>
          <w:b w:val="0"/>
          <w:i/>
          <w:sz w:val="18"/>
        </w:rPr>
        <w:t>x</w:t>
      </w:r>
    </w:p>
    <w:p>
      <w:pPr>
        <w:spacing w:after="40"/>
      </w:pPr>
    </w:p>
    <w:p>
      <w:pPr>
        <w:spacing w:after="80"/>
      </w:pPr>
      <w:r>
        <w:rPr>
          <w:b w:val="0"/>
          <w:i w:val="0"/>
        </w:rPr>
        <w:t xml:space="preserve">Chúng ta vẫn dùng lệnh cốt lõi </w:t>
      </w:r>
      <w:r>
        <w:rPr>
          <w:rFonts w:ascii="Consolas" w:hAnsi="Consolas"/>
          <w:b/>
          <w:i w:val="0"/>
          <w:sz w:val="20"/>
        </w:rPr>
        <w:t>pip install</w:t>
      </w:r>
      <w:r>
        <w:rPr>
          <w:b w:val="0"/>
          <w:i w:val="0"/>
        </w:rPr>
        <w:t xml:space="preserve">, nhưng lần này không có cờ </w:t>
      </w:r>
      <w:r>
        <w:rPr>
          <w:rFonts w:ascii="Consolas" w:hAnsi="Consolas"/>
          <w:b/>
          <w:i w:val="0"/>
          <w:sz w:val="20"/>
        </w:rPr>
        <w:t>--upgrade</w:t>
      </w:r>
      <w:r>
        <w:rPr>
          <w:b w:val="0"/>
          <w:i w:val="0"/>
        </w:rPr>
        <w:t xml:space="preserve">. Thay vào đó, chúng ta dùng cờ </w:t>
      </w:r>
      <w:r>
        <w:rPr>
          <w:rFonts w:ascii="Consolas" w:hAnsi="Consolas"/>
          <w:b/>
          <w:i w:val="0"/>
          <w:sz w:val="20"/>
        </w:rPr>
        <w:t>--user</w:t>
      </w:r>
      <w:r>
        <w:rPr>
          <w:b w:val="0"/>
          <w:i w:val="0"/>
        </w:rPr>
        <w:t xml:space="preserve">, cờ này bảo Python chỉ cài gói này cho người dùng hiện tại. Kết quả hiển thị cho thấy phiên bản mới nhất của </w:t>
      </w:r>
      <w:r>
        <w:rPr>
          <w:rFonts w:ascii="Consolas" w:hAnsi="Consolas"/>
          <w:b w:val="0"/>
          <w:i w:val="0"/>
          <w:sz w:val="20"/>
        </w:rPr>
        <w:t>pytest</w:t>
      </w:r>
      <w:r>
        <w:rPr>
          <w:b w:val="0"/>
          <w:i w:val="0"/>
        </w:rPr>
        <w:t xml:space="preserve"> đã được cài đặt thành công, cùng với một số gói khác mà </w:t>
      </w:r>
      <w:r>
        <w:rPr>
          <w:rFonts w:ascii="Consolas" w:hAnsi="Consolas"/>
          <w:b w:val="0"/>
          <w:i w:val="0"/>
          <w:sz w:val="20"/>
        </w:rPr>
        <w:t>pytest</w:t>
      </w:r>
      <w:r>
        <w:rPr>
          <w:b w:val="0"/>
          <w:i w:val="0"/>
        </w:rPr>
        <w:t xml:space="preserve"> phụ thuộc vào.</w:t>
      </w:r>
    </w:p>
    <w:p>
      <w:pPr>
        <w:spacing w:after="80"/>
      </w:pPr>
      <w:r>
        <w:rPr>
          <w:b w:val="0"/>
          <w:i w:val="0"/>
        </w:rPr>
        <w:t>Bạn có thể dùng lệnh này để cài đặt nhiều gói bên thứ ba:</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w:t>
      </w:r>
      <w:r>
        <w:rPr>
          <w:rFonts w:ascii="Consolas" w:hAnsi="Consolas"/>
          <w:b w:val="0"/>
          <w:i w:val="0"/>
          <w:sz w:val="18"/>
        </w:rPr>
        <w:t xml:space="preserve"> </w:t>
      </w:r>
      <w:r>
        <w:rPr>
          <w:rFonts w:ascii="Consolas" w:hAnsi="Consolas"/>
          <w:b/>
          <w:i/>
          <w:sz w:val="18"/>
        </w:rPr>
        <w:t>package_name</w:t>
      </w:r>
    </w:p>
    <w:p>
      <w:pPr>
        <w:spacing w:after="40"/>
      </w:pPr>
    </w:p>
    <w:p>
      <w:pPr>
        <w:spacing w:before="120" w:after="40"/>
      </w:pPr>
      <w:r>
        <w:rPr>
          <w:b/>
          <w:sz w:val="21"/>
        </w:rPr>
        <w:t>Ghi chú</w:t>
      </w:r>
    </w:p>
    <w:p>
      <w:pPr>
        <w:spacing w:after="80"/>
      </w:pPr>
      <w:r>
        <w:rPr>
          <w:b w:val="0"/>
          <w:i w:val="0"/>
        </w:rPr>
        <w:t xml:space="preserve">Nếu bạn gặp khó khăn khi chạy lệnh này, hãy thử chạy lại lệnh tương tự mà không có cờ </w:t>
      </w:r>
      <w:r>
        <w:rPr>
          <w:rFonts w:ascii="Consolas" w:hAnsi="Consolas"/>
          <w:b/>
          <w:i w:val="0"/>
          <w:sz w:val="20"/>
        </w:rPr>
        <w:t>--user</w:t>
      </w:r>
      <w:r>
        <w:rPr>
          <w:b w:val="0"/>
          <w:i w:val="0"/>
        </w:rPr>
        <w:t>.</w:t>
      </w:r>
    </w:p>
    <w:p>
      <w:pPr>
        <w:pStyle w:val="Heading2"/>
      </w:pPr>
      <w:r>
        <w:rPr>
          <w:rFonts w:ascii="Calibri" w:hAnsi="Calibri"/>
          <w:b/>
          <w:i w:val="0"/>
          <w:sz w:val="32"/>
        </w:rPr>
        <w:t>Kiểm thử một hàm</w:t>
      </w:r>
    </w:p>
    <w:p>
      <w:pPr>
        <w:spacing w:after="80"/>
      </w:pPr>
      <w:r>
        <w:rPr>
          <w:b w:val="0"/>
          <w:i w:val="0"/>
        </w:rPr>
        <w:t>Để học về kiểm thử, chúng ta cần có code để kiểm thử. Đây là một hàm đơn giản nhận vào tên và họ, rồi trả về một họ tên đầy đủ được định dạng gọn gàng:</w:t>
      </w:r>
    </w:p>
    <w:p>
      <w:pPr>
        <w:spacing w:after="80"/>
      </w:pPr>
      <w:r>
        <w:rPr>
          <w:b w:val="0"/>
          <w:i w:val="0"/>
        </w:rPr>
        <w:t>name_function.py</w:t>
      </w:r>
    </w:p>
    <w:p>
      <w:pPr>
        <w:spacing w:after="80"/>
      </w:pPr>
      <w:r>
        <w:rPr>
          <w:b w:val="0"/>
          <w:i w:val="0"/>
        </w:rPr>
        <w:t>def get_formatted_name(first, last):</w:t>
      </w:r>
      <w:r>
        <w:br/>
      </w:r>
      <w:r>
        <w:rPr>
          <w:b w:val="0"/>
          <w:i w:val="0"/>
        </w:rPr>
        <w:t xml:space="preserve">    """Tạo ra một họ tên đầy đủ được định dạng gọn gàng."""</w:t>
      </w:r>
      <w:r>
        <w:br/>
      </w:r>
      <w:r>
        <w:rPr>
          <w:b w:val="0"/>
          <w:i w:val="0"/>
        </w:rPr>
        <w:t xml:space="preserve">    full_name = f"{first} {last}"</w:t>
      </w:r>
      <w:r>
        <w:br/>
      </w:r>
      <w:r>
        <w:rPr>
          <w:b w:val="0"/>
          <w:i w:val="0"/>
        </w:rPr>
        <w:t xml:space="preserve">    return full_name.title()</w:t>
      </w:r>
    </w:p>
    <w:p>
      <w:pPr>
        <w:spacing w:after="80"/>
      </w:pPr>
      <w:r>
        <w:rPr>
          <w:b w:val="0"/>
          <w:i w:val="0"/>
        </w:rPr>
        <w:t xml:space="preserve">Hàm </w:t>
      </w:r>
      <w:r>
        <w:rPr>
          <w:rFonts w:ascii="Consolas" w:hAnsi="Consolas"/>
          <w:b w:val="0"/>
          <w:i w:val="0"/>
          <w:sz w:val="20"/>
        </w:rPr>
        <w:t>get_formatted_name()</w:t>
      </w:r>
      <w:r>
        <w:rPr>
          <w:b w:val="0"/>
          <w:i w:val="0"/>
        </w:rPr>
        <w:t xml:space="preserve"> kết hợp tên và họ với một khoảng trắng ở giữa để tạo thành họ tên đầy đủ, sau đó viết hoa chữ cái đầu và trả về họ tên đầy đủ. Để kiểm tra xem </w:t>
      </w:r>
      <w:r>
        <w:rPr>
          <w:rFonts w:ascii="Consolas" w:hAnsi="Consolas"/>
          <w:b w:val="0"/>
          <w:i w:val="0"/>
          <w:sz w:val="20"/>
        </w:rPr>
        <w:t>get_formatted_name()</w:t>
      </w:r>
      <w:r>
        <w:rPr>
          <w:b w:val="0"/>
          <w:i w:val="0"/>
        </w:rPr>
        <w:t xml:space="preserve"> có hoạt động không, hãy tạo một chương trình sử dụng hàm này. Chương trình </w:t>
      </w:r>
      <w:r>
        <w:rPr>
          <w:b w:val="0"/>
          <w:i/>
        </w:rPr>
        <w:t>names.py</w:t>
      </w:r>
      <w:r>
        <w:rPr>
          <w:b w:val="0"/>
          <w:i w:val="0"/>
        </w:rPr>
        <w:t xml:space="preserve"> cho phép người dùng nhập tên và họ, rồi xem họ tên đầy đủ được định dạng gọn gàng:</w:t>
      </w:r>
    </w:p>
    <w:p>
      <w:pPr>
        <w:spacing w:after="80"/>
      </w:pPr>
      <w:r>
        <w:rPr>
          <w:b w:val="0"/>
          <w:i w:val="0"/>
        </w:rPr>
        <w:t>names.py</w:t>
      </w:r>
    </w:p>
    <w:p>
      <w:pPr>
        <w:spacing w:after="80"/>
      </w:pPr>
      <w:r>
        <w:rPr>
          <w:b w:val="0"/>
          <w:i w:val="0"/>
        </w:rPr>
        <w:t>from name_function import get_formatted_name</w:t>
      </w:r>
      <w:r>
        <w:br/>
      </w:r>
      <w:r>
        <w:br/>
      </w:r>
      <w:r>
        <w:rPr>
          <w:b w:val="0"/>
          <w:i w:val="0"/>
        </w:rPr>
        <w:t>print("Nhập 'q' bất cứ lúc nào để thoát.")</w:t>
      </w:r>
      <w:r>
        <w:br/>
      </w:r>
      <w:r>
        <w:rPr>
          <w:b w:val="0"/>
          <w:i w:val="0"/>
        </w:rPr>
        <w:t>while True:</w:t>
      </w:r>
      <w:r>
        <w:br/>
      </w:r>
      <w:r>
        <w:rPr>
          <w:b w:val="0"/>
          <w:i w:val="0"/>
        </w:rPr>
        <w:t xml:space="preserve">    first = input("\nHãy cho tôi biết tên: ")</w:t>
      </w:r>
      <w:r>
        <w:br/>
      </w:r>
      <w:r>
        <w:rPr>
          <w:b w:val="0"/>
          <w:i w:val="0"/>
        </w:rPr>
        <w:t xml:space="preserve">    if first == 'q':</w:t>
      </w:r>
      <w:r>
        <w:br/>
      </w:r>
      <w:r>
        <w:rPr>
          <w:b w:val="0"/>
          <w:i w:val="0"/>
        </w:rPr>
        <w:t xml:space="preserve">        break</w:t>
      </w:r>
      <w:r>
        <w:br/>
      </w:r>
      <w:r>
        <w:rPr>
          <w:b w:val="0"/>
          <w:i w:val="0"/>
        </w:rPr>
        <w:t xml:space="preserve">    last = input("Hãy cho tôi biết họ: ")</w:t>
      </w:r>
      <w:r>
        <w:br/>
      </w:r>
      <w:r>
        <w:rPr>
          <w:b w:val="0"/>
          <w:i w:val="0"/>
        </w:rPr>
        <w:t xml:space="preserve">    if last == 'q':</w:t>
      </w:r>
      <w:r>
        <w:br/>
      </w:r>
      <w:r>
        <w:rPr>
          <w:b w:val="0"/>
          <w:i w:val="0"/>
        </w:rPr>
        <w:t xml:space="preserve">        break</w:t>
      </w:r>
      <w:r>
        <w:br/>
      </w:r>
      <w:r>
        <w:br/>
      </w:r>
      <w:r>
        <w:rPr>
          <w:b w:val="0"/>
          <w:i w:val="0"/>
        </w:rPr>
        <w:t xml:space="preserve">    formatted_name = get_formatted_name(first, last)</w:t>
      </w:r>
      <w:r>
        <w:br/>
      </w:r>
      <w:r>
        <w:rPr>
          <w:b w:val="0"/>
          <w:i w:val="0"/>
        </w:rPr>
        <w:t xml:space="preserve">    print(f"\tHọ tên được định dạng gọn gàng: {formatted_name}.")</w:t>
      </w:r>
    </w:p>
    <w:p>
      <w:pPr>
        <w:spacing w:after="80"/>
      </w:pPr>
      <w:r>
        <w:rPr>
          <w:b w:val="0"/>
          <w:i w:val="0"/>
        </w:rPr>
        <w:t xml:space="preserve">Chương trình này nhập </w:t>
      </w:r>
      <w:r>
        <w:rPr>
          <w:rFonts w:ascii="Consolas" w:hAnsi="Consolas"/>
          <w:b w:val="0"/>
          <w:i w:val="0"/>
          <w:sz w:val="20"/>
        </w:rPr>
        <w:t>get_formatted_name()</w:t>
      </w:r>
      <w:r>
        <w:rPr>
          <w:b w:val="0"/>
          <w:i w:val="0"/>
        </w:rPr>
        <w:t xml:space="preserve"> từ </w:t>
      </w:r>
      <w:r>
        <w:rPr>
          <w:b w:val="0"/>
          <w:i/>
        </w:rPr>
        <w:t>name_function.py</w:t>
      </w:r>
      <w:r>
        <w:rPr>
          <w:b w:val="0"/>
          <w:i w:val="0"/>
        </w:rPr>
        <w:t>. Người dùng có thể nhập một loạt tên và họ rồi xem các họ tên đầy đủ đã được định dạng:</w:t>
      </w:r>
    </w:p>
    <w:p>
      <w:pPr>
        <w:spacing w:after="0"/>
        <w:ind w:left="360"/>
        <w:shd w:val="clear" w:color="auto" w:fill="F2F2F2"/>
      </w:pPr>
      <w:r>
        <w:rPr>
          <w:rFonts w:ascii="Consolas" w:hAnsi="Consolas"/>
          <w:b w:val="0"/>
          <w:i w:val="0"/>
          <w:sz w:val="18"/>
        </w:rPr>
        <w:t>Enter 'q' at any time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Please give me a first name: </w:t>
      </w:r>
      <w:r>
        <w:rPr>
          <w:rFonts w:ascii="Consolas" w:hAnsi="Consolas"/>
          <w:b/>
          <w:i w:val="0"/>
          <w:sz w:val="18"/>
        </w:rPr>
        <w:t>janis</w:t>
      </w:r>
    </w:p>
    <w:p>
      <w:pPr>
        <w:spacing w:after="0"/>
        <w:ind w:left="360"/>
        <w:shd w:val="clear" w:color="auto" w:fill="F2F2F2"/>
      </w:pPr>
      <w:r>
        <w:rPr>
          <w:rFonts w:ascii="Consolas" w:hAnsi="Consolas"/>
          <w:b w:val="0"/>
          <w:i w:val="0"/>
          <w:sz w:val="18"/>
        </w:rPr>
        <w:t xml:space="preserve">Please give me a last name: </w:t>
      </w:r>
      <w:r>
        <w:rPr>
          <w:rFonts w:ascii="Consolas" w:hAnsi="Consolas"/>
          <w:b/>
          <w:i w:val="0"/>
          <w:sz w:val="18"/>
        </w:rPr>
        <w:t>joplin</w:t>
      </w:r>
    </w:p>
    <w:p>
      <w:pPr>
        <w:spacing w:after="0"/>
        <w:ind w:left="360"/>
        <w:shd w:val="clear" w:color="auto" w:fill="F2F2F2"/>
      </w:pPr>
      <w:r>
        <w:rPr>
          <w:rFonts w:ascii="Consolas" w:hAnsi="Consolas"/>
          <w:b w:val="0"/>
          <w:i w:val="0"/>
          <w:sz w:val="18"/>
        </w:rPr>
        <w:t xml:space="preserve">       Neatly formatted name: Janis Joplin.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Please give me a first name: </w:t>
      </w:r>
      <w:r>
        <w:rPr>
          <w:rFonts w:ascii="Consolas" w:hAnsi="Consolas"/>
          <w:b/>
          <w:i w:val="0"/>
          <w:sz w:val="18"/>
        </w:rPr>
        <w:t>bob</w:t>
      </w:r>
    </w:p>
    <w:p>
      <w:pPr>
        <w:spacing w:after="0"/>
        <w:ind w:left="360"/>
        <w:shd w:val="clear" w:color="auto" w:fill="F2F2F2"/>
      </w:pPr>
      <w:r>
        <w:rPr>
          <w:rFonts w:ascii="Consolas" w:hAnsi="Consolas"/>
          <w:b w:val="0"/>
          <w:i w:val="0"/>
          <w:sz w:val="18"/>
        </w:rPr>
        <w:t xml:space="preserve">Please give me a last name: </w:t>
      </w:r>
      <w:r>
        <w:rPr>
          <w:rFonts w:ascii="Consolas" w:hAnsi="Consolas"/>
          <w:b/>
          <w:i w:val="0"/>
          <w:sz w:val="18"/>
        </w:rPr>
        <w:t>dylan</w:t>
      </w:r>
    </w:p>
    <w:p>
      <w:pPr>
        <w:spacing w:after="0"/>
        <w:ind w:left="360"/>
        <w:shd w:val="clear" w:color="auto" w:fill="F2F2F2"/>
      </w:pPr>
      <w:r>
        <w:rPr>
          <w:rFonts w:ascii="Consolas" w:hAnsi="Consolas"/>
          <w:b w:val="0"/>
          <w:i w:val="0"/>
          <w:sz w:val="18"/>
        </w:rPr>
        <w:t xml:space="preserve">        Neatly formatted name: Bob Dylan.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Please give me a first name: </w:t>
      </w:r>
      <w:r>
        <w:rPr>
          <w:rFonts w:ascii="Consolas" w:hAnsi="Consolas"/>
          <w:b/>
          <w:i w:val="0"/>
          <w:sz w:val="18"/>
        </w:rPr>
        <w:t>q</w:t>
      </w:r>
    </w:p>
    <w:p>
      <w:pPr>
        <w:spacing w:after="40"/>
      </w:pPr>
    </w:p>
    <w:p>
      <w:pPr>
        <w:spacing w:after="80"/>
      </w:pPr>
      <w:r>
        <w:rPr>
          <w:b w:val="0"/>
          <w:i w:val="0"/>
        </w:rPr>
        <w:t xml:space="preserve">Chúng ta có thể thấy những họ tên được tạo ra ở đây là chính xác. Nhưng giả sử chúng ta muốn sửa </w:t>
      </w:r>
      <w:r>
        <w:rPr>
          <w:rFonts w:ascii="Consolas" w:hAnsi="Consolas"/>
          <w:b w:val="0"/>
          <w:i w:val="0"/>
          <w:sz w:val="20"/>
        </w:rPr>
        <w:t>get_formatted_name()</w:t>
      </w:r>
      <w:r>
        <w:rPr>
          <w:b w:val="0"/>
          <w:i w:val="0"/>
        </w:rPr>
        <w:t xml:space="preserve"> để nó cũng có thể xử lý tên đệm. Khi làm vậy, chúng ta muốn chắc chắn rằng mình không làm hỏng cách hàm xử lý những họ tên chỉ có tên và họ. Chúng ta có thể kiểm tra mã của mình bằng cách chạy </w:t>
      </w:r>
      <w:r>
        <w:rPr>
          <w:b w:val="0"/>
          <w:i/>
        </w:rPr>
        <w:t>names.py</w:t>
      </w:r>
      <w:r>
        <w:rPr>
          <w:b w:val="0"/>
          <w:i w:val="0"/>
        </w:rPr>
        <w:t xml:space="preserve"> và nhập một cái tên như </w:t>
      </w:r>
      <w:r>
        <w:rPr>
          <w:rFonts w:ascii="Consolas" w:hAnsi="Consolas"/>
          <w:b w:val="0"/>
          <w:i w:val="0"/>
          <w:sz w:val="20"/>
        </w:rPr>
        <w:t>Janis Joplin</w:t>
      </w:r>
      <w:r>
        <w:rPr>
          <w:b w:val="0"/>
          <w:i w:val="0"/>
        </w:rPr>
        <w:t xml:space="preserve"> mỗi lần sửa </w:t>
      </w:r>
      <w:r>
        <w:rPr>
          <w:rFonts w:ascii="Consolas" w:hAnsi="Consolas"/>
          <w:b w:val="0"/>
          <w:i w:val="0"/>
          <w:sz w:val="20"/>
        </w:rPr>
        <w:t>get_formatted_name()</w:t>
      </w:r>
      <w:r>
        <w:rPr>
          <w:b w:val="0"/>
          <w:i w:val="0"/>
        </w:rPr>
        <w:t xml:space="preserve">, nhưng việc đó sẽ trở nên tẻ nhạt. May thay, </w:t>
      </w:r>
      <w:r>
        <w:rPr>
          <w:rFonts w:ascii="Consolas" w:hAnsi="Consolas"/>
          <w:b w:val="0"/>
          <w:i w:val="0"/>
          <w:sz w:val="20"/>
        </w:rPr>
        <w:t>pytest</w:t>
      </w:r>
      <w:r>
        <w:rPr>
          <w:b w:val="0"/>
          <w:i w:val="0"/>
        </w:rPr>
        <w:t xml:space="preserve"> cung cấp một cách hiệu quả để tự động hóa việc kiểm tra kết quả của một hàm. Nếu chúng ta tự động hóa việc kiểm tra </w:t>
      </w:r>
      <w:r>
        <w:rPr>
          <w:rFonts w:ascii="Consolas" w:hAnsi="Consolas"/>
          <w:b w:val="0"/>
          <w:i w:val="0"/>
          <w:sz w:val="20"/>
        </w:rPr>
        <w:t>get_formatted_name()</w:t>
      </w:r>
      <w:r>
        <w:rPr>
          <w:b w:val="0"/>
          <w:i w:val="0"/>
        </w:rPr>
        <w:t>, chúng ta luôn có thể tin chắc rằng hàm sẽ hoạt động đúng với những kiểu họ tên mà chúng ta đã viết bài kiểm tra.</w:t>
      </w:r>
    </w:p>
    <w:p>
      <w:pPr>
        <w:pStyle w:val="Heading3"/>
      </w:pPr>
      <w:r>
        <w:rPr>
          <w:rFonts w:ascii="Calibri" w:hAnsi="Calibri"/>
          <w:b/>
          <w:i w:val="0"/>
          <w:sz w:val="27"/>
        </w:rPr>
        <w:t>Kiểm thử đơn vị và các ca kiểm thử</w:t>
      </w:r>
    </w:p>
    <w:p>
      <w:pPr>
        <w:spacing w:after="80"/>
      </w:pPr>
      <w:r>
        <w:rPr>
          <w:b w:val="0"/>
          <w:i w:val="0"/>
        </w:rPr>
        <w:t xml:space="preserve">Có rất nhiều cách tiếp cận khác nhau để kiểm thử phần mềm. Một trong những loại kiểm thử đơn giản nhất là kiểm thử đơn vị. Một </w:t>
      </w:r>
      <w:r>
        <w:rPr>
          <w:b w:val="0"/>
          <w:i/>
        </w:rPr>
        <w:t>kiểm thử đơn vị</w:t>
      </w:r>
      <w:r>
        <w:rPr>
          <w:b w:val="0"/>
          <w:i w:val="0"/>
        </w:rPr>
        <w:t xml:space="preserve"> (unit test) xác minh rằng một khía cạnh cụ thể trong hành vi của một hàm là đúng. Một </w:t>
      </w:r>
      <w:r>
        <w:rPr>
          <w:b w:val="0"/>
          <w:i/>
        </w:rPr>
        <w:t>ca kiểm thử</w:t>
      </w:r>
      <w:r>
        <w:rPr>
          <w:b w:val="0"/>
          <w:i w:val="0"/>
        </w:rPr>
        <w:t xml:space="preserve"> (test case) là một tập hợp các kiểm thử đơn vị, cùng nhau chứng minh rằng một hàm hoạt động đúng như mong đợi, trong toàn bộ phạm vi tình huống mà bạn kỳ vọng nó có thể xử lý.</w:t>
      </w:r>
    </w:p>
    <w:p>
      <w:pPr>
        <w:spacing w:after="80"/>
      </w:pPr>
      <w:r>
        <w:rPr>
          <w:b w:val="0"/>
          <w:i w:val="0"/>
        </w:rPr>
        <w:t xml:space="preserve">Một ca kiểm thử tốt sẽ xem xét tất cả các loại đầu vào có thể mà một hàm có thể nhận được và bao gồm các bài kiểm tra để đại diện cho từng tình huống đó. Một ca kiểm thử có </w:t>
      </w:r>
      <w:r>
        <w:rPr>
          <w:b w:val="0"/>
          <w:i/>
        </w:rPr>
        <w:t>độ bao phủ đầy đủ</w:t>
      </w:r>
      <w:r>
        <w:rPr>
          <w:b w:val="0"/>
          <w:i w:val="0"/>
        </w:rPr>
        <w:t xml:space="preserve"> (full coverage) bao gồm đầy đủ các kiểm thử đơn vị, bao quát mọi cách có thể để bạn sử dụng một hàm. Đạt được độ bao phủ đầy đủ trong một dự án lớn có thể rất khó khăn. Thường thì chỉ cần viết các bài kiểm tra cho những hành vi quan trọng của mã là đủ, và chỉ nhắm tới độ bao phủ đầy đủ nếu dự án bắt đầu được sử dụng rộng rãi.</w:t>
      </w:r>
    </w:p>
    <w:p>
      <w:pPr>
        <w:pStyle w:val="Heading3"/>
      </w:pPr>
      <w:r>
        <w:rPr>
          <w:rFonts w:ascii="Calibri" w:hAnsi="Calibri"/>
          <w:b/>
          <w:i w:val="0"/>
          <w:sz w:val="27"/>
        </w:rPr>
        <w:t>Một bài kiểm tra đạt</w:t>
      </w:r>
    </w:p>
    <w:p>
      <w:pPr>
        <w:spacing w:after="80"/>
      </w:pPr>
      <w:r>
        <w:rPr>
          <w:b w:val="0"/>
          <w:i w:val="0"/>
        </w:rPr>
        <w:t xml:space="preserve">Với </w:t>
      </w:r>
      <w:r>
        <w:rPr>
          <w:rFonts w:ascii="Consolas" w:hAnsi="Consolas"/>
          <w:b w:val="0"/>
          <w:i w:val="0"/>
          <w:sz w:val="20"/>
        </w:rPr>
        <w:t>pytest</w:t>
      </w:r>
      <w:r>
        <w:rPr>
          <w:b w:val="0"/>
          <w:i w:val="0"/>
        </w:rPr>
        <w:t>, việc viết bài kiểm thử đơn vị đầu tiên của bạn khá đơn giản. Chúng ta sẽ viết một hàm kiểm tra duy nhất. Hàm kiểm tra sẽ gọi hàm mà chúng ta đang kiểm tra, và chúng ta sẽ đưa ra một khẳng định (assertion) về giá trị được trả về. Nếu khẳng định của chúng ta đúng, bài kiểm tra sẽ đạt; nếu khẳng định sai, bài kiểm tra sẽ thất bại.</w:t>
      </w:r>
    </w:p>
    <w:p>
      <w:pPr>
        <w:spacing w:after="80"/>
      </w:pPr>
      <w:r>
        <w:rPr>
          <w:b w:val="0"/>
          <w:i w:val="0"/>
        </w:rPr>
        <w:t xml:space="preserve">Đây là bài kiểm tra đầu tiên cho hàm </w:t>
      </w:r>
      <w:r>
        <w:rPr>
          <w:rFonts w:ascii="Consolas" w:hAnsi="Consolas"/>
          <w:b w:val="0"/>
          <w:i w:val="0"/>
          <w:sz w:val="20"/>
        </w:rPr>
        <w:t>get_formatted_name()</w:t>
      </w:r>
      <w:r>
        <w:rPr>
          <w:b w:val="0"/>
          <w:i w:val="0"/>
        </w:rPr>
        <w:t>:</w:t>
      </w:r>
    </w:p>
    <w:p>
      <w:pPr>
        <w:spacing w:after="80"/>
      </w:pPr>
      <w:r>
        <w:rPr>
          <w:b w:val="0"/>
          <w:i w:val="0"/>
        </w:rPr>
        <w:t>test_name_function.py</w:t>
      </w:r>
    </w:p>
    <w:p>
      <w:pPr>
        <w:spacing w:after="0"/>
        <w:ind w:left="360"/>
        <w:shd w:val="clear" w:color="auto" w:fill="F2F2F2"/>
      </w:pPr>
      <w:r>
        <w:rPr>
          <w:rFonts w:ascii="Consolas" w:hAnsi="Consolas"/>
          <w:b w:val="0"/>
          <w:i w:val="0"/>
          <w:sz w:val="18"/>
        </w:rPr>
        <w:t>from name_function import get_formatted_name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test_first_last_name():</w:t>
      </w:r>
    </w:p>
    <w:p>
      <w:pPr>
        <w:spacing w:after="0"/>
        <w:ind w:left="360"/>
        <w:shd w:val="clear" w:color="auto" w:fill="F2F2F2"/>
      </w:pPr>
      <w:r>
        <w:rPr>
          <w:rFonts w:ascii="Consolas" w:hAnsi="Consolas"/>
          <w:b w:val="0"/>
          <w:i w:val="0"/>
          <w:sz w:val="18"/>
        </w:rPr>
        <w:t xml:space="preserve">    """Do names like 'Janis Joplin' work?"""</w:t>
      </w:r>
    </w:p>
    <w:p>
      <w:pPr>
        <w:spacing w:after="0"/>
        <w:ind w:left="360"/>
        <w:shd w:val="clear" w:color="auto" w:fill="F2F2F2"/>
      </w:pPr>
      <w:r>
        <w:rPr>
          <w:rFonts w:ascii="Consolas" w:hAnsi="Consolas"/>
          <w:b w:val="0"/>
          <w:i w:val="0"/>
          <w:sz w:val="18"/>
        </w:rPr>
        <w:t>❷     formatted_name = get_formatted_name('janis', 'joplin')</w:t>
      </w:r>
    </w:p>
    <w:p>
      <w:pPr>
        <w:spacing w:after="0"/>
        <w:ind w:left="360"/>
        <w:shd w:val="clear" w:color="auto" w:fill="F2F2F2"/>
      </w:pPr>
      <w:r>
        <w:rPr>
          <w:rFonts w:ascii="Consolas" w:hAnsi="Consolas"/>
          <w:b w:val="0"/>
          <w:i w:val="0"/>
          <w:sz w:val="18"/>
        </w:rPr>
        <w:t>❸     assert formatted_name == 'Janis Joplin'</w:t>
      </w:r>
    </w:p>
    <w:p>
      <w:pPr>
        <w:spacing w:after="40"/>
      </w:pPr>
    </w:p>
    <w:p>
      <w:pPr>
        <w:spacing w:after="80"/>
      </w:pPr>
      <w:r>
        <w:rPr>
          <w:b w:val="0"/>
          <w:i w:val="0"/>
        </w:rPr>
        <w:t xml:space="preserve">Trước khi chạy thử, hãy cùng xem kỹ hơn về hàm này nhé. Tên của file kiểm thử (test file) rất quan trọng; nó phải bắt đầu bằng </w:t>
      </w:r>
      <w:r>
        <w:rPr>
          <w:b w:val="0"/>
          <w:i/>
        </w:rPr>
        <w:t>test_</w:t>
      </w:r>
      <w:r>
        <w:rPr>
          <w:b w:val="0"/>
          <w:i w:val="0"/>
        </w:rPr>
        <w:t xml:space="preserve">. Khi chúng ta yêu cầu </w:t>
      </w:r>
      <w:r>
        <w:rPr>
          <w:rFonts w:ascii="Consolas" w:hAnsi="Consolas"/>
          <w:b w:val="0"/>
          <w:i w:val="0"/>
          <w:sz w:val="20"/>
        </w:rPr>
        <w:t>pytest</w:t>
      </w:r>
      <w:r>
        <w:rPr>
          <w:b w:val="0"/>
          <w:i w:val="0"/>
        </w:rPr>
        <w:t xml:space="preserve"> chạy các bài kiểm thử (test) mà mình đã viết, nó sẽ tìm bất kỳ file nào bắt đầu bằng </w:t>
      </w:r>
      <w:r>
        <w:rPr>
          <w:b w:val="0"/>
          <w:i/>
        </w:rPr>
        <w:t>test_</w:t>
      </w:r>
      <w:r>
        <w:rPr>
          <w:b w:val="0"/>
          <w:i w:val="0"/>
        </w:rPr>
        <w:t>, rồi chạy tất cả các bài kiểm thử mà nó tìm thấy trong file đó.</w:t>
      </w:r>
    </w:p>
    <w:p>
      <w:pPr>
        <w:spacing w:after="80"/>
      </w:pPr>
      <w:r>
        <w:rPr>
          <w:b w:val="0"/>
          <w:i w:val="0"/>
        </w:rPr>
        <w:t xml:space="preserve">Trong file kiểm thử, đầu tiên ta import hàm mà mình muốn kiểm thử: </w:t>
      </w:r>
      <w:r>
        <w:rPr>
          <w:rFonts w:ascii="Consolas" w:hAnsi="Consolas"/>
          <w:b w:val="0"/>
          <w:i w:val="0"/>
          <w:sz w:val="20"/>
        </w:rPr>
        <w:t>get_formatted_name()</w:t>
      </w:r>
      <w:r>
        <w:rPr>
          <w:b w:val="0"/>
          <w:i w:val="0"/>
        </w:rPr>
        <w:t xml:space="preserve">. Sau đó ta định nghĩa một hàm kiểm thử: trong trường hợp này là </w:t>
      </w:r>
      <w:r>
        <w:rPr>
          <w:rFonts w:ascii="Consolas" w:hAnsi="Consolas"/>
          <w:b w:val="0"/>
          <w:i w:val="0"/>
          <w:sz w:val="20"/>
        </w:rPr>
        <w:t>test_first_last_name()</w:t>
      </w:r>
      <w:r>
        <w:rPr>
          <w:b w:val="0"/>
          <w:i w:val="0"/>
        </w:rPr>
        <w:t xml:space="preserve"> ❶. Đây là một cái tên hàm dài hơn những tên ta vẫn dùng, và điều đó là có lý do chính đáng. Thứ nhất, các hàm kiểm thử cần bắt đầu bằng chữ </w:t>
      </w:r>
      <w:r>
        <w:rPr>
          <w:b w:val="0"/>
          <w:i/>
        </w:rPr>
        <w:t>test</w:t>
      </w:r>
      <w:r>
        <w:rPr>
          <w:b w:val="0"/>
          <w:i w:val="0"/>
        </w:rPr>
        <w:t xml:space="preserve">, theo sau là dấu gạch dưới. Bất kỳ hàm nào bắt đầu bằng </w:t>
      </w:r>
      <w:r>
        <w:rPr>
          <w:rFonts w:ascii="Consolas" w:hAnsi="Consolas"/>
          <w:b w:val="0"/>
          <w:i w:val="0"/>
          <w:sz w:val="20"/>
        </w:rPr>
        <w:t>test_</w:t>
      </w:r>
      <w:r>
        <w:rPr>
          <w:b w:val="0"/>
          <w:i w:val="0"/>
        </w:rPr>
        <w:t xml:space="preserve"> sẽ được </w:t>
      </w:r>
      <w:r>
        <w:rPr>
          <w:rFonts w:ascii="Consolas" w:hAnsi="Consolas"/>
          <w:b w:val="0"/>
          <w:i w:val="0"/>
          <w:sz w:val="20"/>
        </w:rPr>
        <w:t>pytest</w:t>
      </w:r>
      <w:r>
        <w:rPr>
          <w:b w:val="0"/>
          <w:i w:val="0"/>
        </w:rPr>
        <w:t xml:space="preserve"> </w:t>
      </w:r>
      <w:r>
        <w:rPr>
          <w:b w:val="0"/>
          <w:i/>
        </w:rPr>
        <w:t>phát hiện</w:t>
      </w:r>
      <w:r>
        <w:rPr>
          <w:b w:val="0"/>
          <w:i w:val="0"/>
        </w:rPr>
        <w:t xml:space="preserve"> (discovered) và chạy như một phần của quá trình kiểm thử.</w:t>
      </w:r>
    </w:p>
    <w:p>
      <w:pPr>
        <w:spacing w:after="80"/>
      </w:pPr>
      <w:r>
        <w:rPr>
          <w:b w:val="0"/>
          <w:i w:val="0"/>
        </w:rPr>
        <w:t xml:space="preserve">Ngoài ra, tên các bài kiểm thử nên dài hơn và mô tả rõ hơn so với tên hàm thông thường. Bạn sẽ không bao giờ tự gọi hàm này đâu; </w:t>
      </w:r>
      <w:r>
        <w:rPr>
          <w:rFonts w:ascii="Consolas" w:hAnsi="Consolas"/>
          <w:b w:val="0"/>
          <w:i w:val="0"/>
          <w:sz w:val="20"/>
        </w:rPr>
        <w:t>pytest</w:t>
      </w:r>
      <w:r>
        <w:rPr>
          <w:b w:val="0"/>
          <w:i w:val="0"/>
        </w:rPr>
        <w:t xml:space="preserve"> sẽ tự tìm ra hàm và chạy nó giúp bạn. Tên hàm kiểm thử nên đủ dài để khi bạn nhìn thấy tên hàm đó trong báo cáo kiểm thử, bạn sẽ hiểu ngay nó đang kiểm tra hành vi gì.</w:t>
      </w:r>
    </w:p>
    <w:p>
      <w:pPr>
        <w:spacing w:after="80"/>
      </w:pPr>
      <w:r>
        <w:rPr>
          <w:b w:val="0"/>
          <w:i w:val="0"/>
        </w:rPr>
        <w:t xml:space="preserve">Tiếp theo, ta gọi hàm mà mình đang kiểm thử ❷. Ở đây ta gọi </w:t>
      </w:r>
      <w:r>
        <w:rPr>
          <w:rFonts w:ascii="Consolas" w:hAnsi="Consolas"/>
          <w:b w:val="0"/>
          <w:i w:val="0"/>
          <w:sz w:val="20"/>
        </w:rPr>
        <w:t>get_formatted_name()</w:t>
      </w:r>
      <w:r>
        <w:rPr>
          <w:b w:val="0"/>
          <w:i w:val="0"/>
        </w:rPr>
        <w:t xml:space="preserve"> với các đối số (argument) </w:t>
      </w:r>
      <w:r>
        <w:rPr>
          <w:rFonts w:ascii="Consolas" w:hAnsi="Consolas"/>
          <w:b w:val="0"/>
          <w:i w:val="0"/>
          <w:sz w:val="20"/>
        </w:rPr>
        <w:t>'janis'</w:t>
      </w:r>
      <w:r>
        <w:rPr>
          <w:b w:val="0"/>
          <w:i w:val="0"/>
        </w:rPr>
        <w:t xml:space="preserve"> và </w:t>
      </w:r>
      <w:r>
        <w:rPr>
          <w:rFonts w:ascii="Consolas" w:hAnsi="Consolas"/>
          <w:b w:val="0"/>
          <w:i w:val="0"/>
          <w:sz w:val="20"/>
        </w:rPr>
        <w:t>'joplin'</w:t>
      </w:r>
      <w:r>
        <w:rPr>
          <w:b w:val="0"/>
          <w:i w:val="0"/>
        </w:rPr>
        <w:t xml:space="preserve">, giống hệt như khi ta chạy </w:t>
      </w:r>
      <w:r>
        <w:rPr>
          <w:b w:val="0"/>
          <w:i/>
        </w:rPr>
        <w:t>names.py</w:t>
      </w:r>
      <w:r>
        <w:rPr>
          <w:b w:val="0"/>
          <w:i w:val="0"/>
        </w:rPr>
        <w:t xml:space="preserve">. Ta gán giá trị trả về của hàm này cho biến </w:t>
      </w:r>
      <w:r>
        <w:rPr>
          <w:rFonts w:ascii="Consolas" w:hAnsi="Consolas"/>
          <w:b w:val="0"/>
          <w:i w:val="0"/>
          <w:sz w:val="20"/>
        </w:rPr>
        <w:t>formatted_name</w:t>
      </w:r>
      <w:r>
        <w:rPr>
          <w:b w:val="0"/>
          <w:i w:val="0"/>
        </w:rPr>
        <w:t>.</w:t>
      </w:r>
    </w:p>
    <w:p>
      <w:pPr>
        <w:spacing w:after="80"/>
      </w:pPr>
      <w:r>
        <w:rPr>
          <w:b w:val="0"/>
          <w:i w:val="0"/>
        </w:rPr>
        <w:t xml:space="preserve">Cuối cùng, ta đưa ra một phép khẳng định (assertion) ❸. Một </w:t>
      </w:r>
      <w:r>
        <w:rPr>
          <w:b w:val="0"/>
          <w:i/>
        </w:rPr>
        <w:t>phép khẳng định</w:t>
      </w:r>
      <w:r>
        <w:rPr>
          <w:b w:val="0"/>
          <w:i w:val="0"/>
        </w:rPr>
        <w:t xml:space="preserve"> là một lời khẳng định về một điều kiện nào đó. Ở đây ta khẳng định rằng giá trị của </w:t>
      </w:r>
      <w:r>
        <w:rPr>
          <w:rFonts w:ascii="Consolas" w:hAnsi="Consolas"/>
          <w:b w:val="0"/>
          <w:i w:val="0"/>
          <w:sz w:val="20"/>
        </w:rPr>
        <w:t>formatted_name</w:t>
      </w:r>
      <w:r>
        <w:rPr>
          <w:b w:val="0"/>
          <w:i w:val="0"/>
        </w:rPr>
        <w:t xml:space="preserve"> phải là </w:t>
      </w:r>
      <w:r>
        <w:rPr>
          <w:rFonts w:ascii="Consolas" w:hAnsi="Consolas"/>
          <w:b w:val="0"/>
          <w:i w:val="0"/>
          <w:sz w:val="20"/>
        </w:rPr>
        <w:t>'Janis Joplin'</w:t>
      </w:r>
      <w:r>
        <w:rPr>
          <w:b w:val="0"/>
          <w:i w:val="0"/>
        </w:rPr>
        <w:t>.</w:t>
      </w:r>
    </w:p>
    <w:p>
      <w:pPr>
        <w:pStyle w:val="Heading3"/>
      </w:pPr>
      <w:r>
        <w:rPr>
          <w:rFonts w:ascii="Calibri" w:hAnsi="Calibri"/>
          <w:b/>
          <w:i w:val="0"/>
          <w:sz w:val="27"/>
        </w:rPr>
        <w:t>Chạy một bài kiểm thử</w:t>
      </w:r>
    </w:p>
    <w:p>
      <w:pPr>
        <w:spacing w:after="80"/>
      </w:pPr>
      <w:r>
        <w:rPr>
          <w:b w:val="0"/>
          <w:i w:val="0"/>
        </w:rPr>
        <w:t xml:space="preserve">Nếu bạn chạy trực tiếp file </w:t>
      </w:r>
      <w:r>
        <w:rPr>
          <w:b w:val="0"/>
          <w:i/>
        </w:rPr>
        <w:t>test_name_function.py</w:t>
      </w:r>
      <w:r>
        <w:rPr>
          <w:b w:val="0"/>
          <w:i w:val="0"/>
        </w:rPr>
        <w:t xml:space="preserve">, bạn sẽ không thấy kết quả gì cả vì ta chưa bao giờ gọi hàm kiểm thử. Thay vào đó, ta sẽ để </w:t>
      </w:r>
      <w:r>
        <w:rPr>
          <w:rFonts w:ascii="Consolas" w:hAnsi="Consolas"/>
          <w:b w:val="0"/>
          <w:i w:val="0"/>
          <w:sz w:val="20"/>
        </w:rPr>
        <w:t>pytest</w:t>
      </w:r>
      <w:r>
        <w:rPr>
          <w:b w:val="0"/>
          <w:i w:val="0"/>
        </w:rPr>
        <w:t xml:space="preserve"> chạy file kiểm thử giúp mình.</w:t>
      </w:r>
    </w:p>
    <w:p>
      <w:pPr>
        <w:spacing w:after="80"/>
      </w:pPr>
      <w:r>
        <w:rPr>
          <w:b w:val="0"/>
          <w:i w:val="0"/>
        </w:rPr>
        <w:t xml:space="preserve">Để làm điều này, hãy mở một cửa sổ terminal và di chuyển đến thư mục chứa file kiểm thử. Nếu bạn đang dùng VS Code, bạn có thể mở thư mục chứa file kiểm thử và dùng terminal được tích hợp sẵn trong cửa sổ trình soạn thảo. Trong cửa sổ terminal, nhập lệnh </w:t>
      </w:r>
      <w:r>
        <w:rPr>
          <w:rFonts w:ascii="Consolas" w:hAnsi="Consolas"/>
          <w:b/>
          <w:i w:val="0"/>
          <w:sz w:val="20"/>
        </w:rPr>
        <w:t>pytest</w:t>
      </w:r>
      <w:r>
        <w:rPr>
          <w:b w:val="0"/>
          <w:i w:val="0"/>
        </w:rPr>
        <w:t>. Đây là những gì bạn sẽ thấy:</w:t>
      </w:r>
    </w:p>
    <w:p>
      <w:pPr>
        <w:spacing w:after="0"/>
        <w:ind w:left="360"/>
        <w:shd w:val="clear" w:color="auto" w:fill="F2F2F2"/>
      </w:pPr>
      <w:r>
        <w:rPr>
          <w:rFonts w:ascii="Consolas" w:hAnsi="Consolas"/>
          <w:b w:val="0"/>
          <w:i w:val="0"/>
          <w:sz w:val="18"/>
        </w:rPr>
        <w:t xml:space="preserve">$ </w:t>
      </w:r>
      <w:r>
        <w:rPr>
          <w:rFonts w:ascii="Consolas" w:hAnsi="Consolas"/>
          <w:b/>
          <w:i w:val="0"/>
          <w:sz w:val="18"/>
        </w:rPr>
        <w:t>pytest</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val="0"/>
          <w:sz w:val="18"/>
        </w:rPr>
        <w:t>❶ platform darwin -- Python 3.</w:t>
      </w:r>
      <w:r>
        <w:rPr>
          <w:rFonts w:ascii="Consolas" w:hAnsi="Consolas"/>
          <w:b w:val="0"/>
          <w:i/>
          <w:sz w:val="18"/>
        </w:rPr>
        <w:t>x</w:t>
      </w:r>
      <w:r>
        <w:rPr>
          <w:rFonts w:ascii="Consolas" w:hAnsi="Consolas"/>
          <w:b w:val="0"/>
          <w:i w:val="0"/>
          <w:sz w:val="18"/>
        </w:rPr>
        <w:t>.</w:t>
      </w:r>
      <w:r>
        <w:rPr>
          <w:rFonts w:ascii="Consolas" w:hAnsi="Consolas"/>
          <w:b w:val="0"/>
          <w:i/>
          <w:sz w:val="18"/>
        </w:rPr>
        <w:t>x</w:t>
      </w:r>
      <w:r>
        <w:rPr>
          <w:rFonts w:ascii="Consolas" w:hAnsi="Consolas"/>
          <w:b w:val="0"/>
          <w:i w:val="0"/>
          <w:sz w:val="18"/>
        </w:rPr>
        <w:t>, pytest-7.</w:t>
      </w:r>
      <w:r>
        <w:rPr>
          <w:rFonts w:ascii="Consolas" w:hAnsi="Consolas"/>
          <w:b w:val="0"/>
          <w:i/>
          <w:sz w:val="18"/>
        </w:rPr>
        <w:t>x</w:t>
      </w:r>
      <w:r>
        <w:rPr>
          <w:rFonts w:ascii="Consolas" w:hAnsi="Consolas"/>
          <w:b w:val="0"/>
          <w:i w:val="0"/>
          <w:sz w:val="18"/>
        </w:rPr>
        <w:t>.</w:t>
      </w:r>
      <w:r>
        <w:rPr>
          <w:rFonts w:ascii="Consolas" w:hAnsi="Consolas"/>
          <w:b w:val="0"/>
          <w:i/>
          <w:sz w:val="18"/>
        </w:rPr>
        <w:t>x</w:t>
      </w:r>
      <w:r>
        <w:rPr>
          <w:rFonts w:ascii="Consolas" w:hAnsi="Consolas"/>
          <w:b w:val="0"/>
          <w:i w:val="0"/>
          <w:sz w:val="18"/>
        </w:rPr>
        <w:t>, pluggy-1.</w:t>
      </w:r>
      <w:r>
        <w:rPr>
          <w:rFonts w:ascii="Consolas" w:hAnsi="Consolas"/>
          <w:b w:val="0"/>
          <w:i/>
          <w:sz w:val="18"/>
        </w:rPr>
        <w:t>x</w:t>
      </w:r>
      <w:r>
        <w:rPr>
          <w:rFonts w:ascii="Consolas" w:hAnsi="Consolas"/>
          <w:b w:val="0"/>
          <w:i w:val="0"/>
          <w:sz w:val="18"/>
        </w:rPr>
        <w:t>.</w:t>
      </w:r>
      <w:r>
        <w:rPr>
          <w:rFonts w:ascii="Consolas" w:hAnsi="Consolas"/>
          <w:b w:val="0"/>
          <w:i/>
          <w:sz w:val="18"/>
        </w:rPr>
        <w:t>x</w:t>
      </w:r>
    </w:p>
    <w:p>
      <w:pPr>
        <w:spacing w:after="0"/>
        <w:ind w:left="360"/>
        <w:shd w:val="clear" w:color="auto" w:fill="F2F2F2"/>
      </w:pPr>
      <w:r>
        <w:rPr>
          <w:rFonts w:ascii="Consolas" w:hAnsi="Consolas"/>
          <w:b w:val="0"/>
          <w:i w:val="0"/>
          <w:sz w:val="18"/>
        </w:rPr>
        <w:t>❷ rootdir: /.../python_work/chapter_11</w:t>
      </w:r>
    </w:p>
    <w:p>
      <w:pPr>
        <w:spacing w:after="0"/>
        <w:ind w:left="360"/>
        <w:shd w:val="clear" w:color="auto" w:fill="F2F2F2"/>
      </w:pPr>
      <w:r>
        <w:rPr>
          <w:rFonts w:ascii="Consolas" w:hAnsi="Consolas"/>
          <w:b w:val="0"/>
          <w:i w:val="0"/>
          <w:sz w:val="18"/>
        </w:rPr>
        <w:t>❸ collected 1 item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test_name_function.py .                                          [100%]</w:t>
      </w:r>
    </w:p>
    <w:p>
      <w:pPr>
        <w:spacing w:after="0"/>
        <w:ind w:left="360"/>
        <w:shd w:val="clear" w:color="auto" w:fill="F2F2F2"/>
      </w:pPr>
      <w:r>
        <w:rPr>
          <w:rFonts w:ascii="Consolas" w:hAnsi="Consolas"/>
          <w:b w:val="0"/>
          <w:i w:val="0"/>
          <w:sz w:val="18"/>
        </w:rPr>
        <w:t>========================== 1 passed in 0.00s ==========================</w:t>
      </w:r>
    </w:p>
    <w:p>
      <w:pPr>
        <w:spacing w:after="40"/>
      </w:pPr>
    </w:p>
    <w:p>
      <w:pPr>
        <w:spacing w:after="80"/>
      </w:pPr>
      <w:r>
        <w:rPr>
          <w:b w:val="0"/>
          <w:i w:val="0"/>
        </w:rPr>
        <w:t xml:space="preserve">Hãy cùng giải mã kết quả này nhé. Đầu tiên, ta thấy một số thông tin về hệ thống đang chạy bài kiểm thử ❶. Mình đang kiểm thử trên hệ thống macOS, nên bạn có thể sẽ thấy kết quả hơi khác một chút. Quan trọng nhất là ta có thể thấy những phiên bản Python, </w:t>
      </w:r>
      <w:r>
        <w:rPr>
          <w:rFonts w:ascii="Consolas" w:hAnsi="Consolas"/>
          <w:b w:val="0"/>
          <w:i w:val="0"/>
          <w:sz w:val="20"/>
        </w:rPr>
        <w:t>pytest</w:t>
      </w:r>
      <w:r>
        <w:rPr>
          <w:b w:val="0"/>
          <w:i w:val="0"/>
        </w:rPr>
        <w:t xml:space="preserve"> và các gói (package) khác đang được dùng để chạy bài kiểm thử.</w:t>
      </w:r>
    </w:p>
    <w:p>
      <w:pPr>
        <w:spacing w:after="80"/>
      </w:pPr>
      <w:r>
        <w:rPr>
          <w:b w:val="0"/>
          <w:i w:val="0"/>
        </w:rPr>
        <w:t xml:space="preserve">Tiếp theo, ta thấy thư mục mà bài kiểm thử đang được chạy từ đó ❷: trong trường hợp của mình là </w:t>
      </w:r>
      <w:r>
        <w:rPr>
          <w:b w:val="0"/>
          <w:i/>
        </w:rPr>
        <w:t>python_work/chapter_11</w:t>
      </w:r>
      <w:r>
        <w:rPr>
          <w:b w:val="0"/>
          <w:i w:val="0"/>
        </w:rPr>
        <w:t xml:space="preserve">. Ta có thể thấy rằng </w:t>
      </w:r>
      <w:r>
        <w:rPr>
          <w:rFonts w:ascii="Consolas" w:hAnsi="Consolas"/>
          <w:b w:val="0"/>
          <w:i w:val="0"/>
          <w:sz w:val="20"/>
        </w:rPr>
        <w:t>pytest</w:t>
      </w:r>
      <w:r>
        <w:rPr>
          <w:b w:val="0"/>
          <w:i w:val="0"/>
        </w:rPr>
        <w:t xml:space="preserve"> đã tìm thấy một bài kiểm thử để chạy ❸, và ta cũng thấy được file kiểm thử đang được chạy ❹. Một dấu chấm đơn lẻ sau tên file cho ta biết rằng một bài kiểm thử đã đạt (pass), và con số </w:t>
      </w:r>
      <w:r>
        <w:rPr>
          <w:rFonts w:ascii="Consolas" w:hAnsi="Consolas"/>
          <w:b w:val="0"/>
          <w:i w:val="0"/>
          <w:sz w:val="20"/>
        </w:rPr>
        <w:t>100%</w:t>
      </w:r>
      <w:r>
        <w:rPr>
          <w:b w:val="0"/>
          <w:i w:val="0"/>
        </w:rPr>
        <w:t xml:space="preserve"> cho thấy rõ rằng tất cả các bài kiểm thử đã được chạy xong. Một dự án lớn có thể có hàng trăm hay hàng nghìn bài kiểm thử, và các dấu chấm cùng chỉ báo phần trăm hoàn thành sẽ rất hữu ích để theo dõi tiến độ tổng thể của quá trình chạy kiểm thử.</w:t>
      </w:r>
    </w:p>
    <w:p>
      <w:pPr>
        <w:spacing w:after="80"/>
      </w:pPr>
      <w:r>
        <w:rPr>
          <w:b w:val="0"/>
          <w:i w:val="0"/>
        </w:rPr>
        <w:t>Dòng cuối cùng cho ta biết rằng một bài kiểm thử đã đạt, và nó mất chưa đến 0.01 giây để chạy.</w:t>
      </w:r>
    </w:p>
    <w:p>
      <w:pPr>
        <w:spacing w:after="80"/>
      </w:pPr>
      <w:r>
        <w:rPr>
          <w:b w:val="0"/>
          <w:i w:val="0"/>
        </w:rPr>
        <w:t xml:space="preserve">Kết quả này cho thấy hàm </w:t>
      </w:r>
      <w:r>
        <w:rPr>
          <w:rFonts w:ascii="Consolas" w:hAnsi="Consolas"/>
          <w:b w:val="0"/>
          <w:i w:val="0"/>
          <w:sz w:val="20"/>
        </w:rPr>
        <w:t>get_formatted_name()</w:t>
      </w:r>
      <w:r>
        <w:rPr>
          <w:b w:val="0"/>
          <w:i w:val="0"/>
        </w:rPr>
        <w:t xml:space="preserve"> sẽ luôn hoạt động tốt với những tên có họ và tên, trừ khi ta sửa đổi hàm. Khi ta sửa đổi </w:t>
      </w:r>
      <w:r>
        <w:rPr>
          <w:rFonts w:ascii="Consolas" w:hAnsi="Consolas"/>
          <w:b w:val="0"/>
          <w:i w:val="0"/>
          <w:sz w:val="20"/>
        </w:rPr>
        <w:t>get_formatted_name()</w:t>
      </w:r>
      <w:r>
        <w:rPr>
          <w:b w:val="0"/>
          <w:i w:val="0"/>
        </w:rPr>
        <w:t>, ta có thể chạy lại bài kiểm thử này. Nếu bài kiểm thử đạt, ta biết rằng hàm vẫn sẽ hoạt động tốt với những cái tên như Janis Joplin.</w:t>
      </w:r>
    </w:p>
    <w:p>
      <w:pPr>
        <w:spacing w:before="120" w:after="40"/>
      </w:pPr>
      <w:r>
        <w:rPr>
          <w:b/>
          <w:sz w:val="21"/>
        </w:rPr>
        <w:t>Ghi chú</w:t>
      </w:r>
    </w:p>
    <w:p>
      <w:pPr>
        <w:spacing w:after="80"/>
      </w:pPr>
      <w:r>
        <w:rPr>
          <w:b w:val="0"/>
          <w:i w:val="0"/>
        </w:rPr>
        <w:t xml:space="preserve">Nếu bạn không chắc cách di chuyển đến đúng vị trí trong terminal, hãy xem mục "Chạy chương trình Python từ Terminal" ở trang 11. Ngoài ra, nếu bạn thấy thông báo rằng không tìm thấy lệnh </w:t>
      </w:r>
      <w:r>
        <w:rPr>
          <w:rFonts w:ascii="Consolas" w:hAnsi="Consolas"/>
          <w:b w:val="0"/>
          <w:i w:val="0"/>
          <w:sz w:val="20"/>
        </w:rPr>
        <w:t>pytest</w:t>
      </w:r>
      <w:r>
        <w:rPr>
          <w:b w:val="0"/>
          <w:i w:val="0"/>
        </w:rPr>
        <w:t xml:space="preserve">, hãy dùng lệnh </w:t>
      </w:r>
      <w:r>
        <w:rPr>
          <w:rFonts w:ascii="Consolas" w:hAnsi="Consolas"/>
          <w:b w:val="0"/>
          <w:i w:val="0"/>
          <w:sz w:val="20"/>
        </w:rPr>
        <w:t>python -m pytest</w:t>
      </w:r>
      <w:r>
        <w:rPr>
          <w:b w:val="0"/>
          <w:i w:val="0"/>
        </w:rPr>
        <w:t xml:space="preserve"> thay thế.</w:t>
      </w:r>
    </w:p>
    <w:p>
      <w:pPr>
        <w:pStyle w:val="Heading3"/>
      </w:pPr>
      <w:r>
        <w:rPr>
          <w:rFonts w:ascii="Calibri" w:hAnsi="Calibri"/>
          <w:b/>
          <w:i w:val="0"/>
          <w:sz w:val="27"/>
        </w:rPr>
        <w:t>Một bài kiểm tra thất bại</w:t>
      </w:r>
    </w:p>
    <w:p>
      <w:pPr>
        <w:spacing w:after="80"/>
      </w:pPr>
      <w:r>
        <w:rPr>
          <w:b w:val="0"/>
          <w:i w:val="0"/>
        </w:rPr>
        <w:t xml:space="preserve">Một bài kiểm tra thất bại trông như thế nào? Hãy sửa </w:t>
      </w:r>
      <w:r>
        <w:rPr>
          <w:rFonts w:ascii="Consolas" w:hAnsi="Consolas"/>
          <w:b w:val="0"/>
          <w:i w:val="0"/>
          <w:sz w:val="20"/>
        </w:rPr>
        <w:t>get_formatted_name()</w:t>
      </w:r>
      <w:r>
        <w:rPr>
          <w:b w:val="0"/>
          <w:i w:val="0"/>
        </w:rPr>
        <w:t xml:space="preserve"> để nó có thể xử lý tên đệm, nhưng hãy làm theo cách khiến hàm bị hỏng với những tên chỉ có họ và tên, như Janis Joplin.</w:t>
      </w:r>
    </w:p>
    <w:p>
      <w:pPr>
        <w:spacing w:after="80"/>
      </w:pPr>
      <w:r>
        <w:rPr>
          <w:b w:val="0"/>
          <w:i w:val="0"/>
        </w:rPr>
        <w:t xml:space="preserve">Đây là phiên bản mới của </w:t>
      </w:r>
      <w:r>
        <w:rPr>
          <w:rFonts w:ascii="Consolas" w:hAnsi="Consolas"/>
          <w:b w:val="0"/>
          <w:i w:val="0"/>
          <w:sz w:val="20"/>
        </w:rPr>
        <w:t>get_formatted_name()</w:t>
      </w:r>
      <w:r>
        <w:rPr>
          <w:b w:val="0"/>
          <w:i w:val="0"/>
        </w:rPr>
        <w:t xml:space="preserve"> yêu cầu bắt buộc phải có đối số tên đệm:</w:t>
      </w:r>
    </w:p>
    <w:p>
      <w:pPr>
        <w:spacing w:after="80"/>
      </w:pPr>
      <w:r>
        <w:rPr>
          <w:b w:val="0"/>
          <w:i w:val="0"/>
        </w:rPr>
        <w:t>name_function.py</w:t>
      </w:r>
    </w:p>
    <w:p>
      <w:pPr>
        <w:spacing w:after="0"/>
        <w:ind w:left="360"/>
        <w:shd w:val="clear" w:color="auto" w:fill="F2F2F2"/>
      </w:pPr>
      <w:r>
        <w:rPr>
          <w:rFonts w:ascii="Consolas" w:hAnsi="Consolas"/>
          <w:b w:val="0"/>
          <w:i w:val="0"/>
          <w:sz w:val="18"/>
        </w:rPr>
        <w:t>def get_formatted_name(first, middle, last):</w:t>
      </w:r>
    </w:p>
    <w:p>
      <w:pPr>
        <w:spacing w:after="0"/>
        <w:ind w:left="360"/>
        <w:shd w:val="clear" w:color="auto" w:fill="F2F2F2"/>
      </w:pPr>
      <w:r>
        <w:rPr>
          <w:rFonts w:ascii="Consolas" w:hAnsi="Consolas"/>
          <w:b w:val="0"/>
          <w:i w:val="0"/>
          <w:sz w:val="18"/>
        </w:rPr>
        <w:t xml:space="preserve">    """Generate a neatly formatted full name."""</w:t>
      </w:r>
    </w:p>
    <w:p>
      <w:pPr>
        <w:spacing w:after="0"/>
        <w:ind w:left="360"/>
        <w:shd w:val="clear" w:color="auto" w:fill="F2F2F2"/>
      </w:pPr>
      <w:r>
        <w:rPr>
          <w:rFonts w:ascii="Consolas" w:hAnsi="Consolas"/>
          <w:b w:val="0"/>
          <w:i w:val="0"/>
          <w:sz w:val="18"/>
        </w:rPr>
        <w:t xml:space="preserve">    full_name = f"{first} {middle} {last}"</w:t>
      </w:r>
    </w:p>
    <w:p>
      <w:pPr>
        <w:spacing w:after="0"/>
        <w:ind w:left="360"/>
        <w:shd w:val="clear" w:color="auto" w:fill="F2F2F2"/>
      </w:pPr>
      <w:r>
        <w:rPr>
          <w:rFonts w:ascii="Consolas" w:hAnsi="Consolas"/>
          <w:b w:val="0"/>
          <w:i w:val="0"/>
          <w:sz w:val="18"/>
        </w:rPr>
        <w:t xml:space="preserve">    return full_name.title()</w:t>
      </w:r>
    </w:p>
    <w:p>
      <w:pPr>
        <w:spacing w:after="40"/>
      </w:pPr>
    </w:p>
    <w:p>
      <w:pPr>
        <w:spacing w:after="80"/>
      </w:pPr>
      <w:r>
        <w:rPr>
          <w:b w:val="0"/>
          <w:i w:val="0"/>
        </w:rPr>
        <w:t>Phiên bản này sẽ hoạt động với những người có tên đệm, nhưng khi chúng ta kiểm tra nó, chúng ta thấy rằng mình đã làm hỏng hàm đối với những người chỉ có họ và tên.</w:t>
      </w:r>
    </w:p>
    <w:p>
      <w:pPr>
        <w:spacing w:after="80"/>
      </w:pPr>
      <w:r>
        <w:rPr>
          <w:b w:val="0"/>
          <w:i w:val="0"/>
        </w:rPr>
        <w:t xml:space="preserve">Lần này, chạy </w:t>
      </w:r>
      <w:r>
        <w:rPr>
          <w:rFonts w:ascii="Consolas" w:hAnsi="Consolas"/>
          <w:b/>
          <w:i w:val="0"/>
          <w:sz w:val="20"/>
        </w:rPr>
        <w:t>pytest</w:t>
      </w:r>
      <w:r>
        <w:rPr>
          <w:b w:val="0"/>
          <w:i w:val="0"/>
        </w:rPr>
        <w:t xml:space="preserve"> cho ra kết quả như sau:</w:t>
      </w:r>
    </w:p>
    <w:p>
      <w:pPr>
        <w:spacing w:after="0"/>
        <w:ind w:left="360"/>
        <w:shd w:val="clear" w:color="auto" w:fill="F2F2F2"/>
      </w:pPr>
      <w:r>
        <w:rPr>
          <w:rFonts w:ascii="Consolas" w:hAnsi="Consolas"/>
          <w:b w:val="0"/>
          <w:i w:val="0"/>
          <w:sz w:val="18"/>
        </w:rPr>
        <w:t xml:space="preserve">$ </w:t>
      </w:r>
      <w:r>
        <w:rPr>
          <w:rFonts w:ascii="Consolas" w:hAnsi="Consolas"/>
          <w:b/>
          <w:i w:val="0"/>
          <w:sz w:val="18"/>
        </w:rPr>
        <w:t>pytest</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❶ test_name_function.py F                                          [100%]</w:t>
      </w:r>
    </w:p>
    <w:p>
      <w:pPr>
        <w:spacing w:after="0"/>
        <w:ind w:left="360"/>
        <w:shd w:val="clear" w:color="auto" w:fill="F2F2F2"/>
      </w:pPr>
      <w:r>
        <w:rPr>
          <w:rFonts w:ascii="Consolas" w:hAnsi="Consolas"/>
          <w:b w:val="0"/>
          <w:i w:val="0"/>
          <w:sz w:val="18"/>
        </w:rPr>
        <w:t>❷ ============================== FAILURES ===============================</w:t>
      </w:r>
    </w:p>
    <w:p>
      <w:pPr>
        <w:spacing w:after="0"/>
        <w:ind w:left="360"/>
        <w:shd w:val="clear" w:color="auto" w:fill="F2F2F2"/>
      </w:pPr>
      <w:r>
        <w:rPr>
          <w:rFonts w:ascii="Consolas" w:hAnsi="Consolas"/>
          <w:b w:val="0"/>
          <w:i w:val="0"/>
          <w:sz w:val="18"/>
        </w:rPr>
        <w:t>❸ ________________________ test_first_last_name _________________________</w:t>
      </w:r>
    </w:p>
    <w:p>
      <w:pPr>
        <w:spacing w:after="0"/>
        <w:ind w:left="360"/>
        <w:shd w:val="clear" w:color="auto" w:fill="F2F2F2"/>
      </w:pPr>
      <w:r>
        <w:rPr>
          <w:rFonts w:ascii="Consolas" w:hAnsi="Consolas"/>
          <w:b w:val="0"/>
          <w:i w:val="0"/>
          <w:sz w:val="18"/>
        </w:rPr>
        <w:t xml:space="preserve">    def test_first_last_name():</w:t>
      </w:r>
    </w:p>
    <w:p>
      <w:pPr>
        <w:spacing w:after="0"/>
        <w:ind w:left="360"/>
        <w:shd w:val="clear" w:color="auto" w:fill="F2F2F2"/>
      </w:pPr>
      <w:r>
        <w:rPr>
          <w:rFonts w:ascii="Consolas" w:hAnsi="Consolas"/>
          <w:b w:val="0"/>
          <w:i w:val="0"/>
          <w:sz w:val="18"/>
        </w:rPr>
        <w:t xml:space="preserve">        """Do names like 'Janis Joplin' work?"""</w:t>
      </w:r>
    </w:p>
    <w:p>
      <w:pPr>
        <w:spacing w:after="0"/>
        <w:ind w:left="360"/>
        <w:shd w:val="clear" w:color="auto" w:fill="F2F2F2"/>
      </w:pPr>
      <w:r>
        <w:rPr>
          <w:rFonts w:ascii="Consolas" w:hAnsi="Consolas"/>
          <w:b w:val="0"/>
          <w:i w:val="0"/>
          <w:sz w:val="18"/>
        </w:rPr>
        <w:t>❹ &gt;       formatted_name = get_formatted_name('janis', 'joplin')</w:t>
      </w:r>
    </w:p>
    <w:p>
      <w:pPr>
        <w:spacing w:after="0"/>
        <w:ind w:left="360"/>
        <w:shd w:val="clear" w:color="auto" w:fill="F2F2F2"/>
      </w:pPr>
      <w:r>
        <w:rPr>
          <w:rFonts w:ascii="Consolas" w:hAnsi="Consolas"/>
          <w:b w:val="0"/>
          <w:i w:val="0"/>
          <w:sz w:val="18"/>
        </w:rPr>
        <w:t>❺ E       TypeError: get_formatted_name() missing 1 required positional</w:t>
      </w:r>
    </w:p>
    <w:p>
      <w:pPr>
        <w:spacing w:after="0"/>
        <w:ind w:left="360"/>
        <w:shd w:val="clear" w:color="auto" w:fill="F2F2F2"/>
      </w:pPr>
      <w:r>
        <w:rPr>
          <w:rFonts w:ascii="Consolas" w:hAnsi="Consolas"/>
          <w:b w:val="0"/>
          <w:i w:val="0"/>
          <w:sz w:val="18"/>
        </w:rPr>
        <w:t xml:space="preserve">            argument: 'last'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test_name_function.py:5: TypeError</w:t>
      </w:r>
    </w:p>
    <w:p>
      <w:pPr>
        <w:spacing w:after="0"/>
        <w:ind w:left="360"/>
        <w:shd w:val="clear" w:color="auto" w:fill="F2F2F2"/>
      </w:pPr>
      <w:r>
        <w:rPr>
          <w:rFonts w:ascii="Consolas" w:hAnsi="Consolas"/>
          <w:b w:val="0"/>
          <w:i w:val="0"/>
          <w:sz w:val="18"/>
        </w:rPr>
        <w:t>======================= short test summary info =======================</w:t>
      </w:r>
    </w:p>
    <w:p>
      <w:pPr>
        <w:spacing w:after="0"/>
        <w:ind w:left="360"/>
        <w:shd w:val="clear" w:color="auto" w:fill="F2F2F2"/>
      </w:pPr>
      <w:r>
        <w:rPr>
          <w:rFonts w:ascii="Consolas" w:hAnsi="Consolas"/>
          <w:b w:val="0"/>
          <w:i w:val="0"/>
          <w:sz w:val="18"/>
        </w:rPr>
        <w:t>FAILED test_name_function.py::test_first_last_name - TypeError:</w:t>
      </w:r>
    </w:p>
    <w:p>
      <w:pPr>
        <w:spacing w:after="0"/>
        <w:ind w:left="360"/>
        <w:shd w:val="clear" w:color="auto" w:fill="F2F2F2"/>
      </w:pPr>
      <w:r>
        <w:rPr>
          <w:rFonts w:ascii="Consolas" w:hAnsi="Consolas"/>
          <w:b w:val="0"/>
          <w:i w:val="0"/>
          <w:sz w:val="18"/>
        </w:rPr>
        <w:t xml:space="preserve">    get_formatted_name() missing 1 required positional argument: 'last'</w:t>
      </w:r>
    </w:p>
    <w:p>
      <w:pPr>
        <w:spacing w:after="0"/>
        <w:ind w:left="360"/>
        <w:shd w:val="clear" w:color="auto" w:fill="F2F2F2"/>
      </w:pPr>
      <w:r>
        <w:rPr>
          <w:rFonts w:ascii="Consolas" w:hAnsi="Consolas"/>
          <w:b w:val="0"/>
          <w:i w:val="0"/>
          <w:sz w:val="18"/>
        </w:rPr>
        <w:t>========================== 1 failed in 0.04s ==========================</w:t>
      </w:r>
    </w:p>
    <w:p>
      <w:pPr>
        <w:spacing w:after="40"/>
      </w:pPr>
    </w:p>
    <w:p>
      <w:pPr>
        <w:spacing w:after="80"/>
      </w:pPr>
      <w:r>
        <w:rPr>
          <w:b w:val="0"/>
          <w:i w:val="0"/>
        </w:rPr>
        <w:t xml:space="preserve">Có rất nhiều thông tin ở đây vì có nhiều thứ bạn có thể cần biết khi một bài kiểm tra thất bại. Mục đầu tiên đáng chú ý trong kết quả là một chữ </w:t>
      </w:r>
      <w:r>
        <w:rPr>
          <w:rFonts w:ascii="Consolas" w:hAnsi="Consolas"/>
          <w:b w:val="0"/>
          <w:i w:val="0"/>
          <w:sz w:val="20"/>
        </w:rPr>
        <w:t>F</w:t>
      </w:r>
      <w:r>
        <w:rPr>
          <w:b w:val="0"/>
          <w:i w:val="0"/>
        </w:rPr>
        <w:t xml:space="preserve"> ❶, cho chúng ta biết rằng một bài kiểm tra đã thất bại. Tiếp theo, chúng ta thấy một phần tập trung vào </w:t>
      </w:r>
      <w:r>
        <w:rPr>
          <w:rFonts w:ascii="Consolas" w:hAnsi="Consolas"/>
          <w:b w:val="0"/>
          <w:i w:val="0"/>
          <w:sz w:val="20"/>
        </w:rPr>
        <w:t>FAILURES</w:t>
      </w:r>
      <w:r>
        <w:rPr>
          <w:b w:val="0"/>
          <w:i w:val="0"/>
        </w:rPr>
        <w:t xml:space="preserve"> ❷, vì các bài kiểm tra thất bại thường là thứ quan trọng nhất cần tập trung trong một lần chạy kiểm tra. Kế đó, chúng ta thấy rằng </w:t>
      </w:r>
      <w:r>
        <w:rPr>
          <w:rFonts w:ascii="Consolas" w:hAnsi="Consolas"/>
          <w:b w:val="0"/>
          <w:i w:val="0"/>
          <w:sz w:val="20"/>
        </w:rPr>
        <w:t>test_first_last_name()</w:t>
      </w:r>
      <w:r>
        <w:rPr>
          <w:b w:val="0"/>
          <w:i w:val="0"/>
        </w:rPr>
        <w:t xml:space="preserve"> là hàm kiểm tra đã thất bại ❸. Một dấu ngoặc nhọn ❹ chỉ ra dòng mã đã khiến bài kiểm tra thất bại. Chữ </w:t>
      </w:r>
      <w:r>
        <w:rPr>
          <w:rFonts w:ascii="Consolas" w:hAnsi="Consolas"/>
          <w:b w:val="0"/>
          <w:i w:val="0"/>
          <w:sz w:val="20"/>
        </w:rPr>
        <w:t>E</w:t>
      </w:r>
      <w:r>
        <w:rPr>
          <w:b w:val="0"/>
          <w:i w:val="0"/>
        </w:rPr>
        <w:t xml:space="preserve"> ở dòng tiếp theo ❺ cho thấy lỗi thực sự đã gây ra thất bại: một </w:t>
      </w:r>
      <w:r>
        <w:rPr>
          <w:rFonts w:ascii="Consolas" w:hAnsi="Consolas"/>
          <w:b w:val="0"/>
          <w:i w:val="0"/>
          <w:sz w:val="20"/>
        </w:rPr>
        <w:t>TypeError</w:t>
      </w:r>
      <w:r>
        <w:rPr>
          <w:b w:val="0"/>
          <w:i w:val="0"/>
        </w:rPr>
        <w:t xml:space="preserve"> do thiếu đối số vị trí bắt buộc, </w:t>
      </w:r>
      <w:r>
        <w:rPr>
          <w:rFonts w:ascii="Consolas" w:hAnsi="Consolas"/>
          <w:b w:val="0"/>
          <w:i w:val="0"/>
          <w:sz w:val="20"/>
        </w:rPr>
        <w:t>last</w:t>
      </w:r>
      <w:r>
        <w:rPr>
          <w:b w:val="0"/>
          <w:i w:val="0"/>
        </w:rPr>
        <w:t>. Thông tin quan trọng nhất được lặp lại trong một phần tóm tắt ngắn hơn ở cuối, nên khi bạn chạy nhiều bài kiểm tra, bạn có thể nhanh chóng nắm được bài kiểm tra nào đã thất bại và tại sao.</w:t>
      </w:r>
    </w:p>
    <w:p>
      <w:pPr>
        <w:pStyle w:val="Heading3"/>
      </w:pPr>
      <w:r>
        <w:rPr>
          <w:rFonts w:ascii="Calibri" w:hAnsi="Calibri"/>
          <w:b/>
          <w:i w:val="0"/>
          <w:sz w:val="27"/>
        </w:rPr>
        <w:t>Phản hồi khi một bài kiểm tra thất bại</w:t>
      </w:r>
    </w:p>
    <w:p>
      <w:pPr>
        <w:spacing w:after="80"/>
      </w:pPr>
      <w:r>
        <w:rPr>
          <w:b w:val="0"/>
          <w:i w:val="0"/>
        </w:rPr>
        <w:t>Bạn làm gì khi một bài kiểm tra thất bại? Giả sử bạn đang kiểm tra đúng các điều kiện, một bài kiểm tra đạt nghĩa là hàm đang hoạt động đúng và một bài kiểm tra thất bại nghĩa là có lỗi trong đoạn mã mới bạn vừa viết. Vậy nên khi một bài kiểm tra thất bại, đừng sửa bài kiểm tra. Nếu bạn làm vậy, các bài kiểm tra của bạn có thể đạt, nhưng bất kỳ đoạn mã nào gọi hàm của bạn giống như bài kiểm tra sẽ đột nhiên ngừng hoạt động. Thay vào đó, hãy sửa đoạn mã đang khiến bài kiểm tra thất bại. Xem xét những thay đổi bạn vừa thực hiện với hàm, và tìm ra cách những thay đổi đó đã phá vỡ hành vi mong muốn.</w:t>
      </w:r>
    </w:p>
    <w:p>
      <w:pPr>
        <w:spacing w:after="80"/>
      </w:pPr>
      <w:r>
        <w:rPr>
          <w:b w:val="0"/>
          <w:i w:val="0"/>
        </w:rPr>
        <w:t xml:space="preserve">Trong trường hợp này, </w:t>
      </w:r>
      <w:r>
        <w:rPr>
          <w:rFonts w:ascii="Consolas" w:hAnsi="Consolas"/>
          <w:b w:val="0"/>
          <w:i w:val="0"/>
          <w:sz w:val="20"/>
        </w:rPr>
        <w:t>get_formatted_name()</w:t>
      </w:r>
      <w:r>
        <w:rPr>
          <w:b w:val="0"/>
          <w:i w:val="0"/>
        </w:rPr>
        <w:t xml:space="preserve"> trước đây chỉ yêu cầu hai tham số: họ và tên. Giờ nó yêu cầu họ, tên đệm và tên. Việc thêm tham số tên đệm bắt buộc đó đã phá vỡ hành vi ban đầu của </w:t>
      </w:r>
      <w:r>
        <w:rPr>
          <w:rFonts w:ascii="Consolas" w:hAnsi="Consolas"/>
          <w:b w:val="0"/>
          <w:i w:val="0"/>
          <w:sz w:val="20"/>
        </w:rPr>
        <w:t>get_formatted_name()</w:t>
      </w:r>
      <w:r>
        <w:rPr>
          <w:b w:val="0"/>
          <w:i w:val="0"/>
        </w:rPr>
        <w:t xml:space="preserve">. Lựa chọn tốt nhất ở đây là làm cho tên đệm trở thành tùy chọn. Khi làm vậy, bài kiểm tra của chúng ta cho những tên như </w:t>
      </w:r>
      <w:r>
        <w:rPr>
          <w:rFonts w:ascii="Consolas" w:hAnsi="Consolas"/>
          <w:b w:val="0"/>
          <w:i w:val="0"/>
          <w:sz w:val="20"/>
        </w:rPr>
        <w:t>Janis Joplin</w:t>
      </w:r>
      <w:r>
        <w:rPr>
          <w:b w:val="0"/>
          <w:i w:val="0"/>
        </w:rPr>
        <w:t xml:space="preserve"> sẽ lại đạt, và chúng ta cũng có thể chấp nhận tên đệm. Hãy sửa </w:t>
      </w:r>
      <w:r>
        <w:rPr>
          <w:rFonts w:ascii="Consolas" w:hAnsi="Consolas"/>
          <w:b w:val="0"/>
          <w:i w:val="0"/>
          <w:sz w:val="20"/>
        </w:rPr>
        <w:t>get_formatted_name()</w:t>
      </w:r>
      <w:r>
        <w:rPr>
          <w:b w:val="0"/>
          <w:i w:val="0"/>
        </w:rPr>
        <w:t xml:space="preserve"> để tên đệm là tùy chọn rồi chạy lại ca kiểm tra. Nếu nó đạt, chúng ta sẽ chuyển sang đảm bảo hàm xử lý tên đệm đúng cách.</w:t>
      </w:r>
    </w:p>
    <w:p>
      <w:pPr>
        <w:spacing w:after="80"/>
      </w:pPr>
      <w:r>
        <w:rPr>
          <w:b w:val="0"/>
          <w:i w:val="0"/>
        </w:rPr>
        <w:t xml:space="preserve">Để làm cho tên đệm trở thành tùy chọn, chúng ta chuyển tham số </w:t>
      </w:r>
      <w:r>
        <w:rPr>
          <w:rFonts w:ascii="Consolas" w:hAnsi="Consolas"/>
          <w:b w:val="0"/>
          <w:i w:val="0"/>
          <w:sz w:val="20"/>
        </w:rPr>
        <w:t>middle</w:t>
      </w:r>
      <w:r>
        <w:rPr>
          <w:b w:val="0"/>
          <w:i w:val="0"/>
        </w:rPr>
        <w:t xml:space="preserve"> xuống cuối danh sách tham số trong định nghĩa hàm và gán cho nó một giá trị mặc định rỗng. Chúng ta cũng thêm một kiểm tra </w:t>
      </w:r>
      <w:r>
        <w:rPr>
          <w:rFonts w:ascii="Consolas" w:hAnsi="Consolas"/>
          <w:b w:val="0"/>
          <w:i w:val="0"/>
          <w:sz w:val="20"/>
        </w:rPr>
        <w:t>if</w:t>
      </w:r>
      <w:r>
        <w:rPr>
          <w:b w:val="0"/>
          <w:i w:val="0"/>
        </w:rPr>
        <w:t xml:space="preserve"> để xây dựng họ tên đầy đủ cho đúng, tùy thuộc vào việc có tên đệm được cung cấp hay không:</w:t>
      </w:r>
    </w:p>
    <w:p>
      <w:pPr>
        <w:spacing w:after="80"/>
      </w:pPr>
      <w:r>
        <w:rPr>
          <w:b w:val="0"/>
          <w:i w:val="0"/>
        </w:rPr>
        <w:t>name_function.py</w:t>
      </w:r>
    </w:p>
    <w:p>
      <w:pPr>
        <w:spacing w:after="0"/>
        <w:ind w:left="360"/>
        <w:shd w:val="clear" w:color="auto" w:fill="F2F2F2"/>
      </w:pPr>
      <w:r>
        <w:rPr>
          <w:rFonts w:ascii="Consolas" w:hAnsi="Consolas"/>
          <w:b w:val="0"/>
          <w:i w:val="0"/>
          <w:sz w:val="18"/>
        </w:rPr>
        <w:t>def get_formatted_name(first, last, middle=''):</w:t>
      </w:r>
    </w:p>
    <w:p>
      <w:pPr>
        <w:spacing w:after="0"/>
        <w:ind w:left="360"/>
        <w:shd w:val="clear" w:color="auto" w:fill="F2F2F2"/>
      </w:pPr>
      <w:r>
        <w:rPr>
          <w:rFonts w:ascii="Consolas" w:hAnsi="Consolas"/>
          <w:b w:val="0"/>
          <w:i w:val="0"/>
          <w:sz w:val="18"/>
        </w:rPr>
        <w:t xml:space="preserve">    """Generate a neatly formatted full name."""</w:t>
      </w:r>
    </w:p>
    <w:p>
      <w:pPr>
        <w:spacing w:after="0"/>
        <w:ind w:left="360"/>
        <w:shd w:val="clear" w:color="auto" w:fill="F2F2F2"/>
      </w:pPr>
      <w:r>
        <w:rPr>
          <w:rFonts w:ascii="Consolas" w:hAnsi="Consolas"/>
          <w:b w:val="0"/>
          <w:i w:val="0"/>
          <w:sz w:val="18"/>
        </w:rPr>
        <w:t xml:space="preserve">    if middle:</w:t>
      </w:r>
    </w:p>
    <w:p>
      <w:pPr>
        <w:spacing w:after="0"/>
        <w:ind w:left="360"/>
        <w:shd w:val="clear" w:color="auto" w:fill="F2F2F2"/>
      </w:pPr>
      <w:r>
        <w:rPr>
          <w:rFonts w:ascii="Consolas" w:hAnsi="Consolas"/>
          <w:b w:val="0"/>
          <w:i w:val="0"/>
          <w:sz w:val="18"/>
        </w:rPr>
        <w:t xml:space="preserve">        full_name = f"{first} {middle} {last}"</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full_name = f"{first} {last}"</w:t>
      </w:r>
    </w:p>
    <w:p>
      <w:pPr>
        <w:spacing w:after="0"/>
        <w:ind w:left="360"/>
        <w:shd w:val="clear" w:color="auto" w:fill="F2F2F2"/>
      </w:pPr>
      <w:r>
        <w:rPr>
          <w:rFonts w:ascii="Consolas" w:hAnsi="Consolas"/>
          <w:b w:val="0"/>
          <w:i w:val="0"/>
          <w:sz w:val="18"/>
        </w:rPr>
        <w:t xml:space="preserve">    return full_name.title()</w:t>
      </w:r>
    </w:p>
    <w:p>
      <w:pPr>
        <w:spacing w:after="40"/>
      </w:pPr>
    </w:p>
    <w:p>
      <w:pPr>
        <w:spacing w:after="80"/>
      </w:pPr>
      <w:r>
        <w:rPr>
          <w:b w:val="0"/>
          <w:i w:val="0"/>
        </w:rPr>
        <w:t xml:space="preserve">Trong phiên bản mới này của </w:t>
      </w:r>
      <w:r>
        <w:rPr>
          <w:rFonts w:ascii="Consolas" w:hAnsi="Consolas"/>
          <w:b w:val="0"/>
          <w:i w:val="0"/>
          <w:sz w:val="20"/>
        </w:rPr>
        <w:t>get_formatted_name()</w:t>
      </w:r>
      <w:r>
        <w:rPr>
          <w:b w:val="0"/>
          <w:i w:val="0"/>
        </w:rPr>
        <w:t xml:space="preserve">, tên đệm là tùy chọn. Nếu một tên đệm được truyền vào hàm, họ tên đầy đủ sẽ gồm họ, tên đệm và tên. Ngược lại, họ tên đầy đủ sẽ chỉ gồm họ và tên. Giờ hàm sẽ hoạt động với cả hai kiểu tên. Để biết hàm còn hoạt động với những tên như </w:t>
      </w:r>
      <w:r>
        <w:rPr>
          <w:rFonts w:ascii="Consolas" w:hAnsi="Consolas"/>
          <w:b w:val="0"/>
          <w:i w:val="0"/>
          <w:sz w:val="20"/>
        </w:rPr>
        <w:t>Janis Joplin</w:t>
      </w:r>
      <w:r>
        <w:rPr>
          <w:b w:val="0"/>
          <w:i w:val="0"/>
        </w:rPr>
        <w:t xml:space="preserve"> hay không, hãy chạy lại bài kiểm tra:</w:t>
      </w:r>
    </w:p>
    <w:p>
      <w:pPr>
        <w:spacing w:after="0"/>
        <w:ind w:left="360"/>
        <w:shd w:val="clear" w:color="auto" w:fill="F2F2F2"/>
      </w:pPr>
      <w:r>
        <w:rPr>
          <w:rFonts w:ascii="Consolas" w:hAnsi="Consolas"/>
          <w:b w:val="0"/>
          <w:i w:val="0"/>
          <w:sz w:val="18"/>
        </w:rPr>
        <w:t xml:space="preserve">$ </w:t>
      </w:r>
      <w:r>
        <w:rPr>
          <w:rFonts w:ascii="Consolas" w:hAnsi="Consolas"/>
          <w:b/>
          <w:i w:val="0"/>
          <w:sz w:val="18"/>
        </w:rPr>
        <w:t>pytest</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test_name_function.py .                                       [100%]</w:t>
      </w:r>
    </w:p>
    <w:p>
      <w:pPr>
        <w:spacing w:after="0"/>
        <w:ind w:left="360"/>
        <w:shd w:val="clear" w:color="auto" w:fill="F2F2F2"/>
      </w:pPr>
      <w:r>
        <w:rPr>
          <w:rFonts w:ascii="Consolas" w:hAnsi="Consolas"/>
          <w:b w:val="0"/>
          <w:i w:val="0"/>
          <w:sz w:val="18"/>
        </w:rPr>
        <w:t>========================== 1 passed in 0.00s ==========================</w:t>
      </w:r>
    </w:p>
    <w:p>
      <w:pPr>
        <w:spacing w:after="40"/>
      </w:pPr>
    </w:p>
    <w:p>
      <w:pPr>
        <w:spacing w:after="80"/>
      </w:pPr>
      <w:r>
        <w:rPr>
          <w:b w:val="0"/>
          <w:i w:val="0"/>
        </w:rPr>
        <w:t xml:space="preserve">Bài kiểm tra giờ đã đạt. Đây là điều lý tưởng; nó nghĩa là hàm lại hoạt động với những tên như </w:t>
      </w:r>
      <w:r>
        <w:rPr>
          <w:rFonts w:ascii="Consolas" w:hAnsi="Consolas"/>
          <w:b w:val="0"/>
          <w:i w:val="0"/>
          <w:sz w:val="20"/>
        </w:rPr>
        <w:t>Janis Joplin</w:t>
      </w:r>
      <w:r>
        <w:rPr>
          <w:b w:val="0"/>
          <w:i w:val="0"/>
        </w:rPr>
        <w:t>, mà chúng ta không phải kiểm tra hàm bằng tay. Việc sửa hàm của chúng ta dễ dàng hơn vì bài kiểm tra thất bại đã giúp chúng ta xác định được đoạn mã mới đã phá vỡ hành vi hiện có như thế nào.</w:t>
      </w:r>
    </w:p>
    <w:p>
      <w:pPr>
        <w:pStyle w:val="Heading3"/>
      </w:pPr>
      <w:r>
        <w:rPr>
          <w:rFonts w:ascii="Calibri" w:hAnsi="Calibri"/>
          <w:b/>
          <w:i w:val="0"/>
          <w:sz w:val="27"/>
        </w:rPr>
        <w:t>Thêm các bài kiểm tra mới</w:t>
      </w:r>
    </w:p>
    <w:p>
      <w:pPr>
        <w:spacing w:after="80"/>
      </w:pPr>
      <w:r>
        <w:rPr>
          <w:b w:val="0"/>
          <w:i w:val="0"/>
        </w:rPr>
        <w:t xml:space="preserve">Giờ chúng ta đã biết </w:t>
      </w:r>
      <w:r>
        <w:rPr>
          <w:rFonts w:ascii="Consolas" w:hAnsi="Consolas"/>
          <w:b w:val="0"/>
          <w:i w:val="0"/>
          <w:sz w:val="20"/>
        </w:rPr>
        <w:t>get_formatted_name()</w:t>
      </w:r>
      <w:r>
        <w:rPr>
          <w:b w:val="0"/>
          <w:i w:val="0"/>
        </w:rPr>
        <w:t xml:space="preserve"> hoạt động trở lại với những tên đơn giản, hãy viết bài kiểm tra thứ hai cho những người có tên đệm. Chúng ta làm điều này bằng cách thêm một hàm kiểm tra khác vào tệp </w:t>
      </w:r>
      <w:r>
        <w:rPr>
          <w:b w:val="0"/>
          <w:i/>
        </w:rPr>
        <w:t>test_name_function.py</w:t>
      </w:r>
      <w:r>
        <w:rPr>
          <w:b w:val="0"/>
          <w:i w:val="0"/>
        </w:rPr>
        <w:t>:</w:t>
      </w:r>
    </w:p>
    <w:p>
      <w:pPr>
        <w:spacing w:after="80"/>
      </w:pPr>
      <w:r>
        <w:rPr>
          <w:b w:val="0"/>
          <w:i w:val="0"/>
        </w:rPr>
        <w:t>test_name_function.py</w:t>
      </w:r>
    </w:p>
    <w:p>
      <w:pPr>
        <w:spacing w:after="0"/>
        <w:ind w:left="360"/>
        <w:shd w:val="clear" w:color="auto" w:fill="F2F2F2"/>
      </w:pPr>
      <w:r>
        <w:rPr>
          <w:rFonts w:ascii="Consolas" w:hAnsi="Consolas"/>
          <w:b w:val="0"/>
          <w:i w:val="0"/>
          <w:sz w:val="18"/>
        </w:rPr>
        <w:t>from name_function import get_formatted_name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test_first_last_name():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test_first_last_middle_name():</w:t>
      </w:r>
    </w:p>
    <w:p>
      <w:pPr>
        <w:spacing w:after="0"/>
        <w:ind w:left="360"/>
        <w:shd w:val="clear" w:color="auto" w:fill="F2F2F2"/>
      </w:pPr>
      <w:r>
        <w:rPr>
          <w:rFonts w:ascii="Consolas" w:hAnsi="Consolas"/>
          <w:b w:val="0"/>
          <w:i w:val="0"/>
          <w:sz w:val="18"/>
        </w:rPr>
        <w:t xml:space="preserve">    """Do names like 'Wolfgang Amadeus Mozart' work?"""</w:t>
      </w:r>
    </w:p>
    <w:p>
      <w:pPr>
        <w:spacing w:after="0"/>
        <w:ind w:left="360"/>
        <w:shd w:val="clear" w:color="auto" w:fill="F2F2F2"/>
      </w:pPr>
      <w:r>
        <w:rPr>
          <w:rFonts w:ascii="Consolas" w:hAnsi="Consolas"/>
          <w:b w:val="0"/>
          <w:i w:val="0"/>
          <w:sz w:val="18"/>
        </w:rPr>
        <w:t>❶     formatted_name = get_formatted_name(</w:t>
      </w:r>
    </w:p>
    <w:p>
      <w:pPr>
        <w:spacing w:after="0"/>
        <w:ind w:left="360"/>
        <w:shd w:val="clear" w:color="auto" w:fill="F2F2F2"/>
      </w:pPr>
      <w:r>
        <w:rPr>
          <w:rFonts w:ascii="Consolas" w:hAnsi="Consolas"/>
          <w:b w:val="0"/>
          <w:i w:val="0"/>
          <w:sz w:val="18"/>
        </w:rPr>
        <w:t xml:space="preserve">        'wolfgang', 'mozart', 'amadeus')</w:t>
      </w:r>
    </w:p>
    <w:p>
      <w:pPr>
        <w:spacing w:after="0"/>
        <w:ind w:left="360"/>
        <w:shd w:val="clear" w:color="auto" w:fill="F2F2F2"/>
      </w:pPr>
      <w:r>
        <w:rPr>
          <w:rFonts w:ascii="Consolas" w:hAnsi="Consolas"/>
          <w:b w:val="0"/>
          <w:i w:val="0"/>
          <w:sz w:val="18"/>
        </w:rPr>
        <w:t>❷     assert formatted_name == 'Wolfgang Amadeus Mozart'</w:t>
      </w:r>
    </w:p>
    <w:p>
      <w:pPr>
        <w:spacing w:after="40"/>
      </w:pPr>
    </w:p>
    <w:p>
      <w:pPr>
        <w:spacing w:after="80"/>
      </w:pPr>
      <w:r>
        <w:rPr>
          <w:b w:val="0"/>
          <w:i w:val="0"/>
        </w:rPr>
        <w:t xml:space="preserve">Chúng ta đặt tên cho hàm mới này là </w:t>
      </w:r>
      <w:r>
        <w:rPr>
          <w:rFonts w:ascii="Consolas" w:hAnsi="Consolas"/>
          <w:b w:val="0"/>
          <w:i w:val="0"/>
          <w:sz w:val="20"/>
        </w:rPr>
        <w:t>test_first_last_middle_name()</w:t>
      </w:r>
      <w:r>
        <w:rPr>
          <w:b w:val="0"/>
          <w:i w:val="0"/>
        </w:rPr>
        <w:t xml:space="preserve">. Tên hàm phải bắt đầu bằng </w:t>
      </w:r>
      <w:r>
        <w:rPr>
          <w:rFonts w:ascii="Consolas" w:hAnsi="Consolas"/>
          <w:b w:val="0"/>
          <w:i w:val="0"/>
          <w:sz w:val="20"/>
        </w:rPr>
        <w:t>test_</w:t>
      </w:r>
      <w:r>
        <w:rPr>
          <w:b w:val="0"/>
          <w:i w:val="0"/>
        </w:rPr>
        <w:t xml:space="preserve"> để hàm tự động chạy khi chúng ta chạy </w:t>
      </w:r>
      <w:r>
        <w:rPr>
          <w:rFonts w:ascii="Consolas" w:hAnsi="Consolas"/>
          <w:b/>
          <w:i w:val="0"/>
          <w:sz w:val="20"/>
        </w:rPr>
        <w:t>pytest</w:t>
      </w:r>
      <w:r>
        <w:rPr>
          <w:b w:val="0"/>
          <w:i w:val="0"/>
        </w:rPr>
        <w:t xml:space="preserve">. Chúng ta đặt tên hàm sao cho rõ ràng là đang kiểm tra hành vi nào của </w:t>
      </w:r>
      <w:r>
        <w:rPr>
          <w:rFonts w:ascii="Consolas" w:hAnsi="Consolas"/>
          <w:b w:val="0"/>
          <w:i w:val="0"/>
          <w:sz w:val="20"/>
        </w:rPr>
        <w:t>get_formatted_name()</w:t>
      </w:r>
      <w:r>
        <w:rPr>
          <w:b w:val="0"/>
          <w:i w:val="0"/>
        </w:rPr>
        <w:t>. Nhờ đó, nếu bài kiểm tra thất bại, chúng ta sẽ biết ngay những kiểu tên nào bị ảnh hưởng.</w:t>
      </w:r>
    </w:p>
    <w:p>
      <w:pPr>
        <w:spacing w:after="80"/>
      </w:pPr>
      <w:r>
        <w:rPr>
          <w:b w:val="0"/>
          <w:i w:val="0"/>
        </w:rPr>
        <w:t xml:space="preserve">Để kiểm tra hàm, chúng ta gọi </w:t>
      </w:r>
      <w:r>
        <w:rPr>
          <w:rFonts w:ascii="Consolas" w:hAnsi="Consolas"/>
          <w:b w:val="0"/>
          <w:i w:val="0"/>
          <w:sz w:val="20"/>
        </w:rPr>
        <w:t>get_formatted_name()</w:t>
      </w:r>
      <w:r>
        <w:rPr>
          <w:b w:val="0"/>
          <w:i w:val="0"/>
        </w:rPr>
        <w:t xml:space="preserve"> với tên, họ và tên đệm ❶, rồi đưa ra một khẳng định (assertion) ❷ rằng họ tên đầy đủ trả về khớp với họ tên đầy đủ (tên, tên đệm và họ) mà chúng ta mong đợi. Khi chúng ta chạy lại </w:t>
      </w:r>
      <w:r>
        <w:rPr>
          <w:rFonts w:ascii="Consolas" w:hAnsi="Consolas"/>
          <w:b/>
          <w:i w:val="0"/>
          <w:sz w:val="20"/>
        </w:rPr>
        <w:t>pytest</w:t>
      </w:r>
      <w:r>
        <w:rPr>
          <w:b w:val="0"/>
          <w:i w:val="0"/>
        </w:rPr>
        <w:t>, cả hai bài kiểm tra đều đạt:</w:t>
      </w:r>
    </w:p>
    <w:p>
      <w:pPr>
        <w:spacing w:after="0"/>
        <w:ind w:left="360"/>
        <w:shd w:val="clear" w:color="auto" w:fill="F2F2F2"/>
      </w:pPr>
      <w:r>
        <w:rPr>
          <w:rFonts w:ascii="Consolas" w:hAnsi="Consolas"/>
          <w:b w:val="0"/>
          <w:i w:val="0"/>
          <w:sz w:val="18"/>
        </w:rPr>
        <w:t>$ pytest</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collected 2 items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test_name_function.py ..                                         [100%]</w:t>
      </w:r>
    </w:p>
    <w:p>
      <w:pPr>
        <w:spacing w:after="0"/>
        <w:ind w:left="360"/>
        <w:shd w:val="clear" w:color="auto" w:fill="F2F2F2"/>
      </w:pPr>
      <w:r>
        <w:rPr>
          <w:rFonts w:ascii="Consolas" w:hAnsi="Consolas"/>
          <w:b w:val="0"/>
          <w:i w:val="0"/>
          <w:sz w:val="18"/>
        </w:rPr>
        <w:t>========================== 2 passed in 0.01s ==========================</w:t>
      </w:r>
    </w:p>
    <w:p>
      <w:pPr>
        <w:spacing w:after="40"/>
      </w:pPr>
    </w:p>
    <w:p>
      <w:pPr>
        <w:spacing w:after="80"/>
      </w:pPr>
      <w:r>
        <w:rPr>
          <w:b w:val="0"/>
          <w:i w:val="0"/>
        </w:rPr>
        <w:t xml:space="preserve">Hai dấu chấm ❶ cho biết có hai bài kiểm tra đã đạt, điều này cũng được thể hiện rõ ở dòng cuối của kết quả. Tuyệt vời! Giờ chúng ta biết rằng hàm vẫn hoạt động với những tên như </w:t>
      </w:r>
      <w:r>
        <w:rPr>
          <w:rFonts w:ascii="Consolas" w:hAnsi="Consolas"/>
          <w:b w:val="0"/>
          <w:i w:val="0"/>
          <w:sz w:val="20"/>
        </w:rPr>
        <w:t>Janis Joplin</w:t>
      </w:r>
      <w:r>
        <w:rPr>
          <w:b w:val="0"/>
          <w:i w:val="0"/>
        </w:rPr>
        <w:t xml:space="preserve">, và chúng ta có thể tin tưởng rằng nó cũng sẽ hoạt động với những tên như </w:t>
      </w:r>
      <w:r>
        <w:rPr>
          <w:rFonts w:ascii="Consolas" w:hAnsi="Consolas"/>
          <w:b w:val="0"/>
          <w:i w:val="0"/>
          <w:sz w:val="20"/>
        </w:rPr>
        <w:t>Wolfgang Amadeus Mozart</w:t>
      </w:r>
      <w:r>
        <w:rPr>
          <w:b w:val="0"/>
          <w:i w:val="0"/>
        </w:rPr>
        <w:t>.</w:t>
      </w:r>
    </w:p>
    <w:p>
      <w:pPr>
        <w:spacing w:before="120" w:after="40"/>
      </w:pPr>
      <w:r>
        <w:rPr>
          <w:b/>
          <w:sz w:val="21"/>
        </w:rPr>
        <w:t>Tự thực hành</w:t>
      </w:r>
    </w:p>
    <w:p>
      <w:pPr>
        <w:spacing w:after="80"/>
      </w:pPr>
      <w:r>
        <w:rPr>
          <w:b/>
          <w:i w:val="0"/>
        </w:rPr>
        <w:t>11-1. Thành phố, Quốc gia:</w:t>
      </w:r>
      <w:r>
        <w:rPr>
          <w:b w:val="0"/>
          <w:i w:val="0"/>
        </w:rPr>
        <w:t xml:space="preserve"> Viết một hàm nhận hai tham số: tên thành phố và tên quốc gia. Hàm sẽ trả về một chuỗi duy nhất có dạng </w:t>
      </w:r>
      <w:r>
        <w:rPr>
          <w:rFonts w:ascii="Consolas" w:hAnsi="Consolas"/>
          <w:b w:val="0"/>
          <w:i/>
          <w:sz w:val="20"/>
        </w:rPr>
        <w:t>City, Country</w:t>
      </w:r>
      <w:r>
        <w:rPr>
          <w:b w:val="0"/>
          <w:i w:val="0"/>
        </w:rPr>
        <w:t xml:space="preserve">, chẳng hạn như </w:t>
      </w:r>
      <w:r>
        <w:rPr>
          <w:rFonts w:ascii="Consolas" w:hAnsi="Consolas"/>
          <w:b w:val="0"/>
          <w:i w:val="0"/>
          <w:sz w:val="20"/>
        </w:rPr>
        <w:t>Santiago, Chile</w:t>
      </w:r>
      <w:r>
        <w:rPr>
          <w:b w:val="0"/>
          <w:i w:val="0"/>
        </w:rPr>
        <w:t xml:space="preserve">. Lưu hàm này trong một module tên là </w:t>
      </w:r>
      <w:r>
        <w:rPr>
          <w:b w:val="0"/>
          <w:i/>
        </w:rPr>
        <w:t>city_functions.py</w:t>
      </w:r>
      <w:r>
        <w:rPr>
          <w:b w:val="0"/>
          <w:i w:val="0"/>
        </w:rPr>
        <w:t xml:space="preserve">, và lưu tệp này vào một thư mục mới để </w:t>
      </w:r>
      <w:r>
        <w:rPr>
          <w:rFonts w:ascii="Consolas" w:hAnsi="Consolas"/>
          <w:b w:val="0"/>
          <w:i w:val="0"/>
          <w:sz w:val="20"/>
        </w:rPr>
        <w:t>pytest</w:t>
      </w:r>
      <w:r>
        <w:rPr>
          <w:b w:val="0"/>
          <w:i w:val="0"/>
        </w:rPr>
        <w:t xml:space="preserve"> không cố chạy những bài kiểm tra mà chúng ta đã viết trước đó.</w:t>
      </w:r>
    </w:p>
    <w:p>
      <w:pPr>
        <w:spacing w:after="80"/>
      </w:pPr>
      <w:r>
        <w:rPr>
          <w:b w:val="0"/>
          <w:i w:val="0"/>
        </w:rPr>
        <w:t xml:space="preserve">Tạo một tệp tên là </w:t>
      </w:r>
      <w:r>
        <w:rPr>
          <w:b w:val="0"/>
          <w:i/>
        </w:rPr>
        <w:t>test_cities.py</w:t>
      </w:r>
      <w:r>
        <w:rPr>
          <w:b w:val="0"/>
          <w:i w:val="0"/>
        </w:rPr>
        <w:t xml:space="preserve"> để kiểm tra hàm bạn vừa viết. Viết một hàm tên là </w:t>
      </w:r>
      <w:r>
        <w:rPr>
          <w:rFonts w:ascii="Consolas" w:hAnsi="Consolas"/>
          <w:b w:val="0"/>
          <w:i w:val="0"/>
          <w:sz w:val="20"/>
        </w:rPr>
        <w:t>test_city_country()</w:t>
      </w:r>
      <w:r>
        <w:rPr>
          <w:b w:val="0"/>
          <w:i w:val="0"/>
        </w:rPr>
        <w:t xml:space="preserve"> để xác minh rằng khi gọi hàm với các giá trị như </w:t>
      </w:r>
      <w:r>
        <w:rPr>
          <w:rFonts w:ascii="Consolas" w:hAnsi="Consolas"/>
          <w:b w:val="0"/>
          <w:i w:val="0"/>
          <w:sz w:val="20"/>
        </w:rPr>
        <w:t>'santiago'</w:t>
      </w:r>
      <w:r>
        <w:rPr>
          <w:b w:val="0"/>
          <w:i w:val="0"/>
        </w:rPr>
        <w:t xml:space="preserve"> và </w:t>
      </w:r>
      <w:r>
        <w:rPr>
          <w:rFonts w:ascii="Consolas" w:hAnsi="Consolas"/>
          <w:b w:val="0"/>
          <w:i w:val="0"/>
          <w:sz w:val="20"/>
        </w:rPr>
        <w:t>'chile'</w:t>
      </w:r>
      <w:r>
        <w:rPr>
          <w:b w:val="0"/>
          <w:i w:val="0"/>
        </w:rPr>
        <w:t xml:space="preserve"> sẽ cho ra chuỗi đúng. Chạy bài kiểm tra, và đảm bảo rằng </w:t>
      </w:r>
      <w:r>
        <w:rPr>
          <w:rFonts w:ascii="Consolas" w:hAnsi="Consolas"/>
          <w:b w:val="0"/>
          <w:i w:val="0"/>
          <w:sz w:val="20"/>
        </w:rPr>
        <w:t>test_city_country()</w:t>
      </w:r>
      <w:r>
        <w:rPr>
          <w:b w:val="0"/>
          <w:i w:val="0"/>
        </w:rPr>
        <w:t xml:space="preserve"> đạt.</w:t>
      </w:r>
    </w:p>
    <w:p>
      <w:pPr>
        <w:spacing w:after="80"/>
      </w:pPr>
      <w:r>
        <w:rPr>
          <w:b/>
          <w:i w:val="0"/>
        </w:rPr>
        <w:t>11-2. Dân số:</w:t>
      </w:r>
      <w:r>
        <w:rPr>
          <w:b w:val="0"/>
          <w:i w:val="0"/>
        </w:rPr>
        <w:t xml:space="preserve"> Sửa hàm của bạn để nó yêu cầu thêm một tham số thứ ba, </w:t>
      </w:r>
      <w:r>
        <w:rPr>
          <w:rFonts w:ascii="Consolas" w:hAnsi="Consolas"/>
          <w:b w:val="0"/>
          <w:i w:val="0"/>
          <w:sz w:val="20"/>
        </w:rPr>
        <w:t>population</w:t>
      </w:r>
      <w:r>
        <w:rPr>
          <w:b w:val="0"/>
          <w:i w:val="0"/>
        </w:rPr>
        <w:t xml:space="preserve">. Giờ nó sẽ trả về một chuỗi duy nhất có dạng </w:t>
      </w:r>
      <w:r>
        <w:rPr>
          <w:rFonts w:ascii="Consolas" w:hAnsi="Consolas"/>
          <w:b w:val="0"/>
          <w:i/>
          <w:sz w:val="20"/>
        </w:rPr>
        <w:t>City, Country – population xxx</w:t>
      </w:r>
      <w:r>
        <w:rPr>
          <w:b w:val="0"/>
          <w:i w:val="0"/>
        </w:rPr>
        <w:t xml:space="preserve">, chẳng hạn như </w:t>
      </w:r>
      <w:r>
        <w:rPr>
          <w:rFonts w:ascii="Consolas" w:hAnsi="Consolas"/>
          <w:b w:val="0"/>
          <w:i w:val="0"/>
          <w:sz w:val="20"/>
        </w:rPr>
        <w:t>Santiago, Chile – population 5000000</w:t>
      </w:r>
      <w:r>
        <w:rPr>
          <w:b w:val="0"/>
          <w:i w:val="0"/>
        </w:rPr>
        <w:t xml:space="preserve">. Chạy lại bài kiểm tra, và đảm bảo rằng lần này </w:t>
      </w:r>
      <w:r>
        <w:rPr>
          <w:rFonts w:ascii="Consolas" w:hAnsi="Consolas"/>
          <w:b w:val="0"/>
          <w:i w:val="0"/>
          <w:sz w:val="20"/>
        </w:rPr>
        <w:t>test_city_country()</w:t>
      </w:r>
      <w:r>
        <w:rPr>
          <w:b w:val="0"/>
          <w:i w:val="0"/>
        </w:rPr>
        <w:t xml:space="preserve"> thất bại.</w:t>
      </w:r>
    </w:p>
    <w:p>
      <w:pPr>
        <w:spacing w:after="80"/>
      </w:pPr>
      <w:r>
        <w:rPr>
          <w:b w:val="0"/>
          <w:i w:val="0"/>
        </w:rPr>
        <w:t xml:space="preserve">Sửa hàm để tham số </w:t>
      </w:r>
      <w:r>
        <w:rPr>
          <w:rFonts w:ascii="Consolas" w:hAnsi="Consolas"/>
          <w:b w:val="0"/>
          <w:i w:val="0"/>
          <w:sz w:val="20"/>
        </w:rPr>
        <w:t>population</w:t>
      </w:r>
      <w:r>
        <w:rPr>
          <w:b w:val="0"/>
          <w:i w:val="0"/>
        </w:rPr>
        <w:t xml:space="preserve"> trở thành tùy chọn. Chạy bài kiểm tra, và đảm bảo rằng </w:t>
      </w:r>
      <w:r>
        <w:rPr>
          <w:rFonts w:ascii="Consolas" w:hAnsi="Consolas"/>
          <w:b w:val="0"/>
          <w:i w:val="0"/>
          <w:sz w:val="20"/>
        </w:rPr>
        <w:t>test_city_country()</w:t>
      </w:r>
      <w:r>
        <w:rPr>
          <w:b w:val="0"/>
          <w:i w:val="0"/>
        </w:rPr>
        <w:t xml:space="preserve"> lại đạt.</w:t>
      </w:r>
    </w:p>
    <w:p>
      <w:pPr>
        <w:spacing w:after="80"/>
      </w:pPr>
      <w:r>
        <w:rPr>
          <w:b w:val="0"/>
          <w:i w:val="0"/>
        </w:rPr>
        <w:t xml:space="preserve">Viết bài kiểm tra thứ hai tên là </w:t>
      </w:r>
      <w:r>
        <w:rPr>
          <w:rFonts w:ascii="Consolas" w:hAnsi="Consolas"/>
          <w:b w:val="0"/>
          <w:i w:val="0"/>
          <w:sz w:val="20"/>
        </w:rPr>
        <w:t>test_city_country_population()</w:t>
      </w:r>
      <w:r>
        <w:rPr>
          <w:b w:val="0"/>
          <w:i w:val="0"/>
        </w:rPr>
        <w:t xml:space="preserve"> để xác minh rằng bạn có thể gọi hàm với các giá trị </w:t>
      </w:r>
      <w:r>
        <w:rPr>
          <w:rFonts w:ascii="Consolas" w:hAnsi="Consolas"/>
          <w:b w:val="0"/>
          <w:i w:val="0"/>
          <w:sz w:val="20"/>
        </w:rPr>
        <w:t>'santiago'</w:t>
      </w:r>
      <w:r>
        <w:rPr>
          <w:b w:val="0"/>
          <w:i w:val="0"/>
        </w:rPr>
        <w:t xml:space="preserve">, </w:t>
      </w:r>
      <w:r>
        <w:rPr>
          <w:rFonts w:ascii="Consolas" w:hAnsi="Consolas"/>
          <w:b w:val="0"/>
          <w:i w:val="0"/>
          <w:sz w:val="20"/>
        </w:rPr>
        <w:t>'chile'</w:t>
      </w:r>
      <w:r>
        <w:rPr>
          <w:b w:val="0"/>
          <w:i w:val="0"/>
        </w:rPr>
        <w:t xml:space="preserve"> và </w:t>
      </w:r>
      <w:r>
        <w:rPr>
          <w:rFonts w:ascii="Consolas" w:hAnsi="Consolas"/>
          <w:b w:val="0"/>
          <w:i w:val="0"/>
          <w:sz w:val="20"/>
        </w:rPr>
        <w:t>'population=5000000'</w:t>
      </w:r>
      <w:r>
        <w:rPr>
          <w:b w:val="0"/>
          <w:i w:val="0"/>
        </w:rPr>
        <w:t>. Chạy lại các bài kiểm tra một lần nữa, và đảm bảo rằng bài kiểm tra mới này đạt.</w:t>
      </w:r>
    </w:p>
    <w:p>
      <w:pPr>
        <w:pStyle w:val="Heading2"/>
      </w:pPr>
      <w:r>
        <w:rPr>
          <w:rFonts w:ascii="Calibri" w:hAnsi="Calibri"/>
          <w:b/>
          <w:i w:val="0"/>
          <w:sz w:val="32"/>
        </w:rPr>
        <w:t>Kiểm tra một lớp</w:t>
      </w:r>
    </w:p>
    <w:p>
      <w:pPr>
        <w:spacing w:after="80"/>
      </w:pPr>
      <w:r>
        <w:rPr>
          <w:b w:val="0"/>
          <w:i w:val="0"/>
        </w:rPr>
        <w:t>Trong phần đầu của chương này, bạn đã viết các bài kiểm tra cho một hàm đơn lẻ. Giờ bạn sẽ viết các bài kiểm tra cho một lớp. Bạn sẽ dùng các lớp trong rất nhiều chương trình của mình, nên việc có thể chứng minh rằng các lớp của bạn hoạt động đúng là rất hữu ích. Nếu bạn có các bài kiểm tra đạt cho một lớp đang làm, bạn có thể tin tưởng rằng những cải tiến bạn thực hiện cho lớp đó sẽ không vô tình làm hỏng hành vi hiện tại của nó.</w:t>
      </w:r>
    </w:p>
    <w:p>
      <w:pPr>
        <w:pStyle w:val="Heading3"/>
      </w:pPr>
      <w:r>
        <w:rPr>
          <w:rFonts w:ascii="Calibri" w:hAnsi="Calibri"/>
          <w:b/>
          <w:i w:val="0"/>
          <w:sz w:val="27"/>
        </w:rPr>
        <w:t>Nhiều kiểu khẳng định khác nhau</w:t>
      </w:r>
    </w:p>
    <w:p>
      <w:pPr>
        <w:spacing w:after="80"/>
      </w:pPr>
      <w:r>
        <w:rPr>
          <w:b w:val="0"/>
          <w:i w:val="0"/>
        </w:rPr>
        <w:t xml:space="preserve">Đến giờ, bạn mới chỉ thấy một kiểu khẳng định (assertion): khẳng định rằng một chuỗi có giá trị cụ thể nào đó. Khi viết kiểm thử (test), bạn có thể đưa ra bất kỳ khẳng định nào có thể diễn đạt dưới dạng câu lệnh điều kiện. Nếu điều kiện đó là </w:t>
      </w:r>
      <w:r>
        <w:rPr>
          <w:rFonts w:ascii="Consolas" w:hAnsi="Consolas"/>
          <w:b w:val="0"/>
          <w:i w:val="0"/>
          <w:sz w:val="20"/>
        </w:rPr>
        <w:t>True</w:t>
      </w:r>
      <w:r>
        <w:rPr>
          <w:b w:val="0"/>
          <w:i w:val="0"/>
        </w:rPr>
        <w:t xml:space="preserve"> đúng như bạn mong đợi, giả định của bạn về cách phần đó trong chương trình hoạt động sẽ được xác nhận; bạn có thể yên tâm rằng không có lỗi nào tồn tại. Nếu điều kiện bạn cho là </w:t>
      </w:r>
      <w:r>
        <w:rPr>
          <w:rFonts w:ascii="Consolas" w:hAnsi="Consolas"/>
          <w:b w:val="0"/>
          <w:i w:val="0"/>
          <w:sz w:val="20"/>
        </w:rPr>
        <w:t>True</w:t>
      </w:r>
      <w:r>
        <w:rPr>
          <w:b w:val="0"/>
          <w:i w:val="0"/>
        </w:rPr>
        <w:t xml:space="preserve"> lại thực sự là </w:t>
      </w:r>
      <w:r>
        <w:rPr>
          <w:rFonts w:ascii="Consolas" w:hAnsi="Consolas"/>
          <w:b w:val="0"/>
          <w:i w:val="0"/>
          <w:sz w:val="20"/>
        </w:rPr>
        <w:t>False</w:t>
      </w:r>
      <w:r>
        <w:rPr>
          <w:b w:val="0"/>
          <w:i w:val="0"/>
        </w:rPr>
        <w:t>, kiểm thử sẽ thất bại và bạn biết rằng có một vấn đề cần giải quyết. Bảng 11-1 liệt kê một số kiểu khẳng định hữu ích nhất mà bạn có thể đưa vào các kiểm thử ban đầu.</w:t>
      </w:r>
    </w:p>
    <w:p>
      <w:pPr>
        <w:spacing w:after="80"/>
      </w:pPr>
      <w:r>
        <w:rPr>
          <w:b/>
          <w:i w:val="0"/>
        </w:rPr>
        <w:t>Bảng 11-1</w:t>
      </w:r>
      <w:r>
        <w:rPr>
          <w:b w:val="0"/>
          <w:i w:val="0"/>
        </w:rPr>
        <w:t>: Các câu lệnh khẳng định thường dùng trong kiểm thử</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Khẳng định</w:t>
            </w:r>
          </w:p>
        </w:tc>
        <w:tc>
          <w:tcPr>
            <w:tcW w:type="dxa" w:w="4680"/>
          </w:tcPr>
          <w:p>
            <w:r/>
            <w:r>
              <w:rPr>
                <w:b/>
                <w:i w:val="0"/>
                <w:sz w:val="18"/>
              </w:rPr>
              <w:t>Điều khẳng định</w:t>
            </w:r>
          </w:p>
        </w:tc>
      </w:tr>
      <w:tr>
        <w:tc>
          <w:tcPr>
            <w:tcW w:type="dxa" w:w="4680"/>
          </w:tcPr>
          <w:p>
            <w:r/>
            <w:r>
              <w:rPr>
                <w:b w:val="0"/>
                <w:i w:val="0"/>
                <w:sz w:val="18"/>
              </w:rPr>
              <w:t>assert a == b</w:t>
            </w:r>
          </w:p>
        </w:tc>
        <w:tc>
          <w:tcPr>
            <w:tcW w:type="dxa" w:w="4680"/>
          </w:tcPr>
          <w:p>
            <w:r/>
            <w:r>
              <w:rPr>
                <w:b w:val="0"/>
                <w:i w:val="0"/>
                <w:sz w:val="18"/>
              </w:rPr>
              <w:t>Khẳng định rằng hai giá trị bằng nhau.</w:t>
            </w:r>
          </w:p>
        </w:tc>
      </w:tr>
      <w:tr>
        <w:tc>
          <w:tcPr>
            <w:tcW w:type="dxa" w:w="4680"/>
          </w:tcPr>
          <w:p>
            <w:r/>
            <w:r>
              <w:rPr>
                <w:b w:val="0"/>
                <w:i w:val="0"/>
                <w:sz w:val="18"/>
              </w:rPr>
              <w:t>assert a != b</w:t>
            </w:r>
          </w:p>
        </w:tc>
        <w:tc>
          <w:tcPr>
            <w:tcW w:type="dxa" w:w="4680"/>
          </w:tcPr>
          <w:p>
            <w:r/>
            <w:r>
              <w:rPr>
                <w:b w:val="0"/>
                <w:i w:val="0"/>
                <w:sz w:val="18"/>
              </w:rPr>
              <w:t>Khẳng định rằng hai giá trị không bằng nhau.</w:t>
            </w:r>
          </w:p>
        </w:tc>
      </w:tr>
      <w:tr>
        <w:tc>
          <w:tcPr>
            <w:tcW w:type="dxa" w:w="4680"/>
          </w:tcPr>
          <w:p>
            <w:r/>
            <w:r>
              <w:rPr>
                <w:b w:val="0"/>
                <w:i w:val="0"/>
                <w:sz w:val="18"/>
              </w:rPr>
              <w:t>assert a</w:t>
            </w:r>
          </w:p>
        </w:tc>
        <w:tc>
          <w:tcPr>
            <w:tcW w:type="dxa" w:w="4680"/>
          </w:tcPr>
          <w:p>
            <w:r/>
            <w:r>
              <w:rPr>
                <w:b w:val="0"/>
                <w:i w:val="0"/>
                <w:sz w:val="18"/>
              </w:rPr>
              <w:t xml:space="preserve">Khẳng định rằng </w:t>
            </w:r>
            <w:r>
              <w:rPr>
                <w:rFonts w:ascii="Consolas" w:hAnsi="Consolas"/>
                <w:b w:val="0"/>
                <w:i w:val="0"/>
                <w:sz w:val="17"/>
              </w:rPr>
              <w:t>a</w:t>
            </w:r>
            <w:r>
              <w:rPr>
                <w:b w:val="0"/>
                <w:i w:val="0"/>
                <w:sz w:val="18"/>
              </w:rPr>
              <w:t xml:space="preserve"> cho kết quả là </w:t>
            </w:r>
            <w:r>
              <w:rPr>
                <w:rFonts w:ascii="Consolas" w:hAnsi="Consolas"/>
                <w:b w:val="0"/>
                <w:i w:val="0"/>
                <w:sz w:val="17"/>
              </w:rPr>
              <w:t>True</w:t>
            </w:r>
            <w:r>
              <w:rPr>
                <w:b w:val="0"/>
                <w:i w:val="0"/>
                <w:sz w:val="18"/>
              </w:rPr>
              <w:t>.</w:t>
            </w:r>
          </w:p>
        </w:tc>
      </w:tr>
      <w:tr>
        <w:tc>
          <w:tcPr>
            <w:tcW w:type="dxa" w:w="4680"/>
          </w:tcPr>
          <w:p>
            <w:r/>
            <w:r>
              <w:rPr>
                <w:b w:val="0"/>
                <w:i w:val="0"/>
                <w:sz w:val="18"/>
              </w:rPr>
              <w:t>assert not a</w:t>
            </w:r>
          </w:p>
        </w:tc>
        <w:tc>
          <w:tcPr>
            <w:tcW w:type="dxa" w:w="4680"/>
          </w:tcPr>
          <w:p>
            <w:r/>
            <w:r>
              <w:rPr>
                <w:b w:val="0"/>
                <w:i w:val="0"/>
                <w:sz w:val="18"/>
              </w:rPr>
              <w:t xml:space="preserve">Khẳng định rằng </w:t>
            </w:r>
            <w:r>
              <w:rPr>
                <w:rFonts w:ascii="Consolas" w:hAnsi="Consolas"/>
                <w:b w:val="0"/>
                <w:i w:val="0"/>
                <w:sz w:val="17"/>
              </w:rPr>
              <w:t>a</w:t>
            </w:r>
            <w:r>
              <w:rPr>
                <w:b w:val="0"/>
                <w:i w:val="0"/>
                <w:sz w:val="18"/>
              </w:rPr>
              <w:t xml:space="preserve"> cho kết quả là </w:t>
            </w:r>
            <w:r>
              <w:rPr>
                <w:rFonts w:ascii="Consolas" w:hAnsi="Consolas"/>
                <w:b w:val="0"/>
                <w:i w:val="0"/>
                <w:sz w:val="17"/>
              </w:rPr>
              <w:t>False</w:t>
            </w:r>
            <w:r>
              <w:rPr>
                <w:b w:val="0"/>
                <w:i w:val="0"/>
                <w:sz w:val="18"/>
              </w:rPr>
              <w:t>.</w:t>
            </w:r>
          </w:p>
        </w:tc>
      </w:tr>
      <w:tr>
        <w:tc>
          <w:tcPr>
            <w:tcW w:type="dxa" w:w="4680"/>
          </w:tcPr>
          <w:p>
            <w:r/>
            <w:r>
              <w:rPr>
                <w:b w:val="0"/>
                <w:i w:val="0"/>
                <w:sz w:val="18"/>
              </w:rPr>
              <w:t xml:space="preserve">assert </w:t>
            </w:r>
            <w:r>
              <w:rPr>
                <w:b w:val="0"/>
                <w:i/>
                <w:sz w:val="18"/>
              </w:rPr>
              <w:t>element</w:t>
            </w:r>
            <w:r>
              <w:rPr>
                <w:b w:val="0"/>
                <w:i w:val="0"/>
                <w:sz w:val="18"/>
              </w:rPr>
              <w:t xml:space="preserve"> in </w:t>
            </w:r>
            <w:r>
              <w:rPr>
                <w:b w:val="0"/>
                <w:i/>
                <w:sz w:val="18"/>
              </w:rPr>
              <w:t>list</w:t>
            </w:r>
          </w:p>
        </w:tc>
        <w:tc>
          <w:tcPr>
            <w:tcW w:type="dxa" w:w="4680"/>
          </w:tcPr>
          <w:p>
            <w:r/>
            <w:r>
              <w:rPr>
                <w:b w:val="0"/>
                <w:i w:val="0"/>
                <w:sz w:val="18"/>
              </w:rPr>
              <w:t>Khẳng định rằng một phần tử có trong danh sách.</w:t>
            </w:r>
          </w:p>
        </w:tc>
      </w:tr>
      <w:tr>
        <w:tc>
          <w:tcPr>
            <w:tcW w:type="dxa" w:w="4680"/>
          </w:tcPr>
          <w:p>
            <w:r/>
            <w:r>
              <w:rPr>
                <w:b w:val="0"/>
                <w:i w:val="0"/>
                <w:sz w:val="18"/>
              </w:rPr>
              <w:t xml:space="preserve">assert </w:t>
            </w:r>
            <w:r>
              <w:rPr>
                <w:b w:val="0"/>
                <w:i/>
                <w:sz w:val="18"/>
              </w:rPr>
              <w:t>element</w:t>
            </w:r>
            <w:r>
              <w:rPr>
                <w:b w:val="0"/>
                <w:i w:val="0"/>
                <w:sz w:val="18"/>
              </w:rPr>
              <w:t xml:space="preserve"> not in </w:t>
            </w:r>
            <w:r>
              <w:rPr>
                <w:b w:val="0"/>
                <w:i/>
                <w:sz w:val="18"/>
              </w:rPr>
              <w:t>list</w:t>
            </w:r>
          </w:p>
        </w:tc>
        <w:tc>
          <w:tcPr>
            <w:tcW w:type="dxa" w:w="4680"/>
          </w:tcPr>
          <w:p>
            <w:r/>
            <w:r>
              <w:rPr>
                <w:b w:val="0"/>
                <w:i w:val="0"/>
                <w:sz w:val="18"/>
              </w:rPr>
              <w:t>Khẳng định rằng một phần tử không có trong danh sách.</w:t>
            </w:r>
          </w:p>
        </w:tc>
      </w:tr>
    </w:tbl>
    <w:p>
      <w:pPr>
        <w:spacing w:after="0"/>
      </w:pPr>
    </w:p>
    <w:p>
      <w:pPr>
        <w:spacing w:after="80"/>
      </w:pPr>
      <w:r>
        <w:rPr>
          <w:b w:val="0"/>
          <w:i w:val="0"/>
        </w:rPr>
        <w:t>Đây chỉ là một vài ví dụ; bất cứ điều gì có thể diễn đạt dưới dạng câu lệnh điều kiện đều có thể đưa vào bài kiểm thử.</w:t>
      </w:r>
    </w:p>
    <w:p>
      <w:pPr>
        <w:pStyle w:val="Heading3"/>
      </w:pPr>
      <w:r>
        <w:rPr>
          <w:rFonts w:ascii="Calibri" w:hAnsi="Calibri"/>
          <w:b/>
          <w:i w:val="0"/>
          <w:sz w:val="27"/>
        </w:rPr>
        <w:t>Một lớp để kiểm thử</w:t>
      </w:r>
    </w:p>
    <w:p>
      <w:pPr>
        <w:spacing w:after="80"/>
      </w:pPr>
      <w:r>
        <w:rPr>
          <w:b w:val="0"/>
          <w:i w:val="0"/>
        </w:rPr>
        <w:t>Kiểm thử một lớp cũng tương tự như kiểm thử một hàm, vì phần lớn công việc là kiểm tra hành vi của các phương thức trong lớp. Tuy nhiên, có một vài điểm khác biệt, nên hãy viết một lớp để kiểm thử. Hãy xem xét một lớp giúp quản lý các cuộc khảo sát ẩn danh:</w:t>
      </w:r>
    </w:p>
    <w:p>
      <w:pPr>
        <w:spacing w:after="80"/>
      </w:pPr>
      <w:r>
        <w:rPr>
          <w:b w:val="0"/>
          <w:i w:val="0"/>
        </w:rPr>
        <w:t>survey.py</w:t>
      </w:r>
    </w:p>
    <w:p>
      <w:pPr>
        <w:spacing w:after="0"/>
        <w:ind w:left="360"/>
        <w:shd w:val="clear" w:color="auto" w:fill="F2F2F2"/>
      </w:pPr>
      <w:r>
        <w:rPr>
          <w:rFonts w:ascii="Consolas" w:hAnsi="Consolas"/>
          <w:b w:val="0"/>
          <w:i w:val="0"/>
          <w:sz w:val="18"/>
        </w:rPr>
        <w:t>class AnonymousSurvey:</w:t>
      </w:r>
    </w:p>
    <w:p>
      <w:pPr>
        <w:spacing w:after="0"/>
        <w:ind w:left="360"/>
        <w:shd w:val="clear" w:color="auto" w:fill="F2F2F2"/>
      </w:pPr>
      <w:r>
        <w:rPr>
          <w:rFonts w:ascii="Consolas" w:hAnsi="Consolas"/>
          <w:b w:val="0"/>
          <w:i w:val="0"/>
          <w:sz w:val="18"/>
        </w:rPr>
        <w:t xml:space="preserve">    """Collect anonymous answers to a survey question."""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question):</w:t>
      </w:r>
    </w:p>
    <w:p>
      <w:pPr>
        <w:spacing w:after="0"/>
        <w:ind w:left="360"/>
        <w:shd w:val="clear" w:color="auto" w:fill="F2F2F2"/>
      </w:pPr>
      <w:r>
        <w:rPr>
          <w:rFonts w:ascii="Consolas" w:hAnsi="Consolas"/>
          <w:b w:val="0"/>
          <w:i w:val="0"/>
          <w:sz w:val="18"/>
        </w:rPr>
        <w:t xml:space="preserve">        """Store a question, and prepare to store responses."""</w:t>
      </w:r>
    </w:p>
    <w:p>
      <w:pPr>
        <w:spacing w:after="0"/>
        <w:ind w:left="360"/>
        <w:shd w:val="clear" w:color="auto" w:fill="F2F2F2"/>
      </w:pPr>
      <w:r>
        <w:rPr>
          <w:rFonts w:ascii="Consolas" w:hAnsi="Consolas"/>
          <w:b w:val="0"/>
          <w:i w:val="0"/>
          <w:sz w:val="18"/>
        </w:rPr>
        <w:t xml:space="preserve">        self.question = question</w:t>
      </w:r>
    </w:p>
    <w:p>
      <w:pPr>
        <w:spacing w:after="0"/>
        <w:ind w:left="360"/>
        <w:shd w:val="clear" w:color="auto" w:fill="F2F2F2"/>
      </w:pPr>
      <w:r>
        <w:rPr>
          <w:rFonts w:ascii="Consolas" w:hAnsi="Consolas"/>
          <w:b w:val="0"/>
          <w:i w:val="0"/>
          <w:sz w:val="18"/>
        </w:rPr>
        <w:t xml:space="preserve">        self.responses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show_question(self):</w:t>
      </w:r>
    </w:p>
    <w:p>
      <w:pPr>
        <w:spacing w:after="0"/>
        <w:ind w:left="360"/>
        <w:shd w:val="clear" w:color="auto" w:fill="F2F2F2"/>
      </w:pPr>
      <w:r>
        <w:rPr>
          <w:rFonts w:ascii="Consolas" w:hAnsi="Consolas"/>
          <w:b w:val="0"/>
          <w:i w:val="0"/>
          <w:sz w:val="18"/>
        </w:rPr>
        <w:t xml:space="preserve">        """Show the survey question."""</w:t>
      </w:r>
    </w:p>
    <w:p>
      <w:pPr>
        <w:spacing w:after="0"/>
        <w:ind w:left="360"/>
        <w:shd w:val="clear" w:color="auto" w:fill="F2F2F2"/>
      </w:pPr>
      <w:r>
        <w:rPr>
          <w:rFonts w:ascii="Consolas" w:hAnsi="Consolas"/>
          <w:b w:val="0"/>
          <w:i w:val="0"/>
          <w:sz w:val="18"/>
        </w:rPr>
        <w:t xml:space="preserve">        print(self.question)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def store_response(self, new_response):</w:t>
      </w:r>
    </w:p>
    <w:p>
      <w:pPr>
        <w:spacing w:after="0"/>
        <w:ind w:left="360"/>
        <w:shd w:val="clear" w:color="auto" w:fill="F2F2F2"/>
      </w:pPr>
      <w:r>
        <w:rPr>
          <w:rFonts w:ascii="Consolas" w:hAnsi="Consolas"/>
          <w:b w:val="0"/>
          <w:i w:val="0"/>
          <w:sz w:val="18"/>
        </w:rPr>
        <w:t xml:space="preserve">        """Store a single response to the survey."""</w:t>
      </w:r>
    </w:p>
    <w:p>
      <w:pPr>
        <w:spacing w:after="0"/>
        <w:ind w:left="360"/>
        <w:shd w:val="clear" w:color="auto" w:fill="F2F2F2"/>
      </w:pPr>
      <w:r>
        <w:rPr>
          <w:rFonts w:ascii="Consolas" w:hAnsi="Consolas"/>
          <w:b w:val="0"/>
          <w:i w:val="0"/>
          <w:sz w:val="18"/>
        </w:rPr>
        <w:t xml:space="preserve">        self.responses.append(new_response)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def show_results(self):</w:t>
      </w:r>
    </w:p>
    <w:p>
      <w:pPr>
        <w:spacing w:after="0"/>
        <w:ind w:left="360"/>
        <w:shd w:val="clear" w:color="auto" w:fill="F2F2F2"/>
      </w:pPr>
      <w:r>
        <w:rPr>
          <w:rFonts w:ascii="Consolas" w:hAnsi="Consolas"/>
          <w:b w:val="0"/>
          <w:i w:val="0"/>
          <w:sz w:val="18"/>
        </w:rPr>
        <w:t xml:space="preserve">        """Show all the responses that have been given."""</w:t>
      </w:r>
    </w:p>
    <w:p>
      <w:pPr>
        <w:spacing w:after="0"/>
        <w:ind w:left="360"/>
        <w:shd w:val="clear" w:color="auto" w:fill="F2F2F2"/>
      </w:pPr>
      <w:r>
        <w:rPr>
          <w:rFonts w:ascii="Consolas" w:hAnsi="Consolas"/>
          <w:b w:val="0"/>
          <w:i w:val="0"/>
          <w:sz w:val="18"/>
        </w:rPr>
        <w:t xml:space="preserve">        print("Survey results:")</w:t>
      </w:r>
    </w:p>
    <w:p>
      <w:pPr>
        <w:spacing w:after="0"/>
        <w:ind w:left="360"/>
        <w:shd w:val="clear" w:color="auto" w:fill="F2F2F2"/>
      </w:pPr>
      <w:r>
        <w:rPr>
          <w:rFonts w:ascii="Consolas" w:hAnsi="Consolas"/>
          <w:b w:val="0"/>
          <w:i w:val="0"/>
          <w:sz w:val="18"/>
        </w:rPr>
        <w:t xml:space="preserve">        for response in self.responses:</w:t>
      </w:r>
    </w:p>
    <w:p>
      <w:pPr>
        <w:spacing w:after="0"/>
        <w:ind w:left="360"/>
        <w:shd w:val="clear" w:color="auto" w:fill="F2F2F2"/>
      </w:pPr>
      <w:r>
        <w:rPr>
          <w:rFonts w:ascii="Consolas" w:hAnsi="Consolas"/>
          <w:b w:val="0"/>
          <w:i w:val="0"/>
          <w:sz w:val="18"/>
        </w:rPr>
        <w:t xml:space="preserve">            print(f"- {response}")</w:t>
      </w:r>
    </w:p>
    <w:p>
      <w:pPr>
        <w:spacing w:after="40"/>
      </w:pPr>
    </w:p>
    <w:p>
      <w:pPr>
        <w:spacing w:after="80"/>
      </w:pPr>
      <w:r>
        <w:rPr>
          <w:b w:val="0"/>
          <w:i w:val="0"/>
        </w:rPr>
        <w:t xml:space="preserve">Lớp này bắt đầu với một câu hỏi khảo sát mà bạn cung cấp ❶ và bao gồm một danh sách rỗng để lưu các câu trả lời. Lớp có các phương thức để in câu hỏi khảo sát ❷, thêm một câu trả lời mới vào danh sách câu trả lời ❸, và in tất cả các câu trả lời được lưu trong danh sách ❹. Để tạo một đối tượng từ lớp này, tất cả những gì bạn cần cung cấp là một câu hỏi. Khi đã có một đối tượng đại diện cho một cuộc khảo sát cụ thể, bạn hiển thị câu hỏi khảo sát bằng </w:t>
      </w:r>
      <w:r>
        <w:rPr>
          <w:rFonts w:ascii="Consolas" w:hAnsi="Consolas"/>
          <w:b w:val="0"/>
          <w:i w:val="0"/>
          <w:sz w:val="20"/>
        </w:rPr>
        <w:t>show_question()</w:t>
      </w:r>
      <w:r>
        <w:rPr>
          <w:b w:val="0"/>
          <w:i w:val="0"/>
        </w:rPr>
        <w:t xml:space="preserve">, lưu một câu trả lời bằng </w:t>
      </w:r>
      <w:r>
        <w:rPr>
          <w:rFonts w:ascii="Consolas" w:hAnsi="Consolas"/>
          <w:b w:val="0"/>
          <w:i w:val="0"/>
          <w:sz w:val="20"/>
        </w:rPr>
        <w:t>store_response()</w:t>
      </w:r>
      <w:r>
        <w:rPr>
          <w:b w:val="0"/>
          <w:i w:val="0"/>
        </w:rPr>
        <w:t xml:space="preserve">, và hiển thị kết quả bằng </w:t>
      </w:r>
      <w:r>
        <w:rPr>
          <w:rFonts w:ascii="Consolas" w:hAnsi="Consolas"/>
          <w:b w:val="0"/>
          <w:i w:val="0"/>
          <w:sz w:val="20"/>
        </w:rPr>
        <w:t>show_results()</w:t>
      </w:r>
      <w:r>
        <w:rPr>
          <w:b w:val="0"/>
          <w:i w:val="0"/>
        </w:rPr>
        <w:t>.</w:t>
      </w:r>
    </w:p>
    <w:p>
      <w:pPr>
        <w:spacing w:after="80"/>
      </w:pPr>
      <w:r>
        <w:rPr>
          <w:b w:val="0"/>
          <w:i w:val="0"/>
        </w:rPr>
        <w:t xml:space="preserve">Để chứng minh rằng lớp </w:t>
      </w:r>
      <w:r>
        <w:rPr>
          <w:rFonts w:ascii="Consolas" w:hAnsi="Consolas"/>
          <w:b w:val="0"/>
          <w:i w:val="0"/>
          <w:sz w:val="20"/>
        </w:rPr>
        <w:t>AnonymousSurvey</w:t>
      </w:r>
      <w:r>
        <w:rPr>
          <w:b w:val="0"/>
          <w:i w:val="0"/>
        </w:rPr>
        <w:t xml:space="preserve"> hoạt động, hãy viết một chương trình sử dụng lớp này:</w:t>
      </w:r>
    </w:p>
    <w:p>
      <w:pPr>
        <w:spacing w:after="80"/>
      </w:pPr>
      <w:r>
        <w:rPr>
          <w:b w:val="0"/>
          <w:i w:val="0"/>
        </w:rPr>
        <w:t>language_survey.py</w:t>
      </w:r>
    </w:p>
    <w:p>
      <w:pPr>
        <w:spacing w:after="80"/>
      </w:pPr>
      <w:r>
        <w:rPr>
          <w:b w:val="0"/>
          <w:i w:val="0"/>
        </w:rPr>
        <w:t>from survey import AnonymousSurvey</w:t>
      </w:r>
      <w:r>
        <w:br/>
      </w:r>
      <w:r>
        <w:br/>
      </w:r>
      <w:r>
        <w:rPr>
          <w:b w:val="0"/>
          <w:i w:val="0"/>
        </w:rPr>
        <w:t># Define a question, and make a survey.</w:t>
      </w:r>
      <w:r>
        <w:br/>
      </w:r>
      <w:r>
        <w:rPr>
          <w:b w:val="0"/>
          <w:i w:val="0"/>
        </w:rPr>
        <w:t>question = "What language did you first learn to speak?"</w:t>
      </w:r>
      <w:r>
        <w:br/>
      </w:r>
      <w:r>
        <w:rPr>
          <w:b w:val="0"/>
          <w:i w:val="0"/>
        </w:rPr>
        <w:t>language_survey = AnonymousSurvey(question)</w:t>
      </w:r>
      <w:r>
        <w:br/>
      </w:r>
      <w:r>
        <w:br/>
      </w:r>
      <w:r>
        <w:rPr>
          <w:b w:val="0"/>
          <w:i w:val="0"/>
        </w:rPr>
        <w:t># Show the question, and store responses to the question.</w:t>
      </w:r>
      <w:r>
        <w:br/>
      </w:r>
      <w:r>
        <w:rPr>
          <w:b w:val="0"/>
          <w:i w:val="0"/>
        </w:rPr>
        <w:t>language_survey.show_question()</w:t>
      </w:r>
      <w:r>
        <w:br/>
      </w:r>
      <w:r>
        <w:rPr>
          <w:b w:val="0"/>
          <w:i w:val="0"/>
        </w:rPr>
        <w:t>print("Enter 'q' at any time to quit.\n")</w:t>
      </w:r>
      <w:r>
        <w:br/>
      </w:r>
      <w:r>
        <w:rPr>
          <w:b w:val="0"/>
          <w:i w:val="0"/>
        </w:rPr>
        <w:t>while True:</w:t>
      </w:r>
      <w:r>
        <w:br/>
      </w:r>
      <w:r>
        <w:rPr>
          <w:b w:val="0"/>
          <w:i w:val="0"/>
        </w:rPr>
        <w:t xml:space="preserve">    response = input("Language: ")</w:t>
      </w:r>
      <w:r>
        <w:br/>
      </w:r>
      <w:r>
        <w:rPr>
          <w:b w:val="0"/>
          <w:i w:val="0"/>
        </w:rPr>
        <w:t xml:space="preserve">    if response == 'q':</w:t>
      </w:r>
      <w:r>
        <w:br/>
      </w:r>
      <w:r>
        <w:rPr>
          <w:b w:val="0"/>
          <w:i w:val="0"/>
        </w:rPr>
        <w:t xml:space="preserve">        break</w:t>
      </w:r>
      <w:r>
        <w:br/>
      </w:r>
      <w:r>
        <w:rPr>
          <w:b w:val="0"/>
          <w:i w:val="0"/>
        </w:rPr>
        <w:t xml:space="preserve">    language_survey.store_response(response)</w:t>
      </w:r>
      <w:r>
        <w:br/>
      </w:r>
      <w:r>
        <w:br/>
      </w:r>
      <w:r>
        <w:rPr>
          <w:b w:val="0"/>
          <w:i w:val="0"/>
        </w:rPr>
        <w:t># Show the survey results.</w:t>
      </w:r>
      <w:r>
        <w:br/>
      </w:r>
      <w:r>
        <w:rPr>
          <w:b w:val="0"/>
          <w:i w:val="0"/>
        </w:rPr>
        <w:t>print("\nThank you to everyone who participated in the survey!")</w:t>
      </w:r>
      <w:r>
        <w:br/>
      </w:r>
      <w:r>
        <w:rPr>
          <w:b w:val="0"/>
          <w:i w:val="0"/>
        </w:rPr>
        <w:t>language_survey.show_results()</w:t>
      </w:r>
    </w:p>
    <w:p>
      <w:pPr>
        <w:spacing w:after="80"/>
      </w:pPr>
      <w:r>
        <w:rPr>
          <w:b w:val="0"/>
          <w:i w:val="0"/>
        </w:rPr>
        <w:t>Chương trình này định nghĩa một câu hỏi (</w:t>
      </w:r>
      <w:r>
        <w:rPr>
          <w:rFonts w:ascii="Consolas" w:hAnsi="Consolas"/>
          <w:b w:val="0"/>
          <w:i w:val="0"/>
          <w:sz w:val="20"/>
        </w:rPr>
        <w:t>"What language did you first learn to speak?"</w:t>
      </w:r>
      <w:r>
        <w:rPr>
          <w:b w:val="0"/>
          <w:i w:val="0"/>
        </w:rPr>
        <w:t xml:space="preserve">) và tạo một đối tượng </w:t>
      </w:r>
      <w:r>
        <w:rPr>
          <w:rFonts w:ascii="Consolas" w:hAnsi="Consolas"/>
          <w:b w:val="0"/>
          <w:i w:val="0"/>
          <w:sz w:val="20"/>
        </w:rPr>
        <w:t>AnonymousSurvey</w:t>
      </w:r>
      <w:r>
        <w:rPr>
          <w:b w:val="0"/>
          <w:i w:val="0"/>
        </w:rPr>
        <w:t xml:space="preserve"> với câu hỏi đó. Chương trình gọi </w:t>
      </w:r>
      <w:r>
        <w:rPr>
          <w:rFonts w:ascii="Consolas" w:hAnsi="Consolas"/>
          <w:b w:val="0"/>
          <w:i w:val="0"/>
          <w:sz w:val="20"/>
        </w:rPr>
        <w:t>show_question()</w:t>
      </w:r>
      <w:r>
        <w:rPr>
          <w:b w:val="0"/>
          <w:i w:val="0"/>
        </w:rPr>
        <w:t xml:space="preserve"> để hiển thị câu hỏi và sau đó nhắc nhập các câu trả lời. Mỗi câu trả lời được lưu lại ngay khi nhận được. Khi tất cả các câu trả lời đã được nhập (người dùng nhập </w:t>
      </w:r>
      <w:r>
        <w:rPr>
          <w:rFonts w:ascii="Consolas" w:hAnsi="Consolas"/>
          <w:b w:val="0"/>
          <w:i w:val="0"/>
          <w:sz w:val="20"/>
        </w:rPr>
        <w:t>q</w:t>
      </w:r>
      <w:r>
        <w:rPr>
          <w:b w:val="0"/>
          <w:i w:val="0"/>
        </w:rPr>
        <w:t xml:space="preserve"> để thoát), </w:t>
      </w:r>
      <w:r>
        <w:rPr>
          <w:rFonts w:ascii="Consolas" w:hAnsi="Consolas"/>
          <w:b w:val="0"/>
          <w:i w:val="0"/>
          <w:sz w:val="20"/>
        </w:rPr>
        <w:t>show_results()</w:t>
      </w:r>
      <w:r>
        <w:rPr>
          <w:b w:val="0"/>
          <w:i w:val="0"/>
        </w:rPr>
        <w:t xml:space="preserve"> in ra kết quả khảo sát:</w:t>
      </w:r>
    </w:p>
    <w:p>
      <w:pPr>
        <w:spacing w:after="0"/>
        <w:ind w:left="360"/>
        <w:shd w:val="clear" w:color="auto" w:fill="F2F2F2"/>
      </w:pPr>
      <w:r>
        <w:rPr>
          <w:rFonts w:ascii="Consolas" w:hAnsi="Consolas"/>
          <w:b w:val="0"/>
          <w:i w:val="0"/>
          <w:sz w:val="18"/>
        </w:rPr>
        <w:t>What language did you first learn to speak?</w:t>
      </w:r>
    </w:p>
    <w:p>
      <w:pPr>
        <w:spacing w:after="0"/>
        <w:ind w:left="360"/>
        <w:shd w:val="clear" w:color="auto" w:fill="F2F2F2"/>
      </w:pPr>
      <w:r>
        <w:rPr>
          <w:rFonts w:ascii="Consolas" w:hAnsi="Consolas"/>
          <w:b w:val="0"/>
          <w:i w:val="0"/>
          <w:sz w:val="18"/>
        </w:rPr>
        <w:t>Enter 'q' at any time to quit.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Language: </w:t>
      </w:r>
      <w:r>
        <w:rPr>
          <w:rFonts w:ascii="Consolas" w:hAnsi="Consolas"/>
          <w:b/>
          <w:i w:val="0"/>
          <w:sz w:val="18"/>
        </w:rPr>
        <w:t>English</w:t>
      </w:r>
    </w:p>
    <w:p>
      <w:pPr>
        <w:spacing w:after="0"/>
        <w:ind w:left="360"/>
        <w:shd w:val="clear" w:color="auto" w:fill="F2F2F2"/>
      </w:pPr>
      <w:r>
        <w:rPr>
          <w:rFonts w:ascii="Consolas" w:hAnsi="Consolas"/>
          <w:b w:val="0"/>
          <w:i w:val="0"/>
          <w:sz w:val="18"/>
        </w:rPr>
        <w:t xml:space="preserve">Language: </w:t>
      </w:r>
      <w:r>
        <w:rPr>
          <w:rFonts w:ascii="Consolas" w:hAnsi="Consolas"/>
          <w:b/>
          <w:i w:val="0"/>
          <w:sz w:val="18"/>
        </w:rPr>
        <w:t>Spanish</w:t>
      </w:r>
    </w:p>
    <w:p>
      <w:pPr>
        <w:spacing w:after="0"/>
        <w:ind w:left="360"/>
        <w:shd w:val="clear" w:color="auto" w:fill="F2F2F2"/>
      </w:pPr>
      <w:r>
        <w:rPr>
          <w:rFonts w:ascii="Consolas" w:hAnsi="Consolas"/>
          <w:b w:val="0"/>
          <w:i w:val="0"/>
          <w:sz w:val="18"/>
        </w:rPr>
        <w:t xml:space="preserve">Language: </w:t>
      </w:r>
      <w:r>
        <w:rPr>
          <w:rFonts w:ascii="Consolas" w:hAnsi="Consolas"/>
          <w:b/>
          <w:i w:val="0"/>
          <w:sz w:val="18"/>
        </w:rPr>
        <w:t>English</w:t>
      </w:r>
    </w:p>
    <w:p>
      <w:pPr>
        <w:spacing w:after="0"/>
        <w:ind w:left="360"/>
        <w:shd w:val="clear" w:color="auto" w:fill="F2F2F2"/>
      </w:pPr>
      <w:r>
        <w:rPr>
          <w:rFonts w:ascii="Consolas" w:hAnsi="Consolas"/>
          <w:b w:val="0"/>
          <w:i w:val="0"/>
          <w:sz w:val="18"/>
        </w:rPr>
        <w:t xml:space="preserve">Language: </w:t>
      </w:r>
      <w:r>
        <w:rPr>
          <w:rFonts w:ascii="Consolas" w:hAnsi="Consolas"/>
          <w:b/>
          <w:i w:val="0"/>
          <w:sz w:val="18"/>
        </w:rPr>
        <w:t>Mandarin</w:t>
      </w:r>
    </w:p>
    <w:p>
      <w:pPr>
        <w:spacing w:after="0"/>
        <w:ind w:left="360"/>
        <w:shd w:val="clear" w:color="auto" w:fill="F2F2F2"/>
      </w:pPr>
      <w:r>
        <w:rPr>
          <w:rFonts w:ascii="Consolas" w:hAnsi="Consolas"/>
          <w:b w:val="0"/>
          <w:i w:val="0"/>
          <w:sz w:val="18"/>
        </w:rPr>
        <w:t xml:space="preserve">Language: </w:t>
      </w:r>
      <w:r>
        <w:rPr>
          <w:rFonts w:ascii="Consolas" w:hAnsi="Consolas"/>
          <w:b/>
          <w:i w:val="0"/>
          <w:sz w:val="18"/>
        </w:rPr>
        <w:t>q</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Thank you to everyone who participated in the survey!</w:t>
      </w:r>
    </w:p>
    <w:p>
      <w:pPr>
        <w:spacing w:after="0"/>
        <w:ind w:left="360"/>
        <w:shd w:val="clear" w:color="auto" w:fill="F2F2F2"/>
      </w:pPr>
      <w:r>
        <w:rPr>
          <w:rFonts w:ascii="Consolas" w:hAnsi="Consolas"/>
          <w:b w:val="0"/>
          <w:i w:val="0"/>
          <w:sz w:val="18"/>
        </w:rPr>
        <w:t>Survey results:</w:t>
      </w:r>
    </w:p>
    <w:p>
      <w:pPr>
        <w:spacing w:after="0"/>
        <w:ind w:left="360"/>
        <w:shd w:val="clear" w:color="auto" w:fill="F2F2F2"/>
      </w:pPr>
      <w:r>
        <w:rPr>
          <w:rFonts w:ascii="Consolas" w:hAnsi="Consolas"/>
          <w:b w:val="0"/>
          <w:i w:val="0"/>
          <w:sz w:val="18"/>
        </w:rPr>
        <w:t>- English</w:t>
      </w:r>
    </w:p>
    <w:p>
      <w:pPr>
        <w:spacing w:after="0"/>
        <w:ind w:left="360"/>
        <w:shd w:val="clear" w:color="auto" w:fill="F2F2F2"/>
      </w:pPr>
      <w:r>
        <w:rPr>
          <w:rFonts w:ascii="Consolas" w:hAnsi="Consolas"/>
          <w:b w:val="0"/>
          <w:i w:val="0"/>
          <w:sz w:val="18"/>
        </w:rPr>
        <w:t>- Spanish</w:t>
      </w:r>
    </w:p>
    <w:p>
      <w:pPr>
        <w:spacing w:after="0"/>
        <w:ind w:left="360"/>
        <w:shd w:val="clear" w:color="auto" w:fill="F2F2F2"/>
      </w:pPr>
      <w:r>
        <w:rPr>
          <w:rFonts w:ascii="Consolas" w:hAnsi="Consolas"/>
          <w:b w:val="0"/>
          <w:i w:val="0"/>
          <w:sz w:val="18"/>
        </w:rPr>
        <w:t>- English</w:t>
      </w:r>
    </w:p>
    <w:p>
      <w:pPr>
        <w:spacing w:after="0"/>
        <w:ind w:left="360"/>
        <w:shd w:val="clear" w:color="auto" w:fill="F2F2F2"/>
      </w:pPr>
      <w:r>
        <w:rPr>
          <w:rFonts w:ascii="Consolas" w:hAnsi="Consolas"/>
          <w:b w:val="0"/>
          <w:i w:val="0"/>
          <w:sz w:val="18"/>
        </w:rPr>
        <w:t>- Mandarin</w:t>
      </w:r>
    </w:p>
    <w:p>
      <w:pPr>
        <w:spacing w:after="40"/>
      </w:pPr>
    </w:p>
    <w:p>
      <w:pPr>
        <w:spacing w:after="80"/>
      </w:pPr>
      <w:r>
        <w:rPr>
          <w:b w:val="0"/>
          <w:i w:val="0"/>
        </w:rPr>
        <w:t xml:space="preserve">Lớp này hoạt động tốt cho một cuộc khảo sát ẩn danh đơn giản, nhưng giả sử chúng ta muốn cải thiện </w:t>
      </w:r>
      <w:r>
        <w:rPr>
          <w:rFonts w:ascii="Consolas" w:hAnsi="Consolas"/>
          <w:b w:val="0"/>
          <w:i w:val="0"/>
          <w:sz w:val="20"/>
        </w:rPr>
        <w:t>AnonymousSurvey</w:t>
      </w:r>
      <w:r>
        <w:rPr>
          <w:b w:val="0"/>
          <w:i w:val="0"/>
        </w:rPr>
        <w:t xml:space="preserve"> và module chứa nó, </w:t>
      </w:r>
      <w:r>
        <w:rPr>
          <w:rFonts w:ascii="Consolas" w:hAnsi="Consolas"/>
          <w:b w:val="0"/>
          <w:i w:val="0"/>
          <w:sz w:val="20"/>
        </w:rPr>
        <w:t>survey</w:t>
      </w:r>
      <w:r>
        <w:rPr>
          <w:b w:val="0"/>
          <w:i w:val="0"/>
        </w:rPr>
        <w:t>. Chúng ta có thể cho phép mỗi người dùng nhập nhiều hơn một câu trả lời, viết một phương thức để chỉ liệt kê các câu trả lời duy nhất và báo cáo mỗi câu trả lời được đưa ra bao nhiêu lần, hoặc thậm chí viết một lớp khác để quản lý các cuộc khảo sát không ẩn danh.</w:t>
      </w:r>
    </w:p>
    <w:p>
      <w:pPr>
        <w:spacing w:after="80"/>
      </w:pPr>
      <w:r>
        <w:rPr>
          <w:b w:val="0"/>
          <w:i w:val="0"/>
        </w:rPr>
        <w:t xml:space="preserve">Việc thực hiện những thay đổi như vậy sẽ có nguy cơ ảnh hưởng đến hành vi hiện tại của lớp </w:t>
      </w:r>
      <w:r>
        <w:rPr>
          <w:rFonts w:ascii="Consolas" w:hAnsi="Consolas"/>
          <w:b w:val="0"/>
          <w:i w:val="0"/>
          <w:sz w:val="20"/>
        </w:rPr>
        <w:t>AnonymousSurvey</w:t>
      </w:r>
      <w:r>
        <w:rPr>
          <w:b w:val="0"/>
          <w:i w:val="0"/>
        </w:rPr>
        <w:t>. Ví dụ, có thể trong khi cố gắng cho phép mỗi người dùng nhập nhiều câu trả lời, chúng ta vô tình thay đổi cách xử lý các câu trả lời đơn. Để đảm bảo chúng ta không phá vỡ hành vi hiện có khi phát triển module này, chúng ta có thể viết các bài kiểm thử cho lớp.</w:t>
      </w:r>
    </w:p>
    <w:p>
      <w:pPr>
        <w:pStyle w:val="Heading3"/>
      </w:pPr>
      <w:r>
        <w:rPr>
          <w:rFonts w:ascii="Calibri" w:hAnsi="Calibri"/>
          <w:b/>
          <w:i w:val="0"/>
          <w:sz w:val="27"/>
        </w:rPr>
        <w:t>Kiểm thử lớp AnonymousSurvey</w:t>
      </w:r>
    </w:p>
    <w:p>
      <w:pPr>
        <w:spacing w:after="80"/>
      </w:pPr>
      <w:r>
        <w:rPr>
          <w:b w:val="0"/>
          <w:i w:val="0"/>
        </w:rPr>
        <w:t xml:space="preserve">Hãy viết một bài kiểm thử để xác minh một khía cạnh trong cách hoạt động của </w:t>
      </w:r>
      <w:r>
        <w:rPr>
          <w:rFonts w:ascii="Consolas" w:hAnsi="Consolas"/>
          <w:b w:val="0"/>
          <w:i w:val="0"/>
          <w:sz w:val="20"/>
        </w:rPr>
        <w:t>AnonymousSurvey</w:t>
      </w:r>
      <w:r>
        <w:rPr>
          <w:b w:val="0"/>
          <w:i w:val="0"/>
        </w:rPr>
        <w:t>. Chúng ta sẽ viết một bài kiểm thử để xác minh rằng một câu trả lời duy nhất cho câu hỏi khảo sát được lưu trữ đúng cách:</w:t>
      </w:r>
    </w:p>
    <w:p>
      <w:pPr>
        <w:spacing w:after="80"/>
      </w:pPr>
      <w:r>
        <w:rPr>
          <w:b w:val="0"/>
          <w:i w:val="0"/>
        </w:rPr>
        <w:t>test_survey.py</w:t>
      </w:r>
    </w:p>
    <w:p>
      <w:pPr>
        <w:spacing w:after="0"/>
        <w:ind w:left="360"/>
        <w:shd w:val="clear" w:color="auto" w:fill="F2F2F2"/>
      </w:pPr>
      <w:r>
        <w:rPr>
          <w:rFonts w:ascii="Consolas" w:hAnsi="Consolas"/>
          <w:b w:val="0"/>
          <w:i w:val="0"/>
          <w:sz w:val="18"/>
        </w:rPr>
        <w:t>from survey import AnonymousSurvey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test_store_single_response():</w:t>
      </w:r>
    </w:p>
    <w:p>
      <w:pPr>
        <w:spacing w:after="0"/>
        <w:ind w:left="360"/>
        <w:shd w:val="clear" w:color="auto" w:fill="F2F2F2"/>
      </w:pPr>
      <w:r>
        <w:rPr>
          <w:rFonts w:ascii="Consolas" w:hAnsi="Consolas"/>
          <w:b w:val="0"/>
          <w:i w:val="0"/>
          <w:sz w:val="18"/>
        </w:rPr>
        <w:t xml:space="preserve">    """Test that a single response is stored properly."""</w:t>
      </w:r>
    </w:p>
    <w:p>
      <w:pPr>
        <w:spacing w:after="0"/>
        <w:ind w:left="360"/>
        <w:shd w:val="clear" w:color="auto" w:fill="F2F2F2"/>
      </w:pPr>
      <w:r>
        <w:rPr>
          <w:rFonts w:ascii="Consolas" w:hAnsi="Consolas"/>
          <w:b w:val="0"/>
          <w:i w:val="0"/>
          <w:sz w:val="18"/>
        </w:rPr>
        <w:t xml:space="preserve">    question = "What language did you first learn to speak?"</w:t>
      </w:r>
    </w:p>
    <w:p>
      <w:pPr>
        <w:spacing w:after="0"/>
        <w:ind w:left="360"/>
        <w:shd w:val="clear" w:color="auto" w:fill="F2F2F2"/>
      </w:pPr>
      <w:r>
        <w:rPr>
          <w:rFonts w:ascii="Consolas" w:hAnsi="Consolas"/>
          <w:b w:val="0"/>
          <w:i w:val="0"/>
          <w:sz w:val="18"/>
        </w:rPr>
        <w:t>❷     language_survey = AnonymousSurvey(question)</w:t>
      </w:r>
    </w:p>
    <w:p>
      <w:pPr>
        <w:spacing w:after="0"/>
        <w:ind w:left="360"/>
        <w:shd w:val="clear" w:color="auto" w:fill="F2F2F2"/>
      </w:pPr>
      <w:r>
        <w:rPr>
          <w:rFonts w:ascii="Consolas" w:hAnsi="Consolas"/>
          <w:b w:val="0"/>
          <w:i w:val="0"/>
          <w:sz w:val="18"/>
        </w:rPr>
        <w:t xml:space="preserve">    language_survey.store_response('English')</w:t>
      </w:r>
    </w:p>
    <w:p>
      <w:pPr>
        <w:spacing w:after="0"/>
        <w:ind w:left="360"/>
        <w:shd w:val="clear" w:color="auto" w:fill="F2F2F2"/>
      </w:pPr>
      <w:r>
        <w:rPr>
          <w:rFonts w:ascii="Consolas" w:hAnsi="Consolas"/>
          <w:b w:val="0"/>
          <w:i w:val="0"/>
          <w:sz w:val="18"/>
        </w:rPr>
        <w:t>❸     assert 'English' in language_survey.responses</w:t>
      </w:r>
    </w:p>
    <w:p>
      <w:pPr>
        <w:spacing w:after="40"/>
      </w:pPr>
    </w:p>
    <w:p>
      <w:pPr>
        <w:spacing w:after="80"/>
      </w:pPr>
      <w:r>
        <w:rPr>
          <w:b w:val="0"/>
          <w:i w:val="0"/>
        </w:rPr>
        <w:t xml:space="preserve">Chúng ta bắt đầu bằng việc nhập lớp mà chúng ta muốn kiểm thử, </w:t>
      </w:r>
      <w:r>
        <w:rPr>
          <w:rFonts w:ascii="Consolas" w:hAnsi="Consolas"/>
          <w:b w:val="0"/>
          <w:i w:val="0"/>
          <w:sz w:val="20"/>
        </w:rPr>
        <w:t>AnonymousSurvey</w:t>
      </w:r>
      <w:r>
        <w:rPr>
          <w:b w:val="0"/>
          <w:i w:val="0"/>
        </w:rPr>
        <w:t xml:space="preserve">. Hàm kiểm thử đầu tiên sẽ xác minh rằng khi chúng ta lưu một câu trả lời cho câu hỏi khảo sát, câu trả lời đó sẽ nằm trong danh sách các câu trả lời của khảo sát. Một cái tên mô tả tốt cho hàm này là </w:t>
      </w:r>
      <w:r>
        <w:rPr>
          <w:rFonts w:ascii="Consolas" w:hAnsi="Consolas"/>
          <w:b w:val="0"/>
          <w:i w:val="0"/>
          <w:sz w:val="20"/>
        </w:rPr>
        <w:t>test_store_single_response()</w:t>
      </w:r>
      <w:r>
        <w:rPr>
          <w:b w:val="0"/>
          <w:i w:val="0"/>
        </w:rPr>
        <w:t xml:space="preserve"> ❶. Nếu bài kiểm thử này thất bại, chúng ta sẽ biết từ tên hàm trong phần tóm tắt kiểm thử rằng đã có vấn đề khi lưu một câu trả lời duy nhất cho khảo sát.</w:t>
      </w:r>
    </w:p>
    <w:p>
      <w:pPr>
        <w:spacing w:after="80"/>
      </w:pPr>
      <w:r>
        <w:rPr>
          <w:b w:val="0"/>
          <w:i w:val="0"/>
        </w:rPr>
        <w:t xml:space="preserve">Để kiểm thử hoạt động của một lớp, chúng ta cần tạo một thực thể (instance) của lớp đó. Chúng ta tạo một thực thể có tên </w:t>
      </w:r>
      <w:r>
        <w:rPr>
          <w:rFonts w:ascii="Consolas" w:hAnsi="Consolas"/>
          <w:b w:val="0"/>
          <w:i w:val="0"/>
          <w:sz w:val="20"/>
        </w:rPr>
        <w:t>language_survey</w:t>
      </w:r>
      <w:r>
        <w:rPr>
          <w:b w:val="0"/>
          <w:i w:val="0"/>
        </w:rPr>
        <w:t xml:space="preserve"> ❷ với câu hỏi </w:t>
      </w:r>
      <w:r>
        <w:rPr>
          <w:rFonts w:ascii="Consolas" w:hAnsi="Consolas"/>
          <w:b w:val="0"/>
          <w:i w:val="0"/>
          <w:sz w:val="20"/>
        </w:rPr>
        <w:t>"What language did you first learn to speak?"</w:t>
      </w:r>
      <w:r>
        <w:rPr>
          <w:b w:val="0"/>
          <w:i w:val="0"/>
        </w:rPr>
        <w:t xml:space="preserve"> Chúng ta lưu một câu trả lời duy nhất, </w:t>
      </w:r>
      <w:r>
        <w:rPr>
          <w:rFonts w:ascii="Consolas" w:hAnsi="Consolas"/>
          <w:b w:val="0"/>
          <w:i w:val="0"/>
          <w:sz w:val="20"/>
        </w:rPr>
        <w:t>English</w:t>
      </w:r>
      <w:r>
        <w:rPr>
          <w:b w:val="0"/>
          <w:i w:val="0"/>
        </w:rPr>
        <w:t xml:space="preserve">, bằng phương thức </w:t>
      </w:r>
      <w:r>
        <w:rPr>
          <w:rFonts w:ascii="Consolas" w:hAnsi="Consolas"/>
          <w:b w:val="0"/>
          <w:i w:val="0"/>
          <w:sz w:val="20"/>
        </w:rPr>
        <w:t>store_response()</w:t>
      </w:r>
      <w:r>
        <w:rPr>
          <w:b w:val="0"/>
          <w:i w:val="0"/>
        </w:rPr>
        <w:t xml:space="preserve">. Sau đó chúng ta xác minh rằng câu trả lời đã được lưu đúng cách bằng cách khẳng định rằng </w:t>
      </w:r>
      <w:r>
        <w:rPr>
          <w:rFonts w:ascii="Consolas" w:hAnsi="Consolas"/>
          <w:b w:val="0"/>
          <w:i w:val="0"/>
          <w:sz w:val="20"/>
        </w:rPr>
        <w:t>English</w:t>
      </w:r>
      <w:r>
        <w:rPr>
          <w:b w:val="0"/>
          <w:i w:val="0"/>
        </w:rPr>
        <w:t xml:space="preserve"> nằm trong danh sách </w:t>
      </w:r>
      <w:r>
        <w:rPr>
          <w:rFonts w:ascii="Consolas" w:hAnsi="Consolas"/>
          <w:b w:val="0"/>
          <w:i w:val="0"/>
          <w:sz w:val="20"/>
        </w:rPr>
        <w:t>language_survey.responses</w:t>
      </w:r>
      <w:r>
        <w:rPr>
          <w:b w:val="0"/>
          <w:i w:val="0"/>
        </w:rPr>
        <w:t xml:space="preserve"> ❸.</w:t>
      </w:r>
    </w:p>
    <w:p>
      <w:pPr>
        <w:spacing w:after="80"/>
      </w:pPr>
      <w:r>
        <w:rPr>
          <w:b w:val="0"/>
          <w:i w:val="0"/>
        </w:rPr>
        <w:t xml:space="preserve">Theo mặc định, chạy lệnh </w:t>
      </w:r>
      <w:r>
        <w:rPr>
          <w:rFonts w:ascii="Consolas" w:hAnsi="Consolas"/>
          <w:b/>
          <w:i w:val="0"/>
          <w:sz w:val="20"/>
        </w:rPr>
        <w:t>pytest</w:t>
      </w:r>
      <w:r>
        <w:rPr>
          <w:b w:val="0"/>
          <w:i w:val="0"/>
        </w:rPr>
        <w:t xml:space="preserve"> mà không có đối số sẽ chạy tất cả các bài kiểm thử mà </w:t>
      </w:r>
      <w:r>
        <w:rPr>
          <w:rFonts w:ascii="Consolas" w:hAnsi="Consolas"/>
          <w:b w:val="0"/>
          <w:i w:val="0"/>
          <w:sz w:val="20"/>
        </w:rPr>
        <w:t>pytest</w:t>
      </w:r>
      <w:r>
        <w:rPr>
          <w:b w:val="0"/>
          <w:i w:val="0"/>
        </w:rPr>
        <w:t xml:space="preserve"> tìm thấy trong thư mục hiện tại. Để tập trung vào các bài kiểm thử trong một tệp, hãy truyền tên của tệp kiểm thử mà bạn muốn chạy. Ở đây chúng ta sẽ chỉ chạy một bài kiểm thử mà chúng ta đã viết cho </w:t>
      </w:r>
      <w:r>
        <w:rPr>
          <w:rFonts w:ascii="Consolas" w:hAnsi="Consolas"/>
          <w:b w:val="0"/>
          <w:i w:val="0"/>
          <w:sz w:val="20"/>
        </w:rPr>
        <w:t>AnonymousSurvey</w:t>
      </w:r>
      <w:r>
        <w:rPr>
          <w:b w:val="0"/>
          <w:i w:val="0"/>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pytest test_survey.py</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test_survey.py .                                                 [100%]</w:t>
      </w:r>
    </w:p>
    <w:p>
      <w:pPr>
        <w:spacing w:after="0"/>
        <w:ind w:left="360"/>
        <w:shd w:val="clear" w:color="auto" w:fill="F2F2F2"/>
      </w:pPr>
      <w:r>
        <w:rPr>
          <w:rFonts w:ascii="Consolas" w:hAnsi="Consolas"/>
          <w:b w:val="0"/>
          <w:i w:val="0"/>
          <w:sz w:val="18"/>
        </w:rPr>
        <w:t>========================== 1 passed in 0.01s ==========================</w:t>
      </w:r>
    </w:p>
    <w:p>
      <w:pPr>
        <w:spacing w:after="40"/>
      </w:pPr>
    </w:p>
    <w:p>
      <w:pPr>
        <w:spacing w:after="80"/>
      </w:pPr>
      <w:r>
        <w:rPr>
          <w:b w:val="0"/>
          <w:i w:val="0"/>
        </w:rPr>
        <w:t xml:space="preserve">Đây là một khởi đầu tốt, nhưng một cuộc khảo sát chỉ hữu ích nếu nó tạo ra nhiều hơn một câu trả lời. Hãy xác minh rằng ba câu trả lời có thể được lưu trữ đúng cách. Để làm điều này, chúng ta thêm một hàm khác vào </w:t>
      </w:r>
      <w:r>
        <w:rPr>
          <w:rFonts w:ascii="Consolas" w:hAnsi="Consolas"/>
          <w:b w:val="0"/>
          <w:i w:val="0"/>
          <w:sz w:val="20"/>
        </w:rPr>
        <w:t>test_survey.py</w:t>
      </w:r>
      <w:r>
        <w:rPr>
          <w:b w:val="0"/>
          <w:i w:val="0"/>
        </w:rPr>
        <w:t>:</w:t>
      </w:r>
    </w:p>
    <w:p>
      <w:pPr>
        <w:spacing w:after="0"/>
        <w:ind w:left="360"/>
        <w:shd w:val="clear" w:color="auto" w:fill="F2F2F2"/>
      </w:pPr>
      <w:r>
        <w:rPr>
          <w:rFonts w:ascii="Consolas" w:hAnsi="Consolas"/>
          <w:b w:val="0"/>
          <w:i w:val="0"/>
          <w:sz w:val="18"/>
        </w:rPr>
        <w:t>from survey import AnonymousSurvey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test_store_single_response():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test_store_three_responses():</w:t>
      </w:r>
    </w:p>
    <w:p>
      <w:pPr>
        <w:spacing w:after="0"/>
        <w:ind w:left="360"/>
        <w:shd w:val="clear" w:color="auto" w:fill="F2F2F2"/>
      </w:pPr>
      <w:r>
        <w:rPr>
          <w:rFonts w:ascii="Consolas" w:hAnsi="Consolas"/>
          <w:b w:val="0"/>
          <w:i w:val="0"/>
          <w:sz w:val="18"/>
        </w:rPr>
        <w:t xml:space="preserve">    """Test that three individual responses are stored properly."""</w:t>
      </w:r>
    </w:p>
    <w:p>
      <w:pPr>
        <w:spacing w:after="0"/>
        <w:ind w:left="360"/>
        <w:shd w:val="clear" w:color="auto" w:fill="F2F2F2"/>
      </w:pPr>
      <w:r>
        <w:rPr>
          <w:rFonts w:ascii="Consolas" w:hAnsi="Consolas"/>
          <w:b w:val="0"/>
          <w:i w:val="0"/>
          <w:sz w:val="18"/>
        </w:rPr>
        <w:t xml:space="preserve">    question = "What language did you first learn to speak?"</w:t>
      </w:r>
    </w:p>
    <w:p>
      <w:pPr>
        <w:spacing w:after="0"/>
        <w:ind w:left="360"/>
        <w:shd w:val="clear" w:color="auto" w:fill="F2F2F2"/>
      </w:pPr>
      <w:r>
        <w:rPr>
          <w:rFonts w:ascii="Consolas" w:hAnsi="Consolas"/>
          <w:b w:val="0"/>
          <w:i w:val="0"/>
          <w:sz w:val="18"/>
        </w:rPr>
        <w:t xml:space="preserve">    language_survey = AnonymousSurvey(question)</w:t>
      </w:r>
    </w:p>
    <w:p>
      <w:pPr>
        <w:spacing w:after="0"/>
        <w:ind w:left="360"/>
        <w:shd w:val="clear" w:color="auto" w:fill="F2F2F2"/>
      </w:pPr>
      <w:r>
        <w:rPr>
          <w:rFonts w:ascii="Consolas" w:hAnsi="Consolas"/>
          <w:b w:val="0"/>
          <w:i w:val="0"/>
          <w:sz w:val="18"/>
        </w:rPr>
        <w:t>❶     responses = ['English', 'Spanish', 'Mandarin']</w:t>
      </w:r>
    </w:p>
    <w:p>
      <w:pPr>
        <w:spacing w:after="0"/>
        <w:ind w:left="360"/>
        <w:shd w:val="clear" w:color="auto" w:fill="F2F2F2"/>
      </w:pPr>
      <w:r>
        <w:rPr>
          <w:rFonts w:ascii="Consolas" w:hAnsi="Consolas"/>
          <w:b w:val="0"/>
          <w:i w:val="0"/>
          <w:sz w:val="18"/>
        </w:rPr>
        <w:t xml:space="preserve">    for response in responses:</w:t>
      </w:r>
    </w:p>
    <w:p>
      <w:pPr>
        <w:spacing w:after="0"/>
        <w:ind w:left="360"/>
        <w:shd w:val="clear" w:color="auto" w:fill="F2F2F2"/>
      </w:pPr>
      <w:r>
        <w:rPr>
          <w:rFonts w:ascii="Consolas" w:hAnsi="Consolas"/>
          <w:b w:val="0"/>
          <w:i w:val="0"/>
          <w:sz w:val="18"/>
        </w:rPr>
        <w:t xml:space="preserve">        language_survey.store_response(response)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for response in responses:</w:t>
      </w:r>
    </w:p>
    <w:p>
      <w:pPr>
        <w:spacing w:after="0"/>
        <w:ind w:left="360"/>
        <w:shd w:val="clear" w:color="auto" w:fill="F2F2F2"/>
      </w:pPr>
      <w:r>
        <w:rPr>
          <w:rFonts w:ascii="Consolas" w:hAnsi="Consolas"/>
          <w:b w:val="0"/>
          <w:i w:val="0"/>
          <w:sz w:val="18"/>
        </w:rPr>
        <w:t xml:space="preserve">        assert response in language_survey.responses</w:t>
      </w:r>
    </w:p>
    <w:p>
      <w:pPr>
        <w:spacing w:after="40"/>
      </w:pPr>
    </w:p>
    <w:p>
      <w:pPr>
        <w:spacing w:after="80"/>
      </w:pPr>
      <w:r>
        <w:rPr>
          <w:b w:val="0"/>
          <w:i w:val="0"/>
        </w:rPr>
        <w:t xml:space="preserve">Chúng ta gọi hàm mới là </w:t>
      </w:r>
      <w:r>
        <w:rPr>
          <w:rFonts w:ascii="Consolas" w:hAnsi="Consolas"/>
          <w:b w:val="0"/>
          <w:i w:val="0"/>
          <w:sz w:val="20"/>
        </w:rPr>
        <w:t>test_store_three_responses()</w:t>
      </w:r>
      <w:r>
        <w:rPr>
          <w:b w:val="0"/>
          <w:i w:val="0"/>
        </w:rPr>
        <w:t xml:space="preserve">. Chúng ta tạo một đối tượng khảo sát giống như đã làm trong </w:t>
      </w:r>
      <w:r>
        <w:rPr>
          <w:rFonts w:ascii="Consolas" w:hAnsi="Consolas"/>
          <w:b w:val="0"/>
          <w:i w:val="0"/>
          <w:sz w:val="20"/>
        </w:rPr>
        <w:t>test_store_single_response()</w:t>
      </w:r>
      <w:r>
        <w:rPr>
          <w:b w:val="0"/>
          <w:i w:val="0"/>
        </w:rPr>
        <w:t xml:space="preserve">. Chúng ta định nghĩa một danh sách chứa ba câu trả lời khác nhau ❶, và sau đó chúng ta gọi </w:t>
      </w:r>
      <w:r>
        <w:rPr>
          <w:rFonts w:ascii="Consolas" w:hAnsi="Consolas"/>
          <w:b w:val="0"/>
          <w:i w:val="0"/>
          <w:sz w:val="20"/>
        </w:rPr>
        <w:t>store_response()</w:t>
      </w:r>
      <w:r>
        <w:rPr>
          <w:b w:val="0"/>
          <w:i w:val="0"/>
        </w:rPr>
        <w:t xml:space="preserve"> cho từng câu trả lời này. Sau khi các câu trả lời đã được lưu, chúng ta viết một vòng lặp khác và khẳng định rằng mỗi câu trả lời giờ đây nằm trong </w:t>
      </w:r>
      <w:r>
        <w:rPr>
          <w:rFonts w:ascii="Consolas" w:hAnsi="Consolas"/>
          <w:b w:val="0"/>
          <w:i w:val="0"/>
          <w:sz w:val="20"/>
        </w:rPr>
        <w:t>language_survey.responses</w:t>
      </w:r>
      <w:r>
        <w:rPr>
          <w:b w:val="0"/>
          <w:i w:val="0"/>
        </w:rPr>
        <w:t xml:space="preserve"> ❷.</w:t>
      </w:r>
    </w:p>
    <w:p>
      <w:pPr>
        <w:spacing w:after="80"/>
      </w:pPr>
      <w:r>
        <w:rPr>
          <w:b w:val="0"/>
          <w:i w:val="0"/>
        </w:rPr>
        <w:t>Khi chúng ta chạy lại tệp kiểm thử, cả hai bài kiểm thử (cho một câu trả lời và cho ba câu trả lời) đều đạt:</w:t>
      </w:r>
    </w:p>
    <w:p>
      <w:pPr>
        <w:spacing w:after="0"/>
        <w:ind w:left="360"/>
        <w:shd w:val="clear" w:color="auto" w:fill="F2F2F2"/>
      </w:pPr>
      <w:r>
        <w:rPr>
          <w:rFonts w:ascii="Consolas" w:hAnsi="Consolas"/>
          <w:b w:val="0"/>
          <w:i w:val="0"/>
          <w:sz w:val="18"/>
        </w:rPr>
        <w:t xml:space="preserve">$ </w:t>
      </w:r>
      <w:r>
        <w:rPr>
          <w:rFonts w:ascii="Consolas" w:hAnsi="Consolas"/>
          <w:b/>
          <w:i w:val="0"/>
          <w:sz w:val="18"/>
        </w:rPr>
        <w:t>pytest test_survey.py</w:t>
      </w:r>
    </w:p>
    <w:p>
      <w:pPr>
        <w:spacing w:after="0"/>
        <w:ind w:left="360"/>
        <w:shd w:val="clear" w:color="auto" w:fill="F2F2F2"/>
      </w:pPr>
      <w:r>
        <w:rPr>
          <w:rFonts w:ascii="Consolas" w:hAnsi="Consolas"/>
          <w:b w:val="0"/>
          <w:i w:val="0"/>
          <w:sz w:val="18"/>
        </w:rPr>
        <w:t>========================= test session starts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test_survey.py ..                                                [100%]</w:t>
      </w:r>
    </w:p>
    <w:p>
      <w:pPr>
        <w:spacing w:after="0"/>
        <w:ind w:left="360"/>
        <w:shd w:val="clear" w:color="auto" w:fill="F2F2F2"/>
      </w:pPr>
      <w:r>
        <w:rPr>
          <w:rFonts w:ascii="Consolas" w:hAnsi="Consolas"/>
          <w:b w:val="0"/>
          <w:i w:val="0"/>
          <w:sz w:val="18"/>
        </w:rPr>
        <w:t>========================== 2 passed in 0.01s ==========================</w:t>
      </w:r>
    </w:p>
    <w:p>
      <w:pPr>
        <w:spacing w:after="40"/>
      </w:pPr>
    </w:p>
    <w:p>
      <w:pPr>
        <w:spacing w:after="80"/>
      </w:pPr>
      <w:r>
        <w:rPr>
          <w:b w:val="0"/>
          <w:i w:val="0"/>
        </w:rPr>
        <w:t xml:space="preserve">Điều này hoạt động hoàn hảo. Tuy nhiên, các bài kiểm thử này hơi lặp đi lặp lại, nên chúng ta sẽ sử dụng một tính năng khác của </w:t>
      </w:r>
      <w:r>
        <w:rPr>
          <w:rFonts w:ascii="Consolas" w:hAnsi="Consolas"/>
          <w:b w:val="0"/>
          <w:i w:val="0"/>
          <w:sz w:val="20"/>
        </w:rPr>
        <w:t>pytest</w:t>
      </w:r>
      <w:r>
        <w:rPr>
          <w:b w:val="0"/>
          <w:i w:val="0"/>
        </w:rPr>
        <w:t xml:space="preserve"> để làm cho chúng hiệu quả hơn.</w:t>
      </w:r>
    </w:p>
    <w:p>
      <w:pPr>
        <w:pStyle w:val="Heading3"/>
      </w:pPr>
      <w:r>
        <w:rPr>
          <w:rFonts w:ascii="Calibri" w:hAnsi="Calibri"/>
          <w:b/>
          <w:i w:val="0"/>
          <w:sz w:val="27"/>
        </w:rPr>
        <w:t>Sử dụng Fixture</w:t>
      </w:r>
    </w:p>
    <w:p>
      <w:pPr>
        <w:spacing w:after="80"/>
      </w:pPr>
      <w:r>
        <w:rPr>
          <w:b w:val="0"/>
          <w:i w:val="0"/>
        </w:rPr>
        <w:t xml:space="preserve">Trong </w:t>
      </w:r>
      <w:r>
        <w:rPr>
          <w:b w:val="0"/>
          <w:i/>
        </w:rPr>
        <w:t>test_survey.py</w:t>
      </w:r>
      <w:r>
        <w:rPr>
          <w:b w:val="0"/>
          <w:i w:val="0"/>
        </w:rPr>
        <w:t xml:space="preserve">, chúng ta đã tạo một thực thể mới của </w:t>
      </w:r>
      <w:r>
        <w:rPr>
          <w:rFonts w:ascii="Consolas" w:hAnsi="Consolas"/>
          <w:b w:val="0"/>
          <w:i w:val="0"/>
          <w:sz w:val="20"/>
        </w:rPr>
        <w:t>AnonymousSurvey</w:t>
      </w:r>
      <w:r>
        <w:rPr>
          <w:b w:val="0"/>
          <w:i w:val="0"/>
        </w:rPr>
        <w:t xml:space="preserve"> trong mỗi hàm kiểm thử. Điều này không sao trong ví dụ ngắn mà chúng ta đang làm việc, nhưng trong một dự án thực tế với hàng chục hoặc hàng trăm bài kiểm thử, điều này sẽ gây ra vấn đề.</w:t>
      </w:r>
    </w:p>
    <w:p>
      <w:pPr>
        <w:spacing w:after="80"/>
      </w:pPr>
      <w:r>
        <w:rPr>
          <w:b w:val="0"/>
          <w:i w:val="0"/>
        </w:rPr>
        <w:t xml:space="preserve">Trong kiểm thử, một </w:t>
      </w:r>
      <w:r>
        <w:rPr>
          <w:b w:val="0"/>
          <w:i/>
        </w:rPr>
        <w:t>fixture</w:t>
      </w:r>
      <w:r>
        <w:rPr>
          <w:b w:val="0"/>
          <w:i w:val="0"/>
        </w:rPr>
        <w:t xml:space="preserve"> giúp thiết lập môi trường kiểm thử. Thường thì điều này có nghĩa là tạo ra một tài nguyên được sử dụng bởi nhiều hơn một bài kiểm thử. Chúng ta tạo một fixture trong </w:t>
      </w:r>
      <w:r>
        <w:rPr>
          <w:rFonts w:ascii="Consolas" w:hAnsi="Consolas"/>
          <w:b w:val="0"/>
          <w:i w:val="0"/>
          <w:sz w:val="20"/>
        </w:rPr>
        <w:t>pytest</w:t>
      </w:r>
      <w:r>
        <w:rPr>
          <w:b w:val="0"/>
          <w:i w:val="0"/>
        </w:rPr>
        <w:t xml:space="preserve"> bằng cách viết một hàm với decorator </w:t>
      </w:r>
      <w:r>
        <w:rPr>
          <w:rFonts w:ascii="Consolas" w:hAnsi="Consolas"/>
          <w:b w:val="0"/>
          <w:i w:val="0"/>
          <w:sz w:val="20"/>
        </w:rPr>
        <w:t>@pytest.fixture</w:t>
      </w:r>
      <w:r>
        <w:rPr>
          <w:b w:val="0"/>
          <w:i w:val="0"/>
        </w:rPr>
        <w:t xml:space="preserve">. Một </w:t>
      </w:r>
      <w:r>
        <w:rPr>
          <w:b w:val="0"/>
          <w:i/>
        </w:rPr>
        <w:t>decorator</w:t>
      </w:r>
      <w:r>
        <w:rPr>
          <w:b w:val="0"/>
          <w:i w:val="0"/>
        </w:rPr>
        <w:t xml:space="preserve"> là một chỉ thị được đặt ngay trước một định nghĩa hàm; Python áp dụng chỉ thị này cho hàm trước khi nó chạy, để thay đổi cách mã của hàm hoạt động. Đừng lo nếu điều này nghe có vẻ phức tạp; bạn có thể bắt đầu sử dụng decorator từ các gói bên thứ ba trước khi học cách tự viết chúng.</w:t>
      </w:r>
    </w:p>
    <w:p>
      <w:pPr>
        <w:spacing w:after="80"/>
      </w:pPr>
      <w:r>
        <w:rPr>
          <w:b w:val="0"/>
          <w:i w:val="0"/>
        </w:rPr>
        <w:t xml:space="preserve">Hãy sử dụng một fixture để tạo một thực thể khảo sát duy nhất có thể được dùng trong cả hai hàm kiểm thử trong </w:t>
      </w:r>
      <w:r>
        <w:rPr>
          <w:b w:val="0"/>
          <w:i/>
        </w:rPr>
        <w:t>test_survey.py</w:t>
      </w:r>
      <w:r>
        <w:rPr>
          <w:b w:val="0"/>
          <w:i w:val="0"/>
        </w:rPr>
        <w:t>:</w:t>
      </w:r>
    </w:p>
    <w:p>
      <w:pPr>
        <w:spacing w:after="0"/>
        <w:ind w:left="360"/>
        <w:shd w:val="clear" w:color="auto" w:fill="F2F2F2"/>
      </w:pPr>
      <w:r>
        <w:rPr>
          <w:rFonts w:ascii="Consolas" w:hAnsi="Consolas"/>
          <w:b w:val="0"/>
          <w:i w:val="0"/>
          <w:sz w:val="18"/>
        </w:rPr>
        <w:t>import pytest</w:t>
      </w:r>
    </w:p>
    <w:p>
      <w:pPr>
        <w:spacing w:after="0"/>
        <w:ind w:left="360"/>
        <w:shd w:val="clear" w:color="auto" w:fill="F2F2F2"/>
      </w:pPr>
      <w:r>
        <w:rPr>
          <w:rFonts w:ascii="Consolas" w:hAnsi="Consolas"/>
          <w:b w:val="0"/>
          <w:i w:val="0"/>
          <w:sz w:val="18"/>
        </w:rPr>
        <w:t>from survey import AnonymousSurvey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@pytest.fixture</w:t>
      </w:r>
    </w:p>
    <w:p>
      <w:pPr>
        <w:spacing w:after="0"/>
        <w:ind w:left="360"/>
        <w:shd w:val="clear" w:color="auto" w:fill="F2F2F2"/>
      </w:pPr>
      <w:r>
        <w:rPr>
          <w:rFonts w:ascii="Consolas" w:hAnsi="Consolas"/>
          <w:b w:val="0"/>
          <w:i w:val="0"/>
          <w:sz w:val="18"/>
        </w:rPr>
        <w:t>❷ def language_survey():</w:t>
      </w:r>
    </w:p>
    <w:p>
      <w:pPr>
        <w:spacing w:after="0"/>
        <w:ind w:left="360"/>
        <w:shd w:val="clear" w:color="auto" w:fill="F2F2F2"/>
      </w:pPr>
      <w:r>
        <w:rPr>
          <w:rFonts w:ascii="Consolas" w:hAnsi="Consolas"/>
          <w:b w:val="0"/>
          <w:i w:val="0"/>
          <w:sz w:val="18"/>
        </w:rPr>
        <w:t xml:space="preserve">    """A survey that will be available to all test functions."""</w:t>
      </w:r>
    </w:p>
    <w:p>
      <w:pPr>
        <w:spacing w:after="0"/>
        <w:ind w:left="360"/>
        <w:shd w:val="clear" w:color="auto" w:fill="F2F2F2"/>
      </w:pPr>
      <w:r>
        <w:rPr>
          <w:rFonts w:ascii="Consolas" w:hAnsi="Consolas"/>
          <w:b w:val="0"/>
          <w:i w:val="0"/>
          <w:sz w:val="18"/>
        </w:rPr>
        <w:t xml:space="preserve">    question = "What language did you first learn to speak?"</w:t>
      </w:r>
    </w:p>
    <w:p>
      <w:pPr>
        <w:spacing w:after="0"/>
        <w:ind w:left="360"/>
        <w:shd w:val="clear" w:color="auto" w:fill="F2F2F2"/>
      </w:pPr>
      <w:r>
        <w:rPr>
          <w:rFonts w:ascii="Consolas" w:hAnsi="Consolas"/>
          <w:b w:val="0"/>
          <w:i w:val="0"/>
          <w:sz w:val="18"/>
        </w:rPr>
        <w:t xml:space="preserve">    language_survey = AnonymousSurvey(question)</w:t>
      </w:r>
    </w:p>
    <w:p>
      <w:pPr>
        <w:spacing w:after="0"/>
        <w:ind w:left="360"/>
        <w:shd w:val="clear" w:color="auto" w:fill="F2F2F2"/>
      </w:pPr>
      <w:r>
        <w:rPr>
          <w:rFonts w:ascii="Consolas" w:hAnsi="Consolas"/>
          <w:b w:val="0"/>
          <w:i w:val="0"/>
          <w:sz w:val="18"/>
        </w:rPr>
        <w:t xml:space="preserve">    return language_survey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def test_store_single_response(language_survey):</w:t>
      </w:r>
    </w:p>
    <w:p>
      <w:pPr>
        <w:spacing w:after="0"/>
        <w:ind w:left="360"/>
        <w:shd w:val="clear" w:color="auto" w:fill="F2F2F2"/>
      </w:pPr>
      <w:r>
        <w:rPr>
          <w:rFonts w:ascii="Consolas" w:hAnsi="Consolas"/>
          <w:b w:val="0"/>
          <w:i w:val="0"/>
          <w:sz w:val="18"/>
        </w:rPr>
        <w:t xml:space="preserve">    """Test that a single response is stored properly."""</w:t>
      </w:r>
    </w:p>
    <w:p>
      <w:pPr>
        <w:spacing w:after="0"/>
        <w:ind w:left="360"/>
        <w:shd w:val="clear" w:color="auto" w:fill="F2F2F2"/>
      </w:pPr>
      <w:r>
        <w:rPr>
          <w:rFonts w:ascii="Consolas" w:hAnsi="Consolas"/>
          <w:b w:val="0"/>
          <w:i w:val="0"/>
          <w:sz w:val="18"/>
        </w:rPr>
        <w:t>❹     language_survey.store_response('English')</w:t>
      </w:r>
    </w:p>
    <w:p>
      <w:pPr>
        <w:spacing w:after="0"/>
        <w:ind w:left="360"/>
        <w:shd w:val="clear" w:color="auto" w:fill="F2F2F2"/>
      </w:pPr>
      <w:r>
        <w:rPr>
          <w:rFonts w:ascii="Consolas" w:hAnsi="Consolas"/>
          <w:b w:val="0"/>
          <w:i w:val="0"/>
          <w:sz w:val="18"/>
        </w:rPr>
        <w:t xml:space="preserve">    assert 'English' in language_survey.responses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❺ def test_store_three_responses(language_survey):</w:t>
      </w:r>
    </w:p>
    <w:p>
      <w:pPr>
        <w:spacing w:after="0"/>
        <w:ind w:left="360"/>
        <w:shd w:val="clear" w:color="auto" w:fill="F2F2F2"/>
      </w:pPr>
      <w:r>
        <w:rPr>
          <w:rFonts w:ascii="Consolas" w:hAnsi="Consolas"/>
          <w:b w:val="0"/>
          <w:i w:val="0"/>
          <w:sz w:val="18"/>
        </w:rPr>
        <w:t xml:space="preserve">    """Test that three individual responses are stored properly."""</w:t>
      </w:r>
    </w:p>
    <w:p>
      <w:pPr>
        <w:spacing w:after="0"/>
        <w:ind w:left="360"/>
        <w:shd w:val="clear" w:color="auto" w:fill="F2F2F2"/>
      </w:pPr>
      <w:r>
        <w:rPr>
          <w:rFonts w:ascii="Consolas" w:hAnsi="Consolas"/>
          <w:b w:val="0"/>
          <w:i w:val="0"/>
          <w:sz w:val="18"/>
        </w:rPr>
        <w:t xml:space="preserve">    responses = ['English', 'Spanish', 'Mandarin']</w:t>
      </w:r>
    </w:p>
    <w:p>
      <w:pPr>
        <w:spacing w:after="0"/>
        <w:ind w:left="360"/>
        <w:shd w:val="clear" w:color="auto" w:fill="F2F2F2"/>
      </w:pPr>
      <w:r>
        <w:rPr>
          <w:rFonts w:ascii="Consolas" w:hAnsi="Consolas"/>
          <w:b w:val="0"/>
          <w:i w:val="0"/>
          <w:sz w:val="18"/>
        </w:rPr>
        <w:t xml:space="preserve">    for response in responses:</w:t>
      </w:r>
    </w:p>
    <w:p>
      <w:pPr>
        <w:spacing w:after="0"/>
        <w:ind w:left="360"/>
        <w:shd w:val="clear" w:color="auto" w:fill="F2F2F2"/>
      </w:pPr>
      <w:r>
        <w:rPr>
          <w:rFonts w:ascii="Consolas" w:hAnsi="Consolas"/>
          <w:b w:val="0"/>
          <w:i w:val="0"/>
          <w:sz w:val="18"/>
        </w:rPr>
        <w:t>❻         language_survey.store_response(response)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for response in responses:</w:t>
      </w:r>
    </w:p>
    <w:p>
      <w:pPr>
        <w:spacing w:after="0"/>
        <w:ind w:left="360"/>
        <w:shd w:val="clear" w:color="auto" w:fill="F2F2F2"/>
      </w:pPr>
      <w:r>
        <w:rPr>
          <w:rFonts w:ascii="Consolas" w:hAnsi="Consolas"/>
          <w:b w:val="0"/>
          <w:i w:val="0"/>
          <w:sz w:val="18"/>
        </w:rPr>
        <w:t xml:space="preserve">        assert response in language_survey.responses</w:t>
      </w:r>
    </w:p>
    <w:p>
      <w:pPr>
        <w:spacing w:after="40"/>
      </w:pPr>
    </w:p>
    <w:p>
      <w:pPr>
        <w:spacing w:after="80"/>
      </w:pPr>
      <w:r>
        <w:rPr>
          <w:b w:val="0"/>
          <w:i w:val="0"/>
        </w:rPr>
        <w:t xml:space="preserve">Bây giờ chúng ta cần import </w:t>
      </w:r>
      <w:r>
        <w:rPr>
          <w:rFonts w:ascii="Consolas" w:hAnsi="Consolas"/>
          <w:b w:val="0"/>
          <w:i w:val="0"/>
          <w:sz w:val="20"/>
        </w:rPr>
        <w:t>pytest</w:t>
      </w:r>
      <w:r>
        <w:rPr>
          <w:b w:val="0"/>
          <w:i w:val="0"/>
        </w:rPr>
        <w:t xml:space="preserve">, vì chúng ta đang dùng một decorator được định nghĩa trong </w:t>
      </w:r>
      <w:r>
        <w:rPr>
          <w:rFonts w:ascii="Consolas" w:hAnsi="Consolas"/>
          <w:b w:val="0"/>
          <w:i w:val="0"/>
          <w:sz w:val="20"/>
        </w:rPr>
        <w:t>pytest</w:t>
      </w:r>
      <w:r>
        <w:rPr>
          <w:b w:val="0"/>
          <w:i w:val="0"/>
        </w:rPr>
        <w:t xml:space="preserve">. Chúng ta áp dụng decorator </w:t>
      </w:r>
      <w:r>
        <w:rPr>
          <w:rFonts w:ascii="Consolas" w:hAnsi="Consolas"/>
          <w:b w:val="0"/>
          <w:i w:val="0"/>
          <w:sz w:val="20"/>
        </w:rPr>
        <w:t>@pytest.fixture</w:t>
      </w:r>
      <w:r>
        <w:rPr>
          <w:b w:val="0"/>
          <w:i w:val="0"/>
        </w:rPr>
        <w:t xml:space="preserve"> ❶ cho hàm mới </w:t>
      </w:r>
      <w:r>
        <w:rPr>
          <w:rFonts w:ascii="Consolas" w:hAnsi="Consolas"/>
          <w:b w:val="0"/>
          <w:i w:val="0"/>
          <w:sz w:val="20"/>
        </w:rPr>
        <w:t>language_survey()</w:t>
      </w:r>
      <w:r>
        <w:rPr>
          <w:b w:val="0"/>
          <w:i w:val="0"/>
        </w:rPr>
        <w:t xml:space="preserve"> ❷. Hàm này tạo một đối tượng </w:t>
      </w:r>
      <w:r>
        <w:rPr>
          <w:rFonts w:ascii="Consolas" w:hAnsi="Consolas"/>
          <w:b w:val="0"/>
          <w:i w:val="0"/>
          <w:sz w:val="20"/>
        </w:rPr>
        <w:t>AnonymousSurvey</w:t>
      </w:r>
      <w:r>
        <w:rPr>
          <w:b w:val="0"/>
          <w:i w:val="0"/>
        </w:rPr>
        <w:t xml:space="preserve"> và trả về khảo sát mới đó.</w:t>
      </w:r>
    </w:p>
    <w:p>
      <w:pPr>
        <w:spacing w:after="80"/>
      </w:pPr>
      <w:r>
        <w:rPr>
          <w:b w:val="0"/>
          <w:i w:val="0"/>
        </w:rPr>
        <w:t xml:space="preserve">Để ý rằng định nghĩa của cả hai hàm test đều đã thay đổi ❸ ❺; mỗi hàm test giờ có một tham số tên là </w:t>
      </w:r>
      <w:r>
        <w:rPr>
          <w:rFonts w:ascii="Consolas" w:hAnsi="Consolas"/>
          <w:b w:val="0"/>
          <w:i w:val="0"/>
          <w:sz w:val="20"/>
        </w:rPr>
        <w:t>language_survey</w:t>
      </w:r>
      <w:r>
        <w:rPr>
          <w:b w:val="0"/>
          <w:i w:val="0"/>
        </w:rPr>
        <w:t xml:space="preserve">. Khi một tham số trong hàm test trùng tên với một hàm có decorator </w:t>
      </w:r>
      <w:r>
        <w:rPr>
          <w:rFonts w:ascii="Consolas" w:hAnsi="Consolas"/>
          <w:b w:val="0"/>
          <w:i w:val="0"/>
          <w:sz w:val="20"/>
        </w:rPr>
        <w:t>@pytest.fixture</w:t>
      </w:r>
      <w:r>
        <w:rPr>
          <w:b w:val="0"/>
          <w:i w:val="0"/>
        </w:rPr>
        <w:t xml:space="preserve">, fixture sẽ tự động được chạy và giá trị trả về sẽ được truyền vào hàm test. Trong ví dụ này, hàm </w:t>
      </w:r>
      <w:r>
        <w:rPr>
          <w:rFonts w:ascii="Consolas" w:hAnsi="Consolas"/>
          <w:b w:val="0"/>
          <w:i w:val="0"/>
          <w:sz w:val="20"/>
        </w:rPr>
        <w:t>language_survey()</w:t>
      </w:r>
      <w:r>
        <w:rPr>
          <w:b w:val="0"/>
          <w:i w:val="0"/>
        </w:rPr>
        <w:t xml:space="preserve"> cung cấp cho cả </w:t>
      </w:r>
      <w:r>
        <w:rPr>
          <w:rFonts w:ascii="Consolas" w:hAnsi="Consolas"/>
          <w:b w:val="0"/>
          <w:i w:val="0"/>
          <w:sz w:val="20"/>
        </w:rPr>
        <w:t>test_store_single_response()</w:t>
      </w:r>
      <w:r>
        <w:rPr>
          <w:b w:val="0"/>
          <w:i w:val="0"/>
        </w:rPr>
        <w:t xml:space="preserve"> và </w:t>
      </w:r>
      <w:r>
        <w:rPr>
          <w:rFonts w:ascii="Consolas" w:hAnsi="Consolas"/>
          <w:b w:val="0"/>
          <w:i w:val="0"/>
          <w:sz w:val="20"/>
        </w:rPr>
        <w:t>test_store_three_responses()</w:t>
      </w:r>
      <w:r>
        <w:rPr>
          <w:b w:val="0"/>
          <w:i w:val="0"/>
        </w:rPr>
        <w:t xml:space="preserve"> một đối tượng </w:t>
      </w:r>
      <w:r>
        <w:rPr>
          <w:rFonts w:ascii="Consolas" w:hAnsi="Consolas"/>
          <w:b w:val="0"/>
          <w:i w:val="0"/>
          <w:sz w:val="20"/>
        </w:rPr>
        <w:t>language_survey</w:t>
      </w:r>
      <w:r>
        <w:rPr>
          <w:b w:val="0"/>
          <w:i w:val="0"/>
        </w:rPr>
        <w:t>.</w:t>
      </w:r>
    </w:p>
    <w:p>
      <w:pPr>
        <w:spacing w:after="80"/>
      </w:pPr>
      <w:r>
        <w:rPr>
          <w:b w:val="0"/>
          <w:i w:val="0"/>
        </w:rPr>
        <w:t xml:space="preserve">Không có dòng code mới nào trong cả hai hàm test, nhưng để ý rằng hai dòng đã bị xóa khỏi mỗi hàm ❹ ❻: dòng định nghĩa câu hỏi và dòng tạo đối tượng </w:t>
      </w:r>
      <w:r>
        <w:rPr>
          <w:rFonts w:ascii="Consolas" w:hAnsi="Consolas"/>
          <w:b w:val="0"/>
          <w:i w:val="0"/>
          <w:sz w:val="20"/>
        </w:rPr>
        <w:t>AnonymousSurvey</w:t>
      </w:r>
      <w:r>
        <w:rPr>
          <w:b w:val="0"/>
          <w:i w:val="0"/>
        </w:rPr>
        <w:t>.</w:t>
      </w:r>
    </w:p>
    <w:p>
      <w:pPr>
        <w:spacing w:after="80"/>
      </w:pPr>
      <w:r>
        <w:rPr>
          <w:b w:val="0"/>
          <w:i w:val="0"/>
        </w:rPr>
        <w:t xml:space="preserve">Khi chúng ta chạy lại file test, cả hai test vẫn pass. Những test này sẽ đặc biệt hữu ích khi bạn muốn mở rộng </w:t>
      </w:r>
      <w:r>
        <w:rPr>
          <w:rFonts w:ascii="Consolas" w:hAnsi="Consolas"/>
          <w:b w:val="0"/>
          <w:i w:val="0"/>
          <w:sz w:val="20"/>
        </w:rPr>
        <w:t>AnonymousSurvey</w:t>
      </w:r>
      <w:r>
        <w:rPr>
          <w:b w:val="0"/>
          <w:i w:val="0"/>
        </w:rPr>
        <w:t xml:space="preserve"> để xử lý nhiều câu trả lời cho mỗi người. Sau khi sửa code để chấp nhận nhiều câu trả lời, bạn có thể chạy những test này và đảm bảo rằng bạn không làm ảnh hưởng đến khả năng lưu một câu trả lời đơn lẻ hay một chuỗi các câu trả lời riêng lẻ.</w:t>
      </w:r>
    </w:p>
    <w:p>
      <w:pPr>
        <w:spacing w:after="80"/>
      </w:pPr>
      <w:r>
        <w:rPr>
          <w:b w:val="0"/>
          <w:i w:val="0"/>
        </w:rPr>
        <w:t>Cấu trúc ở trên gần như chắc chắn sẽ trông có vẻ phức tạp; nó chứa một số đoạn code trừu tượng nhất mà bạn đã gặp từ trước đến giờ. Bạn không cần phải dùng fixture ngay lập tức; viết những test có nhiều code lặp lại vẫn tốt hơn là không viết test nào cả. Chỉ cần biết rằng khi bạn đã viết đủ nhiều test đến mức việc lặp lại bắt đầu gây cản trở, thì đã có một cách xử lý việc lặp lại rất chuẩn mực. Ngoài ra, fixture trong những ví dụ đơn giản như thế này thật ra không làm cho code ngắn hơn hay dễ theo dõi hơn. Nhưng trong những dự án có nhiều test, hoặc trong những tình huống cần nhiều dòng để tạo ra một tài nguyên được dùng trong nhiều test, fixture có thể cải thiện code test của bạn một cách đáng kể.</w:t>
      </w:r>
    </w:p>
    <w:p>
      <w:pPr>
        <w:spacing w:after="80"/>
      </w:pPr>
      <w:r>
        <w:rPr>
          <w:b w:val="0"/>
          <w:i w:val="0"/>
        </w:rPr>
        <w:t xml:space="preserve">Khi bạn muốn viết một fixture, hãy viết một hàm tạo ra tài nguyên được nhiều hàm test sử dụng. Thêm decorator </w:t>
      </w:r>
      <w:r>
        <w:rPr>
          <w:rFonts w:ascii="Consolas" w:hAnsi="Consolas"/>
          <w:b w:val="0"/>
          <w:i w:val="0"/>
          <w:sz w:val="20"/>
        </w:rPr>
        <w:t>@pytest.fixture</w:t>
      </w:r>
      <w:r>
        <w:rPr>
          <w:b w:val="0"/>
          <w:i w:val="0"/>
        </w:rPr>
        <w:t xml:space="preserve"> vào hàm mới đó, và thêm tên của hàm này làm tham số cho mỗi hàm test dùng tài nguyên đó. Từ đó trở đi, các test của bạn sẽ ngắn hơn và dễ viết cũng như dễ bảo trì hơn.</w:t>
      </w:r>
    </w:p>
    <w:p>
      <w:pPr>
        <w:spacing w:before="120" w:after="40"/>
      </w:pPr>
      <w:r>
        <w:rPr>
          <w:b/>
          <w:sz w:val="21"/>
        </w:rPr>
        <w:t>Tự thực hành</w:t>
      </w:r>
    </w:p>
    <w:p>
      <w:pPr>
        <w:spacing w:after="80"/>
      </w:pPr>
      <w:r>
        <w:rPr>
          <w:b/>
          <w:i w:val="0"/>
        </w:rPr>
        <w:t>11-3. Employee:</w:t>
      </w:r>
      <w:r>
        <w:rPr>
          <w:b w:val="0"/>
          <w:i w:val="0"/>
        </w:rPr>
        <w:t xml:space="preserve"> Viết một class tên là </w:t>
      </w:r>
      <w:r>
        <w:rPr>
          <w:rFonts w:ascii="Consolas" w:hAnsi="Consolas"/>
          <w:b w:val="0"/>
          <w:i w:val="0"/>
          <w:sz w:val="20"/>
        </w:rPr>
        <w:t>Employee</w:t>
      </w:r>
      <w:r>
        <w:rPr>
          <w:b w:val="0"/>
          <w:i w:val="0"/>
        </w:rPr>
        <w:t xml:space="preserve">. Phương thức </w:t>
      </w:r>
      <w:r>
        <w:rPr>
          <w:rFonts w:ascii="Consolas" w:hAnsi="Consolas"/>
          <w:b w:val="0"/>
          <w:i w:val="0"/>
          <w:sz w:val="20"/>
        </w:rPr>
        <w:t>__init__()</w:t>
      </w:r>
      <w:r>
        <w:rPr>
          <w:b w:val="0"/>
          <w:i w:val="0"/>
        </w:rPr>
        <w:t xml:space="preserve"> nên nhận vào tên, họ, và mức lương hàng năm, rồi lưu từng thứ này làm thuộc tính. Viết một phương thức tên là </w:t>
      </w:r>
      <w:r>
        <w:rPr>
          <w:rFonts w:ascii="Consolas" w:hAnsi="Consolas"/>
          <w:b w:val="0"/>
          <w:i w:val="0"/>
          <w:sz w:val="20"/>
        </w:rPr>
        <w:t>give_raise()</w:t>
      </w:r>
      <w:r>
        <w:rPr>
          <w:b w:val="0"/>
          <w:i w:val="0"/>
        </w:rPr>
        <w:t xml:space="preserve"> để mặc định cộng thêm $5,000 vào mức lương hàng năm nhưng cũng chấp nhận một mức tăng khác.</w:t>
      </w:r>
    </w:p>
    <w:p>
      <w:pPr>
        <w:spacing w:after="80"/>
      </w:pPr>
      <w:r>
        <w:rPr>
          <w:b w:val="0"/>
          <w:i w:val="0"/>
        </w:rPr>
        <w:t xml:space="preserve">Viết một file test cho </w:t>
      </w:r>
      <w:r>
        <w:rPr>
          <w:rFonts w:ascii="Consolas" w:hAnsi="Consolas"/>
          <w:b w:val="0"/>
          <w:i w:val="0"/>
          <w:sz w:val="20"/>
        </w:rPr>
        <w:t>Employee</w:t>
      </w:r>
      <w:r>
        <w:rPr>
          <w:b w:val="0"/>
          <w:i w:val="0"/>
        </w:rPr>
        <w:t xml:space="preserve"> với hai hàm test, </w:t>
      </w:r>
      <w:r>
        <w:rPr>
          <w:rFonts w:ascii="Consolas" w:hAnsi="Consolas"/>
          <w:b w:val="0"/>
          <w:i w:val="0"/>
          <w:sz w:val="20"/>
        </w:rPr>
        <w:t>test_give_default_raise()</w:t>
      </w:r>
      <w:r>
        <w:rPr>
          <w:b w:val="0"/>
          <w:i w:val="0"/>
        </w:rPr>
        <w:t xml:space="preserve"> và </w:t>
      </w:r>
      <w:r>
        <w:rPr>
          <w:rFonts w:ascii="Consolas" w:hAnsi="Consolas"/>
          <w:b w:val="0"/>
          <w:i w:val="0"/>
          <w:sz w:val="20"/>
        </w:rPr>
        <w:t>test_give_custom_raise()</w:t>
      </w:r>
      <w:r>
        <w:rPr>
          <w:b w:val="0"/>
          <w:i w:val="0"/>
        </w:rPr>
        <w:t>. Viết các test của bạn một lần mà không dùng fixture, và đảm bảo cả hai đều pass. Sau đó viết một fixture để bạn không phải tạo một đối tượng employee mới trong mỗi hàm test. Chạy lại các test, và đảm bảo cả hai test vẫn pass.</w:t>
      </w:r>
    </w:p>
    <w:p>
      <w:pPr>
        <w:pStyle w:val="Heading2"/>
      </w:pPr>
      <w:r>
        <w:rPr>
          <w:rFonts w:ascii="Calibri" w:hAnsi="Calibri"/>
          <w:b/>
          <w:i w:val="0"/>
          <w:sz w:val="32"/>
        </w:rPr>
        <w:t>Tóm tắt</w:t>
      </w:r>
    </w:p>
    <w:p>
      <w:pPr>
        <w:spacing w:after="80"/>
      </w:pPr>
      <w:r>
        <w:rPr>
          <w:b w:val="0"/>
          <w:i w:val="0"/>
        </w:rPr>
        <w:t xml:space="preserve">Trong chương này, bạn đã học cách viết test cho các hàm và class bằng những công cụ trong module </w:t>
      </w:r>
      <w:r>
        <w:rPr>
          <w:rFonts w:ascii="Consolas" w:hAnsi="Consolas"/>
          <w:b w:val="0"/>
          <w:i w:val="0"/>
          <w:sz w:val="20"/>
        </w:rPr>
        <w:t>pytest</w:t>
      </w:r>
      <w:r>
        <w:rPr>
          <w:b w:val="0"/>
          <w:i w:val="0"/>
        </w:rPr>
        <w:t>. Bạn đã học cách viết các hàm test để kiểm tra những hành vi cụ thể mà hàm và class của bạn nên thể hiện. Bạn đã thấy cách dùng fixture để tạo ra một cách hiệu quả những tài nguyên có thể được dùng trong nhiều hàm test trong một file test.</w:t>
      </w:r>
    </w:p>
    <w:p>
      <w:pPr>
        <w:spacing w:after="80"/>
      </w:pPr>
      <w:r>
        <w:rPr>
          <w:b w:val="0"/>
          <w:i w:val="0"/>
        </w:rPr>
        <w:t>Kiểm thử là một chủ đề quan trọng mà nhiều lập trình viên mới chưa từng được tiếp xúc. Bạn không cần phải viết test cho tất cả những dự án đơn giản mà bạn thử làm khi mới học lập trình. Nhưng ngay khi bạn bắt đầu làm những dự án đòi hỏi nỗ lực phát triển đáng kể, bạn nên test những hành vi quan trọng của hàm và class. Bạn sẽ tự tin hơn rằng công việc mới trên dự án sẽ không làm hỏng những phần đang hoạt động tốt, và điều này sẽ cho bạn sự tự do để cải thiện code của mình. Nếu bạn vô tình làm hỏng chức năng hiện có, bạn sẽ biết ngay lập tức, nên bạn vẫn có thể sửa vấn đề một cách dễ dàng. Phản ứng với một test thất bại mà bạn đã chạy thì dễ dàng hơn nhiều so với phản ứng với một báo cáo lỗi từ một người dùng không hài lòng.</w:t>
      </w:r>
    </w:p>
    <w:p>
      <w:pPr>
        <w:spacing w:after="80"/>
      </w:pPr>
      <w:r>
        <w:rPr>
          <w:b w:val="0"/>
          <w:i w:val="0"/>
        </w:rPr>
        <w:t>Các lập trình viên khác sẽ tôn trọng dự án của bạn hơn nếu bạn bao gồm một số test ban đầu. Họ sẽ cảm thấy thoải mái hơn khi thử nghiệm với code của bạn và sẵn lòng làm việc cùng bạn trong các dự án hơn. Nếu bạn muốn đóng góp cho một dự án mà các lập trình viên khác đang làm, bạn sẽ được kỳ vọng là chứng minh code của mình vượt qua các test hiện có và thường sẽ được kỳ vọng là viết test cho bất kỳ hành vi mới nào bạn đưa vào dự án.</w:t>
      </w:r>
    </w:p>
    <w:p>
      <w:pPr>
        <w:spacing w:after="80"/>
      </w:pPr>
      <w:r>
        <w:rPr>
          <w:b w:val="0"/>
          <w:i w:val="0"/>
        </w:rPr>
        <w:t>Hãy thử nghiệm với test để làm quen với quá trình kiểm thử code của bạn. Viết test cho những hành vi quan trọng nhất của hàm và class, nhưng đừng nhắm đến việc bao phủ toàn bộ trong những dự án ban đầu trừ khi bạn có lý do cụ thể để làm vậy.</w:t>
      </w:r>
    </w:p>
    <w:p>
      <w:pPr>
        <w:pStyle w:val="Heading1"/>
      </w:pPr>
      <w:r>
        <w:rPr>
          <w:rFonts w:ascii="Calibri" w:hAnsi="Calibri"/>
          <w:b/>
          <w:i w:val="0"/>
          <w:sz w:val="38"/>
        </w:rPr>
        <w:t>Phần II</w:t>
      </w:r>
      <w:r>
        <w:rPr>
          <w:rFonts w:ascii="Calibri" w:hAnsi="Calibri"/>
          <w:b/>
          <w:i w:val="0"/>
          <w:sz w:val="38"/>
        </w:rPr>
      </w:r>
      <w:r>
        <w:rPr>
          <w:rFonts w:ascii="Calibri" w:hAnsi="Calibri"/>
          <w:b/>
          <w:i w:val="0"/>
          <w:sz w:val="38"/>
        </w:rPr>
        <w:t>Các dự án</w:t>
      </w:r>
    </w:p>
    <w:p>
      <w:pPr>
        <w:spacing w:after="80"/>
      </w:pPr>
      <w:r>
        <w:rPr>
          <w:b w:val="0"/>
          <w:i w:val="0"/>
        </w:rPr>
        <w:t>Chúc mừng bạn! Giờ đây bạn đã biết đủ về Python để bắt đầu xây dựng những dự án tương tác và ý nghĩa. Việc tạo dự án của riêng mình sẽ dạy bạn những kỹ năng mới và củng cố hiểu biết của bạn về các khái niệm đã giới thiệu trong Phần I.</w:t>
      </w:r>
    </w:p>
    <w:p>
      <w:pPr>
        <w:spacing w:after="80"/>
      </w:pPr>
      <w:r>
        <w:rPr>
          <w:b w:val="0"/>
          <w:i w:val="0"/>
        </w:rPr>
        <w:t>Phần II gồm ba loại dự án, và bạn có thể chọn làm bất kỳ hoặc tất cả các dự án này theo thứ tự bạn thích. Dưới đây là mô tả ngắn gọn về từng dự án để giúp bạn quyết định nên bắt tay vào cái nào trước.</w:t>
      </w:r>
    </w:p>
    <w:p>
      <w:pPr>
        <w:pStyle w:val="Heading2"/>
      </w:pPr>
      <w:r>
        <w:rPr>
          <w:rFonts w:ascii="Calibri" w:hAnsi="Calibri"/>
          <w:b/>
          <w:i w:val="0"/>
          <w:sz w:val="32"/>
        </w:rPr>
        <w:t>Cuộc xâm lăng của người ngoài hành tinh: Tạo một trò chơi với Python</w:t>
      </w:r>
    </w:p>
    <w:p>
      <w:pPr>
        <w:spacing w:after="80"/>
      </w:pPr>
      <w:r>
        <w:rPr>
          <w:b w:val="0"/>
          <w:i w:val="0"/>
        </w:rPr>
        <w:t>Trong dự án Cuộc xâm lăng của người ngoài hành tinh (</w:t>
      </w:r>
      <w:r>
        <w:rPr>
          <w:b/>
          <w:i w:val="0"/>
        </w:rPr>
        <w:t>Chương 12</w:t>
      </w:r>
      <w:r>
        <w:rPr>
          <w:b w:val="0"/>
          <w:i w:val="0"/>
        </w:rPr>
        <w:t xml:space="preserve">, </w:t>
      </w:r>
      <w:r>
        <w:rPr>
          <w:b/>
          <w:i w:val="0"/>
        </w:rPr>
        <w:t>13</w:t>
      </w:r>
      <w:r>
        <w:rPr>
          <w:b w:val="0"/>
          <w:i w:val="0"/>
        </w:rPr>
        <w:t xml:space="preserve">, và </w:t>
      </w:r>
      <w:r>
        <w:rPr>
          <w:b/>
          <w:i w:val="0"/>
        </w:rPr>
        <w:t>14</w:t>
      </w:r>
      <w:r>
        <w:rPr>
          <w:b w:val="0"/>
          <w:i w:val="0"/>
        </w:rPr>
        <w:t>), bạn sẽ dùng gói Pygame để phát triển một trò chơi 2D. Mục tiêu của trò chơi là bắn hạ một đội quân người ngoài hành tinh khi chúng tràn xuống màn hình, qua các màn chơi có tốc độ và độ khó tăng dần. Khi kết thúc dự án, bạn sẽ học được những kỹ năng cho phép bạn tự phát triển các trò chơi 2D của riêng mình bằng Pygame.</w:t>
      </w:r>
    </w:p>
    <w:p>
      <w:pPr>
        <w:pStyle w:val="Heading2"/>
      </w:pPr>
      <w:r>
        <w:rPr>
          <w:rFonts w:ascii="Calibri" w:hAnsi="Calibri"/>
          <w:b/>
          <w:i w:val="0"/>
          <w:sz w:val="32"/>
        </w:rPr>
        <w:t>Trực quan hóa dữ liệu</w:t>
      </w:r>
    </w:p>
    <w:p>
      <w:pPr>
        <w:spacing w:after="80"/>
      </w:pPr>
      <w:r>
        <w:rPr>
          <w:b w:val="0"/>
          <w:i w:val="0"/>
        </w:rPr>
        <w:t xml:space="preserve">Các dự án Trực quan hóa dữ liệu bắt đầu từ </w:t>
      </w:r>
      <w:r>
        <w:rPr>
          <w:b/>
          <w:i w:val="0"/>
        </w:rPr>
        <w:t>Chương 15</w:t>
      </w:r>
      <w:r>
        <w:rPr>
          <w:b w:val="0"/>
          <w:i w:val="0"/>
        </w:rPr>
        <w:t xml:space="preserve">, nơi bạn sẽ học cách tạo dữ liệu và tạo ra một loạt hình ảnh trực quan vừa hữu ích vừa đẹp mắt từ dữ liệu đó bằng Matplotlib và Plotly. </w:t>
      </w:r>
      <w:r>
        <w:rPr>
          <w:b/>
          <w:i w:val="0"/>
        </w:rPr>
        <w:t>Chương 16</w:t>
      </w:r>
      <w:r>
        <w:rPr>
          <w:b w:val="0"/>
          <w:i w:val="0"/>
        </w:rPr>
        <w:t xml:space="preserve"> dạy bạn truy cập dữ liệu từ các nguồn trực tuyến và đưa vào một gói trực quan hóa để tạo biểu đồ dữ liệu thời tiết và bản đồ hoạt động động đất toàn cầu. Cuối cùng, </w:t>
      </w:r>
      <w:r>
        <w:rPr>
          <w:b/>
          <w:i w:val="0"/>
        </w:rPr>
        <w:t>Chương 17</w:t>
      </w:r>
      <w:r>
        <w:rPr>
          <w:b w:val="0"/>
          <w:i w:val="0"/>
        </w:rPr>
        <w:t xml:space="preserve"> chỉ cho bạn cách viết một chương trình tự động tải xuống và trực quan hóa dữ liệu. Học cách tạo hình ảnh trực quan cho phép bạn khám phá lĩnh vực khoa học dữ liệu, một trong những lĩnh vực lập trình có nhu cầu cao nhất hiện nay.</w:t>
      </w:r>
    </w:p>
    <w:p>
      <w:pPr>
        <w:pStyle w:val="Heading2"/>
      </w:pPr>
      <w:r>
        <w:rPr>
          <w:rFonts w:ascii="Calibri" w:hAnsi="Calibri"/>
          <w:b/>
          <w:i w:val="0"/>
          <w:sz w:val="32"/>
        </w:rPr>
        <w:t>Ứng dụng web</w:t>
      </w:r>
    </w:p>
    <w:p>
      <w:pPr>
        <w:spacing w:after="80"/>
      </w:pPr>
      <w:r>
        <w:rPr>
          <w:b w:val="0"/>
          <w:i w:val="0"/>
        </w:rPr>
        <w:t>Trong dự án Ứng dụng web (</w:t>
      </w:r>
      <w:r>
        <w:rPr>
          <w:b/>
          <w:i w:val="0"/>
        </w:rPr>
        <w:t>Chương 18</w:t>
      </w:r>
      <w:r>
        <w:rPr>
          <w:b w:val="0"/>
          <w:i w:val="0"/>
        </w:rPr>
        <w:t xml:space="preserve">, </w:t>
      </w:r>
      <w:r>
        <w:rPr>
          <w:b/>
          <w:i w:val="0"/>
        </w:rPr>
        <w:t>19</w:t>
      </w:r>
      <w:r>
        <w:rPr>
          <w:b w:val="0"/>
          <w:i w:val="0"/>
        </w:rPr>
        <w:t xml:space="preserve">, và </w:t>
      </w:r>
      <w:r>
        <w:rPr>
          <w:b/>
          <w:i w:val="0"/>
        </w:rPr>
        <w:t>20</w:t>
      </w:r>
      <w:r>
        <w:rPr>
          <w:b w:val="0"/>
          <w:i w:val="0"/>
        </w:rPr>
        <w:t>), bạn sẽ dùng gói Django để tạo một ứng dụng web đơn giản cho phép người dùng ghi nhật ký về những chủ đề khác nhau mà họ đang tìm hiểu. Người dùng sẽ tạo tài khoản với tên đăng nhập và mật khẩu, nhập một chủ đề, rồi ghi lại những gì họ đang học. Bạn cũng sẽ triển khai ứng dụng lên một máy chủ từ xa để bất kỳ ai trên thế giới cũng có thể truy cập.</w:t>
      </w:r>
    </w:p>
    <w:p>
      <w:pPr>
        <w:spacing w:after="80"/>
      </w:pPr>
      <w:r>
        <w:rPr>
          <w:b w:val="0"/>
          <w:i w:val="0"/>
        </w:rPr>
        <w:t>Sau khi hoàn thành dự án này, bạn sẽ có thể bắt đầu xây dựng các ứng dụng web đơn giản của riêng mình, và bạn sẽ sẵn sàng tìm hiểu sâu hơn qua các tài liệu kỹ càng hơn về xây dựng ứng dụng với Django.</w:t>
      </w:r>
    </w:p>
    <w:p>
      <w:pPr>
        <w:pStyle w:val="Heading1"/>
      </w:pPr>
      <w:r>
        <w:rPr>
          <w:rFonts w:ascii="Calibri" w:hAnsi="Calibri"/>
          <w:b/>
          <w:i w:val="0"/>
          <w:sz w:val="38"/>
        </w:rPr>
        <w:t>12</w:t>
      </w:r>
      <w:r>
        <w:rPr>
          <w:rFonts w:ascii="Calibri" w:hAnsi="Calibri"/>
          <w:b/>
          <w:i w:val="0"/>
          <w:sz w:val="38"/>
        </w:rPr>
      </w:r>
      <w:r>
        <w:rPr>
          <w:rFonts w:ascii="Calibri" w:hAnsi="Calibri"/>
          <w:b/>
          <w:i w:val="0"/>
          <w:sz w:val="38"/>
        </w:rPr>
        <w:t>Một con tàu bắn đạn</w:t>
      </w:r>
    </w:p>
    <w:p>
      <w:pPr>
        <w:jc w:val="center"/>
      </w:pPr>
      <w:r>
        <w:drawing>
          <wp:inline xmlns:a="http://schemas.openxmlformats.org/drawingml/2006/main" xmlns:pic="http://schemas.openxmlformats.org/drawingml/2006/picture">
            <wp:extent cx="3867150" cy="3867150"/>
            <wp:docPr id="17" name="Picture 17"/>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Hãy cùng xây dựng một trò chơi tên là </w:t>
      </w:r>
      <w:r>
        <w:rPr>
          <w:b w:val="0"/>
          <w:i/>
        </w:rPr>
        <w:t>Cuộc xâm lăng của người ngoài hành tinh</w:t>
      </w:r>
      <w:r>
        <w:rPr>
          <w:b w:val="0"/>
          <w:i w:val="0"/>
        </w:rPr>
        <w:t>! Chúng ta sẽ dùng Pygame, một bộ sưu tập các mô-đun Python thú vị và mạnh mẽ giúp quản lý đồ họa, hoạt hình, và cả âm thanh, giúp bạn dễ dàng xây dựng những trò chơi tinh vi hơn. Khi Pygame đảm nhận những việc như vẽ hình ảnh lên màn hình, bạn có thể tập trung vào logic cấp cao hơn của trò chơi.</w:t>
      </w:r>
    </w:p>
    <w:p>
      <w:pPr>
        <w:spacing w:after="80"/>
      </w:pPr>
      <w:r>
        <w:rPr>
          <w:b w:val="0"/>
          <w:i w:val="0"/>
        </w:rPr>
        <w:t>Trong chương này, bạn sẽ cài đặt Pygame rồi tạo một con tàu vũ trụ di chuyển sang phải và sang trái, đồng thời bắn đạn theo lệnh của người chơi. Trong hai chương tiếp theo, bạn sẽ tạo một đội quân người ngoài hành tinh để tiêu diệt, rồi tiếp tục hoàn thiện trò chơi bằng cách đặt giới hạn số tàu bạn có thể dùng và thêm bảng điểm.</w:t>
      </w:r>
    </w:p>
    <w:p>
      <w:pPr>
        <w:spacing w:after="80"/>
      </w:pPr>
      <w:r>
        <w:rPr>
          <w:b w:val="0"/>
          <w:i w:val="0"/>
        </w:rPr>
        <w:t>Trong khi xây dựng trò chơi này, bạn cũng sẽ học cách quản lý những dự án lớn trải rộng trên nhiều tệp. Chúng ta sẽ tái cấu trúc (refactor) rất nhiều mã và quản lý nội dung tệp để tổ chức dự án và làm cho mã hiệu quả hơn.</w:t>
      </w:r>
    </w:p>
    <w:p>
      <w:pPr>
        <w:spacing w:after="80"/>
      </w:pPr>
      <w:r>
        <w:rPr>
          <w:b w:val="0"/>
          <w:i w:val="0"/>
        </w:rPr>
        <w:t>Làm game là một cách tuyệt vời để vừa học ngôn ngữ vừa giải trí. Cảm giác được chơi một game do chính mình viết ra thì cực kỳ đã, và viết một game đơn giản sẽ dạy bạn rất nhiều về cách các lập trình viên chuyên nghiệp phát triển game. Khi đọc qua chương này, hãy nhập và chạy code để hiểu xem mỗi khối code đóng góp gì vào lối chơi tổng thể. Hãy thử nghiệm với các giá trị và cài đặt khác nhau để hiểu rõ hơn cách tinh chỉnh các tương tác trong game của bạn.</w:t>
      </w:r>
    </w:p>
    <w:p>
      <w:pPr>
        <w:spacing w:before="120" w:after="40"/>
      </w:pPr>
      <w:r>
        <w:rPr>
          <w:b/>
          <w:sz w:val="21"/>
        </w:rPr>
        <w:t>Ghi chú</w:t>
      </w:r>
    </w:p>
    <w:p>
      <w:pPr>
        <w:spacing w:after="80"/>
      </w:pPr>
      <w:r>
        <w:rPr>
          <w:b w:val="0"/>
          <w:i w:val="0"/>
        </w:rPr>
        <w:t xml:space="preserve">Alien Invasion trải qua nhiều file khác nhau, nên hãy tạo một thư mục mới tên là alien_invasion trên máy của bạn. Nhớ lưu tất cả các file của dự án vào thư mục này để các câu lệnh </w:t>
      </w:r>
      <w:r>
        <w:rPr>
          <w:rFonts w:ascii="Consolas" w:hAnsi="Consolas"/>
          <w:b w:val="0"/>
          <w:i w:val="0"/>
          <w:sz w:val="20"/>
        </w:rPr>
        <w:t>import</w:t>
      </w:r>
      <w:r>
        <w:rPr>
          <w:b w:val="0"/>
          <w:i w:val="0"/>
        </w:rPr>
        <w:t xml:space="preserve"> của bạn hoạt động chính xác.</w:t>
      </w:r>
    </w:p>
    <w:p>
      <w:pPr>
        <w:spacing w:after="80"/>
      </w:pPr>
      <w:r>
        <w:rPr>
          <w:b w:val="0"/>
          <w:i w:val="0"/>
        </w:rPr>
        <w:t>Ngoài ra, nếu bạn thấy thoải mái khi dùng hệ thống quản lý phiên bản (version control), bạn có thể dùng nó cho dự án này. Nếu bạn chưa từng dùng version control, xem Phụ lục D để có cái nhìn tổng quan.</w:t>
      </w:r>
    </w:p>
    <w:p>
      <w:pPr>
        <w:pStyle w:val="Heading2"/>
      </w:pPr>
      <w:r>
        <w:rPr>
          <w:rFonts w:ascii="Calibri" w:hAnsi="Calibri"/>
          <w:b/>
          <w:i w:val="0"/>
          <w:sz w:val="32"/>
        </w:rPr>
        <w:t>Lập kế hoạch cho dự án của bạn</w:t>
      </w:r>
    </w:p>
    <w:p>
      <w:pPr>
        <w:spacing w:after="80"/>
      </w:pPr>
      <w:r>
        <w:rPr>
          <w:b w:val="0"/>
          <w:i w:val="0"/>
        </w:rPr>
        <w:t>Khi xây dựng một dự án lớn, việc chuẩn bị một kế hoạch trước khi bắt đầu viết code là rất quan trọng. Kế hoạch sẽ giúp bạn tập trung và tăng khả năng hoàn thành dự án.</w:t>
      </w:r>
    </w:p>
    <w:p>
      <w:pPr>
        <w:spacing w:after="80"/>
      </w:pPr>
      <w:r>
        <w:rPr>
          <w:b w:val="0"/>
          <w:i w:val="0"/>
        </w:rPr>
        <w:t xml:space="preserve">Hãy viết một mô tả về lối chơi tổng quát. Mặc dù phần mô tả sau đây không bao quát mọi chi tiết của </w:t>
      </w:r>
      <w:r>
        <w:rPr>
          <w:b w:val="0"/>
          <w:i/>
        </w:rPr>
        <w:t>Alien Invasion</w:t>
      </w:r>
      <w:r>
        <w:rPr>
          <w:b w:val="0"/>
          <w:i w:val="0"/>
        </w:rPr>
        <w:t>, nó mang lại ý tưởng rõ ràng về cách bắt đầu xây dựng game:</w:t>
      </w:r>
    </w:p>
    <w:p>
      <w:pPr>
        <w:spacing w:after="80"/>
      </w:pPr>
      <w:r>
        <w:rPr>
          <w:b w:val="0"/>
          <w:i w:val="0"/>
        </w:rPr>
        <w:t xml:space="preserve">Trong </w:t>
      </w:r>
      <w:r>
        <w:rPr>
          <w:b w:val="0"/>
          <w:i/>
        </w:rPr>
        <w:t>Alien Invasion</w:t>
      </w:r>
      <w:r>
        <w:rPr>
          <w:b w:val="0"/>
          <w:i w:val="0"/>
        </w:rPr>
        <w:t>, người chơi điều khiển một tàu tên lửa xuất hiện ở giữa phía dưới màn hình. Người chơi có thể di chuyển tàu sang phải và sang trái bằng các phím mũi tên, và bắn đạn bằng phím spacebar. Khi game bắt đầu, một hạm đội người ngoài hành tinh lấp đầy bầu trời và di chuyển ngang rồi xuống dưới màn hình. Người chơi bắn và tiêu diệt những người ngoài hành tinh này. Nếu người chơi tiêu diệt hết tất cả người ngoài hành tinh, một hạm đội mới sẽ xuất hiện và di chuyển nhanh hơn hạm đội trước. Nếu bất kỳ người ngoài hành tinh nào đâm vào tàu của người chơi hoặc chạm tới đáy màn hình, người chơi sẽ mất một tàu. Nếu người chơi mất ba tàu, game kết thúc.</w:t>
      </w:r>
    </w:p>
    <w:p>
      <w:pPr>
        <w:spacing w:after="80"/>
      </w:pPr>
      <w:r>
        <w:rPr>
          <w:b w:val="0"/>
          <w:i w:val="0"/>
        </w:rPr>
        <w:t>Ở giai đoạn phát triển đầu tiên, chúng ta sẽ làm một con tàu có thể di chuyển sang phải và sang trái khi người chơi nhấn các phím mũi tên, và bắn đạn khi người chơi nhấn phím spacebar. Sau khi thiết lập hành vi này, chúng ta có thể tạo ra những người ngoài hành tinh và tinh chỉnh lối chơi.</w:t>
      </w:r>
    </w:p>
    <w:p>
      <w:pPr>
        <w:pStyle w:val="Heading2"/>
      </w:pPr>
      <w:r>
        <w:rPr>
          <w:rFonts w:ascii="Calibri" w:hAnsi="Calibri"/>
          <w:b/>
          <w:i w:val="0"/>
          <w:sz w:val="32"/>
        </w:rPr>
        <w:t>Cài đặt Pygame</w:t>
      </w:r>
    </w:p>
    <w:p>
      <w:pPr>
        <w:spacing w:after="80"/>
      </w:pPr>
      <w:r>
        <w:rPr>
          <w:b w:val="0"/>
          <w:i w:val="0"/>
        </w:rPr>
        <w:t>Trước khi bắt đầu viết code, hãy cài đặt Pygame. Chúng ta sẽ làm điều này giống như cách đã cài đặt pytest ở Chương 11: bằng pip. Nếu bạn đã bỏ qua Chương 11 hoặc cần ôn lại về pip, xem phần "Cài đặt pytest bằng pip" ở trang 210.</w:t>
      </w:r>
    </w:p>
    <w:p>
      <w:pPr>
        <w:spacing w:after="80"/>
      </w:pPr>
      <w:r>
        <w:rPr>
          <w:b w:val="0"/>
          <w:i w:val="0"/>
        </w:rPr>
        <w:t>Để cài đặt Pygame, nhập câu lệnh sau tại dấu nhắc terminal:</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pygame</w:t>
      </w:r>
    </w:p>
    <w:p>
      <w:pPr>
        <w:spacing w:after="40"/>
      </w:pPr>
    </w:p>
    <w:p>
      <w:pPr>
        <w:spacing w:after="80"/>
      </w:pPr>
      <w:r>
        <w:rPr>
          <w:b w:val="0"/>
          <w:i w:val="0"/>
        </w:rPr>
        <w:t xml:space="preserve">Nếu bạn dùng một câu lệnh khác thay cho </w:t>
      </w:r>
      <w:r>
        <w:rPr>
          <w:rFonts w:ascii="Consolas" w:hAnsi="Consolas"/>
          <w:b/>
          <w:i w:val="0"/>
          <w:sz w:val="20"/>
        </w:rPr>
        <w:t>python</w:t>
      </w:r>
      <w:r>
        <w:rPr>
          <w:b w:val="0"/>
          <w:i w:val="0"/>
        </w:rPr>
        <w:t xml:space="preserve"> để chạy chương trình hoặc mở phiên terminal, chẳng hạn như </w:t>
      </w:r>
      <w:r>
        <w:rPr>
          <w:rFonts w:ascii="Consolas" w:hAnsi="Consolas"/>
          <w:b/>
          <w:i w:val="0"/>
          <w:sz w:val="20"/>
        </w:rPr>
        <w:t>python3</w:t>
      </w:r>
      <w:r>
        <w:rPr>
          <w:b w:val="0"/>
          <w:i w:val="0"/>
        </w:rPr>
        <w:t>, hãy nhớ dùng câu lệnh đó thay thế.</w:t>
      </w:r>
    </w:p>
    <w:p>
      <w:pPr>
        <w:pStyle w:val="Heading2"/>
      </w:pPr>
      <w:r>
        <w:rPr>
          <w:rFonts w:ascii="Calibri" w:hAnsi="Calibri"/>
          <w:b/>
          <w:i w:val="0"/>
          <w:sz w:val="32"/>
        </w:rPr>
        <w:t>Bắt đầu dự án game</w:t>
      </w:r>
    </w:p>
    <w:p>
      <w:pPr>
        <w:spacing w:after="80"/>
      </w:pPr>
      <w:r>
        <w:rPr>
          <w:b w:val="0"/>
          <w:i w:val="0"/>
        </w:rPr>
        <w:t>Chúng ta sẽ bắt đầu xây dựng trò chơi bằng cách tạo một cửa sổ Pygame trống. Sau đó, chúng ta sẽ vẽ các thành phần của trò chơi, như tàu vũ trụ và người ngoài hành tinh, lên cửa sổ này. Chúng ta cũng sẽ làm cho trò chơi phản hồi lại thao tác của người dùng, đặt màu nền và tải hình ảnh tàu vũ trụ.</w:t>
      </w:r>
    </w:p>
    <w:p>
      <w:pPr>
        <w:pStyle w:val="Heading3"/>
      </w:pPr>
      <w:r>
        <w:rPr>
          <w:rFonts w:ascii="Calibri" w:hAnsi="Calibri"/>
          <w:b/>
          <w:i w:val="0"/>
          <w:sz w:val="27"/>
        </w:rPr>
        <w:t>Tạo cửa sổ Pygame và phản hồi thao tác của người dùng</w:t>
      </w:r>
    </w:p>
    <w:p>
      <w:pPr>
        <w:spacing w:after="80"/>
      </w:pPr>
      <w:r>
        <w:rPr>
          <w:b w:val="0"/>
          <w:i w:val="0"/>
        </w:rPr>
        <w:t xml:space="preserve">Chúng ta sẽ tạo một cửa sổ Pygame trống bằng cách tạo một lớp (class) để đại diện cho trò chơi. Trong trình soạn thảo văn bản của bạn, hãy tạo một tệp mới và lưu với tên </w:t>
      </w:r>
      <w:r>
        <w:rPr>
          <w:b w:val="0"/>
          <w:i/>
        </w:rPr>
        <w:t>alien_invasion.py</w:t>
      </w:r>
      <w:r>
        <w:rPr>
          <w:b w:val="0"/>
          <w:i w:val="0"/>
        </w:rPr>
        <w:t>; sau đó nhập đoạn mã sau:</w:t>
      </w:r>
    </w:p>
    <w:p>
      <w:pPr>
        <w:spacing w:after="80"/>
      </w:pPr>
      <w:r>
        <w:rPr>
          <w:b w:val="0"/>
          <w:i w:val="0"/>
        </w:rPr>
        <w:t>alien_invasion.py</w:t>
      </w:r>
    </w:p>
    <w:p>
      <w:pPr>
        <w:spacing w:after="0"/>
        <w:ind w:left="360"/>
        <w:shd w:val="clear" w:color="auto" w:fill="F2F2F2"/>
      </w:pPr>
      <w:r>
        <w:rPr>
          <w:rFonts w:ascii="Consolas" w:hAnsi="Consolas"/>
          <w:b w:val="0"/>
          <w:i w:val="0"/>
          <w:sz w:val="18"/>
        </w:rPr>
        <w:t>import sys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AlienInvasion:</w:t>
      </w:r>
    </w:p>
    <w:p>
      <w:pPr>
        <w:spacing w:after="0"/>
        <w:ind w:left="360"/>
        <w:shd w:val="clear" w:color="auto" w:fill="F2F2F2"/>
      </w:pPr>
      <w:r>
        <w:rPr>
          <w:rFonts w:ascii="Consolas" w:hAnsi="Consolas"/>
          <w:b w:val="0"/>
          <w:i w:val="0"/>
          <w:sz w:val="18"/>
        </w:rPr>
        <w:t xml:space="preserve">    """Overall class to manage game assets and behavior."""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w:t>
      </w:r>
    </w:p>
    <w:p>
      <w:pPr>
        <w:spacing w:after="0"/>
        <w:ind w:left="360"/>
        <w:shd w:val="clear" w:color="auto" w:fill="F2F2F2"/>
      </w:pPr>
      <w:r>
        <w:rPr>
          <w:rFonts w:ascii="Consolas" w:hAnsi="Consolas"/>
          <w:b w:val="0"/>
          <w:i w:val="0"/>
          <w:sz w:val="18"/>
        </w:rPr>
        <w:t xml:space="preserve">        """Initialize the game, and create game resources."""</w:t>
      </w:r>
    </w:p>
    <w:p>
      <w:pPr>
        <w:spacing w:after="0"/>
        <w:ind w:left="360"/>
        <w:shd w:val="clear" w:color="auto" w:fill="F2F2F2"/>
      </w:pPr>
      <w:r>
        <w:rPr>
          <w:rFonts w:ascii="Consolas" w:hAnsi="Consolas"/>
          <w:b w:val="0"/>
          <w:i w:val="0"/>
          <w:sz w:val="18"/>
        </w:rPr>
        <w:t>❶         pygame.init()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self.screen = pygame.display.set_mode((1200, 800))</w:t>
      </w:r>
    </w:p>
    <w:p>
      <w:pPr>
        <w:spacing w:after="0"/>
        <w:ind w:left="360"/>
        <w:shd w:val="clear" w:color="auto" w:fill="F2F2F2"/>
      </w:pPr>
      <w:r>
        <w:rPr>
          <w:rFonts w:ascii="Consolas" w:hAnsi="Consolas"/>
          <w:b w:val="0"/>
          <w:i w:val="0"/>
          <w:sz w:val="18"/>
        </w:rPr>
        <w:t xml:space="preserve">        pygame.display.set_caption("Alien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run_game(self):</w:t>
      </w:r>
    </w:p>
    <w:p>
      <w:pPr>
        <w:spacing w:after="0"/>
        <w:ind w:left="360"/>
        <w:shd w:val="clear" w:color="auto" w:fill="F2F2F2"/>
      </w:pPr>
      <w:r>
        <w:rPr>
          <w:rFonts w:ascii="Consolas" w:hAnsi="Consolas"/>
          <w:b w:val="0"/>
          <w:i w:val="0"/>
          <w:sz w:val="18"/>
        </w:rPr>
        <w:t xml:space="preserve">        """Start the main loop for the game."""</w:t>
      </w:r>
    </w:p>
    <w:p>
      <w:pPr>
        <w:spacing w:after="0"/>
        <w:ind w:left="360"/>
        <w:shd w:val="clear" w:color="auto" w:fill="F2F2F2"/>
      </w:pPr>
      <w:r>
        <w:rPr>
          <w:rFonts w:ascii="Consolas" w:hAnsi="Consolas"/>
          <w:b w:val="0"/>
          <w:i w:val="0"/>
          <w:sz w:val="18"/>
        </w:rPr>
        <w:t>❸         while True:</w:t>
      </w:r>
    </w:p>
    <w:p>
      <w:pPr>
        <w:spacing w:after="0"/>
        <w:ind w:left="360"/>
        <w:shd w:val="clear" w:color="auto" w:fill="F2F2F2"/>
      </w:pPr>
      <w:r>
        <w:rPr>
          <w:rFonts w:ascii="Consolas" w:hAnsi="Consolas"/>
          <w:b w:val="0"/>
          <w:i w:val="0"/>
          <w:sz w:val="18"/>
        </w:rPr>
        <w:t xml:space="preserve">            # Watch for keyboard and mouse events.</w:t>
      </w:r>
    </w:p>
    <w:p>
      <w:pPr>
        <w:spacing w:after="0"/>
        <w:ind w:left="360"/>
        <w:shd w:val="clear" w:color="auto" w:fill="F2F2F2"/>
      </w:pPr>
      <w:r>
        <w:rPr>
          <w:rFonts w:ascii="Consolas" w:hAnsi="Consolas"/>
          <w:b w:val="0"/>
          <w:i w:val="0"/>
          <w:sz w:val="18"/>
        </w:rPr>
        <w:t>❹             for event in pygame.event.get():</w:t>
      </w:r>
    </w:p>
    <w:p>
      <w:pPr>
        <w:spacing w:after="0"/>
        <w:ind w:left="360"/>
        <w:shd w:val="clear" w:color="auto" w:fill="F2F2F2"/>
      </w:pPr>
      <w:r>
        <w:rPr>
          <w:rFonts w:ascii="Consolas" w:hAnsi="Consolas"/>
          <w:b w:val="0"/>
          <w:i w:val="0"/>
          <w:sz w:val="18"/>
        </w:rPr>
        <w:t>❺                 if event.type == pygame.QUIT:</w:t>
      </w:r>
    </w:p>
    <w:p>
      <w:pPr>
        <w:spacing w:after="0"/>
        <w:ind w:left="360"/>
        <w:shd w:val="clear" w:color="auto" w:fill="F2F2F2"/>
      </w:pPr>
      <w:r>
        <w:rPr>
          <w:rFonts w:ascii="Consolas" w:hAnsi="Consolas"/>
          <w:b w:val="0"/>
          <w:i w:val="0"/>
          <w:sz w:val="18"/>
        </w:rPr>
        <w:t xml:space="preserve">                    sys.exit()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Make the most recently drawn screen visible.</w:t>
      </w:r>
    </w:p>
    <w:p>
      <w:pPr>
        <w:spacing w:after="0"/>
        <w:ind w:left="360"/>
        <w:shd w:val="clear" w:color="auto" w:fill="F2F2F2"/>
      </w:pPr>
      <w:r>
        <w:rPr>
          <w:rFonts w:ascii="Consolas" w:hAnsi="Consolas"/>
          <w:b w:val="0"/>
          <w:i w:val="0"/>
          <w:sz w:val="18"/>
        </w:rPr>
        <w:t>❻             pygame.display.flip()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__name__ == '__main__':</w:t>
      </w:r>
    </w:p>
    <w:p>
      <w:pPr>
        <w:spacing w:after="0"/>
        <w:ind w:left="360"/>
        <w:shd w:val="clear" w:color="auto" w:fill="F2F2F2"/>
      </w:pPr>
      <w:r>
        <w:rPr>
          <w:rFonts w:ascii="Consolas" w:hAnsi="Consolas"/>
          <w:b w:val="0"/>
          <w:i w:val="0"/>
          <w:sz w:val="18"/>
        </w:rPr>
        <w:t xml:space="preserve">    # Make a game instance, and run the game.</w:t>
      </w:r>
    </w:p>
    <w:p>
      <w:pPr>
        <w:spacing w:after="0"/>
        <w:ind w:left="360"/>
        <w:shd w:val="clear" w:color="auto" w:fill="F2F2F2"/>
      </w:pPr>
      <w:r>
        <w:rPr>
          <w:rFonts w:ascii="Consolas" w:hAnsi="Consolas"/>
          <w:b w:val="0"/>
          <w:i w:val="0"/>
          <w:sz w:val="18"/>
        </w:rPr>
        <w:t xml:space="preserve">    ai = AlienInvasion()</w:t>
      </w:r>
    </w:p>
    <w:p>
      <w:pPr>
        <w:spacing w:after="0"/>
        <w:ind w:left="360"/>
        <w:shd w:val="clear" w:color="auto" w:fill="F2F2F2"/>
      </w:pPr>
      <w:r>
        <w:rPr>
          <w:rFonts w:ascii="Consolas" w:hAnsi="Consolas"/>
          <w:b w:val="0"/>
          <w:i w:val="0"/>
          <w:sz w:val="18"/>
        </w:rPr>
        <w:t xml:space="preserve">    ai.run_game()</w:t>
      </w:r>
    </w:p>
    <w:p>
      <w:pPr>
        <w:spacing w:after="40"/>
      </w:pPr>
    </w:p>
    <w:p>
      <w:pPr>
        <w:spacing w:after="80"/>
      </w:pPr>
      <w:r>
        <w:rPr>
          <w:b w:val="0"/>
          <w:i w:val="0"/>
        </w:rPr>
        <w:t xml:space="preserve">Đầu tiên, chúng ta nhập (import) các mô-đun </w:t>
      </w:r>
      <w:r>
        <w:rPr>
          <w:rFonts w:ascii="Consolas" w:hAnsi="Consolas"/>
          <w:b w:val="0"/>
          <w:i w:val="0"/>
          <w:sz w:val="20"/>
        </w:rPr>
        <w:t>sys</w:t>
      </w:r>
      <w:r>
        <w:rPr>
          <w:b w:val="0"/>
          <w:i w:val="0"/>
        </w:rPr>
        <w:t xml:space="preserve"> và </w:t>
      </w:r>
      <w:r>
        <w:rPr>
          <w:rFonts w:ascii="Consolas" w:hAnsi="Consolas"/>
          <w:b w:val="0"/>
          <w:i w:val="0"/>
          <w:sz w:val="20"/>
        </w:rPr>
        <w:t>pygame</w:t>
      </w:r>
      <w:r>
        <w:rPr>
          <w:b w:val="0"/>
          <w:i w:val="0"/>
        </w:rPr>
        <w:t xml:space="preserve">. Mô-đun </w:t>
      </w:r>
      <w:r>
        <w:rPr>
          <w:rFonts w:ascii="Consolas" w:hAnsi="Consolas"/>
          <w:b w:val="0"/>
          <w:i w:val="0"/>
          <w:sz w:val="20"/>
        </w:rPr>
        <w:t>pygame</w:t>
      </w:r>
      <w:r>
        <w:rPr>
          <w:b w:val="0"/>
          <w:i w:val="0"/>
        </w:rPr>
        <w:t xml:space="preserve"> chứa các chức năng mà chúng ta cần để tạo trò chơi. Chúng ta sẽ dùng các công cụ trong mô-đun </w:t>
      </w:r>
      <w:r>
        <w:rPr>
          <w:rFonts w:ascii="Consolas" w:hAnsi="Consolas"/>
          <w:b w:val="0"/>
          <w:i w:val="0"/>
          <w:sz w:val="20"/>
        </w:rPr>
        <w:t>sys</w:t>
      </w:r>
      <w:r>
        <w:rPr>
          <w:b w:val="0"/>
          <w:i w:val="0"/>
        </w:rPr>
        <w:t xml:space="preserve"> để thoát trò chơi khi người chơi thoát.</w:t>
      </w:r>
    </w:p>
    <w:p>
      <w:pPr>
        <w:spacing w:after="80"/>
      </w:pPr>
      <w:r>
        <w:rPr>
          <w:b w:val="0"/>
          <w:i/>
        </w:rPr>
        <w:t>Alien Invasion</w:t>
      </w:r>
      <w:r>
        <w:rPr>
          <w:b w:val="0"/>
          <w:i w:val="0"/>
        </w:rPr>
        <w:t xml:space="preserve"> bắt đầu với một lớp có tên là </w:t>
      </w:r>
      <w:r>
        <w:rPr>
          <w:rFonts w:ascii="Consolas" w:hAnsi="Consolas"/>
          <w:b w:val="0"/>
          <w:i w:val="0"/>
          <w:sz w:val="20"/>
        </w:rPr>
        <w:t>AlienInvasion</w:t>
      </w:r>
      <w:r>
        <w:rPr>
          <w:b w:val="0"/>
          <w:i w:val="0"/>
        </w:rPr>
        <w:t xml:space="preserve">. Trong phương thức </w:t>
      </w:r>
      <w:r>
        <w:rPr>
          <w:rFonts w:ascii="Consolas" w:hAnsi="Consolas"/>
          <w:b w:val="0"/>
          <w:i w:val="0"/>
          <w:sz w:val="20"/>
        </w:rPr>
        <w:t>__init__()</w:t>
      </w:r>
      <w:r>
        <w:rPr>
          <w:b w:val="0"/>
          <w:i w:val="0"/>
        </w:rPr>
        <w:t xml:space="preserve">, hàm </w:t>
      </w:r>
      <w:r>
        <w:rPr>
          <w:rFonts w:ascii="Consolas" w:hAnsi="Consolas"/>
          <w:b w:val="0"/>
          <w:i w:val="0"/>
          <w:sz w:val="20"/>
        </w:rPr>
        <w:t>pygame.init()</w:t>
      </w:r>
      <w:r>
        <w:rPr>
          <w:b w:val="0"/>
          <w:i w:val="0"/>
        </w:rPr>
        <w:t xml:space="preserve"> khởi tạo các thiết lập nền mà Pygame cần để hoạt động đúng cách ❶. Sau đó chúng ta gọi </w:t>
      </w:r>
      <w:r>
        <w:rPr>
          <w:rFonts w:ascii="Consolas" w:hAnsi="Consolas"/>
          <w:b w:val="0"/>
          <w:i w:val="0"/>
          <w:sz w:val="20"/>
        </w:rPr>
        <w:t>pygame.display.set_mode()</w:t>
      </w:r>
      <w:r>
        <w:rPr>
          <w:b w:val="0"/>
          <w:i w:val="0"/>
        </w:rPr>
        <w:t xml:space="preserve"> để tạo một cửa sổ hiển thị ❷, nơi chúng ta sẽ vẽ tất cả các thành phần đồ họa của trò chơi. Đối số </w:t>
      </w:r>
      <w:r>
        <w:rPr>
          <w:rFonts w:ascii="Consolas" w:hAnsi="Consolas"/>
          <w:b w:val="0"/>
          <w:i w:val="0"/>
          <w:sz w:val="20"/>
        </w:rPr>
        <w:t>(1200, 800)</w:t>
      </w:r>
      <w:r>
        <w:rPr>
          <w:b w:val="0"/>
          <w:i w:val="0"/>
        </w:rPr>
        <w:t xml:space="preserve"> là một tuple xác định kích thước của cửa sổ trò chơi, cụ thể là rộng 1.200 pixel và cao 800 pixel. (Bạn có thể điều chỉnh các giá trị này tùy theo kích thước màn hình của mình.) Chúng ta gán cửa sổ hiển thị này cho thuộc tính </w:t>
      </w:r>
      <w:r>
        <w:rPr>
          <w:rFonts w:ascii="Consolas" w:hAnsi="Consolas"/>
          <w:b w:val="0"/>
          <w:i w:val="0"/>
          <w:sz w:val="20"/>
        </w:rPr>
        <w:t>self.screen</w:t>
      </w:r>
      <w:r>
        <w:rPr>
          <w:b w:val="0"/>
          <w:i w:val="0"/>
        </w:rPr>
        <w:t>, để nó có thể được sử dụng trong tất cả các phương thức của lớp.</w:t>
      </w:r>
    </w:p>
    <w:p>
      <w:pPr>
        <w:spacing w:after="80"/>
      </w:pPr>
      <w:r>
        <w:rPr>
          <w:b w:val="0"/>
          <w:i w:val="0"/>
        </w:rPr>
        <w:t xml:space="preserve">Đối tượng mà chúng ta gán cho </w:t>
      </w:r>
      <w:r>
        <w:rPr>
          <w:rFonts w:ascii="Consolas" w:hAnsi="Consolas"/>
          <w:b w:val="0"/>
          <w:i w:val="0"/>
          <w:sz w:val="20"/>
        </w:rPr>
        <w:t>self.screen</w:t>
      </w:r>
      <w:r>
        <w:rPr>
          <w:b w:val="0"/>
          <w:i w:val="0"/>
        </w:rPr>
        <w:t xml:space="preserve"> được gọi là một surface. Một </w:t>
      </w:r>
      <w:r>
        <w:rPr>
          <w:b w:val="0"/>
          <w:i/>
        </w:rPr>
        <w:t>surface</w:t>
      </w:r>
      <w:r>
        <w:rPr>
          <w:b w:val="0"/>
          <w:i w:val="0"/>
        </w:rPr>
        <w:t xml:space="preserve"> trong Pygame là một phần của màn hình nơi một thành phần trò chơi có thể được hiển thị. Mỗi thành phần trong trò chơi, như người ngoài hành tinh hay tàu vũ trụ, đều là một surface riêng. Surface được trả về bởi </w:t>
      </w:r>
      <w:r>
        <w:rPr>
          <w:rFonts w:ascii="Consolas" w:hAnsi="Consolas"/>
          <w:b w:val="0"/>
          <w:i w:val="0"/>
          <w:sz w:val="20"/>
        </w:rPr>
        <w:t>display.set_mode()</w:t>
      </w:r>
      <w:r>
        <w:rPr>
          <w:b w:val="0"/>
          <w:i w:val="0"/>
        </w:rPr>
        <w:t xml:space="preserve"> đại diện cho toàn bộ cửa sổ trò chơi. Khi chúng ta kích hoạt vòng lặp hoạt ảnh của trò chơi, surface này sẽ được vẽ lại trong mỗi lần lặp qua vòng lặp, để nó có thể được cập nhật với bất kỳ thay đổi nào do thao tác của người dùng gây ra.</w:t>
      </w:r>
    </w:p>
    <w:p>
      <w:pPr>
        <w:spacing w:after="80"/>
      </w:pPr>
      <w:r>
        <w:rPr>
          <w:b w:val="0"/>
          <w:i w:val="0"/>
        </w:rPr>
        <w:t xml:space="preserve">Trò chơi được điều khiển bởi phương thức </w:t>
      </w:r>
      <w:r>
        <w:rPr>
          <w:rFonts w:ascii="Consolas" w:hAnsi="Consolas"/>
          <w:b w:val="0"/>
          <w:i w:val="0"/>
          <w:sz w:val="20"/>
        </w:rPr>
        <w:t>run_game()</w:t>
      </w:r>
      <w:r>
        <w:rPr>
          <w:b w:val="0"/>
          <w:i w:val="0"/>
        </w:rPr>
        <w:t xml:space="preserve">. Phương thức này chứa một vòng lặp </w:t>
      </w:r>
      <w:r>
        <w:rPr>
          <w:rFonts w:ascii="Consolas" w:hAnsi="Consolas"/>
          <w:b w:val="0"/>
          <w:i w:val="0"/>
          <w:sz w:val="20"/>
        </w:rPr>
        <w:t>while</w:t>
      </w:r>
      <w:r>
        <w:rPr>
          <w:b w:val="0"/>
          <w:i w:val="0"/>
        </w:rPr>
        <w:t xml:space="preserve"> ❸ chạy liên tục. Vòng lặp </w:t>
      </w:r>
      <w:r>
        <w:rPr>
          <w:rFonts w:ascii="Consolas" w:hAnsi="Consolas"/>
          <w:b w:val="0"/>
          <w:i w:val="0"/>
          <w:sz w:val="20"/>
        </w:rPr>
        <w:t>while</w:t>
      </w:r>
      <w:r>
        <w:rPr>
          <w:b w:val="0"/>
          <w:i w:val="0"/>
        </w:rPr>
        <w:t xml:space="preserve"> chứa một vòng lặp sự kiện (event loop) và mã quản lý việc cập nhật màn hình. Một </w:t>
      </w:r>
      <w:r>
        <w:rPr>
          <w:b w:val="0"/>
          <w:i/>
        </w:rPr>
        <w:t>sự kiện</w:t>
      </w:r>
      <w:r>
        <w:rPr>
          <w:b w:val="0"/>
          <w:i w:val="0"/>
        </w:rPr>
        <w:t xml:space="preserve"> (event) là một hành động mà người dùng thực hiện trong khi chơi trò chơi, chẳng hạn như nhấn một phím hoặc di chuyển chuột. Để chương trình phản hồi lại các sự kiện, chúng ta viết một </w:t>
      </w:r>
      <w:r>
        <w:rPr>
          <w:b w:val="0"/>
          <w:i/>
        </w:rPr>
        <w:t>vòng lặp sự kiện</w:t>
      </w:r>
      <w:r>
        <w:rPr>
          <w:b w:val="0"/>
          <w:i w:val="0"/>
        </w:rPr>
        <w:t xml:space="preserve"> để </w:t>
      </w:r>
      <w:r>
        <w:rPr>
          <w:b w:val="0"/>
          <w:i/>
        </w:rPr>
        <w:t>lắng nghe</w:t>
      </w:r>
      <w:r>
        <w:rPr>
          <w:b w:val="0"/>
          <w:i w:val="0"/>
        </w:rPr>
        <w:t xml:space="preserve"> các sự kiện và thực hiện các tác vụ phù hợp tùy theo loại sự kiện xảy ra. Vòng lặp </w:t>
      </w:r>
      <w:r>
        <w:rPr>
          <w:rFonts w:ascii="Consolas" w:hAnsi="Consolas"/>
          <w:b w:val="0"/>
          <w:i w:val="0"/>
          <w:sz w:val="20"/>
        </w:rPr>
        <w:t>for</w:t>
      </w:r>
      <w:r>
        <w:rPr>
          <w:b w:val="0"/>
          <w:i w:val="0"/>
        </w:rPr>
        <w:t xml:space="preserve"> ❹ lồng bên trong vòng lặp </w:t>
      </w:r>
      <w:r>
        <w:rPr>
          <w:rFonts w:ascii="Consolas" w:hAnsi="Consolas"/>
          <w:b w:val="0"/>
          <w:i w:val="0"/>
          <w:sz w:val="20"/>
        </w:rPr>
        <w:t>while</w:t>
      </w:r>
      <w:r>
        <w:rPr>
          <w:b w:val="0"/>
          <w:i w:val="0"/>
        </w:rPr>
        <w:t xml:space="preserve"> chính là một vòng lặp sự kiện.</w:t>
      </w:r>
    </w:p>
    <w:p>
      <w:pPr>
        <w:spacing w:after="80"/>
      </w:pPr>
      <w:r>
        <w:rPr>
          <w:b w:val="0"/>
          <w:i w:val="0"/>
        </w:rPr>
        <w:t xml:space="preserve">Để truy cập các sự kiện mà Pygame phát hiện, chúng ta sẽ dùng hàm </w:t>
      </w:r>
      <w:r>
        <w:rPr>
          <w:rFonts w:ascii="Consolas" w:hAnsi="Consolas"/>
          <w:b w:val="0"/>
          <w:i w:val="0"/>
          <w:sz w:val="20"/>
        </w:rPr>
        <w:t>pygame.event.get()</w:t>
      </w:r>
      <w:r>
        <w:rPr>
          <w:b w:val="0"/>
          <w:i w:val="0"/>
        </w:rPr>
        <w:t xml:space="preserve">. Hàm này trả về một danh sách các sự kiện đã xảy ra kể từ lần cuối hàm này được gọi. Bất kỳ sự kiện bàn phím hay chuột nào cũng sẽ khiến vòng lặp </w:t>
      </w:r>
      <w:r>
        <w:rPr>
          <w:rFonts w:ascii="Consolas" w:hAnsi="Consolas"/>
          <w:b w:val="0"/>
          <w:i w:val="0"/>
          <w:sz w:val="20"/>
        </w:rPr>
        <w:t>for</w:t>
      </w:r>
      <w:r>
        <w:rPr>
          <w:b w:val="0"/>
          <w:i w:val="0"/>
        </w:rPr>
        <w:t xml:space="preserve"> này chạy. Bên trong vòng lặp, chúng ta sẽ viết một loạt câu lệnh </w:t>
      </w:r>
      <w:r>
        <w:rPr>
          <w:rFonts w:ascii="Consolas" w:hAnsi="Consolas"/>
          <w:b w:val="0"/>
          <w:i w:val="0"/>
          <w:sz w:val="20"/>
        </w:rPr>
        <w:t>if</w:t>
      </w:r>
      <w:r>
        <w:rPr>
          <w:b w:val="0"/>
          <w:i w:val="0"/>
        </w:rPr>
        <w:t xml:space="preserve"> để phát hiện và phản hồi các sự kiện cụ thể. Ví dụ, khi người chơi nhấn nút đóng cửa sổ trò chơi, một sự kiện </w:t>
      </w:r>
      <w:r>
        <w:rPr>
          <w:rFonts w:ascii="Consolas" w:hAnsi="Consolas"/>
          <w:b w:val="0"/>
          <w:i w:val="0"/>
          <w:sz w:val="20"/>
        </w:rPr>
        <w:t>pygame.QUIT</w:t>
      </w:r>
      <w:r>
        <w:rPr>
          <w:b w:val="0"/>
          <w:i w:val="0"/>
        </w:rPr>
        <w:t xml:space="preserve"> được phát hiện và chúng ta gọi </w:t>
      </w:r>
      <w:r>
        <w:rPr>
          <w:rFonts w:ascii="Consolas" w:hAnsi="Consolas"/>
          <w:b w:val="0"/>
          <w:i w:val="0"/>
          <w:sz w:val="20"/>
        </w:rPr>
        <w:t>sys.exit()</w:t>
      </w:r>
      <w:r>
        <w:rPr>
          <w:b w:val="0"/>
          <w:i w:val="0"/>
        </w:rPr>
        <w:t xml:space="preserve"> để thoát trò chơi ❺.</w:t>
      </w:r>
    </w:p>
    <w:p>
      <w:pPr>
        <w:spacing w:after="80"/>
      </w:pPr>
      <w:r>
        <w:rPr>
          <w:b w:val="0"/>
          <w:i w:val="0"/>
        </w:rPr>
        <w:t xml:space="preserve">Lệnh gọi </w:t>
      </w:r>
      <w:r>
        <w:rPr>
          <w:rFonts w:ascii="Consolas" w:hAnsi="Consolas"/>
          <w:b w:val="0"/>
          <w:i w:val="0"/>
          <w:sz w:val="20"/>
        </w:rPr>
        <w:t>pygame.display.flip()</w:t>
      </w:r>
      <w:r>
        <w:rPr>
          <w:b w:val="0"/>
          <w:i w:val="0"/>
        </w:rPr>
        <w:t xml:space="preserve"> ❻ báo cho Pygame hiển thị màn hình vừa được vẽ gần nhất. Trong trường hợp này, nó chỉ đơn giản vẽ một màn hình trống trong mỗi lần lặp qua vòng lặp </w:t>
      </w:r>
      <w:r>
        <w:rPr>
          <w:rFonts w:ascii="Consolas" w:hAnsi="Consolas"/>
          <w:b w:val="0"/>
          <w:i w:val="0"/>
          <w:sz w:val="20"/>
        </w:rPr>
        <w:t>while</w:t>
      </w:r>
      <w:r>
        <w:rPr>
          <w:b w:val="0"/>
          <w:i w:val="0"/>
        </w:rPr>
        <w:t xml:space="preserve">, xóa màn hình cũ để chỉ màn hình mới được hiển thị. Khi chúng ta di chuyển các thành phần trò chơi xung quanh, </w:t>
      </w:r>
      <w:r>
        <w:rPr>
          <w:rFonts w:ascii="Consolas" w:hAnsi="Consolas"/>
          <w:b w:val="0"/>
          <w:i w:val="0"/>
          <w:sz w:val="20"/>
        </w:rPr>
        <w:t>pygame.display.flip()</w:t>
      </w:r>
      <w:r>
        <w:rPr>
          <w:b w:val="0"/>
          <w:i w:val="0"/>
        </w:rPr>
        <w:t xml:space="preserve"> liên tục cập nhật màn hình để hiển thị vị trí mới của các thành phần trò chơi và ẩn các thành phần cũ, tạo ra ảo giác về chuyển động mượt mà.</w:t>
      </w:r>
    </w:p>
    <w:p>
      <w:pPr>
        <w:spacing w:after="80"/>
      </w:pPr>
      <w:r>
        <w:rPr>
          <w:b w:val="0"/>
          <w:i w:val="0"/>
        </w:rPr>
        <w:t xml:space="preserve">Ở cuối tệp, chúng ta tạo một thể hiện (instance) của trò chơi và sau đó gọi </w:t>
      </w:r>
      <w:r>
        <w:rPr>
          <w:rFonts w:ascii="Consolas" w:hAnsi="Consolas"/>
          <w:b w:val="0"/>
          <w:i w:val="0"/>
          <w:sz w:val="20"/>
        </w:rPr>
        <w:t>run_game()</w:t>
      </w:r>
      <w:r>
        <w:rPr>
          <w:b w:val="0"/>
          <w:i w:val="0"/>
        </w:rPr>
        <w:t xml:space="preserve">. Chúng ta đặt </w:t>
      </w:r>
      <w:r>
        <w:rPr>
          <w:rFonts w:ascii="Consolas" w:hAnsi="Consolas"/>
          <w:b w:val="0"/>
          <w:i w:val="0"/>
          <w:sz w:val="20"/>
        </w:rPr>
        <w:t>run_game()</w:t>
      </w:r>
      <w:r>
        <w:rPr>
          <w:b w:val="0"/>
          <w:i w:val="0"/>
        </w:rPr>
        <w:t xml:space="preserve"> trong một khối </w:t>
      </w:r>
      <w:r>
        <w:rPr>
          <w:rFonts w:ascii="Consolas" w:hAnsi="Consolas"/>
          <w:b w:val="0"/>
          <w:i w:val="0"/>
          <w:sz w:val="20"/>
        </w:rPr>
        <w:t>if</w:t>
      </w:r>
      <w:r>
        <w:rPr>
          <w:b w:val="0"/>
          <w:i w:val="0"/>
        </w:rPr>
        <w:t xml:space="preserve"> chỉ chạy nếu tệp được gọi trực tiếp. Khi bạn chạy tệp </w:t>
      </w:r>
      <w:r>
        <w:rPr>
          <w:b w:val="0"/>
          <w:i/>
        </w:rPr>
        <w:t>alien_invasion.py</w:t>
      </w:r>
      <w:r>
        <w:rPr>
          <w:b w:val="0"/>
          <w:i w:val="0"/>
        </w:rPr>
        <w:t xml:space="preserve"> này, bạn sẽ thấy một cửa sổ Pygame trống.</w:t>
      </w:r>
    </w:p>
    <w:p>
      <w:pPr>
        <w:pStyle w:val="Heading3"/>
      </w:pPr>
      <w:r>
        <w:rPr>
          <w:rFonts w:ascii="Calibri" w:hAnsi="Calibri"/>
          <w:b/>
          <w:i w:val="0"/>
          <w:sz w:val="27"/>
        </w:rPr>
        <w:t>Kiểm soát tốc độ khung hình</w:t>
      </w:r>
    </w:p>
    <w:p>
      <w:pPr>
        <w:spacing w:after="80"/>
      </w:pPr>
      <w:r>
        <w:rPr>
          <w:b w:val="0"/>
          <w:i w:val="0"/>
        </w:rPr>
        <w:t xml:space="preserve">Lý tưởng nhất là các trò chơi nên chạy ở cùng một tốc độ, hay </w:t>
      </w:r>
      <w:r>
        <w:rPr>
          <w:b w:val="0"/>
          <w:i/>
        </w:rPr>
        <w:t>tốc độ khung hình</w:t>
      </w:r>
      <w:r>
        <w:rPr>
          <w:b w:val="0"/>
          <w:i w:val="0"/>
        </w:rPr>
        <w:t xml:space="preserve"> (frame rate), trên mọi hệ thống. Việc kiểm soát tốc độ khung hình của một trò chơi có thể chạy trên nhiều hệ thống là một vấn đề phức tạp, nhưng Pygame cung cấp một cách tương đối đơn giản để đạt được mục tiêu này. Chúng ta sẽ tạo một đồng hồ (clock), và đảm bảo đồng hồ đánh dấu một lần trong mỗi lần lặp qua vòng lặp chính. Bất cứ khi nào vòng lặp xử lý nhanh hơn tốc độ chúng ta định nghĩa, Pygame sẽ tính toán khoảng thời gian tạm dừng chính xác để trò chơi chạy ở tốc độ nhất quán.</w:t>
      </w:r>
    </w:p>
    <w:p>
      <w:pPr>
        <w:spacing w:after="80"/>
      </w:pPr>
      <w:r>
        <w:rPr>
          <w:b w:val="0"/>
          <w:i w:val="0"/>
        </w:rPr>
        <w:t xml:space="preserve">Chúng ta sẽ định nghĩa đồng hồ trong phương thức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"""Khởi tạo trò chơi và tạo các tài nguyên cho trò chơi."""</w:t>
      </w:r>
      <w:r>
        <w:br/>
      </w:r>
      <w:r>
        <w:rPr>
          <w:b w:val="0"/>
          <w:i w:val="0"/>
        </w:rPr>
        <w:t xml:space="preserve">        pygame.init()</w:t>
      </w:r>
      <w:r>
        <w:br/>
      </w:r>
      <w:r>
        <w:rPr>
          <w:b w:val="0"/>
          <w:i w:val="0"/>
        </w:rPr>
        <w:t xml:space="preserve">        self.clock = pygame.time.Clock()</w:t>
      </w:r>
      <w:r>
        <w:br/>
      </w:r>
      <w:r>
        <w:rPr>
          <w:b w:val="0"/>
          <w:i w:val="0"/>
        </w:rPr>
        <w:t xml:space="preserve">        </w:t>
      </w:r>
      <w:r>
        <w:rPr>
          <w:b w:val="0"/>
          <w:i/>
        </w:rPr>
        <w:t>--snip--</w:t>
      </w:r>
    </w:p>
    <w:p>
      <w:pPr>
        <w:spacing w:after="80"/>
      </w:pPr>
      <w:r>
        <w:rPr>
          <w:b w:val="0"/>
          <w:i w:val="0"/>
        </w:rPr>
        <w:t xml:space="preserve">Sau khi khởi tạo </w:t>
      </w:r>
      <w:r>
        <w:rPr>
          <w:rFonts w:ascii="Consolas" w:hAnsi="Consolas"/>
          <w:b w:val="0"/>
          <w:i w:val="0"/>
          <w:sz w:val="20"/>
        </w:rPr>
        <w:t>pygame</w:t>
      </w:r>
      <w:r>
        <w:rPr>
          <w:b w:val="0"/>
          <w:i w:val="0"/>
        </w:rPr>
        <w:t xml:space="preserve">, chúng ta tạo một đối tượng (instance) của lớp </w:t>
      </w:r>
      <w:r>
        <w:rPr>
          <w:rFonts w:ascii="Consolas" w:hAnsi="Consolas"/>
          <w:b w:val="0"/>
          <w:i w:val="0"/>
          <w:sz w:val="20"/>
        </w:rPr>
        <w:t>Clock</w:t>
      </w:r>
      <w:r>
        <w:rPr>
          <w:b w:val="0"/>
          <w:i w:val="0"/>
        </w:rPr>
        <w:t xml:space="preserve">, từ module </w:t>
      </w:r>
      <w:r>
        <w:rPr>
          <w:rFonts w:ascii="Consolas" w:hAnsi="Consolas"/>
          <w:b w:val="0"/>
          <w:i w:val="0"/>
          <w:sz w:val="20"/>
        </w:rPr>
        <w:t>pygame.time</w:t>
      </w:r>
      <w:r>
        <w:rPr>
          <w:b w:val="0"/>
          <w:i w:val="0"/>
        </w:rPr>
        <w:t xml:space="preserve">. Sau đó chúng ta sẽ cho đồng hồ chạy tick ở cuối vòng lặp </w:t>
      </w:r>
      <w:r>
        <w:rPr>
          <w:rFonts w:ascii="Consolas" w:hAnsi="Consolas"/>
          <w:b w:val="0"/>
          <w:i w:val="0"/>
          <w:sz w:val="20"/>
        </w:rPr>
        <w:t>while</w:t>
      </w:r>
      <w:r>
        <w:rPr>
          <w:b w:val="0"/>
          <w:i w:val="0"/>
        </w:rPr>
        <w:t xml:space="preserve"> trong </w:t>
      </w:r>
      <w:r>
        <w:rPr>
          <w:rFonts w:ascii="Consolas" w:hAnsi="Consolas"/>
          <w:b w:val="0"/>
          <w:i w:val="0"/>
          <w:sz w:val="20"/>
        </w:rPr>
        <w:t>run_game()</w:t>
      </w:r>
      <w:r>
        <w:rPr>
          <w:b w:val="0"/>
          <w:i w:val="0"/>
        </w:rPr>
        <w:t>:</w:t>
      </w:r>
    </w:p>
    <w:p>
      <w:pPr>
        <w:spacing w:after="80"/>
      </w:pPr>
      <w:r>
        <w:rPr>
          <w:b w:val="0"/>
          <w:i w:val="0"/>
        </w:rPr>
        <w:t>def run_game(self):</w:t>
      </w:r>
      <w:r>
        <w:br/>
      </w:r>
      <w:r>
        <w:rPr>
          <w:b w:val="0"/>
          <w:i w:val="0"/>
        </w:rPr>
        <w:t xml:space="preserve">        """Bắt đầu vòng lặp chính của trò chơi."""</w:t>
      </w:r>
      <w:r>
        <w:br/>
      </w:r>
      <w:r>
        <w:rPr>
          <w:b w:val="0"/>
          <w:i w:val="0"/>
        </w:rPr>
        <w:t xml:space="preserve">        while True:</w:t>
      </w:r>
      <w:r>
        <w:br/>
      </w:r>
      <w:r>
        <w:rPr>
          <w:b w:val="0"/>
          <w:i w:val="0"/>
        </w:rPr>
        <w:t xml:space="preserve">            </w:t>
      </w:r>
      <w:r>
        <w:rPr>
          <w:b w:val="0"/>
          <w:i/>
        </w:rPr>
        <w:t>--snip--</w:t>
      </w:r>
      <w:r>
        <w:br/>
      </w:r>
      <w:r>
        <w:rPr>
          <w:b w:val="0"/>
          <w:i w:val="0"/>
        </w:rPr>
        <w:t xml:space="preserve">            pygame.display.flip()</w:t>
      </w:r>
      <w:r>
        <w:br/>
      </w:r>
      <w:r>
        <w:rPr>
          <w:b w:val="0"/>
          <w:i w:val="0"/>
        </w:rPr>
        <w:t xml:space="preserve">            self.clock.tick(60)</w:t>
      </w:r>
    </w:p>
    <w:p>
      <w:pPr>
        <w:spacing w:after="80"/>
      </w:pPr>
      <w:r>
        <w:rPr>
          <w:b w:val="0"/>
          <w:i w:val="0"/>
        </w:rPr>
        <w:t xml:space="preserve">Phương thức </w:t>
      </w:r>
      <w:r>
        <w:rPr>
          <w:rFonts w:ascii="Consolas" w:hAnsi="Consolas"/>
          <w:b w:val="0"/>
          <w:i w:val="0"/>
          <w:sz w:val="20"/>
        </w:rPr>
        <w:t>tick()</w:t>
      </w:r>
      <w:r>
        <w:rPr>
          <w:b w:val="0"/>
          <w:i w:val="0"/>
        </w:rPr>
        <w:t xml:space="preserve"> nhận một đối số: tốc độ khung hình (frame rate) của trò chơi. Ở đây mình dùng giá trị 60, nên Pygame sẽ cố gắng hết sức để vòng lặp chạy đúng 60 lần mỗi giây.</w:t>
      </w:r>
    </w:p>
    <w:p>
      <w:pPr>
        <w:spacing w:before="120" w:after="40"/>
      </w:pPr>
      <w:r>
        <w:rPr>
          <w:b/>
          <w:sz w:val="21"/>
        </w:rPr>
        <w:t>Ghi chú</w:t>
      </w:r>
    </w:p>
    <w:p>
      <w:pPr>
        <w:spacing w:after="80"/>
      </w:pPr>
      <w:r>
        <w:rPr>
          <w:b w:val="0"/>
          <w:i w:val="0"/>
        </w:rPr>
        <w:t>Đồng hồ của Pygame sẽ giúp trò chơi chạy ổn định trên hầu hết các hệ thống. Nếu nó khiến trò chơi chạy kém ổn định hơn trên hệ thống của bạn, bạn có thể thử các giá trị khác cho tốc độ khung hình. Nếu bạn không tìm được tốc độ khung hình phù hợp trên hệ thống của mình, bạn có thể bỏ hẳn đồng hồ đi và điều chỉnh các cài đặt của trò chơi sao cho nó chạy tốt trên hệ thống của bạn.</w:t>
      </w:r>
    </w:p>
    <w:p>
      <w:pPr>
        <w:pStyle w:val="Heading3"/>
      </w:pPr>
      <w:r>
        <w:rPr>
          <w:rFonts w:ascii="Calibri" w:hAnsi="Calibri"/>
          <w:b/>
          <w:i w:val="0"/>
          <w:sz w:val="27"/>
        </w:rPr>
        <w:t>Đặt màu nền</w:t>
      </w:r>
    </w:p>
    <w:p>
      <w:pPr>
        <w:spacing w:after="80"/>
      </w:pPr>
      <w:r>
        <w:rPr>
          <w:b w:val="0"/>
          <w:i w:val="0"/>
        </w:rPr>
        <w:t xml:space="preserve">Pygame mặc định tạo ra một màn hình đen, nhưng vậy thì chán lắm. Hãy đặt một màu nền khác. Chúng ta sẽ làm điều này ở cuối phương thức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pygame.display.set_caption("Alien Invasion")</w:t>
      </w:r>
      <w:r>
        <w:br/>
      </w:r>
      <w:r>
        <w:br/>
      </w:r>
      <w:r>
        <w:rPr>
          <w:b w:val="0"/>
          <w:i w:val="0"/>
        </w:rPr>
        <w:t xml:space="preserve">        # Đặt màu nền.</w:t>
      </w:r>
      <w:r>
        <w:br/>
      </w:r>
      <w:r>
        <w:rPr>
          <w:b w:val="0"/>
          <w:i w:val="0"/>
        </w:rPr>
        <w:t>❶         self.bg_color = (230, 230, 230)</w:t>
      </w:r>
      <w:r>
        <w:br/>
      </w:r>
      <w:r>
        <w:br/>
      </w:r>
      <w:r>
        <w:rPr>
          <w:b w:val="0"/>
          <w:i w:val="0"/>
        </w:rPr>
        <w:t xml:space="preserve">    def run_game(self):</w:t>
      </w:r>
      <w:r>
        <w:br/>
      </w:r>
      <w:r>
        <w:rPr>
          <w:b w:val="0"/>
          <w:i w:val="0"/>
        </w:rPr>
        <w:t xml:space="preserve">        </w:t>
      </w:r>
      <w:r>
        <w:rPr>
          <w:b w:val="0"/>
          <w:i/>
        </w:rPr>
        <w:t>--snip--</w:t>
      </w:r>
      <w:r>
        <w:br/>
      </w:r>
      <w:r>
        <w:rPr>
          <w:b w:val="0"/>
          <w:i w:val="0"/>
        </w:rPr>
        <w:t xml:space="preserve">            for event in pygame.event.get():</w:t>
      </w:r>
      <w:r>
        <w:br/>
      </w:r>
      <w:r>
        <w:rPr>
          <w:b w:val="0"/>
          <w:i w:val="0"/>
        </w:rPr>
        <w:t xml:space="preserve">                if event.type == pygame.QUIT:</w:t>
      </w:r>
      <w:r>
        <w:br/>
      </w:r>
      <w:r>
        <w:rPr>
          <w:b w:val="0"/>
          <w:i w:val="0"/>
        </w:rPr>
        <w:t xml:space="preserve">                    sys.exit()</w:t>
      </w:r>
      <w:r>
        <w:br/>
      </w:r>
      <w:r>
        <w:br/>
      </w:r>
      <w:r>
        <w:rPr>
          <w:b w:val="0"/>
          <w:i w:val="0"/>
        </w:rPr>
        <w:t xml:space="preserve">            # Vẽ lại màn hình trong mỗi lần lặp qua vòng lặp.</w:t>
      </w:r>
      <w:r>
        <w:br/>
      </w:r>
      <w:r>
        <w:rPr>
          <w:b w:val="0"/>
          <w:i w:val="0"/>
        </w:rPr>
        <w:t>❷             self.screen.fill(self.bg_color)</w:t>
      </w:r>
      <w:r>
        <w:br/>
      </w:r>
      <w:r>
        <w:br/>
      </w:r>
      <w:r>
        <w:rPr>
          <w:b w:val="0"/>
          <w:i w:val="0"/>
        </w:rPr>
        <w:t xml:space="preserve">            # Hiển thị màn hình vừa được vẽ gần nhất.</w:t>
      </w:r>
      <w:r>
        <w:br/>
      </w:r>
      <w:r>
        <w:rPr>
          <w:b w:val="0"/>
          <w:i w:val="0"/>
        </w:rPr>
        <w:t xml:space="preserve">            pygame.display.flip()</w:t>
      </w:r>
      <w:r>
        <w:br/>
      </w:r>
      <w:r>
        <w:rPr>
          <w:b w:val="0"/>
          <w:i w:val="0"/>
        </w:rPr>
        <w:t xml:space="preserve">            self.clock.tick(60)</w:t>
      </w:r>
    </w:p>
    <w:p>
      <w:pPr>
        <w:spacing w:after="80"/>
      </w:pPr>
      <w:r>
        <w:rPr>
          <w:b w:val="0"/>
          <w:i w:val="0"/>
        </w:rPr>
        <w:t xml:space="preserve">Màu sắc trong Pygame được chỉ định dưới dạng màu RGB: sự pha trộn của đỏ, xanh lá và xanh dương. Mỗi giá trị màu có thể nằm trong khoảng từ 0 đến 255. Giá trị màu </w:t>
      </w:r>
      <w:r>
        <w:rPr>
          <w:rFonts w:ascii="Consolas" w:hAnsi="Consolas"/>
          <w:b w:val="0"/>
          <w:i w:val="0"/>
          <w:sz w:val="20"/>
        </w:rPr>
        <w:t>(255, 0, 0)</w:t>
      </w:r>
      <w:r>
        <w:rPr>
          <w:b w:val="0"/>
          <w:i w:val="0"/>
        </w:rPr>
        <w:t xml:space="preserve"> là đỏ, </w:t>
      </w:r>
      <w:r>
        <w:rPr>
          <w:rFonts w:ascii="Consolas" w:hAnsi="Consolas"/>
          <w:b w:val="0"/>
          <w:i w:val="0"/>
          <w:sz w:val="20"/>
        </w:rPr>
        <w:t>(0, 255, 0)</w:t>
      </w:r>
      <w:r>
        <w:rPr>
          <w:b w:val="0"/>
          <w:i w:val="0"/>
        </w:rPr>
        <w:t xml:space="preserve"> là xanh lá, và </w:t>
      </w:r>
      <w:r>
        <w:rPr>
          <w:rFonts w:ascii="Consolas" w:hAnsi="Consolas"/>
          <w:b w:val="0"/>
          <w:i w:val="0"/>
          <w:sz w:val="20"/>
        </w:rPr>
        <w:t>(0, 0, 255)</w:t>
      </w:r>
      <w:r>
        <w:rPr>
          <w:b w:val="0"/>
          <w:i w:val="0"/>
        </w:rPr>
        <w:t xml:space="preserve"> là xanh dương. Bạn có thể pha trộn các giá trị RGB khác nhau để tạo ra tới 16 triệu màu. Giá trị màu </w:t>
      </w:r>
      <w:r>
        <w:rPr>
          <w:rFonts w:ascii="Consolas" w:hAnsi="Consolas"/>
          <w:b w:val="0"/>
          <w:i w:val="0"/>
          <w:sz w:val="20"/>
        </w:rPr>
        <w:t>(230, 230, 230)</w:t>
      </w:r>
      <w:r>
        <w:rPr>
          <w:b w:val="0"/>
          <w:i w:val="0"/>
        </w:rPr>
        <w:t xml:space="preserve"> pha trộn lượng đỏ, xanh dương và xanh lá bằng nhau, tạo ra màu nền xám nhạt. Chúng ta gán màu này cho </w:t>
      </w:r>
      <w:r>
        <w:rPr>
          <w:rFonts w:ascii="Consolas" w:hAnsi="Consolas"/>
          <w:b w:val="0"/>
          <w:i w:val="0"/>
          <w:sz w:val="20"/>
        </w:rPr>
        <w:t>self.bg_color</w:t>
      </w:r>
      <w:r>
        <w:rPr>
          <w:b w:val="0"/>
          <w:i w:val="0"/>
        </w:rPr>
        <w:t xml:space="preserve"> ❶.</w:t>
      </w:r>
    </w:p>
    <w:p>
      <w:pPr>
        <w:spacing w:after="80"/>
      </w:pPr>
      <w:r>
        <w:rPr>
          <w:b w:val="0"/>
          <w:i w:val="0"/>
        </w:rPr>
        <w:t xml:space="preserve">Chúng ta tô đầy màn hình bằng màu nền bằng phương thức </w:t>
      </w:r>
      <w:r>
        <w:rPr>
          <w:rFonts w:ascii="Consolas" w:hAnsi="Consolas"/>
          <w:b w:val="0"/>
          <w:i w:val="0"/>
          <w:sz w:val="20"/>
        </w:rPr>
        <w:t>fill()</w:t>
      </w:r>
      <w:r>
        <w:rPr>
          <w:b w:val="0"/>
          <w:i w:val="0"/>
        </w:rPr>
        <w:t xml:space="preserve"> ❷, phương thức này tác động lên một surface (bề mặt) và chỉ nhận một đối số: một màu.</w:t>
      </w:r>
    </w:p>
    <w:p>
      <w:pPr>
        <w:pStyle w:val="Heading3"/>
      </w:pPr>
      <w:r>
        <w:rPr>
          <w:rFonts w:ascii="Calibri" w:hAnsi="Calibri"/>
          <w:b/>
          <w:i w:val="0"/>
          <w:sz w:val="27"/>
        </w:rPr>
        <w:t>Tạo lớp Settings</w:t>
      </w:r>
    </w:p>
    <w:p>
      <w:pPr>
        <w:spacing w:after="80"/>
      </w:pPr>
      <w:r>
        <w:rPr>
          <w:b w:val="0"/>
          <w:i w:val="0"/>
        </w:rPr>
        <w:t xml:space="preserve">Mỗi khi thêm chức năng mới vào game, chúng ta thường cũng sẽ tạo thêm vài cài đặt mới. Thay vì rải cài đặt khắp nơi trong code, hãy viết một module tên là </w:t>
      </w:r>
      <w:r>
        <w:rPr>
          <w:rFonts w:ascii="Consolas" w:hAnsi="Consolas"/>
          <w:b w:val="0"/>
          <w:i w:val="0"/>
          <w:sz w:val="20"/>
        </w:rPr>
        <w:t>settings</w:t>
      </w:r>
      <w:r>
        <w:rPr>
          <w:b w:val="0"/>
          <w:i w:val="0"/>
        </w:rPr>
        <w:t xml:space="preserve"> chứa một class tên là </w:t>
      </w:r>
      <w:r>
        <w:rPr>
          <w:rFonts w:ascii="Consolas" w:hAnsi="Consolas"/>
          <w:b w:val="0"/>
          <w:i w:val="0"/>
          <w:sz w:val="20"/>
        </w:rPr>
        <w:t>Settings</w:t>
      </w:r>
      <w:r>
        <w:rPr>
          <w:b w:val="0"/>
          <w:i w:val="0"/>
        </w:rPr>
        <w:t xml:space="preserve"> để lưu tất cả các giá trị này vào một chỗ. Cách làm này cho phép chúng ta chỉ cần làm việc với một đối tượng </w:t>
      </w:r>
      <w:r>
        <w:rPr>
          <w:rFonts w:ascii="Consolas" w:hAnsi="Consolas"/>
          <w:b w:val="0"/>
          <w:i w:val="0"/>
          <w:sz w:val="20"/>
        </w:rPr>
        <w:t>settings</w:t>
      </w:r>
      <w:r>
        <w:rPr>
          <w:b w:val="0"/>
          <w:i w:val="0"/>
        </w:rPr>
        <w:t xml:space="preserve"> duy nhất mỗi khi cần truy cập một cài đặt riêng lẻ. Điều này cũng giúp việc thay đổi diện mạo và hành vi của game trở nên dễ dàng hơn khi dự án của chúng ta lớn dần. Để chỉnh sửa game, chúng ta sẽ thay đổi các giá trị liên quan trong </w:t>
      </w:r>
      <w:r>
        <w:rPr>
          <w:b w:val="0"/>
          <w:i/>
        </w:rPr>
        <w:t>settings.py</w:t>
      </w:r>
      <w:r>
        <w:rPr>
          <w:b w:val="0"/>
          <w:i w:val="0"/>
        </w:rPr>
        <w:t xml:space="preserve"> — file mà chúng ta sẽ tạo ngay sau đây — thay vì phải đi tìm từng cài đặt khác nhau khắp dự án.</w:t>
      </w:r>
    </w:p>
    <w:p>
      <w:pPr>
        <w:spacing w:after="80"/>
      </w:pPr>
      <w:r>
        <w:rPr>
          <w:b w:val="0"/>
          <w:i w:val="0"/>
        </w:rPr>
        <w:t xml:space="preserve">Tạo một file mới tên là </w:t>
      </w:r>
      <w:r>
        <w:rPr>
          <w:b w:val="0"/>
          <w:i/>
        </w:rPr>
        <w:t>settings.py</w:t>
      </w:r>
      <w:r>
        <w:rPr>
          <w:b w:val="0"/>
          <w:i w:val="0"/>
        </w:rPr>
        <w:t xml:space="preserve"> bên trong thư mục </w:t>
      </w:r>
      <w:r>
        <w:rPr>
          <w:b w:val="0"/>
          <w:i/>
        </w:rPr>
        <w:t>alien_invasion</w:t>
      </w:r>
      <w:r>
        <w:rPr>
          <w:b w:val="0"/>
          <w:i w:val="0"/>
        </w:rPr>
        <w:t xml:space="preserve"> của bạn, rồi thêm class </w:t>
      </w:r>
      <w:r>
        <w:rPr>
          <w:rFonts w:ascii="Consolas" w:hAnsi="Consolas"/>
          <w:b w:val="0"/>
          <w:i w:val="0"/>
          <w:sz w:val="20"/>
        </w:rPr>
        <w:t>Settings</w:t>
      </w:r>
      <w:r>
        <w:rPr>
          <w:b w:val="0"/>
          <w:i w:val="0"/>
        </w:rPr>
        <w:t xml:space="preserve"> ban đầu này:</w:t>
      </w:r>
    </w:p>
    <w:p>
      <w:pPr>
        <w:spacing w:after="80"/>
      </w:pPr>
      <w:r>
        <w:rPr>
          <w:b w:val="0"/>
          <w:i w:val="0"/>
        </w:rPr>
        <w:t>settings.py</w:t>
      </w:r>
    </w:p>
    <w:p>
      <w:pPr>
        <w:spacing w:after="80"/>
      </w:pPr>
      <w:r>
        <w:rPr>
          <w:b w:val="0"/>
          <w:i w:val="0"/>
        </w:rPr>
        <w:t>class Settings:</w:t>
      </w:r>
      <w:r>
        <w:br/>
      </w:r>
      <w:r>
        <w:rPr>
          <w:b w:val="0"/>
          <w:i w:val="0"/>
        </w:rPr>
        <w:t xml:space="preserve">    """A class to store all settings for Alien Invasion."""</w:t>
      </w:r>
      <w:r>
        <w:br/>
      </w:r>
      <w:r>
        <w:br/>
      </w:r>
      <w:r>
        <w:rPr>
          <w:b w:val="0"/>
          <w:i w:val="0"/>
        </w:rPr>
        <w:t xml:space="preserve">    def __init__(self):</w:t>
      </w:r>
      <w:r>
        <w:br/>
      </w:r>
      <w:r>
        <w:rPr>
          <w:b w:val="0"/>
          <w:i w:val="0"/>
        </w:rPr>
        <w:t xml:space="preserve">        """Initialize the game's settings."""</w:t>
      </w:r>
      <w:r>
        <w:br/>
      </w:r>
      <w:r>
        <w:rPr>
          <w:b w:val="0"/>
          <w:i w:val="0"/>
        </w:rPr>
        <w:t xml:space="preserve">        # Screen settings</w:t>
      </w:r>
      <w:r>
        <w:br/>
      </w:r>
      <w:r>
        <w:rPr>
          <w:b w:val="0"/>
          <w:i w:val="0"/>
        </w:rPr>
        <w:t xml:space="preserve">        self.screen_width = 1200</w:t>
      </w:r>
      <w:r>
        <w:br/>
      </w:r>
      <w:r>
        <w:rPr>
          <w:b w:val="0"/>
          <w:i w:val="0"/>
        </w:rPr>
        <w:t xml:space="preserve">        self.screen_height = 800</w:t>
      </w:r>
      <w:r>
        <w:br/>
      </w:r>
      <w:r>
        <w:rPr>
          <w:b w:val="0"/>
          <w:i w:val="0"/>
        </w:rPr>
        <w:t xml:space="preserve">        self.bg_color = (230, 230, 230)</w:t>
      </w:r>
    </w:p>
    <w:p>
      <w:pPr>
        <w:spacing w:after="80"/>
      </w:pPr>
      <w:r>
        <w:rPr>
          <w:b w:val="0"/>
          <w:i w:val="0"/>
        </w:rPr>
        <w:t xml:space="preserve">Để tạo một instance của </w:t>
      </w:r>
      <w:r>
        <w:rPr>
          <w:rFonts w:ascii="Consolas" w:hAnsi="Consolas"/>
          <w:b w:val="0"/>
          <w:i w:val="0"/>
          <w:sz w:val="20"/>
        </w:rPr>
        <w:t>Settings</w:t>
      </w:r>
      <w:r>
        <w:rPr>
          <w:b w:val="0"/>
          <w:i w:val="0"/>
        </w:rPr>
        <w:t xml:space="preserve"> trong dự án và dùng nó để truy cập các cài đặt, chúng ta cần sửa </w:t>
      </w:r>
      <w:r>
        <w:rPr>
          <w:b w:val="0"/>
          <w:i/>
        </w:rPr>
        <w:t>alien_invasion.py</w:t>
      </w:r>
      <w:r>
        <w:rPr>
          <w:b w:val="0"/>
          <w:i w:val="0"/>
        </w:rPr>
        <w:t xml:space="preserve"> như sau:</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settings import Settings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AlienInvasion:</w:t>
      </w:r>
    </w:p>
    <w:p>
      <w:pPr>
        <w:spacing w:after="0"/>
        <w:ind w:left="360"/>
        <w:shd w:val="clear" w:color="auto" w:fill="F2F2F2"/>
      </w:pPr>
      <w:r>
        <w:rPr>
          <w:rFonts w:ascii="Consolas" w:hAnsi="Consolas"/>
          <w:b w:val="0"/>
          <w:i w:val="0"/>
          <w:sz w:val="18"/>
        </w:rPr>
        <w:t xml:space="preserve">    """Overall class to manage game assets and behavior."""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w:t>
      </w:r>
    </w:p>
    <w:p>
      <w:pPr>
        <w:spacing w:after="0"/>
        <w:ind w:left="360"/>
        <w:shd w:val="clear" w:color="auto" w:fill="F2F2F2"/>
      </w:pPr>
      <w:r>
        <w:rPr>
          <w:rFonts w:ascii="Consolas" w:hAnsi="Consolas"/>
          <w:b w:val="0"/>
          <w:i w:val="0"/>
          <w:sz w:val="18"/>
        </w:rPr>
        <w:t xml:space="preserve">        """Initialize the game, and create game resources."""</w:t>
      </w:r>
    </w:p>
    <w:p>
      <w:pPr>
        <w:spacing w:after="0"/>
        <w:ind w:left="360"/>
        <w:shd w:val="clear" w:color="auto" w:fill="F2F2F2"/>
      </w:pPr>
      <w:r>
        <w:rPr>
          <w:rFonts w:ascii="Consolas" w:hAnsi="Consolas"/>
          <w:b w:val="0"/>
          <w:i w:val="0"/>
          <w:sz w:val="18"/>
        </w:rPr>
        <w:t xml:space="preserve">        pygame.init()</w:t>
      </w:r>
    </w:p>
    <w:p>
      <w:pPr>
        <w:spacing w:after="0"/>
        <w:ind w:left="360"/>
        <w:shd w:val="clear" w:color="auto" w:fill="F2F2F2"/>
      </w:pPr>
      <w:r>
        <w:rPr>
          <w:rFonts w:ascii="Consolas" w:hAnsi="Consolas"/>
          <w:b w:val="0"/>
          <w:i w:val="0"/>
          <w:sz w:val="18"/>
        </w:rPr>
        <w:t xml:space="preserve">        self.clock = pygame.time.Clock()</w:t>
      </w:r>
    </w:p>
    <w:p>
      <w:pPr>
        <w:spacing w:after="0"/>
        <w:ind w:left="360"/>
        <w:shd w:val="clear" w:color="auto" w:fill="F2F2F2"/>
      </w:pPr>
      <w:r>
        <w:rPr>
          <w:rFonts w:ascii="Consolas" w:hAnsi="Consolas"/>
          <w:b w:val="0"/>
          <w:i w:val="0"/>
          <w:sz w:val="18"/>
        </w:rPr>
        <w:t>❶         self.settings = Settings()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self.screen = pygame.display.set_mode(</w:t>
      </w:r>
    </w:p>
    <w:p>
      <w:pPr>
        <w:spacing w:after="0"/>
        <w:ind w:left="360"/>
        <w:shd w:val="clear" w:color="auto" w:fill="F2F2F2"/>
      </w:pPr>
      <w:r>
        <w:rPr>
          <w:rFonts w:ascii="Consolas" w:hAnsi="Consolas"/>
          <w:b w:val="0"/>
          <w:i w:val="0"/>
          <w:sz w:val="18"/>
        </w:rPr>
        <w:t xml:space="preserve">            (self.settings.screen_width, self.settings.screen_height))</w:t>
      </w:r>
    </w:p>
    <w:p>
      <w:pPr>
        <w:spacing w:after="0"/>
        <w:ind w:left="360"/>
        <w:shd w:val="clear" w:color="auto" w:fill="F2F2F2"/>
      </w:pPr>
      <w:r>
        <w:rPr>
          <w:rFonts w:ascii="Consolas" w:hAnsi="Consolas"/>
          <w:b w:val="0"/>
          <w:i w:val="0"/>
          <w:sz w:val="18"/>
        </w:rPr>
        <w:t xml:space="preserve">        pygame.display.set_caption("Alien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run_game(self):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Redraw the screen during each pass through the loop.</w:t>
      </w:r>
    </w:p>
    <w:p>
      <w:pPr>
        <w:spacing w:after="0"/>
        <w:ind w:left="360"/>
        <w:shd w:val="clear" w:color="auto" w:fill="F2F2F2"/>
      </w:pPr>
      <w:r>
        <w:rPr>
          <w:rFonts w:ascii="Consolas" w:hAnsi="Consolas"/>
          <w:b w:val="0"/>
          <w:i w:val="0"/>
          <w:sz w:val="18"/>
        </w:rPr>
        <w:t>❸             self.screen.fill(self.settings.bg_color)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Make the most recently drawn screen visible.</w:t>
      </w:r>
    </w:p>
    <w:p>
      <w:pPr>
        <w:spacing w:after="0"/>
        <w:ind w:left="360"/>
        <w:shd w:val="clear" w:color="auto" w:fill="F2F2F2"/>
      </w:pPr>
      <w:r>
        <w:rPr>
          <w:rFonts w:ascii="Consolas" w:hAnsi="Consolas"/>
          <w:b w:val="0"/>
          <w:i w:val="0"/>
          <w:sz w:val="18"/>
        </w:rPr>
        <w:t xml:space="preserve">            pygame.display.flip()</w:t>
      </w:r>
    </w:p>
    <w:p>
      <w:pPr>
        <w:spacing w:after="0"/>
        <w:ind w:left="360"/>
        <w:shd w:val="clear" w:color="auto" w:fill="F2F2F2"/>
      </w:pPr>
      <w:r>
        <w:rPr>
          <w:rFonts w:ascii="Consolas" w:hAnsi="Consolas"/>
          <w:b w:val="0"/>
          <w:i w:val="0"/>
          <w:sz w:val="18"/>
        </w:rPr>
        <w:t xml:space="preserve">            self.clock.tick(60)</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import </w:t>
      </w:r>
      <w:r>
        <w:rPr>
          <w:rFonts w:ascii="Consolas" w:hAnsi="Consolas"/>
          <w:b w:val="0"/>
          <w:i w:val="0"/>
          <w:sz w:val="20"/>
        </w:rPr>
        <w:t>Settings</w:t>
      </w:r>
      <w:r>
        <w:rPr>
          <w:b w:val="0"/>
          <w:i w:val="0"/>
        </w:rPr>
        <w:t xml:space="preserve"> vào file chương trình chính. Sau đó chúng ta tạo một instance của </w:t>
      </w:r>
      <w:r>
        <w:rPr>
          <w:rFonts w:ascii="Consolas" w:hAnsi="Consolas"/>
          <w:b w:val="0"/>
          <w:i w:val="0"/>
          <w:sz w:val="20"/>
        </w:rPr>
        <w:t>Settings</w:t>
      </w:r>
      <w:r>
        <w:rPr>
          <w:b w:val="0"/>
          <w:i w:val="0"/>
        </w:rPr>
        <w:t xml:space="preserve"> và gán nó cho </w:t>
      </w:r>
      <w:r>
        <w:rPr>
          <w:rFonts w:ascii="Consolas" w:hAnsi="Consolas"/>
          <w:b w:val="0"/>
          <w:i w:val="0"/>
          <w:sz w:val="20"/>
        </w:rPr>
        <w:t>self.settings</w:t>
      </w:r>
      <w:r>
        <w:rPr>
          <w:b w:val="0"/>
          <w:i w:val="0"/>
        </w:rPr>
        <w:t xml:space="preserve"> ❶, sau khi gọi </w:t>
      </w:r>
      <w:r>
        <w:rPr>
          <w:rFonts w:ascii="Consolas" w:hAnsi="Consolas"/>
          <w:b w:val="0"/>
          <w:i w:val="0"/>
          <w:sz w:val="20"/>
        </w:rPr>
        <w:t>pygame.init()</w:t>
      </w:r>
      <w:r>
        <w:rPr>
          <w:b w:val="0"/>
          <w:i w:val="0"/>
        </w:rPr>
        <w:t xml:space="preserve">. Khi tạo màn hình ❷, chúng ta dùng các thuộc tính </w:t>
      </w:r>
      <w:r>
        <w:rPr>
          <w:rFonts w:ascii="Consolas" w:hAnsi="Consolas"/>
          <w:b w:val="0"/>
          <w:i w:val="0"/>
          <w:sz w:val="20"/>
        </w:rPr>
        <w:t>screen_width</w:t>
      </w:r>
      <w:r>
        <w:rPr>
          <w:b w:val="0"/>
          <w:i w:val="0"/>
        </w:rPr>
        <w:t xml:space="preserve"> và </w:t>
      </w:r>
      <w:r>
        <w:rPr>
          <w:rFonts w:ascii="Consolas" w:hAnsi="Consolas"/>
          <w:b w:val="0"/>
          <w:i w:val="0"/>
          <w:sz w:val="20"/>
        </w:rPr>
        <w:t>screen_height</w:t>
      </w:r>
      <w:r>
        <w:rPr>
          <w:b w:val="0"/>
          <w:i w:val="0"/>
        </w:rPr>
        <w:t xml:space="preserve"> của </w:t>
      </w:r>
      <w:r>
        <w:rPr>
          <w:rFonts w:ascii="Consolas" w:hAnsi="Consolas"/>
          <w:b w:val="0"/>
          <w:i w:val="0"/>
          <w:sz w:val="20"/>
        </w:rPr>
        <w:t>self.settings</w:t>
      </w:r>
      <w:r>
        <w:rPr>
          <w:b w:val="0"/>
          <w:i w:val="0"/>
        </w:rPr>
        <w:t xml:space="preserve">, rồi sau đó cũng dùng </w:t>
      </w:r>
      <w:r>
        <w:rPr>
          <w:rFonts w:ascii="Consolas" w:hAnsi="Consolas"/>
          <w:b w:val="0"/>
          <w:i w:val="0"/>
          <w:sz w:val="20"/>
        </w:rPr>
        <w:t>self.settings</w:t>
      </w:r>
      <w:r>
        <w:rPr>
          <w:b w:val="0"/>
          <w:i w:val="0"/>
        </w:rPr>
        <w:t xml:space="preserve"> để truy cập màu nền khi tô màn hình ❸.</w:t>
      </w:r>
    </w:p>
    <w:p>
      <w:pPr>
        <w:spacing w:after="80"/>
      </w:pPr>
      <w:r>
        <w:rPr>
          <w:b w:val="0"/>
          <w:i w:val="0"/>
        </w:rPr>
        <w:t xml:space="preserve">Khi bạn chạy </w:t>
      </w:r>
      <w:r>
        <w:rPr>
          <w:b w:val="0"/>
          <w:i/>
        </w:rPr>
        <w:t>alien_invasion.py</w:t>
      </w:r>
      <w:r>
        <w:rPr>
          <w:b w:val="0"/>
          <w:i w:val="0"/>
        </w:rPr>
        <w:t xml:space="preserve"> bây giờ, bạn vẫn sẽ chưa thấy thay đổi gì, vì tất cả những gì chúng ta làm chỉ là chuyển các cài đặt mà mình vốn đã dùng ở chỗ khác đi mà thôi. Giờ thì chúng ta đã sẵn sàng bắt đầu thêm các phần tử mới lên màn hình.</w:t>
      </w:r>
    </w:p>
    <w:p>
      <w:pPr>
        <w:pStyle w:val="Heading2"/>
      </w:pPr>
      <w:r>
        <w:rPr>
          <w:rFonts w:ascii="Calibri" w:hAnsi="Calibri"/>
          <w:b/>
          <w:i w:val="0"/>
          <w:sz w:val="32"/>
        </w:rPr>
        <w:t>Thêm hình ảnh con tàu</w:t>
      </w:r>
    </w:p>
    <w:p>
      <w:pPr>
        <w:spacing w:after="80"/>
      </w:pPr>
      <w:r>
        <w:rPr>
          <w:b w:val="0"/>
          <w:i w:val="0"/>
        </w:rPr>
        <w:t xml:space="preserve">Hãy thêm con tàu vào game của chúng ta. Để vẽ con tàu của người chơi lên màn hình, chúng ta sẽ tải một hình ảnh rồi dùng phương thức </w:t>
      </w:r>
      <w:r>
        <w:rPr>
          <w:rFonts w:ascii="Consolas" w:hAnsi="Consolas"/>
          <w:b w:val="0"/>
          <w:i w:val="0"/>
          <w:sz w:val="20"/>
        </w:rPr>
        <w:t>blit()</w:t>
      </w:r>
      <w:r>
        <w:rPr>
          <w:b w:val="0"/>
          <w:i w:val="0"/>
        </w:rPr>
        <w:t xml:space="preserve"> của Pygame để vẽ hình ảnh đó.</w:t>
      </w:r>
    </w:p>
    <w:p>
      <w:pPr>
        <w:spacing w:after="80"/>
      </w:pPr>
      <w:r>
        <w:rPr>
          <w:b w:val="0"/>
          <w:i w:val="0"/>
        </w:rPr>
        <w:t>Khi chọn hình ảnh cho game của bạn, nhớ chú ý đến vấn đề bản quyền (licensing). Cách khởi đầu an toàn và rẻ nhất là dùng các hình ảnh có giấy phép tự do mà bạn được phép dùng và chỉnh sửa, từ một trang web như https://opengameart.org.</w:t>
      </w:r>
    </w:p>
    <w:p>
      <w:pPr>
        <w:spacing w:after="80"/>
      </w:pPr>
      <w:r>
        <w:rPr>
          <w:b w:val="0"/>
          <w:i w:val="0"/>
        </w:rPr>
        <w:t>Bạn có thể dùng gần như bất kỳ loại file hình ảnh nào trong game, nhưng dễ nhất là dùng file bitmap (</w:t>
      </w:r>
      <w:r>
        <w:rPr>
          <w:b w:val="0"/>
          <w:i/>
        </w:rPr>
        <w:t>.bmp</w:t>
      </w:r>
      <w:r>
        <w:rPr>
          <w:b w:val="0"/>
          <w:i w:val="0"/>
        </w:rPr>
        <w:t xml:space="preserve">) vì Pygame mặc định tải các file bitmap. Mặc dù bạn có thể cấu hình Pygame để dùng các loại file khác, một số loại file phụ thuộc vào những thư viện hình ảnh nhất định phải được cài trên máy tính của bạn. Hầu hết hình ảnh bạn tìm thấy đều ở định dạng </w:t>
      </w:r>
      <w:r>
        <w:rPr>
          <w:b w:val="0"/>
          <w:i/>
        </w:rPr>
        <w:t>.jpg</w:t>
      </w:r>
      <w:r>
        <w:rPr>
          <w:b w:val="0"/>
          <w:i w:val="0"/>
        </w:rPr>
        <w:t xml:space="preserve"> hoặc </w:t>
      </w:r>
      <w:r>
        <w:rPr>
          <w:b w:val="0"/>
          <w:i/>
        </w:rPr>
        <w:t>.png</w:t>
      </w:r>
      <w:r>
        <w:rPr>
          <w:b w:val="0"/>
          <w:i w:val="0"/>
        </w:rPr>
        <w:t>, nhưng bạn có thể chuyển chúng sang bitmap bằng các công cụ như Photoshop, GIMP và Paint.</w:t>
      </w:r>
    </w:p>
    <w:p>
      <w:pPr>
        <w:spacing w:after="80"/>
      </w:pPr>
      <w:r>
        <w:rPr>
          <w:b w:val="0"/>
          <w:i w:val="0"/>
        </w:rPr>
        <w:t>Đặc biệt chú ý đến màu nền trong hình ảnh bạn chọn. Hãy cố tìm một file có nền trong suốt hoặc nền đặc mà bạn có thể thay bằng bất kỳ màu nền nào, bằng một trình chỉnh sửa ảnh. Game của bạn sẽ trông đẹp nhất nếu màu nền của hình ảnh khớp với màu nền của game. Hoặc cách khác, bạn có thể cho màu nền của game khớp với màu nền của hình ảnh.</w:t>
      </w:r>
    </w:p>
    <w:p>
      <w:pPr>
        <w:spacing w:after="80"/>
      </w:pPr>
      <w:r>
        <w:rPr>
          <w:b w:val="0"/>
          <w:i w:val="0"/>
        </w:rPr>
        <w:t xml:space="preserve">Với </w:t>
      </w:r>
      <w:r>
        <w:rPr>
          <w:b w:val="0"/>
          <w:i/>
        </w:rPr>
        <w:t>Alien Invasion</w:t>
      </w:r>
      <w:r>
        <w:rPr>
          <w:b w:val="0"/>
          <w:i w:val="0"/>
        </w:rPr>
        <w:t xml:space="preserve">, bạn có thể dùng file </w:t>
      </w:r>
      <w:r>
        <w:rPr>
          <w:b w:val="0"/>
          <w:i/>
        </w:rPr>
        <w:t>ship.bmp</w:t>
      </w:r>
      <w:r>
        <w:rPr>
          <w:b w:val="0"/>
          <w:i w:val="0"/>
        </w:rPr>
        <w:t xml:space="preserve"> (Hình 12-1), có sẵn trong phần tài nguyên của cuốn sách này tại https://ehmatthes.github.io/pcc_3e. Màu nền của file này khớp với các cài đặt mà chúng ta đang dùng trong dự án này. Hãy tạo một thư mục tên là </w:t>
      </w:r>
      <w:r>
        <w:rPr>
          <w:b w:val="0"/>
          <w:i/>
        </w:rPr>
        <w:t>images</w:t>
      </w:r>
      <w:r>
        <w:rPr>
          <w:b w:val="0"/>
          <w:i w:val="0"/>
        </w:rPr>
        <w:t xml:space="preserve"> bên trong thư mục dự án chính </w:t>
      </w:r>
      <w:r>
        <w:rPr>
          <w:b w:val="0"/>
          <w:i/>
        </w:rPr>
        <w:t>alien_invasion</w:t>
      </w:r>
      <w:r>
        <w:rPr>
          <w:b w:val="0"/>
          <w:i w:val="0"/>
        </w:rPr>
        <w:t xml:space="preserve"> của bạn. Lưu file </w:t>
      </w:r>
      <w:r>
        <w:rPr>
          <w:b w:val="0"/>
          <w:i/>
        </w:rPr>
        <w:t>ship.bmp</w:t>
      </w:r>
      <w:r>
        <w:rPr>
          <w:b w:val="0"/>
          <w:i w:val="0"/>
        </w:rPr>
        <w:t xml:space="preserve"> vào thư mục </w:t>
      </w:r>
      <w:r>
        <w:rPr>
          <w:b w:val="0"/>
          <w:i/>
        </w:rPr>
        <w:t>images</w:t>
      </w:r>
      <w:r>
        <w:rPr>
          <w:b w:val="0"/>
          <w:i w:val="0"/>
        </w:rPr>
        <w:t>.</w:t>
      </w:r>
    </w:p>
    <w:p>
      <w:pPr>
        <w:jc w:val="center"/>
      </w:pPr>
      <w:r>
        <w:drawing>
          <wp:inline xmlns:a="http://schemas.openxmlformats.org/drawingml/2006/main" xmlns:pic="http://schemas.openxmlformats.org/drawingml/2006/picture">
            <wp:extent cx="3571875" cy="2886075"/>
            <wp:docPr id="18" name="Picture 18"/>
            <wp:cNvGraphicFramePr>
              <a:graphicFrameLocks noChangeAspect="1"/>
            </wp:cNvGraphicFramePr>
            <a:graphic>
              <a:graphicData uri="http://schemas.openxmlformats.org/drawingml/2006/picture">
                <pic:pic>
                  <pic:nvPicPr>
                    <pic:cNvPr id="0" name="image_rsrcBHH.jpg"/>
                    <pic:cNvPicPr/>
                  </pic:nvPicPr>
                  <pic:blipFill>
                    <a:blip r:embed="rId14"/>
                    <a:stretch>
                      <a:fillRect/>
                    </a:stretch>
                  </pic:blipFill>
                  <pic:spPr>
                    <a:xfrm>
                      <a:off x="0" y="0"/>
                      <a:ext cx="3571875" cy="2886075"/>
                    </a:xfrm>
                    <a:prstGeom prst="rect"/>
                  </pic:spPr>
                </pic:pic>
              </a:graphicData>
            </a:graphic>
          </wp:inline>
        </w:drawing>
      </w:r>
    </w:p>
    <w:p>
      <w:pPr>
        <w:spacing w:after="80"/>
      </w:pPr>
      <w:r>
        <w:rPr>
          <w:b w:val="0"/>
          <w:i w:val="0"/>
        </w:rPr>
        <w:t>Hình 12-1: Con tàu cho Alien Invasion</w:t>
      </w:r>
    </w:p>
    <w:p>
      <w:pPr>
        <w:pStyle w:val="Heading3"/>
      </w:pPr>
      <w:r>
        <w:rPr>
          <w:rFonts w:ascii="Calibri" w:hAnsi="Calibri"/>
          <w:b/>
          <w:i w:val="0"/>
          <w:sz w:val="27"/>
        </w:rPr>
        <w:t>Tạo lớp Ship</w:t>
      </w:r>
    </w:p>
    <w:p>
      <w:pPr>
        <w:spacing w:after="80"/>
      </w:pPr>
      <w:r>
        <w:rPr>
          <w:b w:val="0"/>
          <w:i w:val="0"/>
        </w:rPr>
        <w:t xml:space="preserve">Sau khi chọn ảnh cho con tàu, chúng ta cần hiển thị nó trên màn hình. Để dùng con tàu, chúng ta sẽ tạo một module </w:t>
      </w:r>
      <w:r>
        <w:rPr>
          <w:rFonts w:ascii="Consolas" w:hAnsi="Consolas"/>
          <w:b w:val="0"/>
          <w:i w:val="0"/>
          <w:sz w:val="20"/>
        </w:rPr>
        <w:t>ship</w:t>
      </w:r>
      <w:r>
        <w:rPr>
          <w:b w:val="0"/>
          <w:i w:val="0"/>
        </w:rPr>
        <w:t xml:space="preserve"> mới chứa lớp </w:t>
      </w:r>
      <w:r>
        <w:rPr>
          <w:rFonts w:ascii="Consolas" w:hAnsi="Consolas"/>
          <w:b w:val="0"/>
          <w:i w:val="0"/>
          <w:sz w:val="20"/>
        </w:rPr>
        <w:t>Ship</w:t>
      </w:r>
      <w:r>
        <w:rPr>
          <w:b w:val="0"/>
          <w:i w:val="0"/>
        </w:rPr>
        <w:t>. Lớp này sẽ quản lý hầu hết hành vi của con tàu người chơi:</w:t>
      </w:r>
    </w:p>
    <w:p>
      <w:pPr>
        <w:spacing w:after="80"/>
      </w:pPr>
      <w:r>
        <w:rPr>
          <w:b w:val="0"/>
          <w:i w:val="0"/>
        </w:rPr>
        <w:t>ship.py</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Ship:</w:t>
      </w:r>
    </w:p>
    <w:p>
      <w:pPr>
        <w:spacing w:after="0"/>
        <w:ind w:left="360"/>
        <w:shd w:val="clear" w:color="auto" w:fill="F2F2F2"/>
      </w:pPr>
      <w:r>
        <w:rPr>
          <w:rFonts w:ascii="Consolas" w:hAnsi="Consolas"/>
          <w:b w:val="0"/>
          <w:i w:val="0"/>
          <w:sz w:val="18"/>
        </w:rPr>
        <w:t xml:space="preserve">    """A class to manage the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"""Initialize the ship and set its starting position."""</w:t>
      </w:r>
    </w:p>
    <w:p>
      <w:pPr>
        <w:spacing w:after="0"/>
        <w:ind w:left="360"/>
        <w:shd w:val="clear" w:color="auto" w:fill="F2F2F2"/>
      </w:pPr>
      <w:r>
        <w:rPr>
          <w:rFonts w:ascii="Consolas" w:hAnsi="Consolas"/>
          <w:b w:val="0"/>
          <w:i w:val="0"/>
          <w:sz w:val="18"/>
        </w:rPr>
        <w:t>❶         self.screen = ai_game.screen</w:t>
      </w:r>
    </w:p>
    <w:p>
      <w:pPr>
        <w:spacing w:after="0"/>
        <w:ind w:left="360"/>
        <w:shd w:val="clear" w:color="auto" w:fill="F2F2F2"/>
      </w:pPr>
      <w:r>
        <w:rPr>
          <w:rFonts w:ascii="Consolas" w:hAnsi="Consolas"/>
          <w:b w:val="0"/>
          <w:i w:val="0"/>
          <w:sz w:val="18"/>
        </w:rPr>
        <w:t>❷         self.screen_rect = ai_game.screen.get_rect()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Load the ship image and get its rect.</w:t>
      </w:r>
    </w:p>
    <w:p>
      <w:pPr>
        <w:spacing w:after="0"/>
        <w:ind w:left="360"/>
        <w:shd w:val="clear" w:color="auto" w:fill="F2F2F2"/>
      </w:pPr>
      <w:r>
        <w:rPr>
          <w:rFonts w:ascii="Consolas" w:hAnsi="Consolas"/>
          <w:b w:val="0"/>
          <w:i w:val="0"/>
          <w:sz w:val="18"/>
        </w:rPr>
        <w:t>❸         self.image = pygame.image.load('images/ship.bmp')</w:t>
      </w:r>
    </w:p>
    <w:p>
      <w:pPr>
        <w:spacing w:after="0"/>
        <w:ind w:left="360"/>
        <w:shd w:val="clear" w:color="auto" w:fill="F2F2F2"/>
      </w:pPr>
      <w:r>
        <w:rPr>
          <w:rFonts w:ascii="Consolas" w:hAnsi="Consolas"/>
          <w:b w:val="0"/>
          <w:i w:val="0"/>
          <w:sz w:val="18"/>
        </w:rPr>
        <w:t xml:space="preserve">        self.rect = self.image.get_rect()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Start each new ship at the bottom center of the screen.</w:t>
      </w:r>
    </w:p>
    <w:p>
      <w:pPr>
        <w:spacing w:after="0"/>
        <w:ind w:left="360"/>
        <w:shd w:val="clear" w:color="auto" w:fill="F2F2F2"/>
      </w:pPr>
      <w:r>
        <w:rPr>
          <w:rFonts w:ascii="Consolas" w:hAnsi="Consolas"/>
          <w:b w:val="0"/>
          <w:i w:val="0"/>
          <w:sz w:val="18"/>
        </w:rPr>
        <w:t>❹         self.rect.midbottom = self.screen_rect.midbottom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❺     def blitme(self):</w:t>
      </w:r>
    </w:p>
    <w:p>
      <w:pPr>
        <w:spacing w:after="0"/>
        <w:ind w:left="360"/>
        <w:shd w:val="clear" w:color="auto" w:fill="F2F2F2"/>
      </w:pPr>
      <w:r>
        <w:rPr>
          <w:rFonts w:ascii="Consolas" w:hAnsi="Consolas"/>
          <w:b w:val="0"/>
          <w:i w:val="0"/>
          <w:sz w:val="18"/>
        </w:rPr>
        <w:t xml:space="preserve">        """Draw the ship at its current location."""</w:t>
      </w:r>
    </w:p>
    <w:p>
      <w:pPr>
        <w:spacing w:after="0"/>
        <w:ind w:left="360"/>
        <w:shd w:val="clear" w:color="auto" w:fill="F2F2F2"/>
      </w:pPr>
      <w:r>
        <w:rPr>
          <w:rFonts w:ascii="Consolas" w:hAnsi="Consolas"/>
          <w:b w:val="0"/>
          <w:i w:val="0"/>
          <w:sz w:val="18"/>
        </w:rPr>
        <w:t xml:space="preserve">        self.screen.blit(self.image, self.rect)</w:t>
      </w:r>
    </w:p>
    <w:p>
      <w:pPr>
        <w:spacing w:after="40"/>
      </w:pPr>
    </w:p>
    <w:p>
      <w:pPr>
        <w:spacing w:after="80"/>
      </w:pPr>
      <w:r>
        <w:rPr>
          <w:b w:val="0"/>
          <w:i w:val="0"/>
        </w:rPr>
        <w:t>Pygame hiệu quả vì nó cho phép bạn xử lý mọi phần tử trong game như hình chữ nhật (</w:t>
      </w:r>
      <w:r>
        <w:rPr>
          <w:b w:val="0"/>
          <w:i/>
        </w:rPr>
        <w:t>rect</w:t>
      </w:r>
      <w:r>
        <w:rPr>
          <w:b w:val="0"/>
          <w:i w:val="0"/>
        </w:rPr>
        <w:t>), kể cả khi chúng không có hình dạng chính xác là hình chữ nhật. Xử lý một phần tử như hình chữ nhật thì hiệu quả vì hình chữ nhật là hình dạng hình học đơn giản. Ví dụ, khi Pygame cần xác định xem hai phần tử trong game có va chạm không, nó có thể làm việc này nhanh hơn nếu xử lý mỗi đối tượng như một hình chữ nhật. Cách tiếp cận này thường đủ tốt đến mức không người chơi nào nhận ra rằng chúng ta không làm việc với hình dạng chính xác của từng phần tử trong game. Trong lớp này, chúng ta sẽ xử lý con tàu và màn hình như hình chữ nhật.</w:t>
      </w:r>
    </w:p>
    <w:p>
      <w:pPr>
        <w:spacing w:after="80"/>
      </w:pPr>
      <w:r>
        <w:rPr>
          <w:b w:val="0"/>
          <w:i w:val="0"/>
        </w:rPr>
        <w:t xml:space="preserve">Chúng ta import module </w:t>
      </w:r>
      <w:r>
        <w:rPr>
          <w:rFonts w:ascii="Consolas" w:hAnsi="Consolas"/>
          <w:b w:val="0"/>
          <w:i w:val="0"/>
          <w:sz w:val="20"/>
        </w:rPr>
        <w:t>pygame</w:t>
      </w:r>
      <w:r>
        <w:rPr>
          <w:b w:val="0"/>
          <w:i w:val="0"/>
        </w:rPr>
        <w:t xml:space="preserve"> trước khi định nghĩa lớp. Phương thức </w:t>
      </w:r>
      <w:r>
        <w:rPr>
          <w:rFonts w:ascii="Consolas" w:hAnsi="Consolas"/>
          <w:b w:val="0"/>
          <w:i w:val="0"/>
          <w:sz w:val="20"/>
        </w:rPr>
        <w:t>__init__()</w:t>
      </w:r>
      <w:r>
        <w:rPr>
          <w:b w:val="0"/>
          <w:i w:val="0"/>
        </w:rPr>
        <w:t xml:space="preserve"> của </w:t>
      </w:r>
      <w:r>
        <w:rPr>
          <w:rFonts w:ascii="Consolas" w:hAnsi="Consolas"/>
          <w:b w:val="0"/>
          <w:i w:val="0"/>
          <w:sz w:val="20"/>
        </w:rPr>
        <w:t>Ship</w:t>
      </w:r>
      <w:r>
        <w:rPr>
          <w:b w:val="0"/>
          <w:i w:val="0"/>
        </w:rPr>
        <w:t xml:space="preserve"> nhận hai tham số: tham chiếu </w:t>
      </w:r>
      <w:r>
        <w:rPr>
          <w:rFonts w:ascii="Consolas" w:hAnsi="Consolas"/>
          <w:b w:val="0"/>
          <w:i w:val="0"/>
          <w:sz w:val="20"/>
        </w:rPr>
        <w:t>self</w:t>
      </w:r>
      <w:r>
        <w:rPr>
          <w:b w:val="0"/>
          <w:i w:val="0"/>
        </w:rPr>
        <w:t xml:space="preserve"> và tham chiếu đến instance hiện tại của lớp </w:t>
      </w:r>
      <w:r>
        <w:rPr>
          <w:rFonts w:ascii="Consolas" w:hAnsi="Consolas"/>
          <w:b w:val="0"/>
          <w:i w:val="0"/>
          <w:sz w:val="20"/>
        </w:rPr>
        <w:t>AlienInvasion</w:t>
      </w:r>
      <w:r>
        <w:rPr>
          <w:b w:val="0"/>
          <w:i w:val="0"/>
        </w:rPr>
        <w:t xml:space="preserve">. Điều này sẽ cho </w:t>
      </w:r>
      <w:r>
        <w:rPr>
          <w:rFonts w:ascii="Consolas" w:hAnsi="Consolas"/>
          <w:b w:val="0"/>
          <w:i w:val="0"/>
          <w:sz w:val="20"/>
        </w:rPr>
        <w:t>Ship</w:t>
      </w:r>
      <w:r>
        <w:rPr>
          <w:b w:val="0"/>
          <w:i w:val="0"/>
        </w:rPr>
        <w:t xml:space="preserve"> quyền truy cập vào tất cả tài nguyên game được định nghĩa trong </w:t>
      </w:r>
      <w:r>
        <w:rPr>
          <w:rFonts w:ascii="Consolas" w:hAnsi="Consolas"/>
          <w:b w:val="0"/>
          <w:i w:val="0"/>
          <w:sz w:val="20"/>
        </w:rPr>
        <w:t>AlienInvasion</w:t>
      </w:r>
      <w:r>
        <w:rPr>
          <w:b w:val="0"/>
          <w:i w:val="0"/>
        </w:rPr>
        <w:t xml:space="preserve">. Sau đó chúng ta gán màn hình cho một thuộc tính của </w:t>
      </w:r>
      <w:r>
        <w:rPr>
          <w:rFonts w:ascii="Consolas" w:hAnsi="Consolas"/>
          <w:b w:val="0"/>
          <w:i w:val="0"/>
          <w:sz w:val="20"/>
        </w:rPr>
        <w:t>Ship</w:t>
      </w:r>
      <w:r>
        <w:rPr>
          <w:b w:val="0"/>
          <w:i w:val="0"/>
        </w:rPr>
        <w:t xml:space="preserve"> ❶, để có thể truy cập dễ dàng trong mọi phương thức của lớp này. Chúng ta truy cập thuộc tính </w:t>
      </w:r>
      <w:r>
        <w:rPr>
          <w:rFonts w:ascii="Consolas" w:hAnsi="Consolas"/>
          <w:b w:val="0"/>
          <w:i w:val="0"/>
          <w:sz w:val="20"/>
        </w:rPr>
        <w:t>rect</w:t>
      </w:r>
      <w:r>
        <w:rPr>
          <w:b w:val="0"/>
          <w:i w:val="0"/>
        </w:rPr>
        <w:t xml:space="preserve"> của màn hình bằng phương thức </w:t>
      </w:r>
      <w:r>
        <w:rPr>
          <w:rFonts w:ascii="Consolas" w:hAnsi="Consolas"/>
          <w:b w:val="0"/>
          <w:i w:val="0"/>
          <w:sz w:val="20"/>
        </w:rPr>
        <w:t>get_rect()</w:t>
      </w:r>
      <w:r>
        <w:rPr>
          <w:b w:val="0"/>
          <w:i w:val="0"/>
        </w:rPr>
        <w:t xml:space="preserve"> và gán nó cho </w:t>
      </w:r>
      <w:r>
        <w:rPr>
          <w:rFonts w:ascii="Consolas" w:hAnsi="Consolas"/>
          <w:b w:val="0"/>
          <w:i w:val="0"/>
          <w:sz w:val="20"/>
        </w:rPr>
        <w:t>self.screen_rect</w:t>
      </w:r>
      <w:r>
        <w:rPr>
          <w:b w:val="0"/>
          <w:i w:val="0"/>
        </w:rPr>
        <w:t xml:space="preserve"> ❷. Làm vậy cho phép chúng ta đặt con tàu đúng vị trí trên màn hình.</w:t>
      </w:r>
    </w:p>
    <w:p>
      <w:pPr>
        <w:spacing w:after="80"/>
      </w:pPr>
      <w:r>
        <w:rPr>
          <w:b w:val="0"/>
          <w:i w:val="0"/>
        </w:rPr>
        <w:t xml:space="preserve">Để tải ảnh, chúng ta gọi </w:t>
      </w:r>
      <w:r>
        <w:rPr>
          <w:rFonts w:ascii="Consolas" w:hAnsi="Consolas"/>
          <w:b w:val="0"/>
          <w:i w:val="0"/>
          <w:sz w:val="20"/>
        </w:rPr>
        <w:t>pygame.image.load()</w:t>
      </w:r>
      <w:r>
        <w:rPr>
          <w:b w:val="0"/>
          <w:i w:val="0"/>
        </w:rPr>
        <w:t xml:space="preserve"> ❸ và truyền vào vị trí ảnh con tàu. Hàm này trả về một surface đại diện cho con tàu, mà chúng ta gán cho </w:t>
      </w:r>
      <w:r>
        <w:rPr>
          <w:rFonts w:ascii="Consolas" w:hAnsi="Consolas"/>
          <w:b w:val="0"/>
          <w:i w:val="0"/>
          <w:sz w:val="20"/>
        </w:rPr>
        <w:t>self.image</w:t>
      </w:r>
      <w:r>
        <w:rPr>
          <w:b w:val="0"/>
          <w:i w:val="0"/>
        </w:rPr>
        <w:t xml:space="preserve">. Khi ảnh được tải, chúng ta gọi </w:t>
      </w:r>
      <w:r>
        <w:rPr>
          <w:rFonts w:ascii="Consolas" w:hAnsi="Consolas"/>
          <w:b w:val="0"/>
          <w:i w:val="0"/>
          <w:sz w:val="20"/>
        </w:rPr>
        <w:t>get_rect()</w:t>
      </w:r>
      <w:r>
        <w:rPr>
          <w:b w:val="0"/>
          <w:i w:val="0"/>
        </w:rPr>
        <w:t xml:space="preserve"> để truy cập thuộc tính </w:t>
      </w:r>
      <w:r>
        <w:rPr>
          <w:rFonts w:ascii="Consolas" w:hAnsi="Consolas"/>
          <w:b w:val="0"/>
          <w:i w:val="0"/>
          <w:sz w:val="20"/>
        </w:rPr>
        <w:t>rect</w:t>
      </w:r>
      <w:r>
        <w:rPr>
          <w:b w:val="0"/>
          <w:i w:val="0"/>
        </w:rPr>
        <w:t xml:space="preserve"> của surface con tàu, để sau này dùng nó đặt con tàu.</w:t>
      </w:r>
    </w:p>
    <w:p>
      <w:pPr>
        <w:spacing w:after="80"/>
      </w:pPr>
      <w:r>
        <w:rPr>
          <w:b w:val="0"/>
          <w:i w:val="0"/>
        </w:rPr>
        <w:t xml:space="preserve">Khi làm việc với đối tượng </w:t>
      </w:r>
      <w:r>
        <w:rPr>
          <w:rFonts w:ascii="Consolas" w:hAnsi="Consolas"/>
          <w:b w:val="0"/>
          <w:i w:val="0"/>
          <w:sz w:val="20"/>
        </w:rPr>
        <w:t>rect</w:t>
      </w:r>
      <w:r>
        <w:rPr>
          <w:b w:val="0"/>
          <w:i w:val="0"/>
        </w:rPr>
        <w:t xml:space="preserve">, bạn có thể dùng tọa độ </w:t>
      </w:r>
      <w:r>
        <w:rPr>
          <w:b w:val="0"/>
          <w:i/>
        </w:rPr>
        <w:t>x</w:t>
      </w:r>
      <w:r>
        <w:rPr>
          <w:b w:val="0"/>
          <w:i w:val="0"/>
        </w:rPr>
        <w:t xml:space="preserve"> và </w:t>
      </w:r>
      <w:r>
        <w:rPr>
          <w:b w:val="0"/>
          <w:i/>
        </w:rPr>
        <w:t>y</w:t>
      </w:r>
      <w:r>
        <w:rPr>
          <w:b w:val="0"/>
          <w:i w:val="0"/>
        </w:rPr>
        <w:t xml:space="preserve"> của các cạnh trên, dưới, trái, phải của hình chữ nhật, cũng như tâm, để đặt đối tượng. Bạn có thể đặt bất kỳ giá trị nào trong số này để thiết lập vị trí hiện tại của </w:t>
      </w:r>
      <w:r>
        <w:rPr>
          <w:rFonts w:ascii="Consolas" w:hAnsi="Consolas"/>
          <w:b w:val="0"/>
          <w:i w:val="0"/>
          <w:sz w:val="20"/>
        </w:rPr>
        <w:t>rect</w:t>
      </w:r>
      <w:r>
        <w:rPr>
          <w:b w:val="0"/>
          <w:i w:val="0"/>
        </w:rPr>
        <w:t xml:space="preserve">. Khi căn giữa một phần tử trong game, hãy làm việc với các thuộc tính </w:t>
      </w:r>
      <w:r>
        <w:rPr>
          <w:rFonts w:ascii="Consolas" w:hAnsi="Consolas"/>
          <w:b w:val="0"/>
          <w:i w:val="0"/>
          <w:sz w:val="20"/>
        </w:rPr>
        <w:t>center</w:t>
      </w:r>
      <w:r>
        <w:rPr>
          <w:b w:val="0"/>
          <w:i w:val="0"/>
        </w:rPr>
        <w:t xml:space="preserve">, </w:t>
      </w:r>
      <w:r>
        <w:rPr>
          <w:rFonts w:ascii="Consolas" w:hAnsi="Consolas"/>
          <w:b w:val="0"/>
          <w:i w:val="0"/>
          <w:sz w:val="20"/>
        </w:rPr>
        <w:t>centerx</w:t>
      </w:r>
      <w:r>
        <w:rPr>
          <w:b w:val="0"/>
          <w:i w:val="0"/>
        </w:rPr>
        <w:t xml:space="preserve">, hoặc </w:t>
      </w:r>
      <w:r>
        <w:rPr>
          <w:rFonts w:ascii="Consolas" w:hAnsi="Consolas"/>
          <w:b w:val="0"/>
          <w:i w:val="0"/>
          <w:sz w:val="20"/>
        </w:rPr>
        <w:t>centery</w:t>
      </w:r>
      <w:r>
        <w:rPr>
          <w:b w:val="0"/>
          <w:i w:val="0"/>
        </w:rPr>
        <w:t xml:space="preserve"> của </w:t>
      </w:r>
      <w:r>
        <w:rPr>
          <w:rFonts w:ascii="Consolas" w:hAnsi="Consolas"/>
          <w:b w:val="0"/>
          <w:i w:val="0"/>
          <w:sz w:val="20"/>
        </w:rPr>
        <w:t>rect</w:t>
      </w:r>
      <w:r>
        <w:rPr>
          <w:b w:val="0"/>
          <w:i w:val="0"/>
        </w:rPr>
        <w:t xml:space="preserve">. Khi làm việc ở rìa màn hình, hãy dùng các thuộc tính </w:t>
      </w:r>
      <w:r>
        <w:rPr>
          <w:rFonts w:ascii="Consolas" w:hAnsi="Consolas"/>
          <w:b w:val="0"/>
          <w:i w:val="0"/>
          <w:sz w:val="20"/>
        </w:rPr>
        <w:t>top</w:t>
      </w:r>
      <w:r>
        <w:rPr>
          <w:b w:val="0"/>
          <w:i w:val="0"/>
        </w:rPr>
        <w:t xml:space="preserve">, </w:t>
      </w:r>
      <w:r>
        <w:rPr>
          <w:rFonts w:ascii="Consolas" w:hAnsi="Consolas"/>
          <w:b w:val="0"/>
          <w:i w:val="0"/>
          <w:sz w:val="20"/>
        </w:rPr>
        <w:t>bottom</w:t>
      </w:r>
      <w:r>
        <w:rPr>
          <w:b w:val="0"/>
          <w:i w:val="0"/>
        </w:rPr>
        <w:t xml:space="preserve">, </w:t>
      </w:r>
      <w:r>
        <w:rPr>
          <w:rFonts w:ascii="Consolas" w:hAnsi="Consolas"/>
          <w:b w:val="0"/>
          <w:i w:val="0"/>
          <w:sz w:val="20"/>
        </w:rPr>
        <w:t>left</w:t>
      </w:r>
      <w:r>
        <w:rPr>
          <w:b w:val="0"/>
          <w:i w:val="0"/>
        </w:rPr>
        <w:t xml:space="preserve">, hoặc </w:t>
      </w:r>
      <w:r>
        <w:rPr>
          <w:rFonts w:ascii="Consolas" w:hAnsi="Consolas"/>
          <w:b w:val="0"/>
          <w:i w:val="0"/>
          <w:sz w:val="20"/>
        </w:rPr>
        <w:t>right</w:t>
      </w:r>
      <w:r>
        <w:rPr>
          <w:b w:val="0"/>
          <w:i w:val="0"/>
        </w:rPr>
        <w:t xml:space="preserve">. Cũng có những thuộc tính kết hợp các đặc tính này, chẳng hạn </w:t>
      </w:r>
      <w:r>
        <w:rPr>
          <w:rFonts w:ascii="Consolas" w:hAnsi="Consolas"/>
          <w:b w:val="0"/>
          <w:i w:val="0"/>
          <w:sz w:val="20"/>
        </w:rPr>
        <w:t>midbottom</w:t>
      </w:r>
      <w:r>
        <w:rPr>
          <w:b w:val="0"/>
          <w:i w:val="0"/>
        </w:rPr>
        <w:t xml:space="preserve">, </w:t>
      </w:r>
      <w:r>
        <w:rPr>
          <w:rFonts w:ascii="Consolas" w:hAnsi="Consolas"/>
          <w:b w:val="0"/>
          <w:i w:val="0"/>
          <w:sz w:val="20"/>
        </w:rPr>
        <w:t>midtop</w:t>
      </w:r>
      <w:r>
        <w:rPr>
          <w:b w:val="0"/>
          <w:i w:val="0"/>
        </w:rPr>
        <w:t xml:space="preserve">, </w:t>
      </w:r>
      <w:r>
        <w:rPr>
          <w:rFonts w:ascii="Consolas" w:hAnsi="Consolas"/>
          <w:b w:val="0"/>
          <w:i w:val="0"/>
          <w:sz w:val="20"/>
        </w:rPr>
        <w:t>midleft</w:t>
      </w:r>
      <w:r>
        <w:rPr>
          <w:b w:val="0"/>
          <w:i w:val="0"/>
        </w:rPr>
        <w:t xml:space="preserve">, và </w:t>
      </w:r>
      <w:r>
        <w:rPr>
          <w:rFonts w:ascii="Consolas" w:hAnsi="Consolas"/>
          <w:b w:val="0"/>
          <w:i w:val="0"/>
          <w:sz w:val="20"/>
        </w:rPr>
        <w:t>midright</w:t>
      </w:r>
      <w:r>
        <w:rPr>
          <w:b w:val="0"/>
          <w:i w:val="0"/>
        </w:rPr>
        <w:t xml:space="preserve">. Khi điều chỉnh vị trí ngang hoặc dọc của </w:t>
      </w:r>
      <w:r>
        <w:rPr>
          <w:rFonts w:ascii="Consolas" w:hAnsi="Consolas"/>
          <w:b w:val="0"/>
          <w:i w:val="0"/>
          <w:sz w:val="20"/>
        </w:rPr>
        <w:t>rect</w:t>
      </w:r>
      <w:r>
        <w:rPr>
          <w:b w:val="0"/>
          <w:i w:val="0"/>
        </w:rPr>
        <w:t xml:space="preserve">, bạn chỉ cần dùng thuộc tính </w:t>
      </w:r>
      <w:r>
        <w:rPr>
          <w:rFonts w:ascii="Consolas" w:hAnsi="Consolas"/>
          <w:b w:val="0"/>
          <w:i w:val="0"/>
          <w:sz w:val="20"/>
        </w:rPr>
        <w:t>x</w:t>
      </w:r>
      <w:r>
        <w:rPr>
          <w:b w:val="0"/>
          <w:i w:val="0"/>
        </w:rPr>
        <w:t xml:space="preserve"> và </w:t>
      </w:r>
      <w:r>
        <w:rPr>
          <w:rFonts w:ascii="Consolas" w:hAnsi="Consolas"/>
          <w:b w:val="0"/>
          <w:i w:val="0"/>
          <w:sz w:val="20"/>
        </w:rPr>
        <w:t>y</w:t>
      </w:r>
      <w:r>
        <w:rPr>
          <w:b w:val="0"/>
          <w:i w:val="0"/>
        </w:rPr>
        <w:t xml:space="preserve">, tức là tọa độ </w:t>
      </w:r>
      <w:r>
        <w:rPr>
          <w:b w:val="0"/>
          <w:i/>
        </w:rPr>
        <w:t>x</w:t>
      </w:r>
      <w:r>
        <w:rPr>
          <w:b w:val="0"/>
          <w:i w:val="0"/>
        </w:rPr>
        <w:t xml:space="preserve"> và </w:t>
      </w:r>
      <w:r>
        <w:rPr>
          <w:b w:val="0"/>
          <w:i/>
        </w:rPr>
        <w:t>y</w:t>
      </w:r>
      <w:r>
        <w:rPr>
          <w:b w:val="0"/>
          <w:i w:val="0"/>
        </w:rPr>
        <w:t xml:space="preserve"> của góc trên bên trái. Những thuộc tính này giúp bạn khỏi phải làm các phép tính mà trước đây lập trình viên game phải làm thủ công, và bạn sẽ dùng chúng thường xuyên.</w:t>
      </w:r>
    </w:p>
    <w:p>
      <w:pPr>
        <w:spacing w:before="120" w:after="40"/>
      </w:pPr>
      <w:r>
        <w:rPr>
          <w:b/>
          <w:sz w:val="21"/>
        </w:rPr>
        <w:t>Ghi chú</w:t>
      </w:r>
    </w:p>
    <w:p>
      <w:pPr>
        <w:spacing w:after="80"/>
      </w:pPr>
      <w:r>
        <w:rPr>
          <w:b w:val="0"/>
          <w:i w:val="0"/>
        </w:rPr>
        <w:t>Trong Pygame, gốc tọa độ (0, 0) nằm ở góc trên bên trái của màn hình, và tọa độ tăng dần khi bạn đi xuống và sang phải. Trên màn hình 1200×800, gốc tọa độ ở góc trên bên trái, và góc dưới bên phải có tọa độ (1200, 800). Những tọa độ này ám chỉ cửa sổ game, không phải màn hình vật lý.</w:t>
      </w:r>
    </w:p>
    <w:p>
      <w:pPr>
        <w:spacing w:after="80"/>
      </w:pPr>
      <w:r>
        <w:rPr>
          <w:b w:val="0"/>
          <w:i w:val="0"/>
        </w:rPr>
        <w:t xml:space="preserve">Chúng ta sẽ đặt con tàu ở giữa phía dưới màn hình. Để làm vậy, hãy cho giá trị của </w:t>
      </w:r>
      <w:r>
        <w:rPr>
          <w:rFonts w:ascii="Consolas" w:hAnsi="Consolas"/>
          <w:b w:val="0"/>
          <w:i w:val="0"/>
          <w:sz w:val="20"/>
        </w:rPr>
        <w:t>self.rect.midbottom</w:t>
      </w:r>
      <w:r>
        <w:rPr>
          <w:b w:val="0"/>
          <w:i w:val="0"/>
        </w:rPr>
        <w:t xml:space="preserve"> khớp với thuộc tính </w:t>
      </w:r>
      <w:r>
        <w:rPr>
          <w:rFonts w:ascii="Consolas" w:hAnsi="Consolas"/>
          <w:b w:val="0"/>
          <w:i w:val="0"/>
          <w:sz w:val="20"/>
        </w:rPr>
        <w:t>midbottom</w:t>
      </w:r>
      <w:r>
        <w:rPr>
          <w:b w:val="0"/>
          <w:i w:val="0"/>
        </w:rPr>
        <w:t xml:space="preserve"> của </w:t>
      </w:r>
      <w:r>
        <w:rPr>
          <w:rFonts w:ascii="Consolas" w:hAnsi="Consolas"/>
          <w:b w:val="0"/>
          <w:i w:val="0"/>
          <w:sz w:val="20"/>
        </w:rPr>
        <w:t>rect</w:t>
      </w:r>
      <w:r>
        <w:rPr>
          <w:b w:val="0"/>
          <w:i w:val="0"/>
        </w:rPr>
        <w:t xml:space="preserve"> màn hình ❹. Pygame dùng những thuộc tính </w:t>
      </w:r>
      <w:r>
        <w:rPr>
          <w:rFonts w:ascii="Consolas" w:hAnsi="Consolas"/>
          <w:b w:val="0"/>
          <w:i w:val="0"/>
          <w:sz w:val="20"/>
        </w:rPr>
        <w:t>rect</w:t>
      </w:r>
      <w:r>
        <w:rPr>
          <w:b w:val="0"/>
          <w:i w:val="0"/>
        </w:rPr>
        <w:t xml:space="preserve"> này để đặt ảnh con tàu sao cho nó được căn giữa theo chiều ngang và thẳng hàng với đáy màn hình.</w:t>
      </w:r>
    </w:p>
    <w:p>
      <w:pPr>
        <w:spacing w:after="80"/>
      </w:pPr>
      <w:r>
        <w:rPr>
          <w:b w:val="0"/>
          <w:i w:val="0"/>
        </w:rPr>
        <w:t xml:space="preserve">Cuối cùng, chúng ta định nghĩa phương thức </w:t>
      </w:r>
      <w:r>
        <w:rPr>
          <w:rFonts w:ascii="Consolas" w:hAnsi="Consolas"/>
          <w:b w:val="0"/>
          <w:i w:val="0"/>
          <w:sz w:val="20"/>
        </w:rPr>
        <w:t>blitme()</w:t>
      </w:r>
      <w:r>
        <w:rPr>
          <w:b w:val="0"/>
          <w:i w:val="0"/>
        </w:rPr>
        <w:t xml:space="preserve"> ❺, phương thức này vẽ ảnh lên màn hình tại vị trí được chỉ định bởi </w:t>
      </w:r>
      <w:r>
        <w:rPr>
          <w:rFonts w:ascii="Consolas" w:hAnsi="Consolas"/>
          <w:b w:val="0"/>
          <w:i w:val="0"/>
          <w:sz w:val="20"/>
        </w:rPr>
        <w:t>self.rect</w:t>
      </w:r>
      <w:r>
        <w:rPr>
          <w:b w:val="0"/>
          <w:i w:val="0"/>
        </w:rPr>
        <w:t>.</w:t>
      </w:r>
    </w:p>
    <w:p>
      <w:pPr>
        <w:pStyle w:val="Heading3"/>
      </w:pPr>
      <w:r>
        <w:rPr>
          <w:rFonts w:ascii="Calibri" w:hAnsi="Calibri"/>
          <w:b/>
          <w:i w:val="0"/>
          <w:sz w:val="27"/>
        </w:rPr>
        <w:t>Vẽ con tàu lên màn hình</w:t>
      </w:r>
    </w:p>
    <w:p>
      <w:pPr>
        <w:spacing w:after="80"/>
      </w:pPr>
      <w:r>
        <w:rPr>
          <w:b w:val="0"/>
          <w:i w:val="0"/>
        </w:rPr>
        <w:t xml:space="preserve">Giờ hãy cập nhật </w:t>
      </w:r>
      <w:r>
        <w:rPr>
          <w:b w:val="0"/>
          <w:i/>
        </w:rPr>
        <w:t>alien_invasion.py</w:t>
      </w:r>
      <w:r>
        <w:rPr>
          <w:b w:val="0"/>
          <w:i w:val="0"/>
        </w:rPr>
        <w:t xml:space="preserve"> để nó tạo một con tàu và gọi phương thức </w:t>
      </w:r>
      <w:r>
        <w:rPr>
          <w:rFonts w:ascii="Consolas" w:hAnsi="Consolas"/>
          <w:b w:val="0"/>
          <w:i w:val="0"/>
          <w:sz w:val="20"/>
        </w:rPr>
        <w:t>blitme()</w:t>
      </w:r>
      <w:r>
        <w:rPr>
          <w:b w:val="0"/>
          <w:i w:val="0"/>
        </w:rPr>
        <w:t xml:space="preserve"> của con tàu:</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from settings import Settings</w:t>
      </w:r>
    </w:p>
    <w:p>
      <w:pPr>
        <w:spacing w:after="0"/>
        <w:ind w:left="360"/>
        <w:shd w:val="clear" w:color="auto" w:fill="F2F2F2"/>
      </w:pPr>
      <w:r>
        <w:rPr>
          <w:rFonts w:ascii="Consolas" w:hAnsi="Consolas"/>
          <w:b w:val="0"/>
          <w:i w:val="0"/>
          <w:sz w:val="18"/>
        </w:rPr>
        <w:t>from ship import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AlienInvasion:</w:t>
      </w:r>
    </w:p>
    <w:p>
      <w:pPr>
        <w:spacing w:after="0"/>
        <w:ind w:left="360"/>
        <w:shd w:val="clear" w:color="auto" w:fill="F2F2F2"/>
      </w:pPr>
      <w:r>
        <w:rPr>
          <w:rFonts w:ascii="Consolas" w:hAnsi="Consolas"/>
          <w:b w:val="0"/>
          <w:i w:val="0"/>
          <w:sz w:val="18"/>
        </w:rPr>
        <w:t xml:space="preserve">    """Overall class to manage game assets and behavior."""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pygame.display.set_caption("Alien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self.ship = Ship(self)</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run_game(self):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Redraw the screen during each pass through the loop.</w:t>
      </w:r>
    </w:p>
    <w:p>
      <w:pPr>
        <w:spacing w:after="0"/>
        <w:ind w:left="360"/>
        <w:shd w:val="clear" w:color="auto" w:fill="F2F2F2"/>
      </w:pPr>
      <w:r>
        <w:rPr>
          <w:rFonts w:ascii="Consolas" w:hAnsi="Consolas"/>
          <w:b w:val="0"/>
          <w:i w:val="0"/>
          <w:sz w:val="18"/>
        </w:rPr>
        <w:t xml:space="preserve">            self.screen.fill(self.settings.bg_color)</w:t>
      </w:r>
    </w:p>
    <w:p>
      <w:pPr>
        <w:spacing w:after="0"/>
        <w:ind w:left="360"/>
        <w:shd w:val="clear" w:color="auto" w:fill="F2F2F2"/>
      </w:pPr>
      <w:r>
        <w:rPr>
          <w:rFonts w:ascii="Consolas" w:hAnsi="Consolas"/>
          <w:b w:val="0"/>
          <w:i w:val="0"/>
          <w:sz w:val="18"/>
        </w:rPr>
        <w:t>❷             self.ship.blitme()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Make the most recently drawn screen visible.</w:t>
      </w:r>
    </w:p>
    <w:p>
      <w:pPr>
        <w:spacing w:after="0"/>
        <w:ind w:left="360"/>
        <w:shd w:val="clear" w:color="auto" w:fill="F2F2F2"/>
      </w:pPr>
      <w:r>
        <w:rPr>
          <w:rFonts w:ascii="Consolas" w:hAnsi="Consolas"/>
          <w:b w:val="0"/>
          <w:i w:val="0"/>
          <w:sz w:val="18"/>
        </w:rPr>
        <w:t xml:space="preserve">            pygame.display.flip()</w:t>
      </w:r>
    </w:p>
    <w:p>
      <w:pPr>
        <w:spacing w:after="0"/>
        <w:ind w:left="360"/>
        <w:shd w:val="clear" w:color="auto" w:fill="F2F2F2"/>
      </w:pPr>
      <w:r>
        <w:rPr>
          <w:rFonts w:ascii="Consolas" w:hAnsi="Consolas"/>
          <w:b w:val="0"/>
          <w:i w:val="0"/>
          <w:sz w:val="18"/>
        </w:rPr>
        <w:t xml:space="preserve">            self.clock.tick(60)</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import </w:t>
      </w:r>
      <w:r>
        <w:rPr>
          <w:rFonts w:ascii="Consolas" w:hAnsi="Consolas"/>
          <w:b w:val="0"/>
          <w:i w:val="0"/>
          <w:sz w:val="20"/>
        </w:rPr>
        <w:t>Ship</w:t>
      </w:r>
      <w:r>
        <w:rPr>
          <w:b w:val="0"/>
          <w:i w:val="0"/>
        </w:rPr>
        <w:t xml:space="preserve"> rồi tạo một instance của </w:t>
      </w:r>
      <w:r>
        <w:rPr>
          <w:rFonts w:ascii="Consolas" w:hAnsi="Consolas"/>
          <w:b w:val="0"/>
          <w:i w:val="0"/>
          <w:sz w:val="20"/>
        </w:rPr>
        <w:t>Ship</w:t>
      </w:r>
      <w:r>
        <w:rPr>
          <w:b w:val="0"/>
          <w:i w:val="0"/>
        </w:rPr>
        <w:t xml:space="preserve"> sau khi màn hình đã được tạo ❶. Lời gọi </w:t>
      </w:r>
      <w:r>
        <w:rPr>
          <w:rFonts w:ascii="Consolas" w:hAnsi="Consolas"/>
          <w:b w:val="0"/>
          <w:i w:val="0"/>
          <w:sz w:val="20"/>
        </w:rPr>
        <w:t>Ship()</w:t>
      </w:r>
      <w:r>
        <w:rPr>
          <w:b w:val="0"/>
          <w:i w:val="0"/>
        </w:rPr>
        <w:t xml:space="preserve"> cần một đối số: một instance của </w:t>
      </w:r>
      <w:r>
        <w:rPr>
          <w:rFonts w:ascii="Consolas" w:hAnsi="Consolas"/>
          <w:b w:val="0"/>
          <w:i w:val="0"/>
          <w:sz w:val="20"/>
        </w:rPr>
        <w:t>AlienInvasion</w:t>
      </w:r>
      <w:r>
        <w:rPr>
          <w:b w:val="0"/>
          <w:i w:val="0"/>
        </w:rPr>
        <w:t xml:space="preserve">. Đối số </w:t>
      </w:r>
      <w:r>
        <w:rPr>
          <w:rFonts w:ascii="Consolas" w:hAnsi="Consolas"/>
          <w:b w:val="0"/>
          <w:i w:val="0"/>
          <w:sz w:val="20"/>
        </w:rPr>
        <w:t>self</w:t>
      </w:r>
      <w:r>
        <w:rPr>
          <w:b w:val="0"/>
          <w:i w:val="0"/>
        </w:rPr>
        <w:t xml:space="preserve"> ở đây tham chiếu đến instance hiện tại của </w:t>
      </w:r>
      <w:r>
        <w:rPr>
          <w:rFonts w:ascii="Consolas" w:hAnsi="Consolas"/>
          <w:b w:val="0"/>
          <w:i w:val="0"/>
          <w:sz w:val="20"/>
        </w:rPr>
        <w:t>AlienInvasion</w:t>
      </w:r>
      <w:r>
        <w:rPr>
          <w:b w:val="0"/>
          <w:i w:val="0"/>
        </w:rPr>
        <w:t xml:space="preserve">. Đây chính là tham số giúp </w:t>
      </w:r>
      <w:r>
        <w:rPr>
          <w:rFonts w:ascii="Consolas" w:hAnsi="Consolas"/>
          <w:b w:val="0"/>
          <w:i w:val="0"/>
          <w:sz w:val="20"/>
        </w:rPr>
        <w:t>Ship</w:t>
      </w:r>
      <w:r>
        <w:rPr>
          <w:b w:val="0"/>
          <w:i w:val="0"/>
        </w:rPr>
        <w:t xml:space="preserve"> truy cập được vào các tài nguyên của game, ví dụ như đối tượng </w:t>
      </w:r>
      <w:r>
        <w:rPr>
          <w:rFonts w:ascii="Consolas" w:hAnsi="Consolas"/>
          <w:b w:val="0"/>
          <w:i w:val="0"/>
          <w:sz w:val="20"/>
        </w:rPr>
        <w:t>screen</w:t>
      </w:r>
      <w:r>
        <w:rPr>
          <w:b w:val="0"/>
          <w:i w:val="0"/>
        </w:rPr>
        <w:t xml:space="preserve">. Ta gán instance </w:t>
      </w:r>
      <w:r>
        <w:rPr>
          <w:rFonts w:ascii="Consolas" w:hAnsi="Consolas"/>
          <w:b w:val="0"/>
          <w:i w:val="0"/>
          <w:sz w:val="20"/>
        </w:rPr>
        <w:t>Ship</w:t>
      </w:r>
      <w:r>
        <w:rPr>
          <w:b w:val="0"/>
          <w:i w:val="0"/>
        </w:rPr>
        <w:t xml:space="preserve"> này cho </w:t>
      </w:r>
      <w:r>
        <w:rPr>
          <w:rFonts w:ascii="Consolas" w:hAnsi="Consolas"/>
          <w:b w:val="0"/>
          <w:i w:val="0"/>
          <w:sz w:val="20"/>
        </w:rPr>
        <w:t>self.ship</w:t>
      </w:r>
      <w:r>
        <w:rPr>
          <w:b w:val="0"/>
          <w:i w:val="0"/>
        </w:rPr>
        <w:t>.</w:t>
      </w:r>
    </w:p>
    <w:p>
      <w:pPr>
        <w:spacing w:after="80"/>
      </w:pPr>
      <w:r>
        <w:rPr>
          <w:b w:val="0"/>
          <w:i w:val="0"/>
        </w:rPr>
        <w:t xml:space="preserve">Sau khi tô nền, ta vẽ con tàu lên màn hình bằng cách gọi </w:t>
      </w:r>
      <w:r>
        <w:rPr>
          <w:rFonts w:ascii="Consolas" w:hAnsi="Consolas"/>
          <w:b w:val="0"/>
          <w:i w:val="0"/>
          <w:sz w:val="20"/>
        </w:rPr>
        <w:t>ship.blitme()</w:t>
      </w:r>
      <w:r>
        <w:rPr>
          <w:b w:val="0"/>
          <w:i w:val="0"/>
        </w:rPr>
        <w:t>, để con tàu xuất hiện đè lên trên nền ❷.</w:t>
      </w:r>
    </w:p>
    <w:p>
      <w:pPr>
        <w:spacing w:after="80"/>
      </w:pPr>
      <w:r>
        <w:rPr>
          <w:b w:val="0"/>
          <w:i w:val="0"/>
        </w:rPr>
        <w:t xml:space="preserve">Khi bạn chạy </w:t>
      </w:r>
      <w:r>
        <w:rPr>
          <w:b w:val="0"/>
          <w:i/>
        </w:rPr>
        <w:t>alien_invasion.py</w:t>
      </w:r>
      <w:r>
        <w:rPr>
          <w:b w:val="0"/>
          <w:i w:val="0"/>
        </w:rPr>
        <w:t xml:space="preserve"> bây giờ, bạn sẽ thấy một màn hình game trống với con tàu tên lửa nằm ở chính giữa phía dưới, như trong Hình 12-2.</w:t>
      </w:r>
    </w:p>
    <w:p>
      <w:pPr>
        <w:jc w:val="center"/>
      </w:pPr>
      <w:r>
        <w:drawing>
          <wp:inline xmlns:a="http://schemas.openxmlformats.org/drawingml/2006/main" xmlns:pic="http://schemas.openxmlformats.org/drawingml/2006/picture">
            <wp:extent cx="5438775" cy="3752850"/>
            <wp:docPr id="19" name="Picture 19"/>
            <wp:cNvGraphicFramePr>
              <a:graphicFrameLocks noChangeAspect="1"/>
            </wp:cNvGraphicFramePr>
            <a:graphic>
              <a:graphicData uri="http://schemas.openxmlformats.org/drawingml/2006/picture">
                <pic:pic>
                  <pic:nvPicPr>
                    <pic:cNvPr id="0" name="image_rsrcBHJ.jpg"/>
                    <pic:cNvPicPr/>
                  </pic:nvPicPr>
                  <pic:blipFill>
                    <a:blip r:embed="rId15"/>
                    <a:stretch>
                      <a:fillRect/>
                    </a:stretch>
                  </pic:blipFill>
                  <pic:spPr>
                    <a:xfrm>
                      <a:off x="0" y="0"/>
                      <a:ext cx="5438775" cy="3752850"/>
                    </a:xfrm>
                    <a:prstGeom prst="rect"/>
                  </pic:spPr>
                </pic:pic>
              </a:graphicData>
            </a:graphic>
          </wp:inline>
        </w:drawing>
      </w:r>
    </w:p>
    <w:p>
      <w:pPr>
        <w:spacing w:after="80"/>
      </w:pPr>
      <w:r>
        <w:rPr>
          <w:b w:val="0"/>
          <w:i w:val="0"/>
        </w:rPr>
        <w:t>Hình 12-2: Alien Invasion với con tàu ở chính giữa phía dưới màn hình</w:t>
      </w:r>
    </w:p>
    <w:p>
      <w:pPr>
        <w:pStyle w:val="Heading2"/>
      </w:pPr>
      <w:r>
        <w:rPr>
          <w:rFonts w:ascii="Calibri" w:hAnsi="Calibri"/>
          <w:b/>
          <w:i w:val="0"/>
          <w:sz w:val="32"/>
        </w:rPr>
        <w:t>Tái cấu trúc (Refactoring): Các phương thức _check_events() và _update_screen()</w:t>
      </w:r>
    </w:p>
    <w:p>
      <w:pPr>
        <w:spacing w:after="80"/>
      </w:pPr>
      <w:r>
        <w:rPr>
          <w:b w:val="0"/>
          <w:i w:val="0"/>
        </w:rPr>
        <w:t xml:space="preserve">Trong các dự án lớn, bạn sẽ thường xuyên tái cấu trúc (refactor) code đã viết trước khi thêm code mới. Tái cấu trúc giúp đơn giản hóa cấu trúc của đoạn code bạn đã viết, khiến việc xây dựng thêm trở nên dễ dàng hơn. Trong phần này, chúng ta sẽ chia phương thức </w:t>
      </w:r>
      <w:r>
        <w:rPr>
          <w:rFonts w:ascii="Consolas" w:hAnsi="Consolas"/>
          <w:b w:val="0"/>
          <w:i w:val="0"/>
          <w:sz w:val="20"/>
        </w:rPr>
        <w:t>run_game()</w:t>
      </w:r>
      <w:r>
        <w:rPr>
          <w:b w:val="0"/>
          <w:i w:val="0"/>
        </w:rPr>
        <w:t xml:space="preserve"> — vốn đang trở nên dài dòng — thành hai phương thức hỗ trợ (helper method). Một </w:t>
      </w:r>
      <w:r>
        <w:rPr>
          <w:b w:val="0"/>
          <w:i/>
        </w:rPr>
        <w:t>phương thức hỗ trợ</w:t>
      </w:r>
      <w:r>
        <w:rPr>
          <w:b w:val="0"/>
          <w:i w:val="0"/>
        </w:rPr>
        <w:t xml:space="preserve"> thực hiện công việc bên trong một class nhưng không dành cho code bên ngoài class sử dụng. Trong Python, một dấu gạch dưới ở đầu tên biểu thị một phương thức hỗ trợ.</w:t>
      </w:r>
    </w:p>
    <w:p>
      <w:pPr>
        <w:pStyle w:val="Heading3"/>
      </w:pPr>
      <w:r>
        <w:rPr>
          <w:rFonts w:ascii="Calibri" w:hAnsi="Calibri"/>
          <w:b/>
          <w:i w:val="0"/>
          <w:sz w:val="27"/>
        </w:rPr>
        <w:t>Phương thức _check_events()</w:t>
      </w:r>
    </w:p>
    <w:p>
      <w:pPr>
        <w:spacing w:after="80"/>
      </w:pPr>
      <w:r>
        <w:rPr>
          <w:b w:val="0"/>
          <w:i w:val="0"/>
        </w:rPr>
        <w:t xml:space="preserve">Chúng ta sẽ chuyển đoạn code quản lý sự kiện sang một phương thức riêng gọi là </w:t>
      </w:r>
      <w:r>
        <w:rPr>
          <w:rFonts w:ascii="Consolas" w:hAnsi="Consolas"/>
          <w:b w:val="0"/>
          <w:i w:val="0"/>
          <w:sz w:val="20"/>
        </w:rPr>
        <w:t>_check_events()</w:t>
      </w:r>
      <w:r>
        <w:rPr>
          <w:b w:val="0"/>
          <w:i w:val="0"/>
        </w:rPr>
        <w:t xml:space="preserve">. Điều này sẽ đơn giản hóa </w:t>
      </w:r>
      <w:r>
        <w:rPr>
          <w:rFonts w:ascii="Consolas" w:hAnsi="Consolas"/>
          <w:b w:val="0"/>
          <w:i w:val="0"/>
          <w:sz w:val="20"/>
        </w:rPr>
        <w:t>run_game()</w:t>
      </w:r>
      <w:r>
        <w:rPr>
          <w:b w:val="0"/>
          <w:i w:val="0"/>
        </w:rPr>
        <w:t xml:space="preserve"> và tách riêng vòng lặp quản lý sự kiện. Việc tách riêng vòng lặp sự kiện cho phép bạn quản lý các sự kiện tách biệt khỏi những khía cạnh khác của game, chẳng hạn như cập nhật màn hình.</w:t>
      </w:r>
    </w:p>
    <w:p>
      <w:pPr>
        <w:spacing w:after="80"/>
      </w:pPr>
      <w:r>
        <w:rPr>
          <w:b w:val="0"/>
          <w:i w:val="0"/>
        </w:rPr>
        <w:t xml:space="preserve">Đây là class </w:t>
      </w:r>
      <w:r>
        <w:rPr>
          <w:rFonts w:ascii="Consolas" w:hAnsi="Consolas"/>
          <w:b w:val="0"/>
          <w:i w:val="0"/>
          <w:sz w:val="20"/>
        </w:rPr>
        <w:t>AlienInvasion</w:t>
      </w:r>
      <w:r>
        <w:rPr>
          <w:b w:val="0"/>
          <w:i w:val="0"/>
        </w:rPr>
        <w:t xml:space="preserve"> với phương thức </w:t>
      </w:r>
      <w:r>
        <w:rPr>
          <w:rFonts w:ascii="Consolas" w:hAnsi="Consolas"/>
          <w:b w:val="0"/>
          <w:i w:val="0"/>
          <w:sz w:val="20"/>
        </w:rPr>
        <w:t>_check_events()</w:t>
      </w:r>
      <w:r>
        <w:rPr>
          <w:b w:val="0"/>
          <w:i w:val="0"/>
        </w:rPr>
        <w:t xml:space="preserve"> mới, chỉ ảnh hưởng đến code trong </w:t>
      </w:r>
      <w:r>
        <w:rPr>
          <w:rFonts w:ascii="Consolas" w:hAnsi="Consolas"/>
          <w:b w:val="0"/>
          <w:i w:val="0"/>
          <w:sz w:val="20"/>
        </w:rPr>
        <w:t>run_game()</w:t>
      </w:r>
      <w:r>
        <w:rPr>
          <w:b w:val="0"/>
          <w:i w:val="0"/>
        </w:rPr>
        <w:t>:</w:t>
      </w:r>
    </w:p>
    <w:p>
      <w:pPr>
        <w:spacing w:after="80"/>
      </w:pPr>
      <w:r>
        <w:rPr>
          <w:b w:val="0"/>
          <w:i w:val="0"/>
        </w:rPr>
        <w:t>alien_invasion.py</w:t>
      </w:r>
    </w:p>
    <w:p>
      <w:pPr>
        <w:spacing w:after="80"/>
      </w:pPr>
      <w:r>
        <w:rPr>
          <w:b w:val="0"/>
          <w:i w:val="0"/>
        </w:rPr>
        <w:t>def run_game(self):</w:t>
      </w:r>
      <w:r>
        <w:br/>
      </w:r>
      <w:r>
        <w:rPr>
          <w:b w:val="0"/>
          <w:i w:val="0"/>
        </w:rPr>
        <w:t xml:space="preserve">        """Start the main loop for the game."""</w:t>
      </w:r>
      <w:r>
        <w:br/>
      </w:r>
      <w:r>
        <w:rPr>
          <w:b w:val="0"/>
          <w:i w:val="0"/>
        </w:rPr>
        <w:t xml:space="preserve">        while True:</w:t>
      </w:r>
      <w:r>
        <w:br/>
      </w:r>
      <w:r>
        <w:rPr>
          <w:b w:val="0"/>
          <w:i w:val="0"/>
        </w:rPr>
        <w:t>❶             self._check_events()</w:t>
      </w:r>
      <w:r>
        <w:br/>
      </w:r>
      <w:r>
        <w:br/>
      </w:r>
      <w:r>
        <w:rPr>
          <w:b w:val="0"/>
          <w:i w:val="0"/>
        </w:rPr>
        <w:t xml:space="preserve">            # Redraw the screen during each pass through the loop.</w:t>
      </w:r>
      <w:r>
        <w:br/>
      </w:r>
      <w:r>
        <w:rPr>
          <w:b w:val="0"/>
          <w:i w:val="0"/>
        </w:rPr>
        <w:t xml:space="preserve">            </w:t>
      </w:r>
      <w:r>
        <w:rPr>
          <w:b w:val="0"/>
          <w:i/>
        </w:rPr>
        <w:t>--snip--</w:t>
      </w:r>
      <w:r>
        <w:br/>
      </w:r>
      <w:r>
        <w:br/>
      </w:r>
      <w:r>
        <w:rPr>
          <w:b w:val="0"/>
          <w:i w:val="0"/>
        </w:rPr>
        <w:t>❷     def _check_events(self):</w:t>
      </w:r>
      <w:r>
        <w:br/>
      </w:r>
      <w:r>
        <w:rPr>
          <w:b w:val="0"/>
          <w:i w:val="0"/>
        </w:rPr>
        <w:t xml:space="preserve">        """Respond to keypresses and mouse events."""</w:t>
      </w:r>
      <w:r>
        <w:br/>
      </w:r>
      <w:r>
        <w:rPr>
          <w:b w:val="0"/>
          <w:i w:val="0"/>
        </w:rPr>
        <w:t xml:space="preserve">        for event in pygame.event.get():</w:t>
      </w:r>
      <w:r>
        <w:br/>
      </w:r>
      <w:r>
        <w:rPr>
          <w:b w:val="0"/>
          <w:i w:val="0"/>
        </w:rPr>
        <w:t xml:space="preserve">            if event.type == pygame.QUIT:</w:t>
      </w:r>
      <w:r>
        <w:br/>
      </w:r>
      <w:r>
        <w:rPr>
          <w:b w:val="0"/>
          <w:i w:val="0"/>
        </w:rPr>
        <w:t xml:space="preserve">                sys.exit()</w:t>
      </w:r>
    </w:p>
    <w:p>
      <w:pPr>
        <w:spacing w:after="80"/>
      </w:pPr>
      <w:r>
        <w:rPr>
          <w:b w:val="0"/>
          <w:i w:val="0"/>
        </w:rPr>
        <w:t xml:space="preserve">Chúng ta tạo một phương thức mới </w:t>
      </w:r>
      <w:r>
        <w:rPr>
          <w:rFonts w:ascii="Consolas" w:hAnsi="Consolas"/>
          <w:b w:val="0"/>
          <w:i w:val="0"/>
          <w:sz w:val="20"/>
        </w:rPr>
        <w:t>_check_events()</w:t>
      </w:r>
      <w:r>
        <w:rPr>
          <w:b w:val="0"/>
          <w:i w:val="0"/>
        </w:rPr>
        <w:t xml:space="preserve"> ❷ và chuyển những dòng kiểm tra xem người chơi có bấm nút đóng cửa sổ hay không vào phương thức mới này.</w:t>
      </w:r>
    </w:p>
    <w:p>
      <w:pPr>
        <w:spacing w:after="80"/>
      </w:pPr>
      <w:r>
        <w:rPr>
          <w:b w:val="0"/>
          <w:i w:val="0"/>
        </w:rPr>
        <w:t xml:space="preserve">Để gọi một phương thức từ bên trong một class, hãy dùng ký pháp dấu chấm (dot notation) với biến </w:t>
      </w:r>
      <w:r>
        <w:rPr>
          <w:rFonts w:ascii="Consolas" w:hAnsi="Consolas"/>
          <w:b w:val="0"/>
          <w:i w:val="0"/>
          <w:sz w:val="20"/>
        </w:rPr>
        <w:t>self</w:t>
      </w:r>
      <w:r>
        <w:rPr>
          <w:b w:val="0"/>
          <w:i w:val="0"/>
        </w:rPr>
        <w:t xml:space="preserve"> và tên phương thức ❶. Ta gọi phương thức này từ bên trong vòng lặp </w:t>
      </w:r>
      <w:r>
        <w:rPr>
          <w:rFonts w:ascii="Consolas" w:hAnsi="Consolas"/>
          <w:b w:val="0"/>
          <w:i w:val="0"/>
          <w:sz w:val="20"/>
        </w:rPr>
        <w:t>while</w:t>
      </w:r>
      <w:r>
        <w:rPr>
          <w:b w:val="0"/>
          <w:i w:val="0"/>
        </w:rPr>
        <w:t xml:space="preserve"> trong </w:t>
      </w:r>
      <w:r>
        <w:rPr>
          <w:rFonts w:ascii="Consolas" w:hAnsi="Consolas"/>
          <w:b w:val="0"/>
          <w:i w:val="0"/>
          <w:sz w:val="20"/>
        </w:rPr>
        <w:t>run_game()</w:t>
      </w:r>
      <w:r>
        <w:rPr>
          <w:b w:val="0"/>
          <w:i w:val="0"/>
        </w:rPr>
        <w:t>.</w:t>
      </w:r>
    </w:p>
    <w:p>
      <w:pPr>
        <w:pStyle w:val="Heading3"/>
      </w:pPr>
      <w:r>
        <w:rPr>
          <w:rFonts w:ascii="Calibri" w:hAnsi="Calibri"/>
          <w:b/>
          <w:i w:val="0"/>
          <w:sz w:val="27"/>
        </w:rPr>
        <w:t>Phương thức _update_screen()</w:t>
      </w:r>
    </w:p>
    <w:p>
      <w:pPr>
        <w:spacing w:after="80"/>
      </w:pPr>
      <w:r>
        <w:rPr>
          <w:b w:val="0"/>
          <w:i w:val="0"/>
        </w:rPr>
        <w:t xml:space="preserve">Để đơn giản hóa hơn nữa </w:t>
      </w:r>
      <w:r>
        <w:rPr>
          <w:rFonts w:ascii="Consolas" w:hAnsi="Consolas"/>
          <w:b w:val="0"/>
          <w:i w:val="0"/>
          <w:sz w:val="20"/>
        </w:rPr>
        <w:t>run_game()</w:t>
      </w:r>
      <w:r>
        <w:rPr>
          <w:b w:val="0"/>
          <w:i w:val="0"/>
        </w:rPr>
        <w:t xml:space="preserve">, chúng ta sẽ chuyển phần mã cập nhật màn hình sang một phương thức riêng gọi là </w:t>
      </w:r>
      <w:r>
        <w:rPr>
          <w:rFonts w:ascii="Consolas" w:hAnsi="Consolas"/>
          <w:b w:val="0"/>
          <w:i w:val="0"/>
          <w:sz w:val="20"/>
        </w:rPr>
        <w:t>_update_screen()</w:t>
      </w:r>
      <w:r>
        <w:rPr>
          <w:b w:val="0"/>
          <w:i w:val="0"/>
        </w:rPr>
        <w:t>:</w:t>
      </w:r>
    </w:p>
    <w:p>
      <w:pPr>
        <w:spacing w:after="80"/>
      </w:pPr>
      <w:r>
        <w:rPr>
          <w:b w:val="0"/>
          <w:i w:val="0"/>
        </w:rPr>
        <w:t>alien_invasion.py</w:t>
      </w:r>
    </w:p>
    <w:p>
      <w:pPr>
        <w:spacing w:after="80"/>
      </w:pPr>
      <w:r>
        <w:rPr>
          <w:b w:val="0"/>
          <w:i w:val="0"/>
        </w:rPr>
        <w:t>def run_game(self):</w:t>
      </w:r>
      <w:r>
        <w:br/>
      </w:r>
      <w:r>
        <w:rPr>
          <w:b w:val="0"/>
          <w:i w:val="0"/>
        </w:rPr>
        <w:t xml:space="preserve">        """Start the main loop for the game."""</w:t>
      </w:r>
      <w:r>
        <w:br/>
      </w:r>
      <w:r>
        <w:rPr>
          <w:b w:val="0"/>
          <w:i w:val="0"/>
        </w:rPr>
        <w:t xml:space="preserve">        while True:</w:t>
      </w:r>
      <w:r>
        <w:br/>
      </w:r>
      <w:r>
        <w:rPr>
          <w:b w:val="0"/>
          <w:i w:val="0"/>
        </w:rPr>
        <w:t xml:space="preserve">            self._check_events()</w:t>
      </w:r>
      <w:r>
        <w:br/>
      </w:r>
      <w:r>
        <w:rPr>
          <w:b w:val="0"/>
          <w:i w:val="0"/>
        </w:rPr>
        <w:t xml:space="preserve">            self._update_screen()</w:t>
      </w:r>
      <w:r>
        <w:br/>
      </w:r>
      <w:r>
        <w:rPr>
          <w:b w:val="0"/>
          <w:i w:val="0"/>
        </w:rPr>
        <w:t xml:space="preserve">            self.clock.tick(60)</w:t>
      </w:r>
      <w:r>
        <w:br/>
      </w:r>
      <w:r>
        <w:br/>
      </w:r>
      <w:r>
        <w:rPr>
          <w:b w:val="0"/>
          <w:i w:val="0"/>
        </w:rPr>
        <w:t xml:space="preserve">    def _check_events(self):</w:t>
      </w:r>
      <w:r>
        <w:br/>
      </w:r>
      <w:r>
        <w:rPr>
          <w:b w:val="0"/>
          <w:i w:val="0"/>
        </w:rPr>
        <w:t xml:space="preserve">        </w:t>
      </w:r>
      <w:r>
        <w:rPr>
          <w:b w:val="0"/>
          <w:i/>
        </w:rPr>
        <w:t>--snip--</w:t>
      </w:r>
      <w:r>
        <w:br/>
      </w:r>
      <w:r>
        <w:br/>
      </w:r>
      <w:r>
        <w:rPr>
          <w:b w:val="0"/>
          <w:i w:val="0"/>
        </w:rPr>
        <w:t xml:space="preserve">    def _update_screen(self):</w:t>
      </w:r>
      <w:r>
        <w:br/>
      </w:r>
      <w:r>
        <w:rPr>
          <w:b w:val="0"/>
          <w:i w:val="0"/>
        </w:rPr>
        <w:t xml:space="preserve">        """Update images on the screen, and flip to the new screen."""</w:t>
      </w:r>
      <w:r>
        <w:br/>
      </w:r>
      <w:r>
        <w:rPr>
          <w:b w:val="0"/>
          <w:i w:val="0"/>
        </w:rPr>
        <w:t xml:space="preserve">        self.screen.fill(self.settings.bg_color)</w:t>
      </w:r>
      <w:r>
        <w:br/>
      </w:r>
      <w:r>
        <w:rPr>
          <w:b w:val="0"/>
          <w:i w:val="0"/>
        </w:rPr>
        <w:t xml:space="preserve">        self.ship.blitme()</w:t>
      </w:r>
      <w:r>
        <w:br/>
      </w:r>
      <w:r>
        <w:br/>
      </w:r>
      <w:r>
        <w:rPr>
          <w:b w:val="0"/>
          <w:i w:val="0"/>
        </w:rPr>
        <w:t xml:space="preserve">        pygame.display.flip()</w:t>
      </w:r>
    </w:p>
    <w:p>
      <w:pPr>
        <w:spacing w:after="80"/>
      </w:pPr>
      <w:r>
        <w:rPr>
          <w:b w:val="0"/>
          <w:i w:val="0"/>
        </w:rPr>
        <w:t xml:space="preserve">Chúng ta đã chuyển phần mã vẽ nền, vẽ tàu và lật màn hình sang </w:t>
      </w:r>
      <w:r>
        <w:rPr>
          <w:rFonts w:ascii="Consolas" w:hAnsi="Consolas"/>
          <w:b w:val="0"/>
          <w:i w:val="0"/>
          <w:sz w:val="20"/>
        </w:rPr>
        <w:t>_update_screen()</w:t>
      </w:r>
      <w:r>
        <w:rPr>
          <w:b w:val="0"/>
          <w:i w:val="0"/>
        </w:rPr>
        <w:t xml:space="preserve">. Giờ đây phần thân của vòng lặp chính trong </w:t>
      </w:r>
      <w:r>
        <w:rPr>
          <w:rFonts w:ascii="Consolas" w:hAnsi="Consolas"/>
          <w:b w:val="0"/>
          <w:i w:val="0"/>
          <w:sz w:val="20"/>
        </w:rPr>
        <w:t>run_game()</w:t>
      </w:r>
      <w:r>
        <w:rPr>
          <w:b w:val="0"/>
          <w:i w:val="0"/>
        </w:rPr>
        <w:t xml:space="preserve"> đơn giản hơn nhiều. Dễ thấy rằng mỗi lần lặp, chúng ta đang tìm kiếm sự kiện mới, cập nhật màn hình và đếm nhịp đồng hồ.</w:t>
      </w:r>
    </w:p>
    <w:p>
      <w:pPr>
        <w:spacing w:after="80"/>
      </w:pPr>
      <w:r>
        <w:rPr>
          <w:b w:val="0"/>
          <w:i w:val="0"/>
        </w:rPr>
        <w:t>Nếu bạn đã từng xây dựng nhiều game rồi, có lẽ bạn sẽ bắt đầu bằng cách chia mã thành các phương thức như thế này. Nhưng nếu bạn chưa từng làm một dự án như vậy, có lẽ ban đầu bạn sẽ không biết chính xác nên tổ chức mã của mình thế nào. Cách tiếp cận này giúp bạn hình dung được một quy trình phát triển thực tế: bạn bắt đầu viết mã đơn giản nhất có thể, rồi tái cấu trúc (refactor) khi dự án trở nên phức tạp hơn.</w:t>
      </w:r>
    </w:p>
    <w:p>
      <w:pPr>
        <w:spacing w:after="80"/>
      </w:pPr>
      <w:r>
        <w:rPr>
          <w:b w:val="0"/>
          <w:i w:val="0"/>
        </w:rPr>
        <w:t>Giờ chúng ta đã tái cấu trúc mã để dễ bổ sung thêm, chúng ta có thể bắt tay vào các khía cạnh động của game!</w:t>
      </w:r>
    </w:p>
    <w:p>
      <w:pPr>
        <w:spacing w:before="120" w:after="40"/>
      </w:pPr>
      <w:r>
        <w:rPr>
          <w:b/>
          <w:sz w:val="21"/>
        </w:rPr>
        <w:t>Tự thực hành</w:t>
      </w:r>
    </w:p>
    <w:p>
      <w:pPr>
        <w:spacing w:after="80"/>
      </w:pPr>
      <w:r>
        <w:rPr>
          <w:b/>
          <w:i w:val="0"/>
        </w:rPr>
        <w:t>12-1. Bầu trời xanh:</w:t>
      </w:r>
      <w:r>
        <w:rPr>
          <w:b w:val="0"/>
          <w:i w:val="0"/>
        </w:rPr>
        <w:t xml:space="preserve"> Tạo một cửa sổ Pygame với nền màu xanh dương.</w:t>
      </w:r>
    </w:p>
    <w:p>
      <w:pPr>
        <w:spacing w:after="80"/>
      </w:pPr>
      <w:r>
        <w:rPr>
          <w:b/>
          <w:i w:val="0"/>
        </w:rPr>
        <w:t>12-2. Nhân vật game:</w:t>
      </w:r>
      <w:r>
        <w:rPr>
          <w:b w:val="0"/>
          <w:i w:val="0"/>
        </w:rPr>
        <w:t xml:space="preserve"> Tìm một ảnh bitmap của nhân vật game mà bạn thích hoặc chuyển một ảnh thành bitmap. Tạo một lớp vẽ nhân vật ở giữa màn hình, sau đó chỉnh màu nền của ảnh cho khớp với màu nền của màn hình hoặc ngược lại.</w:t>
      </w:r>
    </w:p>
    <w:p>
      <w:pPr>
        <w:pStyle w:val="Heading2"/>
      </w:pPr>
      <w:r>
        <w:rPr>
          <w:rFonts w:ascii="Calibri" w:hAnsi="Calibri"/>
          <w:b/>
          <w:i w:val="0"/>
          <w:sz w:val="32"/>
        </w:rPr>
        <w:t>Điều khiển tàu</w:t>
      </w:r>
    </w:p>
    <w:p>
      <w:pPr>
        <w:spacing w:after="80"/>
      </w:pPr>
      <w:r>
        <w:rPr>
          <w:b w:val="0"/>
          <w:i w:val="0"/>
        </w:rPr>
        <w:t>Tiếp theo, chúng ta sẽ cho người chơi khả năng di chuyển tàu sang phải và sang trái. Chúng ta sẽ viết mã phản hồi khi người chơi nhấn phím mũi tên phải hoặc trái. Trước tiên chúng ta sẽ tập trung vào di chuyển sang phải, rồi áp dụng nguyên tắc tương tự để điều khiển di chuyển sang trái. Khi thêm đoạn mã này, bạn sẽ học được cách điều khiển chuyển động của hình ảnh trên màn hình và phản hồi lại thao tác nhập của người dùng.</w:t>
      </w:r>
    </w:p>
    <w:p>
      <w:pPr>
        <w:pStyle w:val="Heading3"/>
      </w:pPr>
      <w:r>
        <w:rPr>
          <w:rFonts w:ascii="Calibri" w:hAnsi="Calibri"/>
          <w:b/>
          <w:i w:val="0"/>
          <w:sz w:val="27"/>
        </w:rPr>
        <w:t>Phản hồi khi nhấn phím</w:t>
      </w:r>
    </w:p>
    <w:p>
      <w:pPr>
        <w:spacing w:after="80"/>
      </w:pPr>
      <w:r>
        <w:rPr>
          <w:b w:val="0"/>
          <w:i w:val="0"/>
        </w:rPr>
        <w:t xml:space="preserve">Mỗi khi người chơi nhấn một phím, lần nhấn phím đó được Pygame ghi nhận như một sự kiện (event). Mỗi sự kiện được phương thức </w:t>
      </w:r>
      <w:r>
        <w:rPr>
          <w:rFonts w:ascii="Consolas" w:hAnsi="Consolas"/>
          <w:b w:val="0"/>
          <w:i w:val="0"/>
          <w:sz w:val="20"/>
        </w:rPr>
        <w:t>pygame.event.get()</w:t>
      </w:r>
      <w:r>
        <w:rPr>
          <w:b w:val="0"/>
          <w:i w:val="0"/>
        </w:rPr>
        <w:t xml:space="preserve"> thu nhận. Chúng ta cần chỉ định trong phương thức </w:t>
      </w:r>
      <w:r>
        <w:rPr>
          <w:rFonts w:ascii="Consolas" w:hAnsi="Consolas"/>
          <w:b w:val="0"/>
          <w:i w:val="0"/>
          <w:sz w:val="20"/>
        </w:rPr>
        <w:t>_check_events()</w:t>
      </w:r>
      <w:r>
        <w:rPr>
          <w:b w:val="0"/>
          <w:i w:val="0"/>
        </w:rPr>
        <w:t xml:space="preserve"> những loại sự kiện mà game cần kiểm tra. Mỗi lần nhấn phím được ghi nhận là một sự kiện </w:t>
      </w:r>
      <w:r>
        <w:rPr>
          <w:rFonts w:ascii="Consolas" w:hAnsi="Consolas"/>
          <w:b w:val="0"/>
          <w:i w:val="0"/>
          <w:sz w:val="20"/>
        </w:rPr>
        <w:t>KEYDOWN</w:t>
      </w:r>
      <w:r>
        <w:rPr>
          <w:b w:val="0"/>
          <w:i w:val="0"/>
        </w:rPr>
        <w:t>.</w:t>
      </w:r>
    </w:p>
    <w:p>
      <w:pPr>
        <w:spacing w:after="80"/>
      </w:pPr>
      <w:r>
        <w:rPr>
          <w:b w:val="0"/>
          <w:i w:val="0"/>
        </w:rPr>
        <w:t xml:space="preserve">Khi Pygame phát hiện một sự kiện </w:t>
      </w:r>
      <w:r>
        <w:rPr>
          <w:rFonts w:ascii="Consolas" w:hAnsi="Consolas"/>
          <w:b w:val="0"/>
          <w:i w:val="0"/>
          <w:sz w:val="20"/>
        </w:rPr>
        <w:t>KEYDOWN</w:t>
      </w:r>
      <w:r>
        <w:rPr>
          <w:b w:val="0"/>
          <w:i w:val="0"/>
        </w:rPr>
        <w:t xml:space="preserve">, ta cần kiểm tra xem phím vừa được nhấn có phải là phím kích hoạt một hành động nào đó không. Ví dụ, nếu người chơi nhấn phím mũi tên phải, ta muốn tăng giá trị </w:t>
      </w:r>
      <w:r>
        <w:rPr>
          <w:rFonts w:ascii="Consolas" w:hAnsi="Consolas"/>
          <w:b w:val="0"/>
          <w:i w:val="0"/>
          <w:sz w:val="20"/>
        </w:rPr>
        <w:t>rect.x</w:t>
      </w:r>
      <w:r>
        <w:rPr>
          <w:b w:val="0"/>
          <w:i w:val="0"/>
        </w:rPr>
        <w:t xml:space="preserve"> của tàu để di chuyển tàu sang phải:</w:t>
      </w:r>
    </w:p>
    <w:p>
      <w:pPr>
        <w:spacing w:after="80"/>
      </w:pPr>
      <w:r>
        <w:rPr>
          <w:b w:val="0"/>
          <w:i w:val="0"/>
        </w:rPr>
        <w:t>alien_invasion.py</w:t>
      </w:r>
    </w:p>
    <w:p>
      <w:pPr>
        <w:spacing w:after="80"/>
      </w:pPr>
      <w:r>
        <w:rPr>
          <w:b w:val="0"/>
          <w:i w:val="0"/>
        </w:rPr>
        <w:t>def _check_events(self):</w:t>
      </w:r>
      <w:r>
        <w:br/>
      </w:r>
      <w:r>
        <w:rPr>
          <w:b w:val="0"/>
          <w:i w:val="0"/>
        </w:rPr>
        <w:t xml:space="preserve">        """Phản hồi các lần nhấn phím và sự kiện chuột."""</w:t>
      </w:r>
      <w:r>
        <w:br/>
      </w:r>
      <w:r>
        <w:rPr>
          <w:b w:val="0"/>
          <w:i w:val="0"/>
        </w:rPr>
        <w:t xml:space="preserve">        for event in pygame.event.get():</w:t>
      </w:r>
      <w:r>
        <w:br/>
      </w:r>
      <w:r>
        <w:rPr>
          <w:b w:val="0"/>
          <w:i w:val="0"/>
        </w:rPr>
        <w:t xml:space="preserve">            if event.type == pygame.QUIT:</w:t>
      </w:r>
      <w:r>
        <w:br/>
      </w:r>
      <w:r>
        <w:rPr>
          <w:b w:val="0"/>
          <w:i w:val="0"/>
        </w:rPr>
        <w:t xml:space="preserve">                sys.exit()</w:t>
      </w:r>
      <w:r>
        <w:br/>
      </w:r>
      <w:r>
        <w:rPr>
          <w:b w:val="0"/>
          <w:i w:val="0"/>
        </w:rPr>
        <w:t>❶             elif event.type == pygame.KEYDOWN:</w:t>
      </w:r>
      <w:r>
        <w:br/>
      </w:r>
      <w:r>
        <w:rPr>
          <w:b w:val="0"/>
          <w:i w:val="0"/>
        </w:rPr>
        <w:t>❷                 if event.key == pygame.K_RIGHT:</w:t>
      </w:r>
      <w:r>
        <w:br/>
      </w:r>
      <w:r>
        <w:rPr>
          <w:b w:val="0"/>
          <w:i w:val="0"/>
        </w:rPr>
        <w:t xml:space="preserve">                    # Di chuyển tàu sang phải.</w:t>
      </w:r>
      <w:r>
        <w:br/>
      </w:r>
      <w:r>
        <w:rPr>
          <w:b w:val="0"/>
          <w:i w:val="0"/>
        </w:rPr>
        <w:t>❸                     self.ship.rect.x += 1</w:t>
      </w:r>
    </w:p>
    <w:p>
      <w:pPr>
        <w:spacing w:after="80"/>
      </w:pPr>
      <w:r>
        <w:rPr>
          <w:b w:val="0"/>
          <w:i w:val="0"/>
        </w:rPr>
        <w:t xml:space="preserve">Bên trong </w:t>
      </w:r>
      <w:r>
        <w:rPr>
          <w:rFonts w:ascii="Consolas" w:hAnsi="Consolas"/>
          <w:b w:val="0"/>
          <w:i w:val="0"/>
          <w:sz w:val="20"/>
        </w:rPr>
        <w:t>_check_events()</w:t>
      </w:r>
      <w:r>
        <w:rPr>
          <w:b w:val="0"/>
          <w:i w:val="0"/>
        </w:rPr>
        <w:t xml:space="preserve">, ta thêm một khối </w:t>
      </w:r>
      <w:r>
        <w:rPr>
          <w:rFonts w:ascii="Consolas" w:hAnsi="Consolas"/>
          <w:b w:val="0"/>
          <w:i w:val="0"/>
          <w:sz w:val="20"/>
        </w:rPr>
        <w:t>elif</w:t>
      </w:r>
      <w:r>
        <w:rPr>
          <w:b w:val="0"/>
          <w:i w:val="0"/>
        </w:rPr>
        <w:t xml:space="preserve"> vào vòng lặp sự kiện, để phản hồi khi Pygame phát hiện một sự kiện </w:t>
      </w:r>
      <w:r>
        <w:rPr>
          <w:rFonts w:ascii="Consolas" w:hAnsi="Consolas"/>
          <w:b w:val="0"/>
          <w:i w:val="0"/>
          <w:sz w:val="20"/>
        </w:rPr>
        <w:t>KEYDOWN</w:t>
      </w:r>
      <w:r>
        <w:rPr>
          <w:b w:val="0"/>
          <w:i w:val="0"/>
        </w:rPr>
        <w:t xml:space="preserve"> ❶. Ta kiểm tra xem phím được nhấn, </w:t>
      </w:r>
      <w:r>
        <w:rPr>
          <w:rFonts w:ascii="Consolas" w:hAnsi="Consolas"/>
          <w:b w:val="0"/>
          <w:i w:val="0"/>
          <w:sz w:val="20"/>
        </w:rPr>
        <w:t>event.key</w:t>
      </w:r>
      <w:r>
        <w:rPr>
          <w:b w:val="0"/>
          <w:i w:val="0"/>
        </w:rPr>
        <w:t xml:space="preserve">, có phải là phím mũi tên phải không ❷. Phím mũi tên phải được biểu diễn bằng </w:t>
      </w:r>
      <w:r>
        <w:rPr>
          <w:rFonts w:ascii="Consolas" w:hAnsi="Consolas"/>
          <w:b w:val="0"/>
          <w:i w:val="0"/>
          <w:sz w:val="20"/>
        </w:rPr>
        <w:t>pygame.K_RIGHT</w:t>
      </w:r>
      <w:r>
        <w:rPr>
          <w:b w:val="0"/>
          <w:i w:val="0"/>
        </w:rPr>
        <w:t xml:space="preserve">. Nếu phím mũi tên phải được nhấn, ta di chuyển tàu sang phải bằng cách tăng giá trị của </w:t>
      </w:r>
      <w:r>
        <w:rPr>
          <w:rFonts w:ascii="Consolas" w:hAnsi="Consolas"/>
          <w:b w:val="0"/>
          <w:i w:val="0"/>
          <w:sz w:val="20"/>
        </w:rPr>
        <w:t>self.ship.rect.x</w:t>
      </w:r>
      <w:r>
        <w:rPr>
          <w:b w:val="0"/>
          <w:i w:val="0"/>
        </w:rPr>
        <w:t xml:space="preserve"> lên 1 ❸.</w:t>
      </w:r>
    </w:p>
    <w:p>
      <w:pPr>
        <w:spacing w:after="80"/>
      </w:pPr>
      <w:r>
        <w:rPr>
          <w:b w:val="0"/>
          <w:i w:val="0"/>
        </w:rPr>
        <w:t xml:space="preserve">Khi bạn chạy </w:t>
      </w:r>
      <w:r>
        <w:rPr>
          <w:b w:val="0"/>
          <w:i/>
        </w:rPr>
        <w:t>alien_invasion.py</w:t>
      </w:r>
      <w:r>
        <w:rPr>
          <w:b w:val="0"/>
          <w:i w:val="0"/>
        </w:rPr>
        <w:t xml:space="preserve"> bây giờ, tàu sẽ di chuyển sang phải một pixel mỗi lần bạn nhấn phím mũi tên phải. Đó là một khởi đầu, nhưng đây không phải là cách điều khiển tàu hiệu quả. Hãy cải thiện khả năng điều khiển này bằng cách cho phép di chuyển liên tục.</w:t>
      </w:r>
    </w:p>
    <w:p>
      <w:pPr>
        <w:pStyle w:val="Heading3"/>
      </w:pPr>
      <w:r>
        <w:rPr>
          <w:rFonts w:ascii="Calibri" w:hAnsi="Calibri"/>
          <w:b/>
          <w:i w:val="0"/>
          <w:sz w:val="27"/>
        </w:rPr>
        <w:t>Cho phép di chuyển liên tục</w:t>
      </w:r>
    </w:p>
    <w:p>
      <w:pPr>
        <w:spacing w:after="80"/>
      </w:pPr>
      <w:r>
        <w:rPr>
          <w:b w:val="0"/>
          <w:i w:val="0"/>
        </w:rPr>
        <w:t xml:space="preserve">Khi người chơi giữ phím mũi tên phải, ta muốn tàu tiếp tục di chuyển sang phải cho đến khi người chơi nhả phím. Ta sẽ để trò chơi phát hiện một sự kiện </w:t>
      </w:r>
      <w:r>
        <w:rPr>
          <w:rFonts w:ascii="Consolas" w:hAnsi="Consolas"/>
          <w:b w:val="0"/>
          <w:i w:val="0"/>
          <w:sz w:val="20"/>
        </w:rPr>
        <w:t>pygame.KEYUP</w:t>
      </w:r>
      <w:r>
        <w:rPr>
          <w:b w:val="0"/>
          <w:i w:val="0"/>
        </w:rPr>
        <w:t xml:space="preserve"> để biết khi nào phím mũi tên phải được nhả; sau đó ta sẽ dùng các sự kiện </w:t>
      </w:r>
      <w:r>
        <w:rPr>
          <w:rFonts w:ascii="Consolas" w:hAnsi="Consolas"/>
          <w:b w:val="0"/>
          <w:i w:val="0"/>
          <w:sz w:val="20"/>
        </w:rPr>
        <w:t>KEYDOWN</w:t>
      </w:r>
      <w:r>
        <w:rPr>
          <w:b w:val="0"/>
          <w:i w:val="0"/>
        </w:rPr>
        <w:t xml:space="preserve"> và </w:t>
      </w:r>
      <w:r>
        <w:rPr>
          <w:rFonts w:ascii="Consolas" w:hAnsi="Consolas"/>
          <w:b w:val="0"/>
          <w:i w:val="0"/>
          <w:sz w:val="20"/>
        </w:rPr>
        <w:t>KEYUP</w:t>
      </w:r>
      <w:r>
        <w:rPr>
          <w:b w:val="0"/>
          <w:i w:val="0"/>
        </w:rPr>
        <w:t xml:space="preserve"> cùng với một cờ (flag) gọi là </w:t>
      </w:r>
      <w:r>
        <w:rPr>
          <w:rFonts w:ascii="Consolas" w:hAnsi="Consolas"/>
          <w:b w:val="0"/>
          <w:i w:val="0"/>
          <w:sz w:val="20"/>
        </w:rPr>
        <w:t>moving_right</w:t>
      </w:r>
      <w:r>
        <w:rPr>
          <w:b w:val="0"/>
          <w:i w:val="0"/>
        </w:rPr>
        <w:t xml:space="preserve"> để thực hiện chuyển động liên tục.</w:t>
      </w:r>
    </w:p>
    <w:p>
      <w:pPr>
        <w:spacing w:after="80"/>
      </w:pPr>
      <w:r>
        <w:rPr>
          <w:b w:val="0"/>
          <w:i w:val="0"/>
        </w:rPr>
        <w:t xml:space="preserve">Khi cờ </w:t>
      </w:r>
      <w:r>
        <w:rPr>
          <w:rFonts w:ascii="Consolas" w:hAnsi="Consolas"/>
          <w:b w:val="0"/>
          <w:i w:val="0"/>
          <w:sz w:val="20"/>
        </w:rPr>
        <w:t>moving_right</w:t>
      </w:r>
      <w:r>
        <w:rPr>
          <w:b w:val="0"/>
          <w:i w:val="0"/>
        </w:rPr>
        <w:t xml:space="preserve"> là </w:t>
      </w:r>
      <w:r>
        <w:rPr>
          <w:rFonts w:ascii="Consolas" w:hAnsi="Consolas"/>
          <w:b w:val="0"/>
          <w:i w:val="0"/>
          <w:sz w:val="20"/>
        </w:rPr>
        <w:t>False</w:t>
      </w:r>
      <w:r>
        <w:rPr>
          <w:b w:val="0"/>
          <w:i w:val="0"/>
        </w:rPr>
        <w:t xml:space="preserve">, tàu sẽ đứng yên. Khi người chơi nhấn phím mũi tên phải, ta sẽ đặt cờ thành </w:t>
      </w:r>
      <w:r>
        <w:rPr>
          <w:rFonts w:ascii="Consolas" w:hAnsi="Consolas"/>
          <w:b w:val="0"/>
          <w:i w:val="0"/>
          <w:sz w:val="20"/>
        </w:rPr>
        <w:t>True</w:t>
      </w:r>
      <w:r>
        <w:rPr>
          <w:b w:val="0"/>
          <w:i w:val="0"/>
        </w:rPr>
        <w:t xml:space="preserve">, và khi người chơi nhả phím, ta sẽ đặt cờ trở lại thành </w:t>
      </w:r>
      <w:r>
        <w:rPr>
          <w:rFonts w:ascii="Consolas" w:hAnsi="Consolas"/>
          <w:b w:val="0"/>
          <w:i w:val="0"/>
          <w:sz w:val="20"/>
        </w:rPr>
        <w:t>False</w:t>
      </w:r>
      <w:r>
        <w:rPr>
          <w:b w:val="0"/>
          <w:i w:val="0"/>
        </w:rPr>
        <w:t>.</w:t>
      </w:r>
    </w:p>
    <w:p>
      <w:pPr>
        <w:spacing w:after="80"/>
      </w:pPr>
      <w:r>
        <w:rPr>
          <w:b w:val="0"/>
          <w:i w:val="0"/>
        </w:rPr>
        <w:t xml:space="preserve">Lớp </w:t>
      </w:r>
      <w:r>
        <w:rPr>
          <w:rFonts w:ascii="Consolas" w:hAnsi="Consolas"/>
          <w:b w:val="0"/>
          <w:i w:val="0"/>
          <w:sz w:val="20"/>
        </w:rPr>
        <w:t>Ship</w:t>
      </w:r>
      <w:r>
        <w:rPr>
          <w:b w:val="0"/>
          <w:i w:val="0"/>
        </w:rPr>
        <w:t xml:space="preserve"> điều khiển tất cả các thuộc tính của tàu, nên ta sẽ cấp cho nó một thuộc tính gọi là </w:t>
      </w:r>
      <w:r>
        <w:rPr>
          <w:rFonts w:ascii="Consolas" w:hAnsi="Consolas"/>
          <w:b w:val="0"/>
          <w:i w:val="0"/>
          <w:sz w:val="20"/>
        </w:rPr>
        <w:t>moving_right</w:t>
      </w:r>
      <w:r>
        <w:rPr>
          <w:b w:val="0"/>
          <w:i w:val="0"/>
        </w:rPr>
        <w:t xml:space="preserve"> và một phương thức </w:t>
      </w:r>
      <w:r>
        <w:rPr>
          <w:rFonts w:ascii="Consolas" w:hAnsi="Consolas"/>
          <w:b w:val="0"/>
          <w:i w:val="0"/>
          <w:sz w:val="20"/>
        </w:rPr>
        <w:t>update()</w:t>
      </w:r>
      <w:r>
        <w:rPr>
          <w:b w:val="0"/>
          <w:i w:val="0"/>
        </w:rPr>
        <w:t xml:space="preserve"> để kiểm tra trạng thái của cờ </w:t>
      </w:r>
      <w:r>
        <w:rPr>
          <w:rFonts w:ascii="Consolas" w:hAnsi="Consolas"/>
          <w:b w:val="0"/>
          <w:i w:val="0"/>
          <w:sz w:val="20"/>
        </w:rPr>
        <w:t>moving_right</w:t>
      </w:r>
      <w:r>
        <w:rPr>
          <w:b w:val="0"/>
          <w:i w:val="0"/>
        </w:rPr>
        <w:t xml:space="preserve">. Phương thức </w:t>
      </w:r>
      <w:r>
        <w:rPr>
          <w:rFonts w:ascii="Consolas" w:hAnsi="Consolas"/>
          <w:b w:val="0"/>
          <w:i w:val="0"/>
          <w:sz w:val="20"/>
        </w:rPr>
        <w:t>update()</w:t>
      </w:r>
      <w:r>
        <w:rPr>
          <w:b w:val="0"/>
          <w:i w:val="0"/>
        </w:rPr>
        <w:t xml:space="preserve"> sẽ thay đổi vị trí của tàu nếu cờ được đặt thành </w:t>
      </w:r>
      <w:r>
        <w:rPr>
          <w:rFonts w:ascii="Consolas" w:hAnsi="Consolas"/>
          <w:b w:val="0"/>
          <w:i w:val="0"/>
          <w:sz w:val="20"/>
        </w:rPr>
        <w:t>True</w:t>
      </w:r>
      <w:r>
        <w:rPr>
          <w:b w:val="0"/>
          <w:i w:val="0"/>
        </w:rPr>
        <w:t xml:space="preserve">. Ta sẽ gọi phương thức này một lần trong mỗi vòng lặp </w:t>
      </w:r>
      <w:r>
        <w:rPr>
          <w:rFonts w:ascii="Consolas" w:hAnsi="Consolas"/>
          <w:b w:val="0"/>
          <w:i w:val="0"/>
          <w:sz w:val="20"/>
        </w:rPr>
        <w:t>while</w:t>
      </w:r>
      <w:r>
        <w:rPr>
          <w:b w:val="0"/>
          <w:i w:val="0"/>
        </w:rPr>
        <w:t xml:space="preserve"> để cập nhật vị trí của tàu.</w:t>
      </w:r>
    </w:p>
    <w:p>
      <w:pPr>
        <w:spacing w:after="80"/>
      </w:pPr>
      <w:r>
        <w:rPr>
          <w:b w:val="0"/>
          <w:i w:val="0"/>
        </w:rPr>
        <w:t xml:space="preserve">Dưới đây là những thay đổi đối với </w:t>
      </w:r>
      <w:r>
        <w:rPr>
          <w:rFonts w:ascii="Consolas" w:hAnsi="Consolas"/>
          <w:b w:val="0"/>
          <w:i w:val="0"/>
          <w:sz w:val="20"/>
        </w:rPr>
        <w:t>Ship</w:t>
      </w:r>
      <w:r>
        <w:rPr>
          <w:b w:val="0"/>
          <w:i w:val="0"/>
        </w:rPr>
        <w:t>:</w:t>
      </w:r>
    </w:p>
    <w:p>
      <w:pPr>
        <w:spacing w:after="80"/>
      </w:pPr>
      <w:r>
        <w:rPr>
          <w:b w:val="0"/>
          <w:i w:val="0"/>
        </w:rPr>
        <w:t>ship.py</w:t>
      </w:r>
    </w:p>
    <w:p>
      <w:pPr>
        <w:spacing w:after="0"/>
        <w:ind w:left="360"/>
        <w:shd w:val="clear" w:color="auto" w:fill="F2F2F2"/>
      </w:pPr>
      <w:r>
        <w:rPr>
          <w:rFonts w:ascii="Consolas" w:hAnsi="Consolas"/>
          <w:b w:val="0"/>
          <w:i w:val="0"/>
          <w:sz w:val="18"/>
        </w:rPr>
        <w:t>class Ship:</w:t>
      </w:r>
    </w:p>
    <w:p>
      <w:pPr>
        <w:spacing w:after="0"/>
        <w:ind w:left="360"/>
        <w:shd w:val="clear" w:color="auto" w:fill="F2F2F2"/>
      </w:pPr>
      <w:r>
        <w:rPr>
          <w:rFonts w:ascii="Consolas" w:hAnsi="Consolas"/>
          <w:b w:val="0"/>
          <w:i w:val="0"/>
          <w:sz w:val="18"/>
        </w:rPr>
        <w:t xml:space="preserve">    """A class to manage the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Start each new ship at the bottom center of the screen.</w:t>
      </w:r>
    </w:p>
    <w:p>
      <w:pPr>
        <w:spacing w:after="0"/>
        <w:ind w:left="360"/>
        <w:shd w:val="clear" w:color="auto" w:fill="F2F2F2"/>
      </w:pPr>
      <w:r>
        <w:rPr>
          <w:rFonts w:ascii="Consolas" w:hAnsi="Consolas"/>
          <w:b w:val="0"/>
          <w:i w:val="0"/>
          <w:sz w:val="18"/>
        </w:rPr>
        <w:t xml:space="preserve">        self.rect.midbottom = self.screen_rect.midbottom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Movement flag; start with a ship that's not moving.</w:t>
      </w:r>
    </w:p>
    <w:p>
      <w:pPr>
        <w:spacing w:after="0"/>
        <w:ind w:left="360"/>
        <w:shd w:val="clear" w:color="auto" w:fill="F2F2F2"/>
      </w:pPr>
      <w:r>
        <w:rPr>
          <w:rFonts w:ascii="Consolas" w:hAnsi="Consolas"/>
          <w:b w:val="0"/>
          <w:i w:val="0"/>
          <w:sz w:val="18"/>
        </w:rPr>
        <w:t>❶         self.moving_right = False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update(self):</w:t>
      </w:r>
    </w:p>
    <w:p>
      <w:pPr>
        <w:spacing w:after="0"/>
        <w:ind w:left="360"/>
        <w:shd w:val="clear" w:color="auto" w:fill="F2F2F2"/>
      </w:pPr>
      <w:r>
        <w:rPr>
          <w:rFonts w:ascii="Consolas" w:hAnsi="Consolas"/>
          <w:b w:val="0"/>
          <w:i w:val="0"/>
          <w:sz w:val="18"/>
        </w:rPr>
        <w:t xml:space="preserve">        """Update the ship's position based on the movement flag."""</w:t>
      </w:r>
    </w:p>
    <w:p>
      <w:pPr>
        <w:spacing w:after="0"/>
        <w:ind w:left="360"/>
        <w:shd w:val="clear" w:color="auto" w:fill="F2F2F2"/>
      </w:pPr>
      <w:r>
        <w:rPr>
          <w:rFonts w:ascii="Consolas" w:hAnsi="Consolas"/>
          <w:b w:val="0"/>
          <w:i w:val="0"/>
          <w:sz w:val="18"/>
        </w:rPr>
        <w:t xml:space="preserve">        if self.moving_right:</w:t>
      </w:r>
    </w:p>
    <w:p>
      <w:pPr>
        <w:spacing w:after="0"/>
        <w:ind w:left="360"/>
        <w:shd w:val="clear" w:color="auto" w:fill="F2F2F2"/>
      </w:pPr>
      <w:r>
        <w:rPr>
          <w:rFonts w:ascii="Consolas" w:hAnsi="Consolas"/>
          <w:b w:val="0"/>
          <w:i w:val="0"/>
          <w:sz w:val="18"/>
        </w:rPr>
        <w:t xml:space="preserve">            self.rect.x += 1</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blitme(self):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Ta thêm một thuộc tính </w:t>
      </w:r>
      <w:r>
        <w:rPr>
          <w:rFonts w:ascii="Consolas" w:hAnsi="Consolas"/>
          <w:b w:val="0"/>
          <w:i w:val="0"/>
          <w:sz w:val="20"/>
        </w:rPr>
        <w:t>self.moving_right</w:t>
      </w:r>
      <w:r>
        <w:rPr>
          <w:b w:val="0"/>
          <w:i w:val="0"/>
        </w:rPr>
        <w:t xml:space="preserve"> trong phương thức </w:t>
      </w:r>
      <w:r>
        <w:rPr>
          <w:rFonts w:ascii="Consolas" w:hAnsi="Consolas"/>
          <w:b w:val="0"/>
          <w:i w:val="0"/>
          <w:sz w:val="20"/>
        </w:rPr>
        <w:t>__init__()</w:t>
      </w:r>
      <w:r>
        <w:rPr>
          <w:b w:val="0"/>
          <w:i w:val="0"/>
        </w:rPr>
        <w:t xml:space="preserve"> và đặt nó thành </w:t>
      </w:r>
      <w:r>
        <w:rPr>
          <w:rFonts w:ascii="Consolas" w:hAnsi="Consolas"/>
          <w:b w:val="0"/>
          <w:i w:val="0"/>
          <w:sz w:val="20"/>
        </w:rPr>
        <w:t>False</w:t>
      </w:r>
      <w:r>
        <w:rPr>
          <w:b w:val="0"/>
          <w:i w:val="0"/>
        </w:rPr>
        <w:t xml:space="preserve"> ban đầu ❶. Sau đó ta thêm </w:t>
      </w:r>
      <w:r>
        <w:rPr>
          <w:rFonts w:ascii="Consolas" w:hAnsi="Consolas"/>
          <w:b w:val="0"/>
          <w:i w:val="0"/>
          <w:sz w:val="20"/>
        </w:rPr>
        <w:t>update()</w:t>
      </w:r>
      <w:r>
        <w:rPr>
          <w:b w:val="0"/>
          <w:i w:val="0"/>
        </w:rPr>
        <w:t xml:space="preserve">, phương thức này di chuyển tàu sang phải nếu cờ là </w:t>
      </w:r>
      <w:r>
        <w:rPr>
          <w:rFonts w:ascii="Consolas" w:hAnsi="Consolas"/>
          <w:b w:val="0"/>
          <w:i w:val="0"/>
          <w:sz w:val="20"/>
        </w:rPr>
        <w:t>True</w:t>
      </w:r>
      <w:r>
        <w:rPr>
          <w:b w:val="0"/>
          <w:i w:val="0"/>
        </w:rPr>
        <w:t xml:space="preserve"> ❷. Phương thức </w:t>
      </w:r>
      <w:r>
        <w:rPr>
          <w:rFonts w:ascii="Consolas" w:hAnsi="Consolas"/>
          <w:b w:val="0"/>
          <w:i w:val="0"/>
          <w:sz w:val="20"/>
        </w:rPr>
        <w:t>update()</w:t>
      </w:r>
      <w:r>
        <w:rPr>
          <w:b w:val="0"/>
          <w:i w:val="0"/>
        </w:rPr>
        <w:t xml:space="preserve"> sẽ được gọi từ bên ngoài lớp, nên nó không được coi là một phương thức hỗ trợ (helper method).</w:t>
      </w:r>
    </w:p>
    <w:p>
      <w:pPr>
        <w:spacing w:after="80"/>
      </w:pPr>
      <w:r>
        <w:rPr>
          <w:b w:val="0"/>
          <w:i w:val="0"/>
        </w:rPr>
        <w:t xml:space="preserve">Bây giờ ta cần sửa </w:t>
      </w:r>
      <w:r>
        <w:rPr>
          <w:rFonts w:ascii="Consolas" w:hAnsi="Consolas"/>
          <w:b w:val="0"/>
          <w:i w:val="0"/>
          <w:sz w:val="20"/>
        </w:rPr>
        <w:t>_check_events()</w:t>
      </w:r>
      <w:r>
        <w:rPr>
          <w:b w:val="0"/>
          <w:i w:val="0"/>
        </w:rPr>
        <w:t xml:space="preserve"> để </w:t>
      </w:r>
      <w:r>
        <w:rPr>
          <w:rFonts w:ascii="Consolas" w:hAnsi="Consolas"/>
          <w:b w:val="0"/>
          <w:i w:val="0"/>
          <w:sz w:val="20"/>
        </w:rPr>
        <w:t>moving_right</w:t>
      </w:r>
      <w:r>
        <w:rPr>
          <w:b w:val="0"/>
          <w:i w:val="0"/>
        </w:rPr>
        <w:t xml:space="preserve"> được đặt thành </w:t>
      </w:r>
      <w:r>
        <w:rPr>
          <w:rFonts w:ascii="Consolas" w:hAnsi="Consolas"/>
          <w:b w:val="0"/>
          <w:i w:val="0"/>
          <w:sz w:val="20"/>
        </w:rPr>
        <w:t>True</w:t>
      </w:r>
      <w:r>
        <w:rPr>
          <w:b w:val="0"/>
          <w:i w:val="0"/>
        </w:rPr>
        <w:t xml:space="preserve"> khi phím mũi tên phải được nhấn và </w:t>
      </w:r>
      <w:r>
        <w:rPr>
          <w:rFonts w:ascii="Consolas" w:hAnsi="Consolas"/>
          <w:b w:val="0"/>
          <w:i w:val="0"/>
          <w:sz w:val="20"/>
        </w:rPr>
        <w:t>False</w:t>
      </w:r>
      <w:r>
        <w:rPr>
          <w:b w:val="0"/>
          <w:i w:val="0"/>
        </w:rPr>
        <w:t xml:space="preserve"> khi phím được nhả:</w:t>
      </w:r>
    </w:p>
    <w:p>
      <w:pPr>
        <w:spacing w:after="80"/>
      </w:pPr>
      <w:r>
        <w:rPr>
          <w:b w:val="0"/>
          <w:i w:val="0"/>
        </w:rPr>
        <w:t>alien_invasion.py</w:t>
      </w:r>
    </w:p>
    <w:p>
      <w:pPr>
        <w:spacing w:after="80"/>
      </w:pPr>
      <w:r>
        <w:rPr>
          <w:b w:val="0"/>
          <w:i w:val="0"/>
        </w:rPr>
        <w:t>def _check_events(self):</w:t>
      </w:r>
      <w:r>
        <w:br/>
      </w:r>
      <w:r>
        <w:rPr>
          <w:b w:val="0"/>
          <w:i w:val="0"/>
        </w:rPr>
        <w:t xml:space="preserve">        """Phản hồi các sự kiện nhấn phím và chuột."""</w:t>
      </w:r>
      <w:r>
        <w:br/>
      </w:r>
      <w:r>
        <w:rPr>
          <w:b w:val="0"/>
          <w:i w:val="0"/>
        </w:rPr>
        <w:t xml:space="preserve">        for event in pygame.event.get():</w:t>
      </w:r>
      <w:r>
        <w:br/>
      </w:r>
      <w:r>
        <w:rPr>
          <w:b w:val="0"/>
          <w:i w:val="0"/>
        </w:rPr>
        <w:t xml:space="preserve">            </w:t>
      </w:r>
      <w:r>
        <w:rPr>
          <w:b w:val="0"/>
          <w:i/>
        </w:rPr>
        <w:t>--snip--</w:t>
      </w:r>
      <w:r>
        <w:br/>
      </w:r>
      <w:r>
        <w:rPr>
          <w:b w:val="0"/>
          <w:i w:val="0"/>
        </w:rPr>
        <w:t xml:space="preserve">            elif event.type == pygame.KEYDOWN:</w:t>
      </w:r>
      <w:r>
        <w:br/>
      </w:r>
      <w:r>
        <w:rPr>
          <w:b w:val="0"/>
          <w:i w:val="0"/>
        </w:rPr>
        <w:t xml:space="preserve">                if event.key == pygame.K_RIGHT:</w:t>
      </w:r>
      <w:r>
        <w:br/>
      </w:r>
      <w:r>
        <w:rPr>
          <w:b w:val="0"/>
          <w:i w:val="0"/>
        </w:rPr>
        <w:t>❶                     self.ship.moving_right = True</w:t>
      </w:r>
      <w:r>
        <w:br/>
      </w:r>
      <w:r>
        <w:rPr>
          <w:b w:val="0"/>
          <w:i w:val="0"/>
        </w:rPr>
        <w:t>❷             elif event.type == pygame.KEYUP:</w:t>
      </w:r>
      <w:r>
        <w:br/>
      </w:r>
      <w:r>
        <w:rPr>
          <w:b w:val="0"/>
          <w:i w:val="0"/>
        </w:rPr>
        <w:t xml:space="preserve">                if event.key == pygame.K_RIGHT:</w:t>
      </w:r>
      <w:r>
        <w:br/>
      </w:r>
      <w:r>
        <w:rPr>
          <w:b w:val="0"/>
          <w:i w:val="0"/>
        </w:rPr>
        <w:t xml:space="preserve">                    self.ship.moving_right = False</w:t>
      </w:r>
    </w:p>
    <w:p>
      <w:pPr>
        <w:spacing w:after="80"/>
      </w:pPr>
      <w:r>
        <w:rPr>
          <w:b w:val="0"/>
          <w:i w:val="0"/>
        </w:rPr>
        <w:t xml:space="preserve">Ở đây, chúng ta sửa cách game phản hồi khi người chơi nhấn phím mũi tên phải: thay vì thay đổi trực tiếp vị trí của tàu, chúng ta chỉ đặt </w:t>
      </w:r>
      <w:r>
        <w:rPr>
          <w:rFonts w:ascii="Consolas" w:hAnsi="Consolas"/>
          <w:b w:val="0"/>
          <w:i w:val="0"/>
          <w:sz w:val="20"/>
        </w:rPr>
        <w:t>moving_right</w:t>
      </w:r>
      <w:r>
        <w:rPr>
          <w:b w:val="0"/>
          <w:i w:val="0"/>
        </w:rPr>
        <w:t xml:space="preserve"> thành </w:t>
      </w:r>
      <w:r>
        <w:rPr>
          <w:rFonts w:ascii="Consolas" w:hAnsi="Consolas"/>
          <w:b w:val="0"/>
          <w:i w:val="0"/>
          <w:sz w:val="20"/>
        </w:rPr>
        <w:t>True</w:t>
      </w:r>
      <w:r>
        <w:rPr>
          <w:b w:val="0"/>
          <w:i w:val="0"/>
        </w:rPr>
        <w:t xml:space="preserve"> ❶. Sau đó, chúng ta thêm một khối </w:t>
      </w:r>
      <w:r>
        <w:rPr>
          <w:rFonts w:ascii="Consolas" w:hAnsi="Consolas"/>
          <w:b w:val="0"/>
          <w:i w:val="0"/>
          <w:sz w:val="20"/>
        </w:rPr>
        <w:t>elif</w:t>
      </w:r>
      <w:r>
        <w:rPr>
          <w:b w:val="0"/>
          <w:i w:val="0"/>
        </w:rPr>
        <w:t xml:space="preserve"> mới, để phản hồi các sự kiện </w:t>
      </w:r>
      <w:r>
        <w:rPr>
          <w:rFonts w:ascii="Consolas" w:hAnsi="Consolas"/>
          <w:b w:val="0"/>
          <w:i w:val="0"/>
          <w:sz w:val="20"/>
        </w:rPr>
        <w:t>KEYUP</w:t>
      </w:r>
      <w:r>
        <w:rPr>
          <w:b w:val="0"/>
          <w:i w:val="0"/>
        </w:rPr>
        <w:t xml:space="preserve"> ❷. Khi người chơi nhả phím mũi tên phải (</w:t>
      </w:r>
      <w:r>
        <w:rPr>
          <w:rFonts w:ascii="Consolas" w:hAnsi="Consolas"/>
          <w:b w:val="0"/>
          <w:i w:val="0"/>
          <w:sz w:val="20"/>
        </w:rPr>
        <w:t>K_RIGHT</w:t>
      </w:r>
      <w:r>
        <w:rPr>
          <w:b w:val="0"/>
          <w:i w:val="0"/>
        </w:rPr>
        <w:t xml:space="preserve">), chúng ta đặt </w:t>
      </w:r>
      <w:r>
        <w:rPr>
          <w:rFonts w:ascii="Consolas" w:hAnsi="Consolas"/>
          <w:b w:val="0"/>
          <w:i w:val="0"/>
          <w:sz w:val="20"/>
        </w:rPr>
        <w:t>moving_right</w:t>
      </w:r>
      <w:r>
        <w:rPr>
          <w:b w:val="0"/>
          <w:i w:val="0"/>
        </w:rPr>
        <w:t xml:space="preserve"> thành </w:t>
      </w:r>
      <w:r>
        <w:rPr>
          <w:rFonts w:ascii="Consolas" w:hAnsi="Consolas"/>
          <w:b w:val="0"/>
          <w:i w:val="0"/>
          <w:sz w:val="20"/>
        </w:rPr>
        <w:t>False</w:t>
      </w:r>
      <w:r>
        <w:rPr>
          <w:b w:val="0"/>
          <w:i w:val="0"/>
        </w:rPr>
        <w:t>.</w:t>
      </w:r>
    </w:p>
    <w:p>
      <w:pPr>
        <w:spacing w:after="80"/>
      </w:pPr>
      <w:r>
        <w:rPr>
          <w:b w:val="0"/>
          <w:i w:val="0"/>
        </w:rPr>
        <w:t xml:space="preserve">Tiếp theo, chúng ta sửa vòng lặp </w:t>
      </w:r>
      <w:r>
        <w:rPr>
          <w:rFonts w:ascii="Consolas" w:hAnsi="Consolas"/>
          <w:b w:val="0"/>
          <w:i w:val="0"/>
          <w:sz w:val="20"/>
        </w:rPr>
        <w:t>while</w:t>
      </w:r>
      <w:r>
        <w:rPr>
          <w:b w:val="0"/>
          <w:i w:val="0"/>
        </w:rPr>
        <w:t xml:space="preserve"> trong </w:t>
      </w:r>
      <w:r>
        <w:rPr>
          <w:rFonts w:ascii="Consolas" w:hAnsi="Consolas"/>
          <w:b w:val="0"/>
          <w:i w:val="0"/>
          <w:sz w:val="20"/>
        </w:rPr>
        <w:t>run_game()</w:t>
      </w:r>
      <w:r>
        <w:rPr>
          <w:b w:val="0"/>
          <w:i w:val="0"/>
        </w:rPr>
        <w:t xml:space="preserve"> để nó gọi phương thức </w:t>
      </w:r>
      <w:r>
        <w:rPr>
          <w:rFonts w:ascii="Consolas" w:hAnsi="Consolas"/>
          <w:b w:val="0"/>
          <w:i w:val="0"/>
          <w:sz w:val="20"/>
        </w:rPr>
        <w:t>update()</w:t>
      </w:r>
      <w:r>
        <w:rPr>
          <w:b w:val="0"/>
          <w:i w:val="0"/>
        </w:rPr>
        <w:t xml:space="preserve"> của tàu trong mỗi lần lặp:</w:t>
      </w:r>
    </w:p>
    <w:p>
      <w:pPr>
        <w:spacing w:after="80"/>
      </w:pPr>
      <w:r>
        <w:rPr>
          <w:b w:val="0"/>
          <w:i w:val="0"/>
        </w:rPr>
        <w:t>alien_invasion.py</w:t>
      </w:r>
    </w:p>
    <w:p>
      <w:pPr>
        <w:spacing w:after="80"/>
      </w:pPr>
      <w:r>
        <w:rPr>
          <w:b w:val="0"/>
          <w:i w:val="0"/>
        </w:rPr>
        <w:t>def run_game(self):</w:t>
      </w:r>
      <w:r>
        <w:br/>
      </w:r>
      <w:r>
        <w:rPr>
          <w:b w:val="0"/>
          <w:i w:val="0"/>
        </w:rPr>
        <w:t xml:space="preserve">        """Bắt đầu vòng lặp chính của game."""</w:t>
      </w:r>
      <w:r>
        <w:br/>
      </w:r>
      <w:r>
        <w:rPr>
          <w:b w:val="0"/>
          <w:i w:val="0"/>
        </w:rPr>
        <w:t xml:space="preserve">        while True:</w:t>
      </w:r>
      <w:r>
        <w:br/>
      </w:r>
      <w:r>
        <w:rPr>
          <w:b w:val="0"/>
          <w:i w:val="0"/>
        </w:rPr>
        <w:t xml:space="preserve">            self._check_events()</w:t>
      </w:r>
      <w:r>
        <w:br/>
      </w:r>
      <w:r>
        <w:rPr>
          <w:b w:val="0"/>
          <w:i w:val="0"/>
        </w:rPr>
        <w:t xml:space="preserve">            self.ship.update()</w:t>
      </w:r>
      <w:r>
        <w:br/>
      </w:r>
      <w:r>
        <w:rPr>
          <w:b w:val="0"/>
          <w:i w:val="0"/>
        </w:rPr>
        <w:t xml:space="preserve">            self._update_screen()</w:t>
      </w:r>
      <w:r>
        <w:br/>
      </w:r>
      <w:r>
        <w:rPr>
          <w:b w:val="0"/>
          <w:i w:val="0"/>
        </w:rPr>
        <w:t xml:space="preserve">            self.clock.tick(60)</w:t>
      </w:r>
    </w:p>
    <w:p>
      <w:pPr>
        <w:spacing w:after="80"/>
      </w:pPr>
      <w:r>
        <w:rPr>
          <w:b w:val="0"/>
          <w:i w:val="0"/>
        </w:rPr>
        <w:t>Vị trí của tàu sẽ được cập nhật sau khi chúng ta kiểm tra các sự kiện bàn phím và trước khi chúng ta cập nhật màn hình. Điều này cho phép vị trí của tàu được cập nhật theo phản hồi của người chơi và đảm bảo vị trí đã cập nhật sẽ được dùng khi vẽ tàu lên màn hình.</w:t>
      </w:r>
    </w:p>
    <w:p>
      <w:pPr>
        <w:spacing w:after="80"/>
      </w:pPr>
      <w:r>
        <w:rPr>
          <w:b w:val="0"/>
          <w:i w:val="0"/>
        </w:rPr>
        <w:t xml:space="preserve">Khi bạn chạy </w:t>
      </w:r>
      <w:r>
        <w:rPr>
          <w:b w:val="0"/>
          <w:i/>
        </w:rPr>
        <w:t>alien_invasion.py</w:t>
      </w:r>
      <w:r>
        <w:rPr>
          <w:b w:val="0"/>
          <w:i w:val="0"/>
        </w:rPr>
        <w:t xml:space="preserve"> và giữ phím mũi tên phải, tàu sẽ di chuyển liên tục sang phải cho đến khi bạn nhả phím.</w:t>
      </w:r>
    </w:p>
    <w:p>
      <w:pPr>
        <w:pStyle w:val="Heading3"/>
      </w:pPr>
      <w:r>
        <w:rPr>
          <w:rFonts w:ascii="Calibri" w:hAnsi="Calibri"/>
          <w:b/>
          <w:i w:val="0"/>
          <w:sz w:val="27"/>
        </w:rPr>
        <w:t>Di chuyển cả sang trái lẫn sang phải</w:t>
      </w:r>
    </w:p>
    <w:p>
      <w:pPr>
        <w:spacing w:after="80"/>
      </w:pPr>
      <w:r>
        <w:rPr>
          <w:b w:val="0"/>
          <w:i w:val="0"/>
        </w:rPr>
        <w:t xml:space="preserve">Giờ đây tàu đã có thể di chuyển liên tục sang phải, việc thêm di chuyển sang trái khá đơn giản. Một lần nữa, chúng ta sẽ sửa lớp </w:t>
      </w:r>
      <w:r>
        <w:rPr>
          <w:rFonts w:ascii="Consolas" w:hAnsi="Consolas"/>
          <w:b w:val="0"/>
          <w:i w:val="0"/>
          <w:sz w:val="20"/>
        </w:rPr>
        <w:t>Ship</w:t>
      </w:r>
      <w:r>
        <w:rPr>
          <w:b w:val="0"/>
          <w:i w:val="0"/>
        </w:rPr>
        <w:t xml:space="preserve"> và phương thức </w:t>
      </w:r>
      <w:r>
        <w:rPr>
          <w:rFonts w:ascii="Consolas" w:hAnsi="Consolas"/>
          <w:b w:val="0"/>
          <w:i w:val="0"/>
          <w:sz w:val="20"/>
        </w:rPr>
        <w:t>_check_events()</w:t>
      </w:r>
      <w:r>
        <w:rPr>
          <w:b w:val="0"/>
          <w:i w:val="0"/>
        </w:rPr>
        <w:t xml:space="preserve">. Dưới đây là những thay đổi liên quan đến </w:t>
      </w:r>
      <w:r>
        <w:rPr>
          <w:rFonts w:ascii="Consolas" w:hAnsi="Consolas"/>
          <w:b w:val="0"/>
          <w:i w:val="0"/>
          <w:sz w:val="20"/>
        </w:rPr>
        <w:t>__init__()</w:t>
      </w:r>
      <w:r>
        <w:rPr>
          <w:b w:val="0"/>
          <w:i w:val="0"/>
        </w:rPr>
        <w:t xml:space="preserve"> và </w:t>
      </w:r>
      <w:r>
        <w:rPr>
          <w:rFonts w:ascii="Consolas" w:hAnsi="Consolas"/>
          <w:b w:val="0"/>
          <w:i w:val="0"/>
          <w:sz w:val="20"/>
        </w:rPr>
        <w:t>update()</w:t>
      </w:r>
      <w:r>
        <w:rPr>
          <w:b w:val="0"/>
          <w:i w:val="0"/>
        </w:rPr>
        <w:t xml:space="preserve"> trong </w:t>
      </w:r>
      <w:r>
        <w:rPr>
          <w:rFonts w:ascii="Consolas" w:hAnsi="Consolas"/>
          <w:b w:val="0"/>
          <w:i w:val="0"/>
          <w:sz w:val="20"/>
        </w:rPr>
        <w:t>Ship</w:t>
      </w:r>
      <w:r>
        <w:rPr>
          <w:b w:val="0"/>
          <w:i w:val="0"/>
        </w:rPr>
        <w:t>:</w:t>
      </w:r>
    </w:p>
    <w:p>
      <w:pPr>
        <w:spacing w:after="80"/>
      </w:pPr>
      <w:r>
        <w:rPr>
          <w:b w:val="0"/>
          <w:i w:val="0"/>
        </w:rPr>
        <w:t>ship.py</w:t>
      </w:r>
    </w:p>
    <w:p>
      <w:pPr>
        <w:spacing w:after="80"/>
      </w:pPr>
      <w:r>
        <w:rPr>
          <w:b w:val="0"/>
          <w:i w:val="0"/>
        </w:rPr>
        <w:t>def __init__(self, ai_game):</w:t>
      </w:r>
      <w:r>
        <w:br/>
      </w:r>
      <w:r>
        <w:rPr>
          <w:b w:val="0"/>
          <w:i w:val="0"/>
        </w:rPr>
        <w:t xml:space="preserve">        </w:t>
      </w:r>
      <w:r>
        <w:rPr>
          <w:b w:val="0"/>
          <w:i/>
        </w:rPr>
        <w:t>--snip--</w:t>
      </w:r>
      <w:r>
        <w:br/>
      </w:r>
      <w:r>
        <w:rPr>
          <w:b w:val="0"/>
          <w:i w:val="0"/>
        </w:rPr>
        <w:t xml:space="preserve">        # Các cờ di chuyển; bắt đầu với tàu đang đứng yên.</w:t>
      </w:r>
      <w:r>
        <w:br/>
      </w:r>
      <w:r>
        <w:rPr>
          <w:b w:val="0"/>
          <w:i w:val="0"/>
        </w:rPr>
        <w:t xml:space="preserve">        self.moving_right = False</w:t>
      </w:r>
      <w:r>
        <w:br/>
      </w:r>
      <w:r>
        <w:rPr>
          <w:b w:val="0"/>
          <w:i w:val="0"/>
        </w:rPr>
        <w:t xml:space="preserve">        self.moving_left = False</w:t>
      </w:r>
      <w:r>
        <w:br/>
      </w:r>
      <w:r>
        <w:br/>
      </w:r>
      <w:r>
        <w:rPr>
          <w:b w:val="0"/>
          <w:i w:val="0"/>
        </w:rPr>
        <w:t xml:space="preserve">    def update(self):</w:t>
      </w:r>
      <w:r>
        <w:br/>
      </w:r>
      <w:r>
        <w:rPr>
          <w:b w:val="0"/>
          <w:i w:val="0"/>
        </w:rPr>
        <w:t xml:space="preserve">        """Cập nhật vị trí của tàu dựa trên các cờ di chuyển."""</w:t>
      </w:r>
      <w:r>
        <w:br/>
      </w:r>
      <w:r>
        <w:rPr>
          <w:b w:val="0"/>
          <w:i w:val="0"/>
        </w:rPr>
        <w:t xml:space="preserve">        if self.moving_right:</w:t>
      </w:r>
      <w:r>
        <w:br/>
      </w:r>
      <w:r>
        <w:rPr>
          <w:b w:val="0"/>
          <w:i w:val="0"/>
        </w:rPr>
        <w:t xml:space="preserve">            self.rect.x += 1</w:t>
      </w:r>
      <w:r>
        <w:br/>
      </w:r>
      <w:r>
        <w:rPr>
          <w:b w:val="0"/>
          <w:i w:val="0"/>
        </w:rPr>
        <w:t xml:space="preserve">        if self.moving_left:</w:t>
      </w:r>
      <w:r>
        <w:br/>
      </w:r>
      <w:r>
        <w:rPr>
          <w:b w:val="0"/>
          <w:i w:val="0"/>
        </w:rPr>
        <w:t xml:space="preserve">            self.rect.x -= 1</w:t>
      </w:r>
    </w:p>
    <w:p>
      <w:pPr>
        <w:spacing w:after="80"/>
      </w:pPr>
      <w:r>
        <w:rPr>
          <w:b w:val="0"/>
          <w:i w:val="0"/>
        </w:rPr>
        <w:t xml:space="preserve">Trong </w:t>
      </w:r>
      <w:r>
        <w:rPr>
          <w:rFonts w:ascii="Consolas" w:hAnsi="Consolas"/>
          <w:b w:val="0"/>
          <w:i w:val="0"/>
          <w:sz w:val="20"/>
        </w:rPr>
        <w:t>__init__()</w:t>
      </w:r>
      <w:r>
        <w:rPr>
          <w:b w:val="0"/>
          <w:i w:val="0"/>
        </w:rPr>
        <w:t xml:space="preserve">, chúng ta thêm cờ </w:t>
      </w:r>
      <w:r>
        <w:rPr>
          <w:rFonts w:ascii="Consolas" w:hAnsi="Consolas"/>
          <w:b w:val="0"/>
          <w:i w:val="0"/>
          <w:sz w:val="20"/>
        </w:rPr>
        <w:t>self.moving_left</w:t>
      </w:r>
      <w:r>
        <w:rPr>
          <w:b w:val="0"/>
          <w:i w:val="0"/>
        </w:rPr>
        <w:t xml:space="preserve">. Trong </w:t>
      </w:r>
      <w:r>
        <w:rPr>
          <w:rFonts w:ascii="Consolas" w:hAnsi="Consolas"/>
          <w:b w:val="0"/>
          <w:i w:val="0"/>
          <w:sz w:val="20"/>
        </w:rPr>
        <w:t>update()</w:t>
      </w:r>
      <w:r>
        <w:rPr>
          <w:b w:val="0"/>
          <w:i w:val="0"/>
        </w:rPr>
        <w:t xml:space="preserve">, chúng ta dùng hai khối </w:t>
      </w:r>
      <w:r>
        <w:rPr>
          <w:rFonts w:ascii="Consolas" w:hAnsi="Consolas"/>
          <w:b w:val="0"/>
          <w:i w:val="0"/>
          <w:sz w:val="20"/>
        </w:rPr>
        <w:t>if</w:t>
      </w:r>
      <w:r>
        <w:rPr>
          <w:b w:val="0"/>
          <w:i w:val="0"/>
        </w:rPr>
        <w:t xml:space="preserve"> riêng biệt, thay vì một </w:t>
      </w:r>
      <w:r>
        <w:rPr>
          <w:rFonts w:ascii="Consolas" w:hAnsi="Consolas"/>
          <w:b w:val="0"/>
          <w:i w:val="0"/>
          <w:sz w:val="20"/>
        </w:rPr>
        <w:t>elif</w:t>
      </w:r>
      <w:r>
        <w:rPr>
          <w:b w:val="0"/>
          <w:i w:val="0"/>
        </w:rPr>
        <w:t xml:space="preserve">, để cho phép giá trị </w:t>
      </w:r>
      <w:r>
        <w:rPr>
          <w:rFonts w:ascii="Consolas" w:hAnsi="Consolas"/>
          <w:b w:val="0"/>
          <w:i w:val="0"/>
          <w:sz w:val="20"/>
        </w:rPr>
        <w:t>rect.x</w:t>
      </w:r>
      <w:r>
        <w:rPr>
          <w:b w:val="0"/>
          <w:i w:val="0"/>
        </w:rPr>
        <w:t xml:space="preserve"> của tàu được tăng lên rồi lại giảm xuống khi cả hai phím mũi tên đều được giữ. Kết quả là tàu đứng yên. Nếu chúng ta dùng </w:t>
      </w:r>
      <w:r>
        <w:rPr>
          <w:rFonts w:ascii="Consolas" w:hAnsi="Consolas"/>
          <w:b w:val="0"/>
          <w:i w:val="0"/>
          <w:sz w:val="20"/>
        </w:rPr>
        <w:t>elif</w:t>
      </w:r>
      <w:r>
        <w:rPr>
          <w:b w:val="0"/>
          <w:i w:val="0"/>
        </w:rPr>
        <w:t xml:space="preserve"> cho việc di chuyển sang trái, phím mũi tên phải sẽ luôn được ưu tiên. Dùng hai khối </w:t>
      </w:r>
      <w:r>
        <w:rPr>
          <w:rFonts w:ascii="Consolas" w:hAnsi="Consolas"/>
          <w:b w:val="0"/>
          <w:i w:val="0"/>
          <w:sz w:val="20"/>
        </w:rPr>
        <w:t>if</w:t>
      </w:r>
      <w:r>
        <w:rPr>
          <w:b w:val="0"/>
          <w:i w:val="0"/>
        </w:rPr>
        <w:t xml:space="preserve"> giúp các chuyển động chính xác hơn khi người chơi có thể trong khoảnh khắc giữ cả hai phím khi đổi hướng.</w:t>
      </w:r>
    </w:p>
    <w:p>
      <w:pPr>
        <w:spacing w:after="80"/>
      </w:pPr>
      <w:r>
        <w:rPr>
          <w:b w:val="0"/>
          <w:i w:val="0"/>
        </w:rPr>
        <w:t xml:space="preserve">Chúng ta phải thực hiện hai bổ sung cho </w:t>
      </w:r>
      <w:r>
        <w:rPr>
          <w:rFonts w:ascii="Consolas" w:hAnsi="Consolas"/>
          <w:b w:val="0"/>
          <w:i w:val="0"/>
          <w:sz w:val="20"/>
        </w:rPr>
        <w:t>_check_events()</w:t>
      </w:r>
      <w:r>
        <w:rPr>
          <w:b w:val="0"/>
          <w:i w:val="0"/>
        </w:rPr>
        <w:t>:</w:t>
      </w:r>
    </w:p>
    <w:p>
      <w:pPr>
        <w:spacing w:after="80"/>
      </w:pPr>
      <w:r>
        <w:rPr>
          <w:b w:val="0"/>
          <w:i w:val="0"/>
        </w:rPr>
        <w:t>alien_invasion.py</w:t>
      </w:r>
    </w:p>
    <w:p>
      <w:pPr>
        <w:spacing w:after="80"/>
      </w:pPr>
      <w:r>
        <w:rPr>
          <w:b w:val="0"/>
          <w:i w:val="0"/>
        </w:rPr>
        <w:t>def _check_events(self):</w:t>
      </w:r>
      <w:r>
        <w:br/>
      </w:r>
      <w:r>
        <w:rPr>
          <w:b w:val="0"/>
          <w:i w:val="0"/>
        </w:rPr>
        <w:t xml:space="preserve">        """Phản hồi lại các sự kiện nhấn phím và chuột."""</w:t>
      </w:r>
      <w:r>
        <w:br/>
      </w:r>
      <w:r>
        <w:rPr>
          <w:b w:val="0"/>
          <w:i w:val="0"/>
        </w:rPr>
        <w:t xml:space="preserve">        for event in pygame.event.get():</w:t>
      </w:r>
      <w:r>
        <w:br/>
      </w:r>
      <w:r>
        <w:rPr>
          <w:b w:val="0"/>
          <w:i w:val="0"/>
        </w:rPr>
        <w:t xml:space="preserve">            </w:t>
      </w:r>
      <w:r>
        <w:rPr>
          <w:b w:val="0"/>
          <w:i/>
        </w:rPr>
        <w:t>--snip--</w:t>
      </w:r>
      <w:r>
        <w:br/>
      </w:r>
      <w:r>
        <w:rPr>
          <w:b w:val="0"/>
          <w:i w:val="0"/>
        </w:rPr>
        <w:t xml:space="preserve">            elif event.type == pygame.KEYDOWN:</w:t>
      </w:r>
      <w:r>
        <w:br/>
      </w:r>
      <w:r>
        <w:rPr>
          <w:b w:val="0"/>
          <w:i w:val="0"/>
        </w:rPr>
        <w:t xml:space="preserve">                if event.key == pygame.K_RIGHT:</w:t>
      </w:r>
      <w:r>
        <w:br/>
      </w:r>
      <w:r>
        <w:rPr>
          <w:b w:val="0"/>
          <w:i w:val="0"/>
        </w:rPr>
        <w:t xml:space="preserve">                    self.ship.moving_right = True</w:t>
      </w:r>
      <w:r>
        <w:br/>
      </w:r>
      <w:r>
        <w:rPr>
          <w:b w:val="0"/>
          <w:i w:val="0"/>
        </w:rPr>
        <w:t xml:space="preserve">                elif event.key == pygame.K_LEFT:</w:t>
      </w:r>
      <w:r>
        <w:br/>
      </w:r>
      <w:r>
        <w:rPr>
          <w:b w:val="0"/>
          <w:i w:val="0"/>
        </w:rPr>
        <w:t xml:space="preserve">                    self.ship.moving_left = True</w:t>
      </w:r>
      <w:r>
        <w:br/>
      </w:r>
      <w:r>
        <w:br/>
      </w:r>
      <w:r>
        <w:rPr>
          <w:b w:val="0"/>
          <w:i w:val="0"/>
        </w:rPr>
        <w:t xml:space="preserve">            elif event.type == pygame.KEYUP:</w:t>
      </w:r>
      <w:r>
        <w:br/>
      </w:r>
      <w:r>
        <w:rPr>
          <w:b w:val="0"/>
          <w:i w:val="0"/>
        </w:rPr>
        <w:t xml:space="preserve">                if event.key == pygame.K_RIGHT:</w:t>
      </w:r>
      <w:r>
        <w:br/>
      </w:r>
      <w:r>
        <w:rPr>
          <w:b w:val="0"/>
          <w:i w:val="0"/>
        </w:rPr>
        <w:t xml:space="preserve">                    self.ship.moving_right = False</w:t>
      </w:r>
      <w:r>
        <w:br/>
      </w:r>
      <w:r>
        <w:rPr>
          <w:b w:val="0"/>
          <w:i w:val="0"/>
        </w:rPr>
        <w:t xml:space="preserve">                elif event.key == pygame.K_LEFT:</w:t>
      </w:r>
      <w:r>
        <w:br/>
      </w:r>
      <w:r>
        <w:rPr>
          <w:b w:val="0"/>
          <w:i w:val="0"/>
        </w:rPr>
        <w:t xml:space="preserve">                    self.ship.moving_left = False</w:t>
      </w:r>
    </w:p>
    <w:p>
      <w:pPr>
        <w:spacing w:after="80"/>
      </w:pPr>
      <w:r>
        <w:rPr>
          <w:b w:val="0"/>
          <w:i w:val="0"/>
        </w:rPr>
        <w:t xml:space="preserve">Nếu một sự kiện </w:t>
      </w:r>
      <w:r>
        <w:rPr>
          <w:rFonts w:ascii="Consolas" w:hAnsi="Consolas"/>
          <w:b w:val="0"/>
          <w:i w:val="0"/>
          <w:sz w:val="20"/>
        </w:rPr>
        <w:t>KEYDOWN</w:t>
      </w:r>
      <w:r>
        <w:rPr>
          <w:b w:val="0"/>
          <w:i w:val="0"/>
        </w:rPr>
        <w:t xml:space="preserve"> xảy ra với phím </w:t>
      </w:r>
      <w:r>
        <w:rPr>
          <w:rFonts w:ascii="Consolas" w:hAnsi="Consolas"/>
          <w:b w:val="0"/>
          <w:i w:val="0"/>
          <w:sz w:val="20"/>
        </w:rPr>
        <w:t>K_LEFT</w:t>
      </w:r>
      <w:r>
        <w:rPr>
          <w:b w:val="0"/>
          <w:i w:val="0"/>
        </w:rPr>
        <w:t xml:space="preserve">, ta đặt </w:t>
      </w:r>
      <w:r>
        <w:rPr>
          <w:rFonts w:ascii="Consolas" w:hAnsi="Consolas"/>
          <w:b w:val="0"/>
          <w:i w:val="0"/>
          <w:sz w:val="20"/>
        </w:rPr>
        <w:t>moving_left</w:t>
      </w:r>
      <w:r>
        <w:rPr>
          <w:b w:val="0"/>
          <w:i w:val="0"/>
        </w:rPr>
        <w:t xml:space="preserve"> thành </w:t>
      </w:r>
      <w:r>
        <w:rPr>
          <w:rFonts w:ascii="Consolas" w:hAnsi="Consolas"/>
          <w:b w:val="0"/>
          <w:i w:val="0"/>
          <w:sz w:val="20"/>
        </w:rPr>
        <w:t>True</w:t>
      </w:r>
      <w:r>
        <w:rPr>
          <w:b w:val="0"/>
          <w:i w:val="0"/>
        </w:rPr>
        <w:t xml:space="preserve">. Nếu một sự kiện </w:t>
      </w:r>
      <w:r>
        <w:rPr>
          <w:rFonts w:ascii="Consolas" w:hAnsi="Consolas"/>
          <w:b w:val="0"/>
          <w:i w:val="0"/>
          <w:sz w:val="20"/>
        </w:rPr>
        <w:t>KEYUP</w:t>
      </w:r>
      <w:r>
        <w:rPr>
          <w:b w:val="0"/>
          <w:i w:val="0"/>
        </w:rPr>
        <w:t xml:space="preserve"> xảy ra với phím </w:t>
      </w:r>
      <w:r>
        <w:rPr>
          <w:rFonts w:ascii="Consolas" w:hAnsi="Consolas"/>
          <w:b w:val="0"/>
          <w:i w:val="0"/>
          <w:sz w:val="20"/>
        </w:rPr>
        <w:t>K_LEFT</w:t>
      </w:r>
      <w:r>
        <w:rPr>
          <w:b w:val="0"/>
          <w:i w:val="0"/>
        </w:rPr>
        <w:t xml:space="preserve">, ta đặt </w:t>
      </w:r>
      <w:r>
        <w:rPr>
          <w:rFonts w:ascii="Consolas" w:hAnsi="Consolas"/>
          <w:b w:val="0"/>
          <w:i w:val="0"/>
          <w:sz w:val="20"/>
        </w:rPr>
        <w:t>moving_left</w:t>
      </w:r>
      <w:r>
        <w:rPr>
          <w:b w:val="0"/>
          <w:i w:val="0"/>
        </w:rPr>
        <w:t xml:space="preserve"> thành </w:t>
      </w:r>
      <w:r>
        <w:rPr>
          <w:rFonts w:ascii="Consolas" w:hAnsi="Consolas"/>
          <w:b w:val="0"/>
          <w:i w:val="0"/>
          <w:sz w:val="20"/>
        </w:rPr>
        <w:t>False</w:t>
      </w:r>
      <w:r>
        <w:rPr>
          <w:b w:val="0"/>
          <w:i w:val="0"/>
        </w:rPr>
        <w:t xml:space="preserve">. Ở đây ta có thể dùng các khối </w:t>
      </w:r>
      <w:r>
        <w:rPr>
          <w:rFonts w:ascii="Consolas" w:hAnsi="Consolas"/>
          <w:b w:val="0"/>
          <w:i w:val="0"/>
          <w:sz w:val="20"/>
        </w:rPr>
        <w:t>elif</w:t>
      </w:r>
      <w:r>
        <w:rPr>
          <w:b w:val="0"/>
          <w:i w:val="0"/>
        </w:rPr>
        <w:t xml:space="preserve"> vì mỗi sự kiện chỉ gắn với một phím duy nhất. Nếu người chơi nhấn cả hai phím cùng lúc, hai sự kiện riêng biệt sẽ được phát hiện.</w:t>
      </w:r>
    </w:p>
    <w:p>
      <w:pPr>
        <w:spacing w:after="80"/>
      </w:pPr>
      <w:r>
        <w:rPr>
          <w:b w:val="0"/>
          <w:i w:val="0"/>
        </w:rPr>
        <w:t xml:space="preserve">Khi bạn chạy </w:t>
      </w:r>
      <w:r>
        <w:rPr>
          <w:b w:val="0"/>
          <w:i/>
        </w:rPr>
        <w:t>alien_invasion.py</w:t>
      </w:r>
      <w:r>
        <w:rPr>
          <w:b w:val="0"/>
          <w:i w:val="0"/>
        </w:rPr>
        <w:t xml:space="preserve"> bây giờ, bạn sẽ có thể di chuyển tàu liên tục sang phải và sang trái. Nếu bạn giữ cả hai phím, tàu sẽ dừng di chuyển.</w:t>
      </w:r>
    </w:p>
    <w:p>
      <w:pPr>
        <w:spacing w:after="80"/>
      </w:pPr>
      <w:r>
        <w:rPr>
          <w:b w:val="0"/>
          <w:i w:val="0"/>
        </w:rPr>
        <w:t>Tiếp theo, chúng ta sẽ tinh chỉnh thêm chuyển động của tàu. Hãy điều chỉnh tốc độ của tàu và giới hạn khoảng cách mà tàu có thể di chuyển để nó không biến mất khỏi hai bên màn hình.</w:t>
      </w:r>
    </w:p>
    <w:p>
      <w:pPr>
        <w:pStyle w:val="Heading3"/>
      </w:pPr>
      <w:r>
        <w:rPr>
          <w:rFonts w:ascii="Calibri" w:hAnsi="Calibri"/>
          <w:b/>
          <w:i w:val="0"/>
          <w:sz w:val="27"/>
        </w:rPr>
        <w:t>Điều chỉnh tốc độ của tàu</w:t>
      </w:r>
    </w:p>
    <w:p>
      <w:pPr>
        <w:spacing w:after="80"/>
      </w:pPr>
      <w:r>
        <w:rPr>
          <w:b w:val="0"/>
          <w:i w:val="0"/>
        </w:rPr>
        <w:t xml:space="preserve">Hiện tại, tàu di chuyển một pixel mỗi vòng lặp </w:t>
      </w:r>
      <w:r>
        <w:rPr>
          <w:rFonts w:ascii="Consolas" w:hAnsi="Consolas"/>
          <w:b w:val="0"/>
          <w:i w:val="0"/>
          <w:sz w:val="20"/>
        </w:rPr>
        <w:t>while</w:t>
      </w:r>
      <w:r>
        <w:rPr>
          <w:b w:val="0"/>
          <w:i w:val="0"/>
        </w:rPr>
        <w:t xml:space="preserve">, nhưng ta có thể kiểm soát tốc độ của tàu tinh tế hơn bằng cách thêm thuộc tính </w:t>
      </w:r>
      <w:r>
        <w:rPr>
          <w:rFonts w:ascii="Consolas" w:hAnsi="Consolas"/>
          <w:b w:val="0"/>
          <w:i w:val="0"/>
          <w:sz w:val="20"/>
        </w:rPr>
        <w:t>ship_speed</w:t>
      </w:r>
      <w:r>
        <w:rPr>
          <w:b w:val="0"/>
          <w:i w:val="0"/>
        </w:rPr>
        <w:t xml:space="preserve"> vào lớp </w:t>
      </w:r>
      <w:r>
        <w:rPr>
          <w:rFonts w:ascii="Consolas" w:hAnsi="Consolas"/>
          <w:b w:val="0"/>
          <w:i w:val="0"/>
          <w:sz w:val="20"/>
        </w:rPr>
        <w:t>Settings</w:t>
      </w:r>
      <w:r>
        <w:rPr>
          <w:b w:val="0"/>
          <w:i w:val="0"/>
        </w:rPr>
        <w:t xml:space="preserve">. Ta sẽ dùng thuộc tính này để xác định tàu di chuyển bao xa trong mỗi vòng lặp. Đây là thuộc tính mới trong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val="0"/>
          <w:sz w:val="18"/>
        </w:rPr>
        <w:t>class Settings:</w:t>
      </w:r>
    </w:p>
    <w:p>
      <w:pPr>
        <w:spacing w:after="0"/>
        <w:ind w:left="360"/>
        <w:shd w:val="clear" w:color="auto" w:fill="F2F2F2"/>
      </w:pPr>
      <w:r>
        <w:rPr>
          <w:rFonts w:ascii="Consolas" w:hAnsi="Consolas"/>
          <w:b w:val="0"/>
          <w:i w:val="0"/>
          <w:sz w:val="18"/>
        </w:rPr>
        <w:t xml:space="preserve">    """A class to store all settings for 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Ship settings</w:t>
      </w:r>
    </w:p>
    <w:p>
      <w:pPr>
        <w:spacing w:after="0"/>
        <w:ind w:left="360"/>
        <w:shd w:val="clear" w:color="auto" w:fill="F2F2F2"/>
      </w:pPr>
      <w:r>
        <w:rPr>
          <w:rFonts w:ascii="Consolas" w:hAnsi="Consolas"/>
          <w:b w:val="0"/>
          <w:i w:val="0"/>
          <w:sz w:val="18"/>
        </w:rPr>
        <w:t xml:space="preserve">        self.ship_speed = 1.5</w:t>
      </w:r>
    </w:p>
    <w:p>
      <w:pPr>
        <w:spacing w:after="40"/>
      </w:pPr>
    </w:p>
    <w:p>
      <w:pPr>
        <w:spacing w:after="80"/>
      </w:pPr>
      <w:r>
        <w:rPr>
          <w:b w:val="0"/>
          <w:i w:val="0"/>
        </w:rPr>
        <w:t xml:space="preserve">Ta đặt giá trị ban đầu của </w:t>
      </w:r>
      <w:r>
        <w:rPr>
          <w:rFonts w:ascii="Consolas" w:hAnsi="Consolas"/>
          <w:b w:val="0"/>
          <w:i w:val="0"/>
          <w:sz w:val="20"/>
        </w:rPr>
        <w:t>ship_speed</w:t>
      </w:r>
      <w:r>
        <w:rPr>
          <w:b w:val="0"/>
          <w:i w:val="0"/>
        </w:rPr>
        <w:t xml:space="preserve"> là </w:t>
      </w:r>
      <w:r>
        <w:rPr>
          <w:rFonts w:ascii="Consolas" w:hAnsi="Consolas"/>
          <w:b w:val="0"/>
          <w:i w:val="0"/>
          <w:sz w:val="20"/>
        </w:rPr>
        <w:t>1.5</w:t>
      </w:r>
      <w:r>
        <w:rPr>
          <w:b w:val="0"/>
          <w:i w:val="0"/>
        </w:rPr>
        <w:t>. Khi tàu di chuyển bây giờ, vị trí của nó được điều chỉnh 1.5 pixel (thay vì 1 pixel) trong mỗi vòng lặp.</w:t>
      </w:r>
    </w:p>
    <w:p>
      <w:pPr>
        <w:spacing w:after="80"/>
      </w:pPr>
      <w:r>
        <w:rPr>
          <w:b w:val="0"/>
          <w:i w:val="0"/>
        </w:rPr>
        <w:t xml:space="preserve">Ta dùng số thực (float) cho cài đặt tốc độ để có thể kiểm soát tốc độ của tàu tinh tế hơn khi ta tăng nhịp độ của trò chơi về sau. Tuy nhiên, các thuộc tính của </w:t>
      </w:r>
      <w:r>
        <w:rPr>
          <w:rFonts w:ascii="Consolas" w:hAnsi="Consolas"/>
          <w:b w:val="0"/>
          <w:i w:val="0"/>
          <w:sz w:val="20"/>
        </w:rPr>
        <w:t>rect</w:t>
      </w:r>
      <w:r>
        <w:rPr>
          <w:b w:val="0"/>
          <w:i w:val="0"/>
        </w:rPr>
        <w:t xml:space="preserve"> như </w:t>
      </w:r>
      <w:r>
        <w:rPr>
          <w:rFonts w:ascii="Consolas" w:hAnsi="Consolas"/>
          <w:b w:val="0"/>
          <w:i w:val="0"/>
          <w:sz w:val="20"/>
        </w:rPr>
        <w:t>x</w:t>
      </w:r>
      <w:r>
        <w:rPr>
          <w:b w:val="0"/>
          <w:i w:val="0"/>
        </w:rPr>
        <w:t xml:space="preserve"> chỉ lưu giá trị số nguyên, nên ta cần thực hiện một vài chỉnh sửa cho </w:t>
      </w:r>
      <w:r>
        <w:rPr>
          <w:rFonts w:ascii="Consolas" w:hAnsi="Consolas"/>
          <w:b w:val="0"/>
          <w:i w:val="0"/>
          <w:sz w:val="20"/>
        </w:rPr>
        <w:t>Ship</w:t>
      </w:r>
      <w:r>
        <w:rPr>
          <w:b w:val="0"/>
          <w:i w:val="0"/>
        </w:rPr>
        <w:t>:</w:t>
      </w:r>
    </w:p>
    <w:p>
      <w:pPr>
        <w:spacing w:after="80"/>
      </w:pPr>
      <w:r>
        <w:rPr>
          <w:b w:val="0"/>
          <w:i w:val="0"/>
        </w:rPr>
        <w:t>ship.py</w:t>
      </w:r>
    </w:p>
    <w:p>
      <w:pPr>
        <w:spacing w:after="0"/>
        <w:ind w:left="360"/>
        <w:shd w:val="clear" w:color="auto" w:fill="F2F2F2"/>
      </w:pPr>
      <w:r>
        <w:rPr>
          <w:rFonts w:ascii="Consolas" w:hAnsi="Consolas"/>
          <w:b w:val="0"/>
          <w:i w:val="0"/>
          <w:sz w:val="18"/>
        </w:rPr>
        <w:t>class Ship:</w:t>
      </w:r>
    </w:p>
    <w:p>
      <w:pPr>
        <w:spacing w:after="0"/>
        <w:ind w:left="360"/>
        <w:shd w:val="clear" w:color="auto" w:fill="F2F2F2"/>
      </w:pPr>
      <w:r>
        <w:rPr>
          <w:rFonts w:ascii="Consolas" w:hAnsi="Consolas"/>
          <w:b w:val="0"/>
          <w:i w:val="0"/>
          <w:sz w:val="18"/>
        </w:rPr>
        <w:t xml:space="preserve">    """A class to manage the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"""Initialize the ship and set its starting position."""</w:t>
      </w:r>
    </w:p>
    <w:p>
      <w:pPr>
        <w:spacing w:after="0"/>
        <w:ind w:left="360"/>
        <w:shd w:val="clear" w:color="auto" w:fill="F2F2F2"/>
      </w:pPr>
      <w:r>
        <w:rPr>
          <w:rFonts w:ascii="Consolas" w:hAnsi="Consolas"/>
          <w:b w:val="0"/>
          <w:i w:val="0"/>
          <w:sz w:val="18"/>
        </w:rPr>
        <w:t xml:space="preserve">        self.screen = ai_game.screen</w:t>
      </w:r>
    </w:p>
    <w:p>
      <w:pPr>
        <w:spacing w:after="0"/>
        <w:ind w:left="360"/>
        <w:shd w:val="clear" w:color="auto" w:fill="F2F2F2"/>
      </w:pPr>
      <w:r>
        <w:rPr>
          <w:rFonts w:ascii="Consolas" w:hAnsi="Consolas"/>
          <w:b w:val="0"/>
          <w:i w:val="0"/>
          <w:sz w:val="18"/>
        </w:rPr>
        <w:t>❶         self.settings = ai_game.settings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Start each new ship at the bottom center of the screen.</w:t>
      </w:r>
    </w:p>
    <w:p>
      <w:pPr>
        <w:spacing w:after="0"/>
        <w:ind w:left="360"/>
        <w:shd w:val="clear" w:color="auto" w:fill="F2F2F2"/>
      </w:pPr>
      <w:r>
        <w:rPr>
          <w:rFonts w:ascii="Consolas" w:hAnsi="Consolas"/>
          <w:b w:val="0"/>
          <w:i w:val="0"/>
          <w:sz w:val="18"/>
        </w:rPr>
        <w:t xml:space="preserve">        self.rect.midbottom = self.screen_rect.midbottom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Store a float for the ship's exact horizontal position.</w:t>
      </w:r>
    </w:p>
    <w:p>
      <w:pPr>
        <w:spacing w:after="0"/>
        <w:ind w:left="360"/>
        <w:shd w:val="clear" w:color="auto" w:fill="F2F2F2"/>
      </w:pPr>
      <w:r>
        <w:rPr>
          <w:rFonts w:ascii="Consolas" w:hAnsi="Consolas"/>
          <w:b w:val="0"/>
          <w:i w:val="0"/>
          <w:sz w:val="18"/>
        </w:rPr>
        <w:t>❷         self.x = float(self.rect.x)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Movement flags; start with a ship that's not moving.</w:t>
      </w:r>
    </w:p>
    <w:p>
      <w:pPr>
        <w:spacing w:after="0"/>
        <w:ind w:left="360"/>
        <w:shd w:val="clear" w:color="auto" w:fill="F2F2F2"/>
      </w:pPr>
      <w:r>
        <w:rPr>
          <w:rFonts w:ascii="Consolas" w:hAnsi="Consolas"/>
          <w:b w:val="0"/>
          <w:i w:val="0"/>
          <w:sz w:val="18"/>
        </w:rPr>
        <w:t xml:space="preserve">        self.moving_right = False</w:t>
      </w:r>
    </w:p>
    <w:p>
      <w:pPr>
        <w:spacing w:after="0"/>
        <w:ind w:left="360"/>
        <w:shd w:val="clear" w:color="auto" w:fill="F2F2F2"/>
      </w:pPr>
      <w:r>
        <w:rPr>
          <w:rFonts w:ascii="Consolas" w:hAnsi="Consolas"/>
          <w:b w:val="0"/>
          <w:i w:val="0"/>
          <w:sz w:val="18"/>
        </w:rPr>
        <w:t xml:space="preserve">        self.moving_left = False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update(self):</w:t>
      </w:r>
    </w:p>
    <w:p>
      <w:pPr>
        <w:spacing w:after="0"/>
        <w:ind w:left="360"/>
        <w:shd w:val="clear" w:color="auto" w:fill="F2F2F2"/>
      </w:pPr>
      <w:r>
        <w:rPr>
          <w:rFonts w:ascii="Consolas" w:hAnsi="Consolas"/>
          <w:b w:val="0"/>
          <w:i w:val="0"/>
          <w:sz w:val="18"/>
        </w:rPr>
        <w:t xml:space="preserve">        """Update the ship's position based on movement flags."""</w:t>
      </w:r>
    </w:p>
    <w:p>
      <w:pPr>
        <w:spacing w:after="0"/>
        <w:ind w:left="360"/>
        <w:shd w:val="clear" w:color="auto" w:fill="F2F2F2"/>
      </w:pPr>
      <w:r>
        <w:rPr>
          <w:rFonts w:ascii="Consolas" w:hAnsi="Consolas"/>
          <w:b w:val="0"/>
          <w:i w:val="0"/>
          <w:sz w:val="18"/>
        </w:rPr>
        <w:t xml:space="preserve">        # Update the ship's x value, not the rect.</w:t>
      </w:r>
    </w:p>
    <w:p>
      <w:pPr>
        <w:spacing w:after="0"/>
        <w:ind w:left="360"/>
        <w:shd w:val="clear" w:color="auto" w:fill="F2F2F2"/>
      </w:pPr>
      <w:r>
        <w:rPr>
          <w:rFonts w:ascii="Consolas" w:hAnsi="Consolas"/>
          <w:b w:val="0"/>
          <w:i w:val="0"/>
          <w:sz w:val="18"/>
        </w:rPr>
        <w:t xml:space="preserve">        if self.moving_right:</w:t>
      </w:r>
    </w:p>
    <w:p>
      <w:pPr>
        <w:spacing w:after="0"/>
        <w:ind w:left="360"/>
        <w:shd w:val="clear" w:color="auto" w:fill="F2F2F2"/>
      </w:pPr>
      <w:r>
        <w:rPr>
          <w:rFonts w:ascii="Consolas" w:hAnsi="Consolas"/>
          <w:b w:val="0"/>
          <w:i w:val="0"/>
          <w:sz w:val="18"/>
        </w:rPr>
        <w:t>❸             self.x += self.settings.ship_speed</w:t>
      </w:r>
    </w:p>
    <w:p>
      <w:pPr>
        <w:spacing w:after="0"/>
        <w:ind w:left="360"/>
        <w:shd w:val="clear" w:color="auto" w:fill="F2F2F2"/>
      </w:pPr>
      <w:r>
        <w:rPr>
          <w:rFonts w:ascii="Consolas" w:hAnsi="Consolas"/>
          <w:b w:val="0"/>
          <w:i w:val="0"/>
          <w:sz w:val="18"/>
        </w:rPr>
        <w:t xml:space="preserve">        if self.moving_left:</w:t>
      </w:r>
    </w:p>
    <w:p>
      <w:pPr>
        <w:spacing w:after="0"/>
        <w:ind w:left="360"/>
        <w:shd w:val="clear" w:color="auto" w:fill="F2F2F2"/>
      </w:pPr>
      <w:r>
        <w:rPr>
          <w:rFonts w:ascii="Consolas" w:hAnsi="Consolas"/>
          <w:b w:val="0"/>
          <w:i w:val="0"/>
          <w:sz w:val="18"/>
        </w:rPr>
        <w:t xml:space="preserve">            self.x -= self.settings.ship_speed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Update rect object from self.x.</w:t>
      </w:r>
    </w:p>
    <w:p>
      <w:pPr>
        <w:spacing w:after="0"/>
        <w:ind w:left="360"/>
        <w:shd w:val="clear" w:color="auto" w:fill="F2F2F2"/>
      </w:pPr>
      <w:r>
        <w:rPr>
          <w:rFonts w:ascii="Consolas" w:hAnsi="Consolas"/>
          <w:b w:val="0"/>
          <w:i w:val="0"/>
          <w:sz w:val="18"/>
        </w:rPr>
        <w:t>❹         self.rect.x = self.x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blitme(self):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Ta tạo một thuộc tính </w:t>
      </w:r>
      <w:r>
        <w:rPr>
          <w:rFonts w:ascii="Consolas" w:hAnsi="Consolas"/>
          <w:b w:val="0"/>
          <w:i w:val="0"/>
          <w:sz w:val="20"/>
        </w:rPr>
        <w:t>settings</w:t>
      </w:r>
      <w:r>
        <w:rPr>
          <w:b w:val="0"/>
          <w:i w:val="0"/>
        </w:rPr>
        <w:t xml:space="preserve"> cho </w:t>
      </w:r>
      <w:r>
        <w:rPr>
          <w:rFonts w:ascii="Consolas" w:hAnsi="Consolas"/>
          <w:b w:val="0"/>
          <w:i w:val="0"/>
          <w:sz w:val="20"/>
        </w:rPr>
        <w:t>Ship</w:t>
      </w:r>
      <w:r>
        <w:rPr>
          <w:b w:val="0"/>
          <w:i w:val="0"/>
        </w:rPr>
        <w:t xml:space="preserve">, để có thể dùng nó trong </w:t>
      </w:r>
      <w:r>
        <w:rPr>
          <w:rFonts w:ascii="Consolas" w:hAnsi="Consolas"/>
          <w:b w:val="0"/>
          <w:i w:val="0"/>
          <w:sz w:val="20"/>
        </w:rPr>
        <w:t>update()</w:t>
      </w:r>
      <w:r>
        <w:rPr>
          <w:b w:val="0"/>
          <w:i w:val="0"/>
        </w:rPr>
        <w:t xml:space="preserve"> ❶. Vì ta đang điều chỉnh vị trí của tàu theo từng phần nhỏ của pixel, ta cần gán vị trí vào một biến có thể nhận giá trị số thực. Bạn có thể dùng số thực để đặt một thuộc tính của </w:t>
      </w:r>
      <w:r>
        <w:rPr>
          <w:rFonts w:ascii="Consolas" w:hAnsi="Consolas"/>
          <w:b w:val="0"/>
          <w:i w:val="0"/>
          <w:sz w:val="20"/>
        </w:rPr>
        <w:t>rect</w:t>
      </w:r>
      <w:r>
        <w:rPr>
          <w:b w:val="0"/>
          <w:i w:val="0"/>
        </w:rPr>
        <w:t xml:space="preserve">, nhưng </w:t>
      </w:r>
      <w:r>
        <w:rPr>
          <w:rFonts w:ascii="Consolas" w:hAnsi="Consolas"/>
          <w:b w:val="0"/>
          <w:i w:val="0"/>
          <w:sz w:val="20"/>
        </w:rPr>
        <w:t>rect</w:t>
      </w:r>
      <w:r>
        <w:rPr>
          <w:b w:val="0"/>
          <w:i w:val="0"/>
        </w:rPr>
        <w:t xml:space="preserve"> sẽ chỉ giữ phần nguyên của giá trị đó. Để theo dõi vị trí của tàu một cách chính xác, ta định nghĩa một biến mới </w:t>
      </w:r>
      <w:r>
        <w:rPr>
          <w:rFonts w:ascii="Consolas" w:hAnsi="Consolas"/>
          <w:b w:val="0"/>
          <w:i w:val="0"/>
          <w:sz w:val="20"/>
        </w:rPr>
        <w:t>self.x</w:t>
      </w:r>
      <w:r>
        <w:rPr>
          <w:b w:val="0"/>
          <w:i w:val="0"/>
        </w:rPr>
        <w:t xml:space="preserve"> ❷. Ta dùng hàm </w:t>
      </w:r>
      <w:r>
        <w:rPr>
          <w:rFonts w:ascii="Consolas" w:hAnsi="Consolas"/>
          <w:b w:val="0"/>
          <w:i w:val="0"/>
          <w:sz w:val="20"/>
        </w:rPr>
        <w:t>float()</w:t>
      </w:r>
      <w:r>
        <w:rPr>
          <w:b w:val="0"/>
          <w:i w:val="0"/>
        </w:rPr>
        <w:t xml:space="preserve"> để chuyển giá trị của </w:t>
      </w:r>
      <w:r>
        <w:rPr>
          <w:rFonts w:ascii="Consolas" w:hAnsi="Consolas"/>
          <w:b w:val="0"/>
          <w:i w:val="0"/>
          <w:sz w:val="20"/>
        </w:rPr>
        <w:t>self.rect.x</w:t>
      </w:r>
      <w:r>
        <w:rPr>
          <w:b w:val="0"/>
          <w:i w:val="0"/>
        </w:rPr>
        <w:t xml:space="preserve"> thành số thực và gán giá trị này cho </w:t>
      </w:r>
      <w:r>
        <w:rPr>
          <w:rFonts w:ascii="Consolas" w:hAnsi="Consolas"/>
          <w:b w:val="0"/>
          <w:i w:val="0"/>
          <w:sz w:val="20"/>
        </w:rPr>
        <w:t>self.x</w:t>
      </w:r>
      <w:r>
        <w:rPr>
          <w:b w:val="0"/>
          <w:i w:val="0"/>
        </w:rPr>
        <w:t>.</w:t>
      </w:r>
    </w:p>
    <w:p>
      <w:pPr>
        <w:spacing w:after="80"/>
      </w:pPr>
      <w:r>
        <w:rPr>
          <w:b w:val="0"/>
          <w:i w:val="0"/>
        </w:rPr>
        <w:t xml:space="preserve">Bây giờ khi ta thay đổi vị trí của tàu trong </w:t>
      </w:r>
      <w:r>
        <w:rPr>
          <w:rFonts w:ascii="Consolas" w:hAnsi="Consolas"/>
          <w:b w:val="0"/>
          <w:i w:val="0"/>
          <w:sz w:val="20"/>
        </w:rPr>
        <w:t>update()</w:t>
      </w:r>
      <w:r>
        <w:rPr>
          <w:b w:val="0"/>
          <w:i w:val="0"/>
        </w:rPr>
        <w:t xml:space="preserve">, giá trị của </w:t>
      </w:r>
      <w:r>
        <w:rPr>
          <w:rFonts w:ascii="Consolas" w:hAnsi="Consolas"/>
          <w:b w:val="0"/>
          <w:i w:val="0"/>
          <w:sz w:val="20"/>
        </w:rPr>
        <w:t>self.x</w:t>
      </w:r>
      <w:r>
        <w:rPr>
          <w:b w:val="0"/>
          <w:i w:val="0"/>
        </w:rPr>
        <w:t xml:space="preserve"> được điều chỉnh bằng lượng được lưu trong </w:t>
      </w:r>
      <w:r>
        <w:rPr>
          <w:rFonts w:ascii="Consolas" w:hAnsi="Consolas"/>
          <w:b w:val="0"/>
          <w:i w:val="0"/>
          <w:sz w:val="20"/>
        </w:rPr>
        <w:t>settings.ship_speed</w:t>
      </w:r>
      <w:r>
        <w:rPr>
          <w:b w:val="0"/>
          <w:i w:val="0"/>
        </w:rPr>
        <w:t xml:space="preserve"> ❸. Sau khi </w:t>
      </w:r>
      <w:r>
        <w:rPr>
          <w:rFonts w:ascii="Consolas" w:hAnsi="Consolas"/>
          <w:b w:val="0"/>
          <w:i w:val="0"/>
          <w:sz w:val="20"/>
        </w:rPr>
        <w:t>self.x</w:t>
      </w:r>
      <w:r>
        <w:rPr>
          <w:b w:val="0"/>
          <w:i w:val="0"/>
        </w:rPr>
        <w:t xml:space="preserve"> được cập nhật, ta dùng giá trị mới để cập nhật </w:t>
      </w:r>
      <w:r>
        <w:rPr>
          <w:rFonts w:ascii="Consolas" w:hAnsi="Consolas"/>
          <w:b w:val="0"/>
          <w:i w:val="0"/>
          <w:sz w:val="20"/>
        </w:rPr>
        <w:t>self.rect.x</w:t>
      </w:r>
      <w:r>
        <w:rPr>
          <w:b w:val="0"/>
          <w:i w:val="0"/>
        </w:rPr>
        <w:t xml:space="preserve">, thứ điều khiển vị trí của tàu ❹. Chỉ phần nguyên của </w:t>
      </w:r>
      <w:r>
        <w:rPr>
          <w:rFonts w:ascii="Consolas" w:hAnsi="Consolas"/>
          <w:b w:val="0"/>
          <w:i w:val="0"/>
          <w:sz w:val="20"/>
        </w:rPr>
        <w:t>self.x</w:t>
      </w:r>
      <w:r>
        <w:rPr>
          <w:b w:val="0"/>
          <w:i w:val="0"/>
        </w:rPr>
        <w:t xml:space="preserve"> sẽ được gán cho </w:t>
      </w:r>
      <w:r>
        <w:rPr>
          <w:rFonts w:ascii="Consolas" w:hAnsi="Consolas"/>
          <w:b w:val="0"/>
          <w:i w:val="0"/>
          <w:sz w:val="20"/>
        </w:rPr>
        <w:t>self.rect.x</w:t>
      </w:r>
      <w:r>
        <w:rPr>
          <w:b w:val="0"/>
          <w:i w:val="0"/>
        </w:rPr>
        <w:t>, nhưng điều đó vẫn ổn để hiển thị tàu.</w:t>
      </w:r>
    </w:p>
    <w:p>
      <w:pPr>
        <w:spacing w:after="80"/>
      </w:pPr>
      <w:r>
        <w:rPr>
          <w:b w:val="0"/>
          <w:i w:val="0"/>
        </w:rPr>
        <w:t xml:space="preserve">Bây giờ ta có thể thay đổi giá trị của </w:t>
      </w:r>
      <w:r>
        <w:rPr>
          <w:rFonts w:ascii="Consolas" w:hAnsi="Consolas"/>
          <w:b w:val="0"/>
          <w:i w:val="0"/>
          <w:sz w:val="20"/>
        </w:rPr>
        <w:t>ship_speed</w:t>
      </w:r>
      <w:r>
        <w:rPr>
          <w:b w:val="0"/>
          <w:i w:val="0"/>
        </w:rPr>
        <w:t>, và bất kỳ giá trị nào lớn hơn 1 sẽ khiến tàu di chuyển nhanh hơn. Điều này sẽ giúp tàu phản hồi đủ nhanh để bắn hạ người ngoài hành tinh, và nó sẽ cho phép ta thay đổi nhịp độ của trò chơi khi người chơi tiến bộ trong quá trình chơi.</w:t>
      </w:r>
    </w:p>
    <w:p>
      <w:pPr>
        <w:pStyle w:val="Heading3"/>
      </w:pPr>
      <w:r>
        <w:rPr>
          <w:rFonts w:ascii="Calibri" w:hAnsi="Calibri"/>
          <w:b/>
          <w:i w:val="0"/>
          <w:sz w:val="27"/>
        </w:rPr>
        <w:t>Giới hạn phạm vi di chuyển của tàu</w:t>
      </w:r>
    </w:p>
    <w:p>
      <w:pPr>
        <w:spacing w:after="80"/>
      </w:pPr>
      <w:r>
        <w:rPr>
          <w:b w:val="0"/>
          <w:i w:val="0"/>
        </w:rPr>
        <w:t xml:space="preserve">Lúc này, con tàu sẽ biến mất khỏi một trong hai mép màn hình nếu bạn giữ phím mũi tên đủ lâu. Hãy sửa điều này để con tàu dừng lại khi chạm mép màn hình. Chúng ta làm điều này bằng cách chỉnh sửa phương thức </w:t>
      </w:r>
      <w:r>
        <w:rPr>
          <w:rFonts w:ascii="Consolas" w:hAnsi="Consolas"/>
          <w:b w:val="0"/>
          <w:i w:val="0"/>
          <w:sz w:val="20"/>
        </w:rPr>
        <w:t>update()</w:t>
      </w:r>
      <w:r>
        <w:rPr>
          <w:b w:val="0"/>
          <w:i w:val="0"/>
        </w:rPr>
        <w:t xml:space="preserve"> trong </w:t>
      </w:r>
      <w:r>
        <w:rPr>
          <w:rFonts w:ascii="Consolas" w:hAnsi="Consolas"/>
          <w:b w:val="0"/>
          <w:i w:val="0"/>
          <w:sz w:val="20"/>
        </w:rPr>
        <w:t>Ship</w:t>
      </w:r>
      <w:r>
        <w:rPr>
          <w:b w:val="0"/>
          <w:i w:val="0"/>
        </w:rPr>
        <w:t>:</w:t>
      </w:r>
    </w:p>
    <w:p>
      <w:pPr>
        <w:spacing w:after="80"/>
      </w:pPr>
      <w:r>
        <w:rPr>
          <w:b w:val="0"/>
          <w:i w:val="0"/>
        </w:rPr>
        <w:t>ship.py</w:t>
      </w:r>
    </w:p>
    <w:p>
      <w:pPr>
        <w:spacing w:after="80"/>
      </w:pPr>
      <w:r>
        <w:rPr>
          <w:b w:val="0"/>
          <w:i w:val="0"/>
        </w:rPr>
        <w:t>def update(self):</w:t>
      </w:r>
      <w:r>
        <w:br/>
      </w:r>
      <w:r>
        <w:rPr>
          <w:b w:val="0"/>
          <w:i w:val="0"/>
        </w:rPr>
        <w:t xml:space="preserve">        """Cập nhật vị trí của tàu dựa trên các cờ di chuyển."""</w:t>
      </w:r>
      <w:r>
        <w:br/>
      </w:r>
      <w:r>
        <w:rPr>
          <w:b w:val="0"/>
          <w:i w:val="0"/>
        </w:rPr>
        <w:t xml:space="preserve">        # Cập nhật giá trị x của tàu, không phải rect.</w:t>
      </w:r>
      <w:r>
        <w:br/>
      </w:r>
      <w:r>
        <w:rPr>
          <w:b w:val="0"/>
          <w:i w:val="0"/>
        </w:rPr>
        <w:t>❶         if self.moving_right and self.rect.right &lt; self.screen_rect.right:</w:t>
      </w:r>
      <w:r>
        <w:br/>
      </w:r>
      <w:r>
        <w:rPr>
          <w:b w:val="0"/>
          <w:i w:val="0"/>
        </w:rPr>
        <w:t xml:space="preserve">            self.x += self.settings.ship_speed</w:t>
      </w:r>
      <w:r>
        <w:br/>
      </w:r>
      <w:r>
        <w:rPr>
          <w:b w:val="0"/>
          <w:i w:val="0"/>
        </w:rPr>
        <w:t>❷         if self.moving_left and self.rect.left &gt; 0:</w:t>
      </w:r>
      <w:r>
        <w:br/>
      </w:r>
      <w:r>
        <w:rPr>
          <w:b w:val="0"/>
          <w:i w:val="0"/>
        </w:rPr>
        <w:t xml:space="preserve">            self.x -= self.settings.ship_speed</w:t>
      </w:r>
      <w:r>
        <w:br/>
      </w:r>
      <w:r>
        <w:br/>
      </w:r>
      <w:r>
        <w:rPr>
          <w:b w:val="0"/>
          <w:i w:val="0"/>
        </w:rPr>
        <w:t xml:space="preserve">        # Cập nhật đối tượng rect từ self.x.</w:t>
      </w:r>
      <w:r>
        <w:br/>
      </w:r>
      <w:r>
        <w:rPr>
          <w:b w:val="0"/>
          <w:i w:val="0"/>
        </w:rPr>
        <w:t xml:space="preserve">        self.rect.x = self.x</w:t>
      </w:r>
    </w:p>
    <w:p>
      <w:pPr>
        <w:spacing w:after="80"/>
      </w:pPr>
      <w:r>
        <w:rPr>
          <w:b w:val="0"/>
          <w:i w:val="0"/>
        </w:rPr>
        <w:t xml:space="preserve">Đoạn mã này kiểm tra vị trí của tàu trước khi thay đổi giá trị của </w:t>
      </w:r>
      <w:r>
        <w:rPr>
          <w:rFonts w:ascii="Consolas" w:hAnsi="Consolas"/>
          <w:b w:val="0"/>
          <w:i w:val="0"/>
          <w:sz w:val="20"/>
        </w:rPr>
        <w:t>self.x</w:t>
      </w:r>
      <w:r>
        <w:rPr>
          <w:b w:val="0"/>
          <w:i w:val="0"/>
        </w:rPr>
        <w:t xml:space="preserve">. Đoạn mã </w:t>
      </w:r>
      <w:r>
        <w:rPr>
          <w:rFonts w:ascii="Consolas" w:hAnsi="Consolas"/>
          <w:b w:val="0"/>
          <w:i w:val="0"/>
          <w:sz w:val="20"/>
        </w:rPr>
        <w:t>self.rect.right</w:t>
      </w:r>
      <w:r>
        <w:rPr>
          <w:b w:val="0"/>
          <w:i w:val="0"/>
        </w:rPr>
        <w:t xml:space="preserve"> trả về tọa độ </w:t>
      </w:r>
      <w:r>
        <w:rPr>
          <w:b w:val="0"/>
          <w:i/>
        </w:rPr>
        <w:t>x</w:t>
      </w:r>
      <w:r>
        <w:rPr>
          <w:b w:val="0"/>
          <w:i w:val="0"/>
        </w:rPr>
        <w:t xml:space="preserve"> của mép phải của </w:t>
      </w:r>
      <w:r>
        <w:rPr>
          <w:rFonts w:ascii="Consolas" w:hAnsi="Consolas"/>
          <w:b w:val="0"/>
          <w:i w:val="0"/>
          <w:sz w:val="20"/>
        </w:rPr>
        <w:t>rect</w:t>
      </w:r>
      <w:r>
        <w:rPr>
          <w:b w:val="0"/>
          <w:i w:val="0"/>
        </w:rPr>
        <w:t xml:space="preserve"> con tàu. Nếu giá trị này nhỏ hơn giá trị được trả về bởi </w:t>
      </w:r>
      <w:r>
        <w:rPr>
          <w:rFonts w:ascii="Consolas" w:hAnsi="Consolas"/>
          <w:b w:val="0"/>
          <w:i w:val="0"/>
          <w:sz w:val="20"/>
        </w:rPr>
        <w:t>self.screen_rect.right</w:t>
      </w:r>
      <w:r>
        <w:rPr>
          <w:b w:val="0"/>
          <w:i w:val="0"/>
        </w:rPr>
        <w:t xml:space="preserve">, thì con tàu chưa chạm mép phải màn hình ❶. Tương tự với mép trái: nếu giá trị của cạnh trái của </w:t>
      </w:r>
      <w:r>
        <w:rPr>
          <w:rFonts w:ascii="Consolas" w:hAnsi="Consolas"/>
          <w:b w:val="0"/>
          <w:i w:val="0"/>
          <w:sz w:val="20"/>
        </w:rPr>
        <w:t>rect</w:t>
      </w:r>
      <w:r>
        <w:rPr>
          <w:b w:val="0"/>
          <w:i w:val="0"/>
        </w:rPr>
        <w:t xml:space="preserve"> lớn hơn 0, thì con tàu chưa chạm mép trái màn hình ❷. Điều này đảm bảo con tàu nằm trong các giới hạn này trước khi điều chỉnh giá trị của </w:t>
      </w:r>
      <w:r>
        <w:rPr>
          <w:rFonts w:ascii="Consolas" w:hAnsi="Consolas"/>
          <w:b w:val="0"/>
          <w:i w:val="0"/>
          <w:sz w:val="20"/>
        </w:rPr>
        <w:t>self.x</w:t>
      </w:r>
      <w:r>
        <w:rPr>
          <w:b w:val="0"/>
          <w:i w:val="0"/>
        </w:rPr>
        <w:t>.</w:t>
      </w:r>
    </w:p>
    <w:p>
      <w:pPr>
        <w:spacing w:after="80"/>
      </w:pPr>
      <w:r>
        <w:rPr>
          <w:b w:val="0"/>
          <w:i w:val="0"/>
        </w:rPr>
        <w:t xml:space="preserve">Khi bạn chạy </w:t>
      </w:r>
      <w:r>
        <w:rPr>
          <w:b w:val="0"/>
          <w:i/>
        </w:rPr>
        <w:t>alien_invasion.py</w:t>
      </w:r>
      <w:r>
        <w:rPr>
          <w:b w:val="0"/>
          <w:i w:val="0"/>
        </w:rPr>
        <w:t xml:space="preserve"> bây giờ, con tàu sẽ dừng lại khi chạm một trong hai mép màn hình. Điều này khá thú vị; tất cả những gì chúng ta làm chỉ là thêm một điều kiện kiểm tra trong câu lệnh </w:t>
      </w:r>
      <w:r>
        <w:rPr>
          <w:rFonts w:ascii="Consolas" w:hAnsi="Consolas"/>
          <w:b w:val="0"/>
          <w:i w:val="0"/>
          <w:sz w:val="20"/>
        </w:rPr>
        <w:t>if</w:t>
      </w:r>
      <w:r>
        <w:rPr>
          <w:b w:val="0"/>
          <w:i w:val="0"/>
        </w:rPr>
        <w:t>, nhưng cảm giác như con tàu đâm vào một bức tường hay một trường lực ở hai mép màn hình vậy!</w:t>
      </w:r>
    </w:p>
    <w:p>
      <w:pPr>
        <w:pStyle w:val="Heading3"/>
      </w:pPr>
      <w:r>
        <w:rPr>
          <w:rFonts w:ascii="Calibri" w:hAnsi="Calibri"/>
          <w:b/>
          <w:i w:val="0"/>
          <w:sz w:val="27"/>
        </w:rPr>
        <w:t>Tái cấu trúc _check_events()</w:t>
      </w:r>
    </w:p>
    <w:p>
      <w:pPr>
        <w:spacing w:after="80"/>
      </w:pPr>
      <w:r>
        <w:rPr>
          <w:b w:val="0"/>
          <w:i w:val="0"/>
        </w:rPr>
        <w:t xml:space="preserve">Phương thức </w:t>
      </w:r>
      <w:r>
        <w:rPr>
          <w:rFonts w:ascii="Consolas" w:hAnsi="Consolas"/>
          <w:b w:val="0"/>
          <w:i w:val="0"/>
          <w:sz w:val="20"/>
        </w:rPr>
        <w:t>_check_events()</w:t>
      </w:r>
      <w:r>
        <w:rPr>
          <w:b w:val="0"/>
          <w:i w:val="0"/>
        </w:rPr>
        <w:t xml:space="preserve"> sẽ ngày càng dài ra khi chúng ta tiếp tục phát triển trò chơi, nên hãy chia </w:t>
      </w:r>
      <w:r>
        <w:rPr>
          <w:rFonts w:ascii="Consolas" w:hAnsi="Consolas"/>
          <w:b w:val="0"/>
          <w:i w:val="0"/>
          <w:sz w:val="20"/>
        </w:rPr>
        <w:t>_check_events()</w:t>
      </w:r>
      <w:r>
        <w:rPr>
          <w:b w:val="0"/>
          <w:i w:val="0"/>
        </w:rPr>
        <w:t xml:space="preserve"> thành hai phương thức riêng biệt: một phương thức xử lý các sự kiện </w:t>
      </w:r>
      <w:r>
        <w:rPr>
          <w:rFonts w:ascii="Consolas" w:hAnsi="Consolas"/>
          <w:b w:val="0"/>
          <w:i w:val="0"/>
          <w:sz w:val="20"/>
        </w:rPr>
        <w:t>KEYDOWN</w:t>
      </w:r>
      <w:r>
        <w:rPr>
          <w:b w:val="0"/>
          <w:i w:val="0"/>
        </w:rPr>
        <w:t xml:space="preserve"> và một phương thức xử lý các sự kiện </w:t>
      </w:r>
      <w:r>
        <w:rPr>
          <w:rFonts w:ascii="Consolas" w:hAnsi="Consolas"/>
          <w:b w:val="0"/>
          <w:i w:val="0"/>
          <w:sz w:val="20"/>
        </w:rPr>
        <w:t>KEYUP</w:t>
      </w:r>
      <w:r>
        <w:rPr>
          <w:b w:val="0"/>
          <w:i w:val="0"/>
        </w:rPr>
        <w:t>:</w:t>
      </w:r>
    </w:p>
    <w:p>
      <w:pPr>
        <w:spacing w:after="80"/>
      </w:pPr>
      <w:r>
        <w:rPr>
          <w:b w:val="0"/>
          <w:i w:val="0"/>
        </w:rPr>
        <w:t>alien_invasion.py</w:t>
      </w:r>
    </w:p>
    <w:p>
      <w:pPr>
        <w:spacing w:after="80"/>
      </w:pPr>
      <w:r>
        <w:rPr>
          <w:b w:val="0"/>
          <w:i w:val="0"/>
        </w:rPr>
        <w:t>def _check_events(self):</w:t>
      </w:r>
      <w:r>
        <w:br/>
      </w:r>
      <w:r>
        <w:rPr>
          <w:b w:val="0"/>
          <w:i w:val="0"/>
        </w:rPr>
        <w:t xml:space="preserve">        """Phản hồi các lần nhấn phím và sự kiện chuột."""</w:t>
      </w:r>
      <w:r>
        <w:br/>
      </w:r>
      <w:r>
        <w:rPr>
          <w:b w:val="0"/>
          <w:i w:val="0"/>
        </w:rPr>
        <w:t xml:space="preserve">        for event in pygame.event.get():</w:t>
      </w:r>
      <w:r>
        <w:br/>
      </w:r>
      <w:r>
        <w:rPr>
          <w:b w:val="0"/>
          <w:i w:val="0"/>
        </w:rPr>
        <w:t xml:space="preserve">            if event.type == pygame.QUIT:</w:t>
      </w:r>
      <w:r>
        <w:br/>
      </w:r>
      <w:r>
        <w:rPr>
          <w:b w:val="0"/>
          <w:i w:val="0"/>
        </w:rPr>
        <w:t xml:space="preserve">                sys.exit()</w:t>
      </w:r>
      <w:r>
        <w:br/>
      </w:r>
      <w:r>
        <w:rPr>
          <w:b w:val="0"/>
          <w:i w:val="0"/>
        </w:rPr>
        <w:t xml:space="preserve">            elif event.type == pygame.KEYDOWN:</w:t>
      </w:r>
      <w:r>
        <w:br/>
      </w:r>
      <w:r>
        <w:rPr>
          <w:b w:val="0"/>
          <w:i w:val="0"/>
        </w:rPr>
        <w:t xml:space="preserve">                self._check_keydown_events(event)</w:t>
      </w:r>
      <w:r>
        <w:br/>
      </w:r>
      <w:r>
        <w:rPr>
          <w:b w:val="0"/>
          <w:i w:val="0"/>
        </w:rPr>
        <w:t xml:space="preserve">            elif event.type == pygame.KEYUP:</w:t>
      </w:r>
      <w:r>
        <w:br/>
      </w:r>
      <w:r>
        <w:rPr>
          <w:b w:val="0"/>
          <w:i w:val="0"/>
        </w:rPr>
        <w:t xml:space="preserve">                self._check_keyup_events(event)</w:t>
      </w:r>
      <w:r>
        <w:br/>
      </w:r>
      <w:r>
        <w:br/>
      </w:r>
      <w:r>
        <w:rPr>
          <w:b w:val="0"/>
          <w:i w:val="0"/>
        </w:rPr>
        <w:t xml:space="preserve">    def _check_keydown_events(self, event):</w:t>
      </w:r>
      <w:r>
        <w:br/>
      </w:r>
      <w:r>
        <w:rPr>
          <w:b w:val="0"/>
          <w:i w:val="0"/>
        </w:rPr>
        <w:t xml:space="preserve">        """Phản hồi các lần nhấn phím."""</w:t>
      </w:r>
      <w:r>
        <w:br/>
      </w:r>
      <w:r>
        <w:rPr>
          <w:b w:val="0"/>
          <w:i w:val="0"/>
        </w:rPr>
        <w:t xml:space="preserve">        if event.key == pygame.K_RIGHT:</w:t>
      </w:r>
      <w:r>
        <w:br/>
      </w:r>
      <w:r>
        <w:rPr>
          <w:b w:val="0"/>
          <w:i w:val="0"/>
        </w:rPr>
        <w:t xml:space="preserve">            self.ship.moving_right = True</w:t>
      </w:r>
      <w:r>
        <w:br/>
      </w:r>
      <w:r>
        <w:rPr>
          <w:b w:val="0"/>
          <w:i w:val="0"/>
        </w:rPr>
        <w:t xml:space="preserve">        elif event.key == pygame.K_LEFT:</w:t>
      </w:r>
      <w:r>
        <w:br/>
      </w:r>
      <w:r>
        <w:rPr>
          <w:b w:val="0"/>
          <w:i w:val="0"/>
        </w:rPr>
        <w:t xml:space="preserve">            self.ship.moving_left = True</w:t>
      </w:r>
      <w:r>
        <w:br/>
      </w:r>
      <w:r>
        <w:br/>
      </w:r>
      <w:r>
        <w:rPr>
          <w:b w:val="0"/>
          <w:i w:val="0"/>
        </w:rPr>
        <w:t xml:space="preserve">    def _check_keyup_events(self, event):</w:t>
      </w:r>
      <w:r>
        <w:br/>
      </w:r>
      <w:r>
        <w:rPr>
          <w:b w:val="0"/>
          <w:i w:val="0"/>
        </w:rPr>
        <w:t xml:space="preserve">        """Phản hồi các lần nhả phím."""</w:t>
      </w:r>
      <w:r>
        <w:br/>
      </w:r>
      <w:r>
        <w:rPr>
          <w:b w:val="0"/>
          <w:i w:val="0"/>
        </w:rPr>
        <w:t xml:space="preserve">        if event.key == pygame.K_RIGHT:</w:t>
      </w:r>
      <w:r>
        <w:br/>
      </w:r>
      <w:r>
        <w:rPr>
          <w:b w:val="0"/>
          <w:i w:val="0"/>
        </w:rPr>
        <w:t xml:space="preserve">            self.ship.moving_right = False</w:t>
      </w:r>
      <w:r>
        <w:br/>
      </w:r>
      <w:r>
        <w:rPr>
          <w:b w:val="0"/>
          <w:i w:val="0"/>
        </w:rPr>
        <w:t xml:space="preserve">        elif event.key == pygame.K_LEFT:</w:t>
      </w:r>
      <w:r>
        <w:br/>
      </w:r>
      <w:r>
        <w:rPr>
          <w:b w:val="0"/>
          <w:i w:val="0"/>
        </w:rPr>
        <w:t xml:space="preserve">            self.ship.moving_left = False</w:t>
      </w:r>
    </w:p>
    <w:p>
      <w:pPr>
        <w:spacing w:after="80"/>
      </w:pPr>
      <w:r>
        <w:rPr>
          <w:b w:val="0"/>
          <w:i w:val="0"/>
        </w:rPr>
        <w:t xml:space="preserve">Chúng ta tạo hai phương thức hỗ trợ mới: </w:t>
      </w:r>
      <w:r>
        <w:rPr>
          <w:rFonts w:ascii="Consolas" w:hAnsi="Consolas"/>
          <w:b w:val="0"/>
          <w:i w:val="0"/>
          <w:sz w:val="20"/>
        </w:rPr>
        <w:t>_check_keydown_events()</w:t>
      </w:r>
      <w:r>
        <w:rPr>
          <w:b w:val="0"/>
          <w:i w:val="0"/>
        </w:rPr>
        <w:t xml:space="preserve"> và </w:t>
      </w:r>
      <w:r>
        <w:rPr>
          <w:rFonts w:ascii="Consolas" w:hAnsi="Consolas"/>
          <w:b w:val="0"/>
          <w:i w:val="0"/>
          <w:sz w:val="20"/>
        </w:rPr>
        <w:t>_check_keyup_events()</w:t>
      </w:r>
      <w:r>
        <w:rPr>
          <w:b w:val="0"/>
          <w:i w:val="0"/>
        </w:rPr>
        <w:t xml:space="preserve">. Mỗi phương thức cần một tham số </w:t>
      </w:r>
      <w:r>
        <w:rPr>
          <w:rFonts w:ascii="Consolas" w:hAnsi="Consolas"/>
          <w:b w:val="0"/>
          <w:i w:val="0"/>
          <w:sz w:val="20"/>
        </w:rPr>
        <w:t>self</w:t>
      </w:r>
      <w:r>
        <w:rPr>
          <w:b w:val="0"/>
          <w:i w:val="0"/>
        </w:rPr>
        <w:t xml:space="preserve"> và một tham số </w:t>
      </w:r>
      <w:r>
        <w:rPr>
          <w:rFonts w:ascii="Consolas" w:hAnsi="Consolas"/>
          <w:b w:val="0"/>
          <w:i w:val="0"/>
          <w:sz w:val="20"/>
        </w:rPr>
        <w:t>event</w:t>
      </w:r>
      <w:r>
        <w:rPr>
          <w:b w:val="0"/>
          <w:i w:val="0"/>
        </w:rPr>
        <w:t xml:space="preserve">. Phần thân của hai phương thức này được sao chép từ </w:t>
      </w:r>
      <w:r>
        <w:rPr>
          <w:rFonts w:ascii="Consolas" w:hAnsi="Consolas"/>
          <w:b w:val="0"/>
          <w:i w:val="0"/>
          <w:sz w:val="20"/>
        </w:rPr>
        <w:t>_check_events()</w:t>
      </w:r>
      <w:r>
        <w:rPr>
          <w:b w:val="0"/>
          <w:i w:val="0"/>
        </w:rPr>
        <w:t xml:space="preserve">, và chúng ta đã thay thế đoạn mã cũ bằng các lời gọi đến các phương thức mới. Phương thức </w:t>
      </w:r>
      <w:r>
        <w:rPr>
          <w:rFonts w:ascii="Consolas" w:hAnsi="Consolas"/>
          <w:b w:val="0"/>
          <w:i w:val="0"/>
          <w:sz w:val="20"/>
        </w:rPr>
        <w:t>_check_events()</w:t>
      </w:r>
      <w:r>
        <w:rPr>
          <w:b w:val="0"/>
          <w:i w:val="0"/>
        </w:rPr>
        <w:t xml:space="preserve"> giờ đây đơn giản hơn với cấu trúc mã gọn gàng hơn, giúp việc phát triển thêm các phản hồi với thao tác của người chơi trở nên dễ dàng hơn.</w:t>
      </w:r>
    </w:p>
    <w:p>
      <w:pPr>
        <w:pStyle w:val="Heading3"/>
      </w:pPr>
      <w:r>
        <w:rPr>
          <w:rFonts w:ascii="Calibri" w:hAnsi="Calibri"/>
          <w:b/>
          <w:i w:val="0"/>
          <w:sz w:val="27"/>
        </w:rPr>
        <w:t>Nhấn Q để thoát</w:t>
      </w:r>
    </w:p>
    <w:p>
      <w:pPr>
        <w:spacing w:after="80"/>
      </w:pPr>
      <w:r>
        <w:rPr>
          <w:b w:val="0"/>
          <w:i w:val="0"/>
        </w:rPr>
        <w:t>Giờ đây khi chúng ta đã phản hồi các lần nhấn phím một cách hiệu quả, chúng ta có thể thêm một cách khác để thoát trò chơi. Việc nhấp vào dấu X ở trên cùng cửa sổ trò chơi để kết thúc mỗi lần bạn thử một tính năng mới thật là tẻ nhạt, nên chúng ta sẽ thêm một phím tắt để kết thúc trò chơi khi người chơi nhấn Q:</w:t>
      </w:r>
    </w:p>
    <w:p>
      <w:pPr>
        <w:spacing w:after="80"/>
      </w:pPr>
      <w:r>
        <w:rPr>
          <w:b w:val="0"/>
          <w:i w:val="0"/>
        </w:rPr>
        <w:t>alien_invasion.py</w:t>
      </w:r>
    </w:p>
    <w:p>
      <w:pPr>
        <w:spacing w:after="80"/>
      </w:pPr>
      <w:r>
        <w:rPr>
          <w:b w:val="0"/>
          <w:i w:val="0"/>
        </w:rPr>
        <w:t>def _check_keydown_events(self, event):</w:t>
      </w:r>
      <w:r>
        <w:br/>
      </w:r>
      <w:r>
        <w:rPr>
          <w:b w:val="0"/>
          <w:i w:val="0"/>
        </w:rPr>
        <w:t xml:space="preserve">        </w:t>
      </w:r>
      <w:r>
        <w:rPr>
          <w:b w:val="0"/>
          <w:i/>
        </w:rPr>
        <w:t>--snip--</w:t>
      </w:r>
      <w:r>
        <w:br/>
      </w:r>
      <w:r>
        <w:rPr>
          <w:b w:val="0"/>
          <w:i w:val="0"/>
        </w:rPr>
        <w:t xml:space="preserve">        elif event.key == pygame.K_LEFT:</w:t>
      </w:r>
      <w:r>
        <w:br/>
      </w:r>
      <w:r>
        <w:rPr>
          <w:b w:val="0"/>
          <w:i w:val="0"/>
        </w:rPr>
        <w:t xml:space="preserve">            self.ship.moving_left = True</w:t>
      </w:r>
      <w:r>
        <w:br/>
      </w:r>
      <w:r>
        <w:rPr>
          <w:b w:val="0"/>
          <w:i w:val="0"/>
        </w:rPr>
        <w:t xml:space="preserve">        elif event.key == pygame.K_q:</w:t>
      </w:r>
      <w:r>
        <w:br/>
      </w:r>
      <w:r>
        <w:rPr>
          <w:b w:val="0"/>
          <w:i w:val="0"/>
        </w:rPr>
        <w:t xml:space="preserve">            sys.exit()</w:t>
      </w:r>
    </w:p>
    <w:p>
      <w:pPr>
        <w:spacing w:after="80"/>
      </w:pPr>
      <w:r>
        <w:rPr>
          <w:b w:val="0"/>
          <w:i w:val="0"/>
        </w:rPr>
        <w:t xml:space="preserve">Trong </w:t>
      </w:r>
      <w:r>
        <w:rPr>
          <w:rFonts w:ascii="Consolas" w:hAnsi="Consolas"/>
          <w:b w:val="0"/>
          <w:i w:val="0"/>
          <w:sz w:val="20"/>
        </w:rPr>
        <w:t>_check_keydown_events()</w:t>
      </w:r>
      <w:r>
        <w:rPr>
          <w:b w:val="0"/>
          <w:i w:val="0"/>
        </w:rPr>
        <w:t>, chúng ta thêm một khối lệnh mới để kết thúc trò chơi khi người chơi nhấn phím Q. Giờ đây, khi kiểm thử, bạn có thể nhấn Q để đóng trò chơi thay vì dùng con trỏ chuột để đóng cửa sổ.</w:t>
      </w:r>
    </w:p>
    <w:p>
      <w:pPr>
        <w:pStyle w:val="Heading3"/>
      </w:pPr>
      <w:r>
        <w:rPr>
          <w:rFonts w:ascii="Calibri" w:hAnsi="Calibri"/>
          <w:b/>
          <w:i w:val="0"/>
          <w:sz w:val="27"/>
        </w:rPr>
        <w:t>Chạy trò chơi ở chế độ toàn màn hình</w:t>
      </w:r>
    </w:p>
    <w:p>
      <w:pPr>
        <w:spacing w:after="80"/>
      </w:pPr>
      <w:r>
        <w:rPr>
          <w:b w:val="0"/>
          <w:i w:val="0"/>
        </w:rPr>
        <w:t>Pygame có chế độ toàn màn hình (fullscreen) mà bạn có thể thích hơn so với chạy trò chơi trong một cửa sổ thông thường. Một số trò chơi trông đẹp hơn ở chế độ toàn màn hình, và trên một số hệ thống, trò chơi có thể chạy mượt hơn nói chung khi ở chế độ toàn màn hình.</w:t>
      </w:r>
    </w:p>
    <w:p>
      <w:pPr>
        <w:spacing w:after="80"/>
      </w:pPr>
      <w:r>
        <w:rPr>
          <w:b w:val="0"/>
          <w:i w:val="0"/>
        </w:rPr>
        <w:t xml:space="preserve">Để chạy trò chơi ở chế độ toàn màn hình, hãy thực hiện những thay đổi sau trong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"""Initialize the game, and create game resources."""</w:t>
      </w:r>
      <w:r>
        <w:br/>
      </w:r>
      <w:r>
        <w:rPr>
          <w:b w:val="0"/>
          <w:i w:val="0"/>
        </w:rPr>
        <w:t xml:space="preserve">        pygame.init()</w:t>
      </w:r>
      <w:r>
        <w:br/>
      </w:r>
      <w:r>
        <w:rPr>
          <w:b w:val="0"/>
          <w:i w:val="0"/>
        </w:rPr>
        <w:t xml:space="preserve">        self.settings = Settings()</w:t>
      </w:r>
      <w:r>
        <w:br/>
      </w:r>
      <w:r>
        <w:br/>
      </w:r>
      <w:r>
        <w:rPr>
          <w:b w:val="0"/>
          <w:i w:val="0"/>
        </w:rPr>
        <w:t>❶         self.screen = pygame.display.set_mode((0, 0), pygame.FULLSCREEN)</w:t>
      </w:r>
      <w:r>
        <w:br/>
      </w:r>
      <w:r>
        <w:rPr>
          <w:b w:val="0"/>
          <w:i w:val="0"/>
        </w:rPr>
        <w:t>❷         self.settings.screen_width = self.screen.get_rect().width</w:t>
      </w:r>
      <w:r>
        <w:br/>
      </w:r>
      <w:r>
        <w:rPr>
          <w:b w:val="0"/>
          <w:i w:val="0"/>
        </w:rPr>
        <w:t xml:space="preserve">        self.settings.screen_height = self.screen.get_rect().height</w:t>
      </w:r>
      <w:r>
        <w:br/>
      </w:r>
      <w:r>
        <w:rPr>
          <w:b w:val="0"/>
          <w:i w:val="0"/>
        </w:rPr>
        <w:t xml:space="preserve">        pygame.display.set_caption("Alien Invasion")</w:t>
      </w:r>
    </w:p>
    <w:p>
      <w:pPr>
        <w:spacing w:after="80"/>
      </w:pPr>
      <w:r>
        <w:rPr>
          <w:b w:val="0"/>
          <w:i w:val="0"/>
        </w:rPr>
        <w:t xml:space="preserve">Khi tạo bề mặt màn hình (screen surface), chúng ta truyền kích thước </w:t>
      </w:r>
      <w:r>
        <w:rPr>
          <w:rFonts w:ascii="Consolas" w:hAnsi="Consolas"/>
          <w:b w:val="0"/>
          <w:i w:val="0"/>
          <w:sz w:val="20"/>
        </w:rPr>
        <w:t>(0, 0)</w:t>
      </w:r>
      <w:r>
        <w:rPr>
          <w:b w:val="0"/>
          <w:i w:val="0"/>
        </w:rPr>
        <w:t xml:space="preserve"> và tham số </w:t>
      </w:r>
      <w:r>
        <w:rPr>
          <w:rFonts w:ascii="Consolas" w:hAnsi="Consolas"/>
          <w:b w:val="0"/>
          <w:i w:val="0"/>
          <w:sz w:val="20"/>
        </w:rPr>
        <w:t>pygame.FULLSCREEN</w:t>
      </w:r>
      <w:r>
        <w:rPr>
          <w:b w:val="0"/>
          <w:i w:val="0"/>
        </w:rPr>
        <w:t xml:space="preserve"> ❶. Điều này báo cho Pygame tự tìm ra kích thước cửa sổ sao cho lấp đầy toàn bộ màn hình. Vì chúng ta không biết trước chiều rộng và chiều cao của màn hình, nên ta cập nhật các thiết lập này sau khi màn hình được tạo ❷. Chúng ta dùng các thuộc tính </w:t>
      </w:r>
      <w:r>
        <w:rPr>
          <w:rFonts w:ascii="Consolas" w:hAnsi="Consolas"/>
          <w:b w:val="0"/>
          <w:i w:val="0"/>
          <w:sz w:val="20"/>
        </w:rPr>
        <w:t>width</w:t>
      </w:r>
      <w:r>
        <w:rPr>
          <w:b w:val="0"/>
          <w:i w:val="0"/>
        </w:rPr>
        <w:t xml:space="preserve"> và </w:t>
      </w:r>
      <w:r>
        <w:rPr>
          <w:rFonts w:ascii="Consolas" w:hAnsi="Consolas"/>
          <w:b w:val="0"/>
          <w:i w:val="0"/>
          <w:sz w:val="20"/>
        </w:rPr>
        <w:t>height</w:t>
      </w:r>
      <w:r>
        <w:rPr>
          <w:b w:val="0"/>
          <w:i w:val="0"/>
        </w:rPr>
        <w:t xml:space="preserve"> của </w:t>
      </w:r>
      <w:r>
        <w:rPr>
          <w:rFonts w:ascii="Consolas" w:hAnsi="Consolas"/>
          <w:b w:val="0"/>
          <w:i w:val="0"/>
          <w:sz w:val="20"/>
        </w:rPr>
        <w:t>rect</w:t>
      </w:r>
      <w:r>
        <w:rPr>
          <w:b w:val="0"/>
          <w:i w:val="0"/>
        </w:rPr>
        <w:t xml:space="preserve"> trên màn hình để cập nhật đối tượng </w:t>
      </w:r>
      <w:r>
        <w:rPr>
          <w:rFonts w:ascii="Consolas" w:hAnsi="Consolas"/>
          <w:b w:val="0"/>
          <w:i w:val="0"/>
          <w:sz w:val="20"/>
        </w:rPr>
        <w:t>settings</w:t>
      </w:r>
      <w:r>
        <w:rPr>
          <w:b w:val="0"/>
          <w:i w:val="0"/>
        </w:rPr>
        <w:t>.</w:t>
      </w:r>
    </w:p>
    <w:p>
      <w:pPr>
        <w:spacing w:after="80"/>
      </w:pPr>
      <w:r>
        <w:rPr>
          <w:b w:val="0"/>
          <w:i w:val="0"/>
        </w:rPr>
        <w:t>Nếu bạn thích cách trò chơi hiển thị hoặc hoạt động ở chế độ toàn màn hình, hãy giữ các thiết lập này. Nếu bạn thích trò chơi trong cửa sổ riêng hơn, bạn có thể quay lại cách ban đầu, tức là đặt một kích thước màn hình cụ thể cho trò chơi.</w:t>
      </w:r>
    </w:p>
    <w:p>
      <w:pPr>
        <w:spacing w:before="120" w:after="40"/>
      </w:pPr>
      <w:r>
        <w:rPr>
          <w:b/>
          <w:sz w:val="21"/>
        </w:rPr>
        <w:t>Ghi chú</w:t>
      </w:r>
    </w:p>
    <w:p>
      <w:pPr>
        <w:spacing w:after="80"/>
      </w:pPr>
      <w:r>
        <w:rPr>
          <w:b w:val="0"/>
          <w:i w:val="0"/>
        </w:rPr>
        <w:t>Hãy chắc chắn rằng bạn có thể thoát bằng cách nhấn Q trước khi chạy trò chơi ở chế độ toàn màn hình; Pygame không cung cấp cách mặc định nào để thoát trò chơi khi đang ở chế độ toàn màn hình.</w:t>
      </w:r>
    </w:p>
    <w:p>
      <w:pPr>
        <w:pStyle w:val="Heading2"/>
      </w:pPr>
      <w:r>
        <w:rPr>
          <w:rFonts w:ascii="Calibri" w:hAnsi="Calibri"/>
          <w:b/>
          <w:i w:val="0"/>
          <w:sz w:val="32"/>
        </w:rPr>
        <w:t>Tóm tắt nhanh</w:t>
      </w:r>
    </w:p>
    <w:p>
      <w:pPr>
        <w:spacing w:after="80"/>
      </w:pPr>
      <w:r>
        <w:rPr>
          <w:b w:val="0"/>
          <w:i w:val="0"/>
        </w:rPr>
        <w:t xml:space="preserve">Trong phần tiếp theo, chúng ta sẽ thêm khả năng bắn đạn, bao gồm việc thêm một tệp mới tên là </w:t>
      </w:r>
      <w:r>
        <w:rPr>
          <w:b w:val="0"/>
          <w:i/>
        </w:rPr>
        <w:t>bullet.py</w:t>
      </w:r>
      <w:r>
        <w:rPr>
          <w:b w:val="0"/>
          <w:i w:val="0"/>
        </w:rPr>
        <w:t xml:space="preserve"> và sửa đổi một số tệp mà chúng ta đang dùng. Hiện tại, chúng ta có ba tệp chứa một số lớp (class) và phương thức (method). Để rõ ràng về cách dự án được tổ chức, hãy cùng xem lại từng tệp này trước khi thêm chức năng mới.</w:t>
      </w:r>
    </w:p>
    <w:p>
      <w:pPr>
        <w:pStyle w:val="Heading3"/>
      </w:pPr>
      <w:r>
        <w:rPr>
          <w:rFonts w:ascii="Calibri" w:hAnsi="Calibri"/>
          <w:b/>
          <w:i w:val="0"/>
          <w:sz w:val="27"/>
        </w:rPr>
        <w:t>alien_invasion.py</w:t>
      </w:r>
    </w:p>
    <w:p>
      <w:pPr>
        <w:spacing w:after="80"/>
      </w:pPr>
      <w:r>
        <w:rPr>
          <w:b w:val="0"/>
          <w:i w:val="0"/>
        </w:rPr>
        <w:t xml:space="preserve">Tệp chính, </w:t>
      </w:r>
      <w:r>
        <w:rPr>
          <w:b w:val="0"/>
          <w:i/>
        </w:rPr>
        <w:t>alien_invasion.py</w:t>
      </w:r>
      <w:r>
        <w:rPr>
          <w:b w:val="0"/>
          <w:i w:val="0"/>
        </w:rPr>
        <w:t xml:space="preserve">, chứa lớp </w:t>
      </w:r>
      <w:r>
        <w:rPr>
          <w:rFonts w:ascii="Consolas" w:hAnsi="Consolas"/>
          <w:b w:val="0"/>
          <w:i w:val="0"/>
          <w:sz w:val="20"/>
        </w:rPr>
        <w:t>AlienInvasion</w:t>
      </w:r>
      <w:r>
        <w:rPr>
          <w:b w:val="0"/>
          <w:i w:val="0"/>
        </w:rPr>
        <w:t xml:space="preserve">. Lớp này tạo ra một số thuộc tính quan trọng được dùng xuyên suốt trò chơi: các thiết lập được gán cho </w:t>
      </w:r>
      <w:r>
        <w:rPr>
          <w:rFonts w:ascii="Consolas" w:hAnsi="Consolas"/>
          <w:b w:val="0"/>
          <w:i w:val="0"/>
          <w:sz w:val="20"/>
        </w:rPr>
        <w:t>settings</w:t>
      </w:r>
      <w:r>
        <w:rPr>
          <w:b w:val="0"/>
          <w:i w:val="0"/>
        </w:rPr>
        <w:t xml:space="preserve">, bề mặt hiển thị chính được gán cho </w:t>
      </w:r>
      <w:r>
        <w:rPr>
          <w:rFonts w:ascii="Consolas" w:hAnsi="Consolas"/>
          <w:b w:val="0"/>
          <w:i w:val="0"/>
          <w:sz w:val="20"/>
        </w:rPr>
        <w:t>screen</w:t>
      </w:r>
      <w:r>
        <w:rPr>
          <w:b w:val="0"/>
          <w:i w:val="0"/>
        </w:rPr>
        <w:t xml:space="preserve">, và một đối tượng </w:t>
      </w:r>
      <w:r>
        <w:rPr>
          <w:rFonts w:ascii="Consolas" w:hAnsi="Consolas"/>
          <w:b w:val="0"/>
          <w:i w:val="0"/>
          <w:sz w:val="20"/>
        </w:rPr>
        <w:t>ship</w:t>
      </w:r>
      <w:r>
        <w:rPr>
          <w:b w:val="0"/>
          <w:i w:val="0"/>
        </w:rPr>
        <w:t xml:space="preserve"> cũng được tạo trong tệp này. Vòng lặp chính của trò chơi, một vòng lặp </w:t>
      </w:r>
      <w:r>
        <w:rPr>
          <w:rFonts w:ascii="Consolas" w:hAnsi="Consolas"/>
          <w:b w:val="0"/>
          <w:i w:val="0"/>
          <w:sz w:val="20"/>
        </w:rPr>
        <w:t>while</w:t>
      </w:r>
      <w:r>
        <w:rPr>
          <w:b w:val="0"/>
          <w:i w:val="0"/>
        </w:rPr>
        <w:t xml:space="preserve">, cũng được lưu trong mô-đun này. Vòng lặp </w:t>
      </w:r>
      <w:r>
        <w:rPr>
          <w:rFonts w:ascii="Consolas" w:hAnsi="Consolas"/>
          <w:b w:val="0"/>
          <w:i w:val="0"/>
          <w:sz w:val="20"/>
        </w:rPr>
        <w:t>while</w:t>
      </w:r>
      <w:r>
        <w:rPr>
          <w:b w:val="0"/>
          <w:i w:val="0"/>
        </w:rPr>
        <w:t xml:space="preserve"> gọi </w:t>
      </w:r>
      <w:r>
        <w:rPr>
          <w:rFonts w:ascii="Consolas" w:hAnsi="Consolas"/>
          <w:b w:val="0"/>
          <w:i w:val="0"/>
          <w:sz w:val="20"/>
        </w:rPr>
        <w:t>_check_events()</w:t>
      </w:r>
      <w:r>
        <w:rPr>
          <w:b w:val="0"/>
          <w:i w:val="0"/>
        </w:rPr>
        <w:t xml:space="preserve">, </w:t>
      </w:r>
      <w:r>
        <w:rPr>
          <w:rFonts w:ascii="Consolas" w:hAnsi="Consolas"/>
          <w:b w:val="0"/>
          <w:i w:val="0"/>
          <w:sz w:val="20"/>
        </w:rPr>
        <w:t>ship.update()</w:t>
      </w:r>
      <w:r>
        <w:rPr>
          <w:b w:val="0"/>
          <w:i w:val="0"/>
        </w:rPr>
        <w:t xml:space="preserve"> và </w:t>
      </w:r>
      <w:r>
        <w:rPr>
          <w:rFonts w:ascii="Consolas" w:hAnsi="Consolas"/>
          <w:b w:val="0"/>
          <w:i w:val="0"/>
          <w:sz w:val="20"/>
        </w:rPr>
        <w:t>_update_screen()</w:t>
      </w:r>
      <w:r>
        <w:rPr>
          <w:b w:val="0"/>
          <w:i w:val="0"/>
        </w:rPr>
        <w:t>. Nó cũng cập nhật đồng hồ (clock) sau mỗi lần lặp qua vòng lặp.</w:t>
      </w:r>
    </w:p>
    <w:p>
      <w:pPr>
        <w:spacing w:after="80"/>
      </w:pPr>
      <w:r>
        <w:rPr>
          <w:b w:val="0"/>
          <w:i w:val="0"/>
        </w:rPr>
        <w:t xml:space="preserve">Phương thức </w:t>
      </w:r>
      <w:r>
        <w:rPr>
          <w:rFonts w:ascii="Consolas" w:hAnsi="Consolas"/>
          <w:b w:val="0"/>
          <w:i w:val="0"/>
          <w:sz w:val="20"/>
        </w:rPr>
        <w:t>_check_events()</w:t>
      </w:r>
      <w:r>
        <w:rPr>
          <w:b w:val="0"/>
          <w:i w:val="0"/>
        </w:rPr>
        <w:t xml:space="preserve"> phát hiện các sự kiện liên quan, chẳng hạn như nhấn và thả phím, rồi xử lý từng loại sự kiện này thông qua các phương thức </w:t>
      </w:r>
      <w:r>
        <w:rPr>
          <w:rFonts w:ascii="Consolas" w:hAnsi="Consolas"/>
          <w:b w:val="0"/>
          <w:i w:val="0"/>
          <w:sz w:val="20"/>
        </w:rPr>
        <w:t>_check_keydown_events()</w:t>
      </w:r>
      <w:r>
        <w:rPr>
          <w:b w:val="0"/>
          <w:i w:val="0"/>
        </w:rPr>
        <w:t xml:space="preserve"> và </w:t>
      </w:r>
      <w:r>
        <w:rPr>
          <w:rFonts w:ascii="Consolas" w:hAnsi="Consolas"/>
          <w:b w:val="0"/>
          <w:i w:val="0"/>
          <w:sz w:val="20"/>
        </w:rPr>
        <w:t>_check_keyup_events()</w:t>
      </w:r>
      <w:r>
        <w:rPr>
          <w:b w:val="0"/>
          <w:i w:val="0"/>
        </w:rPr>
        <w:t xml:space="preserve">. Hiện tại, những phương thức này quản lý việc di chuyển của tàu. Lớp </w:t>
      </w:r>
      <w:r>
        <w:rPr>
          <w:rFonts w:ascii="Consolas" w:hAnsi="Consolas"/>
          <w:b w:val="0"/>
          <w:i w:val="0"/>
          <w:sz w:val="20"/>
        </w:rPr>
        <w:t>AlienInvasion</w:t>
      </w:r>
      <w:r>
        <w:rPr>
          <w:b w:val="0"/>
          <w:i w:val="0"/>
        </w:rPr>
        <w:t xml:space="preserve"> cũng chứa </w:t>
      </w:r>
      <w:r>
        <w:rPr>
          <w:rFonts w:ascii="Consolas" w:hAnsi="Consolas"/>
          <w:b w:val="0"/>
          <w:i w:val="0"/>
          <w:sz w:val="20"/>
        </w:rPr>
        <w:t>_update_screen()</w:t>
      </w:r>
      <w:r>
        <w:rPr>
          <w:b w:val="0"/>
          <w:i w:val="0"/>
        </w:rPr>
        <w:t>, phương thức này vẽ lại màn hình sau mỗi lần lặp qua vòng lặp chính.</w:t>
      </w:r>
    </w:p>
    <w:p>
      <w:pPr>
        <w:spacing w:after="80"/>
      </w:pPr>
      <w:r>
        <w:rPr>
          <w:b w:val="0"/>
          <w:i w:val="0"/>
        </w:rPr>
        <w:t xml:space="preserve">Tệp </w:t>
      </w:r>
      <w:r>
        <w:rPr>
          <w:b w:val="0"/>
          <w:i/>
        </w:rPr>
        <w:t>alien_invasion.py</w:t>
      </w:r>
      <w:r>
        <w:rPr>
          <w:b w:val="0"/>
          <w:i w:val="0"/>
        </w:rPr>
        <w:t xml:space="preserve"> là tệp duy nhất bạn cần chạy khi muốn chơi </w:t>
      </w:r>
      <w:r>
        <w:rPr>
          <w:b w:val="0"/>
          <w:i/>
        </w:rPr>
        <w:t>Alien Invasion</w:t>
      </w:r>
      <w:r>
        <w:rPr>
          <w:b w:val="0"/>
          <w:i w:val="0"/>
        </w:rPr>
        <w:t xml:space="preserve">. Các tệp khác, </w:t>
      </w:r>
      <w:r>
        <w:rPr>
          <w:b w:val="0"/>
          <w:i/>
        </w:rPr>
        <w:t>settings.py</w:t>
      </w:r>
      <w:r>
        <w:rPr>
          <w:b w:val="0"/>
          <w:i w:val="0"/>
        </w:rPr>
        <w:t xml:space="preserve"> và </w:t>
      </w:r>
      <w:r>
        <w:rPr>
          <w:b w:val="0"/>
          <w:i/>
        </w:rPr>
        <w:t>ship.py</w:t>
      </w:r>
      <w:r>
        <w:rPr>
          <w:b w:val="0"/>
          <w:i w:val="0"/>
        </w:rPr>
        <w:t>, chứa mã được nhập (import) vào tệp này.</w:t>
      </w:r>
    </w:p>
    <w:p>
      <w:pPr>
        <w:pStyle w:val="Heading3"/>
      </w:pPr>
      <w:r>
        <w:rPr>
          <w:rFonts w:ascii="Calibri" w:hAnsi="Calibri"/>
          <w:b/>
          <w:i w:val="0"/>
          <w:sz w:val="27"/>
        </w:rPr>
        <w:t>settings.py</w:t>
      </w:r>
    </w:p>
    <w:p>
      <w:pPr>
        <w:spacing w:after="80"/>
      </w:pPr>
      <w:r>
        <w:rPr>
          <w:b w:val="0"/>
          <w:i w:val="0"/>
        </w:rPr>
        <w:t xml:space="preserve">Tệp </w:t>
      </w:r>
      <w:r>
        <w:rPr>
          <w:b w:val="0"/>
          <w:i/>
        </w:rPr>
        <w:t>settings.py</w:t>
      </w:r>
      <w:r>
        <w:rPr>
          <w:b w:val="0"/>
          <w:i w:val="0"/>
        </w:rPr>
        <w:t xml:space="preserve"> chứa lớp </w:t>
      </w:r>
      <w:r>
        <w:rPr>
          <w:rFonts w:ascii="Consolas" w:hAnsi="Consolas"/>
          <w:b w:val="0"/>
          <w:i w:val="0"/>
          <w:sz w:val="20"/>
        </w:rPr>
        <w:t>Settings</w:t>
      </w:r>
      <w:r>
        <w:rPr>
          <w:b w:val="0"/>
          <w:i w:val="0"/>
        </w:rPr>
        <w:t xml:space="preserve">. Lớp này chỉ có một phương thức </w:t>
      </w:r>
      <w:r>
        <w:rPr>
          <w:rFonts w:ascii="Consolas" w:hAnsi="Consolas"/>
          <w:b w:val="0"/>
          <w:i w:val="0"/>
          <w:sz w:val="20"/>
        </w:rPr>
        <w:t>__init__()</w:t>
      </w:r>
      <w:r>
        <w:rPr>
          <w:b w:val="0"/>
          <w:i w:val="0"/>
        </w:rPr>
        <w:t>, phương thức này khởi tạo các thuộc tính điều khiển giao diện của trò chơi và tốc độ của tàu.</w:t>
      </w:r>
    </w:p>
    <w:p>
      <w:pPr>
        <w:pStyle w:val="Heading3"/>
      </w:pPr>
      <w:r>
        <w:rPr>
          <w:rFonts w:ascii="Calibri" w:hAnsi="Calibri"/>
          <w:b/>
          <w:i w:val="0"/>
          <w:sz w:val="27"/>
        </w:rPr>
        <w:t>ship.py</w:t>
      </w:r>
    </w:p>
    <w:p>
      <w:pPr>
        <w:spacing w:after="80"/>
      </w:pPr>
      <w:r>
        <w:rPr>
          <w:b w:val="0"/>
          <w:i w:val="0"/>
        </w:rPr>
        <w:t xml:space="preserve">Tệp </w:t>
      </w:r>
      <w:r>
        <w:rPr>
          <w:b w:val="0"/>
          <w:i/>
        </w:rPr>
        <w:t>ship.py</w:t>
      </w:r>
      <w:r>
        <w:rPr>
          <w:b w:val="0"/>
          <w:i w:val="0"/>
        </w:rPr>
        <w:t xml:space="preserve"> chứa lớp </w:t>
      </w:r>
      <w:r>
        <w:rPr>
          <w:rFonts w:ascii="Consolas" w:hAnsi="Consolas"/>
          <w:b w:val="0"/>
          <w:i w:val="0"/>
          <w:sz w:val="20"/>
        </w:rPr>
        <w:t>Ship</w:t>
      </w:r>
      <w:r>
        <w:rPr>
          <w:b w:val="0"/>
          <w:i w:val="0"/>
        </w:rPr>
        <w:t xml:space="preserve">. Lớp </w:t>
      </w:r>
      <w:r>
        <w:rPr>
          <w:rFonts w:ascii="Consolas" w:hAnsi="Consolas"/>
          <w:b w:val="0"/>
          <w:i w:val="0"/>
          <w:sz w:val="20"/>
        </w:rPr>
        <w:t>Ship</w:t>
      </w:r>
      <w:r>
        <w:rPr>
          <w:b w:val="0"/>
          <w:i w:val="0"/>
        </w:rPr>
        <w:t xml:space="preserve"> có một phương thức </w:t>
      </w:r>
      <w:r>
        <w:rPr>
          <w:rFonts w:ascii="Consolas" w:hAnsi="Consolas"/>
          <w:b w:val="0"/>
          <w:i w:val="0"/>
          <w:sz w:val="20"/>
        </w:rPr>
        <w:t>__init__()</w:t>
      </w:r>
      <w:r>
        <w:rPr>
          <w:b w:val="0"/>
          <w:i w:val="0"/>
        </w:rPr>
        <w:t xml:space="preserve">, một phương thức </w:t>
      </w:r>
      <w:r>
        <w:rPr>
          <w:rFonts w:ascii="Consolas" w:hAnsi="Consolas"/>
          <w:b w:val="0"/>
          <w:i w:val="0"/>
          <w:sz w:val="20"/>
        </w:rPr>
        <w:t>update()</w:t>
      </w:r>
      <w:r>
        <w:rPr>
          <w:b w:val="0"/>
          <w:i w:val="0"/>
        </w:rPr>
        <w:t xml:space="preserve"> để quản lý vị trí của tàu, và một phương thức </w:t>
      </w:r>
      <w:r>
        <w:rPr>
          <w:rFonts w:ascii="Consolas" w:hAnsi="Consolas"/>
          <w:b w:val="0"/>
          <w:i w:val="0"/>
          <w:sz w:val="20"/>
        </w:rPr>
        <w:t>blitme()</w:t>
      </w:r>
      <w:r>
        <w:rPr>
          <w:b w:val="0"/>
          <w:i w:val="0"/>
        </w:rPr>
        <w:t xml:space="preserve"> để vẽ tàu lên màn hình. Hình ảnh của tàu được lưu trong </w:t>
      </w:r>
      <w:r>
        <w:rPr>
          <w:b w:val="0"/>
          <w:i/>
        </w:rPr>
        <w:t>ship.bmp</w:t>
      </w:r>
      <w:r>
        <w:rPr>
          <w:b w:val="0"/>
          <w:i w:val="0"/>
        </w:rPr>
        <w:t xml:space="preserve">, nằm trong thư mục </w:t>
      </w:r>
      <w:r>
        <w:rPr>
          <w:b w:val="0"/>
          <w:i/>
        </w:rPr>
        <w:t>images</w:t>
      </w:r>
      <w:r>
        <w:rPr>
          <w:b w:val="0"/>
          <w:i w:val="0"/>
        </w:rPr>
        <w:t>.</w:t>
      </w:r>
    </w:p>
    <w:p>
      <w:pPr>
        <w:spacing w:before="120" w:after="40"/>
      </w:pPr>
      <w:r>
        <w:rPr>
          <w:b/>
          <w:sz w:val="21"/>
        </w:rPr>
        <w:t>Tự thực hành</w:t>
      </w:r>
    </w:p>
    <w:p>
      <w:pPr>
        <w:spacing w:after="80"/>
      </w:pPr>
      <w:r>
        <w:rPr>
          <w:b/>
          <w:i w:val="0"/>
        </w:rPr>
        <w:t>12-3. Tài liệu Pygame:</w:t>
      </w:r>
      <w:r>
        <w:rPr>
          <w:b w:val="0"/>
          <w:i w:val="0"/>
        </w:rPr>
        <w:t xml:space="preserve"> Giờ chúng ta đã đi đủ xa trong trò chơi đến mức bạn có thể muốn xem qua một số tài liệu của Pygame. Trang chủ của Pygame ở địa chỉ https://pygame.org, và trang chủ của tài liệu ở địa chỉ https://pygame.org/docs. Bây giờ chỉ cần lướt qua tài liệu thôi. Bạn sẽ không cần nó để hoàn thành dự án này, nhưng nó sẽ hữu ích nếu sau này bạn muốn chỉnh sửa </w:t>
      </w:r>
      <w:r>
        <w:rPr>
          <w:b w:val="0"/>
          <w:i/>
        </w:rPr>
        <w:t>Alien Invasion</w:t>
      </w:r>
      <w:r>
        <w:rPr>
          <w:b w:val="0"/>
          <w:i w:val="0"/>
        </w:rPr>
        <w:t xml:space="preserve"> hoặc tự làm trò chơi của riêng mình.</w:t>
      </w:r>
    </w:p>
    <w:p>
      <w:pPr>
        <w:spacing w:after="80"/>
      </w:pPr>
      <w:r>
        <w:rPr>
          <w:b/>
          <w:i w:val="0"/>
        </w:rPr>
        <w:t>12-4. Tên lửa:</w:t>
      </w:r>
      <w:r>
        <w:rPr>
          <w:b w:val="0"/>
          <w:i w:val="0"/>
        </w:rPr>
        <w:t xml:space="preserve"> Hãy làm một trò chơi bắt đầu với một tên lửa ở giữa màn hình. Cho phép người chơi di chuyển tên lửa lên, xuống, sang trái hoặc sang phải bằng bốn phím mũi tên. Đảm bảo tên lửa không bao giờ di chuyển vượt ra ngoài bất kỳ cạnh nào của màn hình.</w:t>
      </w:r>
    </w:p>
    <w:p>
      <w:pPr>
        <w:spacing w:after="80"/>
      </w:pPr>
      <w:r>
        <w:rPr>
          <w:b/>
          <w:i w:val="0"/>
        </w:rPr>
        <w:t>12-5. Các phím:</w:t>
      </w:r>
      <w:r>
        <w:rPr>
          <w:b w:val="0"/>
          <w:i w:val="0"/>
        </w:rPr>
        <w:t xml:space="preserve"> Hãy làm một tệp Pygame tạo ra một màn hình trống. Trong vòng lặp sự kiện, in thuộc tính </w:t>
      </w:r>
      <w:r>
        <w:rPr>
          <w:rFonts w:ascii="Consolas" w:hAnsi="Consolas"/>
          <w:b w:val="0"/>
          <w:i w:val="0"/>
          <w:sz w:val="20"/>
        </w:rPr>
        <w:t>event.key</w:t>
      </w:r>
      <w:r>
        <w:rPr>
          <w:b w:val="0"/>
          <w:i w:val="0"/>
        </w:rPr>
        <w:t xml:space="preserve"> mỗi khi phát hiện sự kiện </w:t>
      </w:r>
      <w:r>
        <w:rPr>
          <w:rFonts w:ascii="Consolas" w:hAnsi="Consolas"/>
          <w:b w:val="0"/>
          <w:i w:val="0"/>
          <w:sz w:val="20"/>
        </w:rPr>
        <w:t>pygame.KEYDOWN</w:t>
      </w:r>
      <w:r>
        <w:rPr>
          <w:b w:val="0"/>
          <w:i w:val="0"/>
        </w:rPr>
        <w:t>. Chạy chương trình và nhấn nhiều phím khác nhau để xem Pygame phản hồi như thế nào.</w:t>
      </w:r>
    </w:p>
    <w:p>
      <w:pPr>
        <w:pStyle w:val="Heading2"/>
      </w:pPr>
      <w:r>
        <w:rPr>
          <w:rFonts w:ascii="Calibri" w:hAnsi="Calibri"/>
          <w:b/>
          <w:i w:val="0"/>
          <w:sz w:val="32"/>
        </w:rPr>
        <w:t>Bắn đạn</w:t>
      </w:r>
    </w:p>
    <w:p>
      <w:pPr>
        <w:spacing w:after="80"/>
      </w:pPr>
      <w:r>
        <w:rPr>
          <w:b w:val="0"/>
          <w:i w:val="0"/>
        </w:rPr>
        <w:t>Giờ hãy thêm khả năng bắn đạn. Chúng ta sẽ viết mã bắn ra một viên đạn, được biểu diễn bằng một hình chữ nhật nhỏ, khi người chơi nhấn phím cách. Đạn sau đó sẽ bay thẳng lên trên màn hình cho đến khi biến mất khỏi mép trên của màn hình.</w:t>
      </w:r>
    </w:p>
    <w:p>
      <w:pPr>
        <w:pStyle w:val="Heading3"/>
      </w:pPr>
      <w:r>
        <w:rPr>
          <w:rFonts w:ascii="Calibri" w:hAnsi="Calibri"/>
          <w:b/>
          <w:i w:val="0"/>
          <w:sz w:val="27"/>
        </w:rPr>
        <w:t>Thêm cài đặt cho đạn</w:t>
      </w:r>
    </w:p>
    <w:p>
      <w:pPr>
        <w:spacing w:after="80"/>
      </w:pPr>
      <w:r>
        <w:rPr>
          <w:b w:val="0"/>
          <w:i w:val="0"/>
        </w:rPr>
        <w:t xml:space="preserve">Ở cuối phương thức </w:t>
      </w:r>
      <w:r>
        <w:rPr>
          <w:rFonts w:ascii="Consolas" w:hAnsi="Consolas"/>
          <w:b w:val="0"/>
          <w:i w:val="0"/>
          <w:sz w:val="20"/>
        </w:rPr>
        <w:t>__init__()</w:t>
      </w:r>
      <w:r>
        <w:rPr>
          <w:b w:val="0"/>
          <w:i w:val="0"/>
        </w:rPr>
        <w:t xml:space="preserve">, chúng ta sẽ cập nhật </w:t>
      </w:r>
      <w:r>
        <w:rPr>
          <w:b w:val="0"/>
          <w:i/>
        </w:rPr>
        <w:t>settings.py</w:t>
      </w:r>
      <w:r>
        <w:rPr>
          <w:b w:val="0"/>
          <w:i w:val="0"/>
        </w:rPr>
        <w:t xml:space="preserve"> để thêm các giá trị mà chúng ta sẽ cần cho một lớp </w:t>
      </w:r>
      <w:r>
        <w:rPr>
          <w:rFonts w:ascii="Consolas" w:hAnsi="Consolas"/>
          <w:b w:val="0"/>
          <w:i w:val="0"/>
          <w:sz w:val="20"/>
        </w:rPr>
        <w:t>Bullet</w:t>
      </w:r>
      <w:r>
        <w:rPr>
          <w:b w:val="0"/>
          <w:i w:val="0"/>
        </w:rPr>
        <w:t xml:space="preserve"> mới:</w:t>
      </w:r>
    </w:p>
    <w:p>
      <w:pPr>
        <w:spacing w:after="80"/>
      </w:pPr>
      <w:r>
        <w:rPr>
          <w:b w:val="0"/>
          <w:i w:val="0"/>
        </w:rPr>
        <w:t>settings.py</w:t>
      </w:r>
    </w:p>
    <w:p>
      <w:pPr>
        <w:spacing w:after="80"/>
      </w:pPr>
      <w:r>
        <w:rPr>
          <w:b w:val="0"/>
          <w:i w:val="0"/>
        </w:rPr>
        <w:t>def __init__(self):</w:t>
      </w:r>
      <w:r>
        <w:br/>
      </w:r>
      <w:r>
        <w:rPr>
          <w:b w:val="0"/>
          <w:i w:val="0"/>
        </w:rPr>
        <w:t xml:space="preserve">        </w:t>
      </w:r>
      <w:r>
        <w:rPr>
          <w:b w:val="0"/>
          <w:i/>
        </w:rPr>
        <w:t>--snip--</w:t>
      </w:r>
      <w:r>
        <w:br/>
      </w:r>
      <w:r>
        <w:rPr>
          <w:b w:val="0"/>
          <w:i w:val="0"/>
        </w:rPr>
        <w:t xml:space="preserve">        # Cài đặt đạn</w:t>
      </w:r>
      <w:r>
        <w:br/>
      </w:r>
      <w:r>
        <w:rPr>
          <w:b w:val="0"/>
          <w:i w:val="0"/>
        </w:rPr>
        <w:t xml:space="preserve">        self.bullet_speed = 2.0</w:t>
      </w:r>
      <w:r>
        <w:br/>
      </w:r>
      <w:r>
        <w:rPr>
          <w:b w:val="0"/>
          <w:i w:val="0"/>
        </w:rPr>
        <w:t xml:space="preserve">        self.bullet_width = 3</w:t>
      </w:r>
      <w:r>
        <w:br/>
      </w:r>
      <w:r>
        <w:rPr>
          <w:b w:val="0"/>
          <w:i w:val="0"/>
        </w:rPr>
        <w:t xml:space="preserve">        self.bullet_height = 15</w:t>
      </w:r>
      <w:r>
        <w:br/>
      </w:r>
      <w:r>
        <w:rPr>
          <w:b w:val="0"/>
          <w:i w:val="0"/>
        </w:rPr>
        <w:t xml:space="preserve">        self.bullet_color = (60, 60, 60)</w:t>
      </w:r>
    </w:p>
    <w:p>
      <w:pPr>
        <w:spacing w:after="80"/>
      </w:pPr>
      <w:r>
        <w:rPr>
          <w:b w:val="0"/>
          <w:i w:val="0"/>
        </w:rPr>
        <w:t xml:space="preserve">Những cài đặt này tạo ra đạn màu xám đậm với chiều rộng </w:t>
      </w:r>
      <w:r>
        <w:rPr>
          <w:rFonts w:ascii="Consolas" w:hAnsi="Consolas"/>
          <w:b w:val="0"/>
          <w:i w:val="0"/>
          <w:sz w:val="20"/>
        </w:rPr>
        <w:t>3</w:t>
      </w:r>
      <w:r>
        <w:rPr>
          <w:b w:val="0"/>
          <w:i w:val="0"/>
        </w:rPr>
        <w:t xml:space="preserve"> pixel và chiều cao </w:t>
      </w:r>
      <w:r>
        <w:rPr>
          <w:rFonts w:ascii="Consolas" w:hAnsi="Consolas"/>
          <w:b w:val="0"/>
          <w:i w:val="0"/>
          <w:sz w:val="20"/>
        </w:rPr>
        <w:t>15</w:t>
      </w:r>
      <w:r>
        <w:rPr>
          <w:b w:val="0"/>
          <w:i w:val="0"/>
        </w:rPr>
        <w:t xml:space="preserve"> pixel. Đạn sẽ bay nhanh hơn tàu một chút.</w:t>
      </w:r>
    </w:p>
    <w:p>
      <w:pPr>
        <w:pStyle w:val="Heading3"/>
      </w:pPr>
      <w:r>
        <w:rPr>
          <w:rFonts w:ascii="Calibri" w:hAnsi="Calibri"/>
          <w:b/>
          <w:i w:val="0"/>
          <w:sz w:val="27"/>
        </w:rPr>
        <w:t>Tạo lớp Bullet</w:t>
      </w:r>
    </w:p>
    <w:p>
      <w:pPr>
        <w:spacing w:after="80"/>
      </w:pPr>
      <w:r>
        <w:rPr>
          <w:b w:val="0"/>
          <w:i w:val="0"/>
        </w:rPr>
        <w:t xml:space="preserve">Bây giờ hãy tạo file </w:t>
      </w:r>
      <w:r>
        <w:rPr>
          <w:b w:val="0"/>
          <w:i/>
        </w:rPr>
        <w:t xml:space="preserve">bullet.py </w:t>
      </w:r>
      <w:r>
        <w:rPr>
          <w:b w:val="0"/>
          <w:i w:val="0"/>
        </w:rPr>
        <w:t xml:space="preserve">để lưu lớp </w:t>
      </w:r>
      <w:r>
        <w:rPr>
          <w:rFonts w:ascii="Consolas" w:hAnsi="Consolas"/>
          <w:b w:val="0"/>
          <w:i w:val="0"/>
          <w:sz w:val="20"/>
        </w:rPr>
        <w:t>Bullet</w:t>
      </w:r>
      <w:r>
        <w:rPr>
          <w:b w:val="0"/>
          <w:i w:val="0"/>
        </w:rPr>
        <w:t xml:space="preserve"> của chúng ta. Đây là phần đầu tiên của </w:t>
      </w:r>
      <w:r>
        <w:rPr>
          <w:b w:val="0"/>
          <w:i/>
        </w:rPr>
        <w:t>bullet.py</w:t>
      </w:r>
      <w:r>
        <w:rPr>
          <w:b w:val="0"/>
          <w:i w:val="0"/>
        </w:rPr>
        <w:t>:</w:t>
      </w:r>
    </w:p>
    <w:p>
      <w:pPr>
        <w:spacing w:after="80"/>
      </w:pPr>
      <w:r>
        <w:rPr>
          <w:b w:val="0"/>
          <w:i w:val="0"/>
        </w:rPr>
        <w:t>bullet.py</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rPr>
          <w:rFonts w:ascii="Consolas" w:hAnsi="Consolas"/>
          <w:b w:val="0"/>
          <w:i w:val="0"/>
          <w:sz w:val="18"/>
        </w:rPr>
        <w:t>from pygame.sprite import Sprite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Bullet(Sprite):</w:t>
      </w:r>
    </w:p>
    <w:p>
      <w:pPr>
        <w:spacing w:after="0"/>
        <w:ind w:left="360"/>
        <w:shd w:val="clear" w:color="auto" w:fill="F2F2F2"/>
      </w:pPr>
      <w:r>
        <w:rPr>
          <w:rFonts w:ascii="Consolas" w:hAnsi="Consolas"/>
          <w:b w:val="0"/>
          <w:i w:val="0"/>
          <w:sz w:val="18"/>
        </w:rPr>
        <w:t xml:space="preserve">    """A class to manage bullets fired from the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"""Create a bullet object at the ship's current position."""</w:t>
      </w:r>
    </w:p>
    <w:p>
      <w:pPr>
        <w:spacing w:after="0"/>
        <w:ind w:left="360"/>
        <w:shd w:val="clear" w:color="auto" w:fill="F2F2F2"/>
      </w:pPr>
      <w:r>
        <w:rPr>
          <w:rFonts w:ascii="Consolas" w:hAnsi="Consolas"/>
          <w:b w:val="0"/>
          <w:i w:val="0"/>
          <w:sz w:val="18"/>
        </w:rPr>
        <w:t xml:space="preserve">        super().__init__()</w:t>
      </w:r>
    </w:p>
    <w:p>
      <w:pPr>
        <w:spacing w:after="0"/>
        <w:ind w:left="360"/>
        <w:shd w:val="clear" w:color="auto" w:fill="F2F2F2"/>
      </w:pPr>
      <w:r>
        <w:rPr>
          <w:rFonts w:ascii="Consolas" w:hAnsi="Consolas"/>
          <w:b w:val="0"/>
          <w:i w:val="0"/>
          <w:sz w:val="18"/>
        </w:rPr>
        <w:t xml:space="preserve">        self.screen = ai_game.screen</w:t>
      </w:r>
    </w:p>
    <w:p>
      <w:pPr>
        <w:spacing w:after="0"/>
        <w:ind w:left="360"/>
        <w:shd w:val="clear" w:color="auto" w:fill="F2F2F2"/>
      </w:pPr>
      <w:r>
        <w:rPr>
          <w:rFonts w:ascii="Consolas" w:hAnsi="Consolas"/>
          <w:b w:val="0"/>
          <w:i w:val="0"/>
          <w:sz w:val="18"/>
        </w:rPr>
        <w:t xml:space="preserve">        self.settings = ai_game.settings</w:t>
      </w:r>
    </w:p>
    <w:p>
      <w:pPr>
        <w:spacing w:after="0"/>
        <w:ind w:left="360"/>
        <w:shd w:val="clear" w:color="auto" w:fill="F2F2F2"/>
      </w:pPr>
      <w:r>
        <w:rPr>
          <w:rFonts w:ascii="Consolas" w:hAnsi="Consolas"/>
          <w:b w:val="0"/>
          <w:i w:val="0"/>
          <w:sz w:val="18"/>
        </w:rPr>
        <w:t xml:space="preserve">        self.color = self.settings.bullet_color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Create a bullet rect at (0, 0) and then set correct position.</w:t>
      </w:r>
    </w:p>
    <w:p>
      <w:pPr>
        <w:spacing w:after="0"/>
        <w:ind w:left="360"/>
        <w:shd w:val="clear" w:color="auto" w:fill="F2F2F2"/>
      </w:pPr>
      <w:r>
        <w:rPr>
          <w:rFonts w:ascii="Consolas" w:hAnsi="Consolas"/>
          <w:b w:val="0"/>
          <w:i w:val="0"/>
          <w:sz w:val="18"/>
        </w:rPr>
        <w:t>❶         self.rect = pygame.Rect(0, 0, self.settings.bullet_width,</w:t>
      </w:r>
    </w:p>
    <w:p>
      <w:pPr>
        <w:spacing w:after="0"/>
        <w:ind w:left="360"/>
        <w:shd w:val="clear" w:color="auto" w:fill="F2F2F2"/>
      </w:pPr>
      <w:r>
        <w:rPr>
          <w:rFonts w:ascii="Consolas" w:hAnsi="Consolas"/>
          <w:b w:val="0"/>
          <w:i w:val="0"/>
          <w:sz w:val="18"/>
        </w:rPr>
        <w:t xml:space="preserve">            self.settings.bullet_height)</w:t>
      </w:r>
    </w:p>
    <w:p>
      <w:pPr>
        <w:spacing w:after="0"/>
        <w:ind w:left="360"/>
        <w:shd w:val="clear" w:color="auto" w:fill="F2F2F2"/>
      </w:pPr>
      <w:r>
        <w:rPr>
          <w:rFonts w:ascii="Consolas" w:hAnsi="Consolas"/>
          <w:b w:val="0"/>
          <w:i w:val="0"/>
          <w:sz w:val="18"/>
        </w:rPr>
        <w:t>❷         self.rect.midtop = ai_game.ship.rect.midtop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Store the bullet's position as a float.</w:t>
      </w:r>
    </w:p>
    <w:p>
      <w:pPr>
        <w:spacing w:after="0"/>
        <w:ind w:left="360"/>
        <w:shd w:val="clear" w:color="auto" w:fill="F2F2F2"/>
      </w:pPr>
      <w:r>
        <w:rPr>
          <w:rFonts w:ascii="Consolas" w:hAnsi="Consolas"/>
          <w:b w:val="0"/>
          <w:i w:val="0"/>
          <w:sz w:val="18"/>
        </w:rPr>
        <w:t>❸         self.y = float(self.rect.y)</w:t>
      </w:r>
    </w:p>
    <w:p>
      <w:pPr>
        <w:spacing w:after="40"/>
      </w:pPr>
    </w:p>
    <w:p>
      <w:pPr>
        <w:spacing w:after="80"/>
      </w:pPr>
      <w:r>
        <w:rPr>
          <w:b w:val="0"/>
          <w:i w:val="0"/>
        </w:rPr>
        <w:t xml:space="preserve">Lớp </w:t>
      </w:r>
      <w:r>
        <w:rPr>
          <w:rFonts w:ascii="Consolas" w:hAnsi="Consolas"/>
          <w:b w:val="0"/>
          <w:i w:val="0"/>
          <w:sz w:val="20"/>
        </w:rPr>
        <w:t>Bullet</w:t>
      </w:r>
      <w:r>
        <w:rPr>
          <w:b w:val="0"/>
          <w:i w:val="0"/>
        </w:rPr>
        <w:t xml:space="preserve"> kế thừa từ </w:t>
      </w:r>
      <w:r>
        <w:rPr>
          <w:rFonts w:ascii="Consolas" w:hAnsi="Consolas"/>
          <w:b w:val="0"/>
          <w:i w:val="0"/>
          <w:sz w:val="20"/>
        </w:rPr>
        <w:t>Sprite</w:t>
      </w:r>
      <w:r>
        <w:rPr>
          <w:b w:val="0"/>
          <w:i w:val="0"/>
        </w:rPr>
        <w:t xml:space="preserve">, mà chúng ta import từ module </w:t>
      </w:r>
      <w:r>
        <w:rPr>
          <w:rFonts w:ascii="Consolas" w:hAnsi="Consolas"/>
          <w:b w:val="0"/>
          <w:i w:val="0"/>
          <w:sz w:val="20"/>
        </w:rPr>
        <w:t>pygame.sprite</w:t>
      </w:r>
      <w:r>
        <w:rPr>
          <w:b w:val="0"/>
          <w:i w:val="0"/>
        </w:rPr>
        <w:t xml:space="preserve">. Khi bạn dùng sprite, bạn có thể nhóm các phần tử liên quan trong game lại và tác động lên tất cả các phần tử trong nhóm cùng một lúc. Để tạo một instance đạn, </w:t>
      </w:r>
      <w:r>
        <w:rPr>
          <w:rFonts w:ascii="Consolas" w:hAnsi="Consolas"/>
          <w:b w:val="0"/>
          <w:i w:val="0"/>
          <w:sz w:val="20"/>
        </w:rPr>
        <w:t>__init__()</w:t>
      </w:r>
      <w:r>
        <w:rPr>
          <w:b w:val="0"/>
          <w:i w:val="0"/>
        </w:rPr>
        <w:t xml:space="preserve"> cần instance hiện tại của </w:t>
      </w:r>
      <w:r>
        <w:rPr>
          <w:rFonts w:ascii="Consolas" w:hAnsi="Consolas"/>
          <w:b w:val="0"/>
          <w:i w:val="0"/>
          <w:sz w:val="20"/>
        </w:rPr>
        <w:t>AlienInvasion</w:t>
      </w:r>
      <w:r>
        <w:rPr>
          <w:b w:val="0"/>
          <w:i w:val="0"/>
        </w:rPr>
        <w:t xml:space="preserve">, và chúng ta gọi super() để kế thừa đúng cách từ </w:t>
      </w:r>
      <w:r>
        <w:rPr>
          <w:rFonts w:ascii="Consolas" w:hAnsi="Consolas"/>
          <w:b w:val="0"/>
          <w:i w:val="0"/>
          <w:sz w:val="20"/>
        </w:rPr>
        <w:t>Sprite</w:t>
      </w:r>
      <w:r>
        <w:rPr>
          <w:b w:val="0"/>
          <w:i w:val="0"/>
        </w:rPr>
        <w:t>. Chúng ta cũng đặt các thuộc tính cho đối tượng screen và settings, và cho màu của đạn.</w:t>
      </w:r>
    </w:p>
    <w:p>
      <w:pPr>
        <w:spacing w:after="80"/>
      </w:pPr>
      <w:r>
        <w:rPr>
          <w:b w:val="0"/>
          <w:i w:val="0"/>
        </w:rPr>
        <w:t xml:space="preserve">Tiếp theo chúng ta tạo thuộc tính </w:t>
      </w:r>
      <w:r>
        <w:rPr>
          <w:rFonts w:ascii="Consolas" w:hAnsi="Consolas"/>
          <w:b w:val="0"/>
          <w:i w:val="0"/>
          <w:sz w:val="20"/>
        </w:rPr>
        <w:t>rect</w:t>
      </w:r>
      <w:r>
        <w:rPr>
          <w:b w:val="0"/>
          <w:i w:val="0"/>
        </w:rPr>
        <w:t xml:space="preserve"> của đạn ❶. Đạn không dựa trên hình ảnh, nên chúng ta phải tạo một </w:t>
      </w:r>
      <w:r>
        <w:rPr>
          <w:rFonts w:ascii="Consolas" w:hAnsi="Consolas"/>
          <w:b w:val="0"/>
          <w:i w:val="0"/>
          <w:sz w:val="20"/>
        </w:rPr>
        <w:t>rect</w:t>
      </w:r>
      <w:r>
        <w:rPr>
          <w:b w:val="0"/>
          <w:i w:val="0"/>
        </w:rPr>
        <w:t xml:space="preserve"> từ đầu bằng lớp </w:t>
      </w:r>
      <w:r>
        <w:rPr>
          <w:rFonts w:ascii="Consolas" w:hAnsi="Consolas"/>
          <w:b w:val="0"/>
          <w:i w:val="0"/>
          <w:sz w:val="20"/>
        </w:rPr>
        <w:t>pygame.Rect()</w:t>
      </w:r>
      <w:r>
        <w:rPr>
          <w:b w:val="0"/>
          <w:i w:val="0"/>
        </w:rPr>
        <w:t xml:space="preserve">. Lớp này cần tọa độ </w:t>
      </w:r>
      <w:r>
        <w:rPr>
          <w:b w:val="0"/>
          <w:i/>
        </w:rPr>
        <w:t>x</w:t>
      </w:r>
      <w:r>
        <w:rPr>
          <w:b w:val="0"/>
          <w:i w:val="0"/>
        </w:rPr>
        <w:t xml:space="preserve"> và </w:t>
      </w:r>
      <w:r>
        <w:rPr>
          <w:b w:val="0"/>
          <w:i/>
        </w:rPr>
        <w:t>y</w:t>
      </w:r>
      <w:r>
        <w:rPr>
          <w:b w:val="0"/>
          <w:i w:val="0"/>
        </w:rPr>
        <w:t xml:space="preserve"> của góc trên bên trái của </w:t>
      </w:r>
      <w:r>
        <w:rPr>
          <w:rFonts w:ascii="Consolas" w:hAnsi="Consolas"/>
          <w:b w:val="0"/>
          <w:i w:val="0"/>
          <w:sz w:val="20"/>
        </w:rPr>
        <w:t>rect</w:t>
      </w:r>
      <w:r>
        <w:rPr>
          <w:b w:val="0"/>
          <w:i w:val="0"/>
        </w:rPr>
        <w:t xml:space="preserve">, cùng chiều rộng và chiều cao của </w:t>
      </w:r>
      <w:r>
        <w:rPr>
          <w:rFonts w:ascii="Consolas" w:hAnsi="Consolas"/>
          <w:b w:val="0"/>
          <w:i w:val="0"/>
          <w:sz w:val="20"/>
        </w:rPr>
        <w:t>rect</w:t>
      </w:r>
      <w:r>
        <w:rPr>
          <w:b w:val="0"/>
          <w:i w:val="0"/>
        </w:rPr>
        <w:t xml:space="preserve">. Chúng ta khởi tạo </w:t>
      </w:r>
      <w:r>
        <w:rPr>
          <w:rFonts w:ascii="Consolas" w:hAnsi="Consolas"/>
          <w:b w:val="0"/>
          <w:i w:val="0"/>
          <w:sz w:val="20"/>
        </w:rPr>
        <w:t>rect</w:t>
      </w:r>
      <w:r>
        <w:rPr>
          <w:b w:val="0"/>
          <w:i w:val="0"/>
        </w:rPr>
        <w:t xml:space="preserve"> tại (0, 0), nhưng sẽ di chuyển nó đến đúng vị trí ở dòng tiếp theo, vì vị trí của đạn phụ thuộc vào vị trí của tàu. Chúng ta lấy chiều rộng và chiều cao của đạn từ các giá trị được lưu trong </w:t>
      </w:r>
      <w:r>
        <w:rPr>
          <w:rFonts w:ascii="Consolas" w:hAnsi="Consolas"/>
          <w:b w:val="0"/>
          <w:i w:val="0"/>
          <w:sz w:val="20"/>
        </w:rPr>
        <w:t>self.settings</w:t>
      </w:r>
      <w:r>
        <w:rPr>
          <w:b w:val="0"/>
          <w:i w:val="0"/>
        </w:rPr>
        <w:t>.</w:t>
      </w:r>
    </w:p>
    <w:p>
      <w:pPr>
        <w:spacing w:after="80"/>
      </w:pPr>
      <w:r>
        <w:rPr>
          <w:b w:val="0"/>
          <w:i w:val="0"/>
        </w:rPr>
        <w:t xml:space="preserve">Chúng ta đặt thuộc tính </w:t>
      </w:r>
      <w:r>
        <w:rPr>
          <w:rFonts w:ascii="Consolas" w:hAnsi="Consolas"/>
          <w:b w:val="0"/>
          <w:i w:val="0"/>
          <w:sz w:val="20"/>
        </w:rPr>
        <w:t>midtop</w:t>
      </w:r>
      <w:r>
        <w:rPr>
          <w:b w:val="0"/>
          <w:i w:val="0"/>
        </w:rPr>
        <w:t xml:space="preserve"> của đạn khớp với thuộc tính </w:t>
      </w:r>
      <w:r>
        <w:rPr>
          <w:rFonts w:ascii="Consolas" w:hAnsi="Consolas"/>
          <w:b w:val="0"/>
          <w:i w:val="0"/>
          <w:sz w:val="20"/>
        </w:rPr>
        <w:t>midtop</w:t>
      </w:r>
      <w:r>
        <w:rPr>
          <w:b w:val="0"/>
          <w:i w:val="0"/>
        </w:rPr>
        <w:t xml:space="preserve"> của tàu ❷. Điều này sẽ khiến đạn xuất hiện từ đỉnh tàu, trông như thể đạn được bắn ra từ tàu. Chúng ta dùng số thực (float) cho tọa độ </w:t>
      </w:r>
      <w:r>
        <w:rPr>
          <w:b w:val="0"/>
          <w:i/>
        </w:rPr>
        <w:t>y</w:t>
      </w:r>
      <w:r>
        <w:rPr>
          <w:b w:val="0"/>
          <w:i w:val="0"/>
        </w:rPr>
        <w:t xml:space="preserve"> của đạn để có thể điều chỉnh tốc độ đạn một cách tinh tế ❸.</w:t>
      </w:r>
    </w:p>
    <w:p>
      <w:pPr>
        <w:spacing w:after="80"/>
      </w:pPr>
      <w:r>
        <w:rPr>
          <w:b w:val="0"/>
          <w:i w:val="0"/>
        </w:rPr>
        <w:t xml:space="preserve">Đây là phần thứ hai của </w:t>
      </w:r>
      <w:r>
        <w:rPr>
          <w:b w:val="0"/>
          <w:i/>
        </w:rPr>
        <w:t>bullet.py</w:t>
      </w:r>
      <w:r>
        <w:rPr>
          <w:b w:val="0"/>
          <w:i w:val="0"/>
        </w:rPr>
        <w:t xml:space="preserve">, </w:t>
      </w:r>
      <w:r>
        <w:rPr>
          <w:rFonts w:ascii="Consolas" w:hAnsi="Consolas"/>
          <w:b w:val="0"/>
          <w:i w:val="0"/>
          <w:sz w:val="20"/>
        </w:rPr>
        <w:t>update()</w:t>
      </w:r>
      <w:r>
        <w:rPr>
          <w:b w:val="0"/>
          <w:i w:val="0"/>
        </w:rPr>
        <w:t xml:space="preserve"> và </w:t>
      </w:r>
      <w:r>
        <w:rPr>
          <w:rFonts w:ascii="Consolas" w:hAnsi="Consolas"/>
          <w:b w:val="0"/>
          <w:i w:val="0"/>
          <w:sz w:val="20"/>
        </w:rPr>
        <w:t>draw_bullet()</w:t>
      </w:r>
      <w:r>
        <w:rPr>
          <w:b w:val="0"/>
          <w:i w:val="0"/>
        </w:rPr>
        <w:t>:</w:t>
      </w:r>
    </w:p>
    <w:p>
      <w:pPr>
        <w:spacing w:after="80"/>
      </w:pPr>
      <w:r>
        <w:rPr>
          <w:b w:val="0"/>
          <w:i w:val="0"/>
        </w:rPr>
        <w:t>bullet.py</w:t>
      </w:r>
    </w:p>
    <w:p>
      <w:pPr>
        <w:spacing w:after="80"/>
      </w:pPr>
      <w:r>
        <w:rPr>
          <w:b w:val="0"/>
          <w:i w:val="0"/>
        </w:rPr>
        <w:t>def update(self):</w:t>
      </w:r>
      <w:r>
        <w:br/>
      </w:r>
      <w:r>
        <w:rPr>
          <w:b w:val="0"/>
          <w:i w:val="0"/>
        </w:rPr>
        <w:t xml:space="preserve">        """Di chuyển đạn lên trên màn hình."""</w:t>
      </w:r>
      <w:r>
        <w:br/>
      </w:r>
      <w:r>
        <w:rPr>
          <w:b w:val="0"/>
          <w:i w:val="0"/>
        </w:rPr>
        <w:t xml:space="preserve">        # Cập nhật vị trí chính xác của đạn.</w:t>
      </w:r>
      <w:r>
        <w:br/>
      </w:r>
      <w:r>
        <w:rPr>
          <w:b w:val="0"/>
          <w:i w:val="0"/>
        </w:rPr>
        <w:t>❶         self.y -= self.settings.bullet_speed</w:t>
      </w:r>
      <w:r>
        <w:br/>
      </w:r>
      <w:r>
        <w:rPr>
          <w:b w:val="0"/>
          <w:i w:val="0"/>
        </w:rPr>
        <w:t xml:space="preserve">        # Cập nhật vị trí rect.</w:t>
      </w:r>
      <w:r>
        <w:br/>
      </w:r>
      <w:r>
        <w:rPr>
          <w:b w:val="0"/>
          <w:i w:val="0"/>
        </w:rPr>
        <w:t>❷         self.rect.y = self.y</w:t>
      </w:r>
      <w:r>
        <w:br/>
      </w:r>
      <w:r>
        <w:br/>
      </w:r>
      <w:r>
        <w:rPr>
          <w:b w:val="0"/>
          <w:i w:val="0"/>
        </w:rPr>
        <w:t xml:space="preserve">    def draw_bullet(self):</w:t>
      </w:r>
      <w:r>
        <w:br/>
      </w:r>
      <w:r>
        <w:rPr>
          <w:b w:val="0"/>
          <w:i w:val="0"/>
        </w:rPr>
        <w:t xml:space="preserve">        """Vẽ đạn lên màn hình."""</w:t>
      </w:r>
      <w:r>
        <w:br/>
      </w:r>
      <w:r>
        <w:rPr>
          <w:b w:val="0"/>
          <w:i w:val="0"/>
        </w:rPr>
        <w:t>❸         pygame.draw.rect(self.screen, self.color, self.rect)</w:t>
      </w:r>
    </w:p>
    <w:p>
      <w:pPr>
        <w:spacing w:after="80"/>
      </w:pPr>
      <w:r>
        <w:rPr>
          <w:b w:val="0"/>
          <w:i w:val="0"/>
        </w:rPr>
        <w:t xml:space="preserve">Phương thức </w:t>
      </w:r>
      <w:r>
        <w:rPr>
          <w:rFonts w:ascii="Consolas" w:hAnsi="Consolas"/>
          <w:b w:val="0"/>
          <w:i w:val="0"/>
          <w:sz w:val="20"/>
        </w:rPr>
        <w:t>update()</w:t>
      </w:r>
      <w:r>
        <w:rPr>
          <w:b w:val="0"/>
          <w:i w:val="0"/>
        </w:rPr>
        <w:t xml:space="preserve"> quản lý vị trí của đạn. Khi một viên đạn được bắn, nó di chuyển lên trên màn hình, tương ứng với giá trị tọa độ </w:t>
      </w:r>
      <w:r>
        <w:rPr>
          <w:b w:val="0"/>
          <w:i/>
        </w:rPr>
        <w:t>y</w:t>
      </w:r>
      <w:r>
        <w:rPr>
          <w:b w:val="0"/>
          <w:i w:val="0"/>
        </w:rPr>
        <w:t xml:space="preserve"> giảm dần. Để cập nhật vị trí, chúng ta trừ đi lượng được lưu trong </w:t>
      </w:r>
      <w:r>
        <w:rPr>
          <w:rFonts w:ascii="Consolas" w:hAnsi="Consolas"/>
          <w:b w:val="0"/>
          <w:i w:val="0"/>
          <w:sz w:val="20"/>
        </w:rPr>
        <w:t>settings.bullet_speed</w:t>
      </w:r>
      <w:r>
        <w:rPr>
          <w:b w:val="0"/>
          <w:i w:val="0"/>
        </w:rPr>
        <w:t xml:space="preserve"> từ </w:t>
      </w:r>
      <w:r>
        <w:rPr>
          <w:rFonts w:ascii="Consolas" w:hAnsi="Consolas"/>
          <w:b w:val="0"/>
          <w:i w:val="0"/>
          <w:sz w:val="20"/>
        </w:rPr>
        <w:t>self.y</w:t>
      </w:r>
      <w:r>
        <w:rPr>
          <w:b w:val="0"/>
          <w:i w:val="0"/>
        </w:rPr>
        <w:t xml:space="preserve"> ❶. Sau đó chúng ta dùng giá trị của </w:t>
      </w:r>
      <w:r>
        <w:rPr>
          <w:rFonts w:ascii="Consolas" w:hAnsi="Consolas"/>
          <w:b w:val="0"/>
          <w:i w:val="0"/>
          <w:sz w:val="20"/>
        </w:rPr>
        <w:t>self.y</w:t>
      </w:r>
      <w:r>
        <w:rPr>
          <w:b w:val="0"/>
          <w:i w:val="0"/>
        </w:rPr>
        <w:t xml:space="preserve"> để đặt giá trị cho </w:t>
      </w:r>
      <w:r>
        <w:rPr>
          <w:rFonts w:ascii="Consolas" w:hAnsi="Consolas"/>
          <w:b w:val="0"/>
          <w:i w:val="0"/>
          <w:sz w:val="20"/>
        </w:rPr>
        <w:t>self.rect.y</w:t>
      </w:r>
      <w:r>
        <w:rPr>
          <w:b w:val="0"/>
          <w:i w:val="0"/>
        </w:rPr>
        <w:t xml:space="preserve"> ❷.</w:t>
      </w:r>
    </w:p>
    <w:p>
      <w:pPr>
        <w:spacing w:after="80"/>
      </w:pPr>
      <w:r>
        <w:rPr>
          <w:b w:val="0"/>
          <w:i w:val="0"/>
        </w:rPr>
        <w:t xml:space="preserve">Cài đặt </w:t>
      </w:r>
      <w:r>
        <w:rPr>
          <w:rFonts w:ascii="Consolas" w:hAnsi="Consolas"/>
          <w:b w:val="0"/>
          <w:i w:val="0"/>
          <w:sz w:val="20"/>
        </w:rPr>
        <w:t>bullet_speed</w:t>
      </w:r>
      <w:r>
        <w:rPr>
          <w:b w:val="0"/>
          <w:i w:val="0"/>
        </w:rPr>
        <w:t xml:space="preserve"> cho phép chúng ta tăng tốc độ của đạn khi game tiến triển hoặc khi cần để tinh chỉnh hành vi của game. Một khi đạn đã được bắn, chúng ta không bao giờ thay đổi giá trị tọa độ </w:t>
      </w:r>
      <w:r>
        <w:rPr>
          <w:b w:val="0"/>
          <w:i/>
        </w:rPr>
        <w:t>x</w:t>
      </w:r>
      <w:r>
        <w:rPr>
          <w:b w:val="0"/>
          <w:i w:val="0"/>
        </w:rPr>
        <w:t xml:space="preserve"> của nó, nên nó sẽ bay theo đường thẳng đứng ngay cả khi tàu di chuyển.</w:t>
      </w:r>
    </w:p>
    <w:p>
      <w:pPr>
        <w:spacing w:after="80"/>
      </w:pPr>
      <w:r>
        <w:rPr>
          <w:b w:val="0"/>
          <w:i w:val="0"/>
        </w:rPr>
        <w:t xml:space="preserve">Khi muốn vẽ một viên đạn, ta gọi </w:t>
      </w:r>
      <w:r>
        <w:rPr>
          <w:rFonts w:ascii="Consolas" w:hAnsi="Consolas"/>
          <w:b w:val="0"/>
          <w:i w:val="0"/>
          <w:sz w:val="20"/>
        </w:rPr>
        <w:t>draw_bullet()</w:t>
      </w:r>
      <w:r>
        <w:rPr>
          <w:b w:val="0"/>
          <w:i w:val="0"/>
        </w:rPr>
        <w:t xml:space="preserve">. Hàm </w:t>
      </w:r>
      <w:r>
        <w:rPr>
          <w:rFonts w:ascii="Consolas" w:hAnsi="Consolas"/>
          <w:b w:val="0"/>
          <w:i w:val="0"/>
          <w:sz w:val="20"/>
        </w:rPr>
        <w:t>draw.rect()</w:t>
      </w:r>
      <w:r>
        <w:rPr>
          <w:b w:val="0"/>
          <w:i w:val="0"/>
        </w:rPr>
        <w:t xml:space="preserve"> sẽ tô phần màn hình được xác định bởi </w:t>
      </w:r>
      <w:r>
        <w:rPr>
          <w:rFonts w:ascii="Consolas" w:hAnsi="Consolas"/>
          <w:b w:val="0"/>
          <w:i w:val="0"/>
          <w:sz w:val="20"/>
        </w:rPr>
        <w:t>rect</w:t>
      </w:r>
      <w:r>
        <w:rPr>
          <w:b w:val="0"/>
          <w:i w:val="0"/>
        </w:rPr>
        <w:t xml:space="preserve"> của viên đạn bằng màu lưu trong </w:t>
      </w:r>
      <w:r>
        <w:rPr>
          <w:rFonts w:ascii="Consolas" w:hAnsi="Consolas"/>
          <w:b w:val="0"/>
          <w:i w:val="0"/>
          <w:sz w:val="20"/>
        </w:rPr>
        <w:t>self.color</w:t>
      </w:r>
      <w:r>
        <w:rPr>
          <w:b w:val="0"/>
          <w:i w:val="0"/>
        </w:rPr>
        <w:t xml:space="preserve"> ❸.</w:t>
      </w:r>
    </w:p>
    <w:p>
      <w:pPr>
        <w:pStyle w:val="Heading3"/>
      </w:pPr>
      <w:r>
        <w:rPr>
          <w:rFonts w:ascii="Calibri" w:hAnsi="Calibri"/>
          <w:b/>
          <w:i w:val="0"/>
          <w:sz w:val="27"/>
        </w:rPr>
        <w:t>Lưu trữ đạn trong một nhóm</w:t>
      </w:r>
    </w:p>
    <w:p>
      <w:pPr>
        <w:spacing w:after="80"/>
      </w:pPr>
      <w:r>
        <w:rPr>
          <w:b w:val="0"/>
          <w:i w:val="0"/>
        </w:rPr>
        <w:t xml:space="preserve">Giờ đây khi đã có lớp </w:t>
      </w:r>
      <w:r>
        <w:rPr>
          <w:rFonts w:ascii="Consolas" w:hAnsi="Consolas"/>
          <w:b w:val="0"/>
          <w:i w:val="0"/>
          <w:sz w:val="20"/>
        </w:rPr>
        <w:t>Bullet</w:t>
      </w:r>
      <w:r>
        <w:rPr>
          <w:b w:val="0"/>
          <w:i w:val="0"/>
        </w:rPr>
        <w:t xml:space="preserve"> và các thiết lập cần thiết, ta có thể viết mã để bắn một viên đạn mỗi khi người chơi nhấn phím cách. Ta sẽ tạo một nhóm (group) trong </w:t>
      </w:r>
      <w:r>
        <w:rPr>
          <w:rFonts w:ascii="Consolas" w:hAnsi="Consolas"/>
          <w:b w:val="0"/>
          <w:i w:val="0"/>
          <w:sz w:val="20"/>
        </w:rPr>
        <w:t>AlienInvasion</w:t>
      </w:r>
      <w:r>
        <w:rPr>
          <w:b w:val="0"/>
          <w:i w:val="0"/>
        </w:rPr>
        <w:t xml:space="preserve"> để lưu tất cả các viên đạn đang hoạt động, nhờ đó có thể quản lý những viên đạn đã bắn ra. Nhóm này sẽ là một thực thể (instance) của lớp </w:t>
      </w:r>
      <w:r>
        <w:rPr>
          <w:rFonts w:ascii="Consolas" w:hAnsi="Consolas"/>
          <w:b w:val="0"/>
          <w:i w:val="0"/>
          <w:sz w:val="20"/>
        </w:rPr>
        <w:t>pygame.sprite.Group</w:t>
      </w:r>
      <w:r>
        <w:rPr>
          <w:b w:val="0"/>
          <w:i w:val="0"/>
        </w:rPr>
        <w:t>, hoạt động giống như một danh sách (list) với vài chức năng bổ sung hữu ích khi xây dựng game. Ta sẽ dùng nhóm này để vẽ đạn lên màn hình trong mỗi vòng lặp chính và để cập nhật vị trí của từng viên đạn.</w:t>
      </w:r>
    </w:p>
    <w:p>
      <w:pPr>
        <w:spacing w:after="80"/>
      </w:pPr>
      <w:r>
        <w:rPr>
          <w:b w:val="0"/>
          <w:i w:val="0"/>
        </w:rPr>
        <w:t xml:space="preserve">Đầu tiên, ta sẽ nhập lớp </w:t>
      </w:r>
      <w:r>
        <w:rPr>
          <w:rFonts w:ascii="Consolas" w:hAnsi="Consolas"/>
          <w:b w:val="0"/>
          <w:i w:val="0"/>
          <w:sz w:val="20"/>
        </w:rPr>
        <w:t>Bullet</w:t>
      </w:r>
      <w:r>
        <w:rPr>
          <w:b w:val="0"/>
          <w:i w:val="0"/>
        </w:rPr>
        <w:t xml:space="preserve"> mới:</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from ship import Ship</w:t>
      </w:r>
    </w:p>
    <w:p>
      <w:pPr>
        <w:spacing w:after="0"/>
        <w:ind w:left="360"/>
        <w:shd w:val="clear" w:color="auto" w:fill="F2F2F2"/>
      </w:pPr>
      <w:r>
        <w:rPr>
          <w:rFonts w:ascii="Consolas" w:hAnsi="Consolas"/>
          <w:b w:val="0"/>
          <w:i w:val="0"/>
          <w:sz w:val="18"/>
        </w:rPr>
        <w:t>from bullet import Bullet</w:t>
      </w:r>
    </w:p>
    <w:p>
      <w:pPr>
        <w:spacing w:after="40"/>
      </w:pPr>
    </w:p>
    <w:p>
      <w:pPr>
        <w:spacing w:after="80"/>
      </w:pPr>
      <w:r>
        <w:rPr>
          <w:b w:val="0"/>
          <w:i w:val="0"/>
        </w:rPr>
        <w:t xml:space="preserve">Tiếp theo, ta sẽ tạo nhóm chứa các viên đạn trong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self.ship = Ship(self)</w:t>
      </w:r>
      <w:r>
        <w:br/>
      </w:r>
      <w:r>
        <w:rPr>
          <w:b w:val="0"/>
          <w:i w:val="0"/>
        </w:rPr>
        <w:t xml:space="preserve">        self.bullets = pygame.sprite.Group()</w:t>
      </w:r>
    </w:p>
    <w:p>
      <w:pPr>
        <w:spacing w:after="80"/>
      </w:pPr>
      <w:r>
        <w:rPr>
          <w:b w:val="0"/>
          <w:i w:val="0"/>
        </w:rPr>
        <w:t xml:space="preserve">Sau đó, ta cần cập nhật vị trí của các viên đạn trong mỗi vòng lặp </w:t>
      </w:r>
      <w:r>
        <w:rPr>
          <w:rFonts w:ascii="Consolas" w:hAnsi="Consolas"/>
          <w:b w:val="0"/>
          <w:i w:val="0"/>
          <w:sz w:val="20"/>
        </w:rPr>
        <w:t>while</w:t>
      </w:r>
      <w:r>
        <w:rPr>
          <w:b w:val="0"/>
          <w:i w:val="0"/>
        </w:rPr>
        <w:t>:</w:t>
      </w:r>
    </w:p>
    <w:p>
      <w:pPr>
        <w:spacing w:after="80"/>
      </w:pPr>
      <w:r>
        <w:rPr>
          <w:b w:val="0"/>
          <w:i w:val="0"/>
        </w:rPr>
        <w:t>alien_invasion.py</w:t>
      </w:r>
    </w:p>
    <w:p>
      <w:pPr>
        <w:spacing w:after="80"/>
      </w:pPr>
      <w:r>
        <w:rPr>
          <w:b w:val="0"/>
          <w:i w:val="0"/>
        </w:rPr>
        <w:t>def run_game(self):</w:t>
      </w:r>
      <w:r>
        <w:br/>
      </w:r>
      <w:r>
        <w:rPr>
          <w:b w:val="0"/>
          <w:i w:val="0"/>
        </w:rPr>
        <w:t xml:space="preserve">        """Start the main loop for the game."""</w:t>
      </w:r>
      <w:r>
        <w:br/>
      </w:r>
      <w:r>
        <w:rPr>
          <w:b w:val="0"/>
          <w:i w:val="0"/>
        </w:rPr>
        <w:t xml:space="preserve">        while True:</w:t>
      </w:r>
      <w:r>
        <w:br/>
      </w:r>
      <w:r>
        <w:rPr>
          <w:b w:val="0"/>
          <w:i w:val="0"/>
        </w:rPr>
        <w:t xml:space="preserve">            self._check_events()</w:t>
      </w:r>
      <w:r>
        <w:br/>
      </w:r>
      <w:r>
        <w:rPr>
          <w:b w:val="0"/>
          <w:i w:val="0"/>
        </w:rPr>
        <w:t xml:space="preserve">            self.ship.update()</w:t>
      </w:r>
      <w:r>
        <w:br/>
      </w:r>
      <w:r>
        <w:rPr>
          <w:b w:val="0"/>
          <w:i w:val="0"/>
        </w:rPr>
        <w:t xml:space="preserve">            self.bullets.update()</w:t>
      </w:r>
      <w:r>
        <w:br/>
      </w:r>
      <w:r>
        <w:rPr>
          <w:b w:val="0"/>
          <w:i w:val="0"/>
        </w:rPr>
        <w:t xml:space="preserve">            self._update_screen()</w:t>
      </w:r>
      <w:r>
        <w:br/>
      </w:r>
      <w:r>
        <w:rPr>
          <w:b w:val="0"/>
          <w:i w:val="0"/>
        </w:rPr>
        <w:t xml:space="preserve">            self.clock.tick(60)</w:t>
      </w:r>
    </w:p>
    <w:p>
      <w:pPr>
        <w:spacing w:after="80"/>
      </w:pPr>
      <w:r>
        <w:rPr>
          <w:b w:val="0"/>
          <w:i w:val="0"/>
        </w:rPr>
        <w:t xml:space="preserve">Khi bạn gọi </w:t>
      </w:r>
      <w:r>
        <w:rPr>
          <w:rFonts w:ascii="Consolas" w:hAnsi="Consolas"/>
          <w:b w:val="0"/>
          <w:i w:val="0"/>
          <w:sz w:val="20"/>
        </w:rPr>
        <w:t>update()</w:t>
      </w:r>
      <w:r>
        <w:rPr>
          <w:b w:val="0"/>
          <w:i w:val="0"/>
        </w:rPr>
        <w:t xml:space="preserve"> trên một nhóm, nhóm sẽ tự động gọi </w:t>
      </w:r>
      <w:r>
        <w:rPr>
          <w:rFonts w:ascii="Consolas" w:hAnsi="Consolas"/>
          <w:b w:val="0"/>
          <w:i w:val="0"/>
          <w:sz w:val="20"/>
        </w:rPr>
        <w:t>update()</w:t>
      </w:r>
      <w:r>
        <w:rPr>
          <w:b w:val="0"/>
          <w:i w:val="0"/>
        </w:rPr>
        <w:t xml:space="preserve"> cho từng sprite trong nhóm. Dòng </w:t>
      </w:r>
      <w:r>
        <w:rPr>
          <w:rFonts w:ascii="Consolas" w:hAnsi="Consolas"/>
          <w:b w:val="0"/>
          <w:i w:val="0"/>
          <w:sz w:val="20"/>
        </w:rPr>
        <w:t>self.bullets.update()</w:t>
      </w:r>
      <w:r>
        <w:rPr>
          <w:b w:val="0"/>
          <w:i w:val="0"/>
        </w:rPr>
        <w:t xml:space="preserve"> sẽ gọi </w:t>
      </w:r>
      <w:r>
        <w:rPr>
          <w:rFonts w:ascii="Consolas" w:hAnsi="Consolas"/>
          <w:b w:val="0"/>
          <w:i w:val="0"/>
          <w:sz w:val="20"/>
        </w:rPr>
        <w:t>bullet.update()</w:t>
      </w:r>
      <w:r>
        <w:rPr>
          <w:b w:val="0"/>
          <w:i w:val="0"/>
        </w:rPr>
        <w:t xml:space="preserve"> cho mỗi viên đạn mà ta đặt vào nhóm </w:t>
      </w:r>
      <w:r>
        <w:rPr>
          <w:rFonts w:ascii="Consolas" w:hAnsi="Consolas"/>
          <w:b w:val="0"/>
          <w:i w:val="0"/>
          <w:sz w:val="20"/>
        </w:rPr>
        <w:t>bullets</w:t>
      </w:r>
      <w:r>
        <w:rPr>
          <w:b w:val="0"/>
          <w:i w:val="0"/>
        </w:rPr>
        <w:t>.</w:t>
      </w:r>
    </w:p>
    <w:p>
      <w:pPr>
        <w:pStyle w:val="Heading3"/>
      </w:pPr>
      <w:r>
        <w:rPr>
          <w:rFonts w:ascii="Calibri" w:hAnsi="Calibri"/>
          <w:b/>
          <w:i w:val="0"/>
          <w:sz w:val="27"/>
        </w:rPr>
        <w:t>Bắn đạn</w:t>
      </w:r>
    </w:p>
    <w:p>
      <w:pPr>
        <w:spacing w:after="80"/>
      </w:pPr>
      <w:r>
        <w:rPr>
          <w:b w:val="0"/>
          <w:i w:val="0"/>
        </w:rPr>
        <w:t xml:space="preserve">Trong </w:t>
      </w:r>
      <w:r>
        <w:rPr>
          <w:rFonts w:ascii="Consolas" w:hAnsi="Consolas"/>
          <w:b w:val="0"/>
          <w:i w:val="0"/>
          <w:sz w:val="20"/>
        </w:rPr>
        <w:t>AlienInvasion</w:t>
      </w:r>
      <w:r>
        <w:rPr>
          <w:b w:val="0"/>
          <w:i w:val="0"/>
        </w:rPr>
        <w:t xml:space="preserve">, ta cần sửa </w:t>
      </w:r>
      <w:r>
        <w:rPr>
          <w:rFonts w:ascii="Consolas" w:hAnsi="Consolas"/>
          <w:b w:val="0"/>
          <w:i w:val="0"/>
          <w:sz w:val="20"/>
        </w:rPr>
        <w:t>_check_keydown_events()</w:t>
      </w:r>
      <w:r>
        <w:rPr>
          <w:b w:val="0"/>
          <w:i w:val="0"/>
        </w:rPr>
        <w:t xml:space="preserve"> để bắn một viên đạn khi người chơi nhấn phím cách. Ta không cần thay đổi </w:t>
      </w:r>
      <w:r>
        <w:rPr>
          <w:rFonts w:ascii="Consolas" w:hAnsi="Consolas"/>
          <w:b w:val="0"/>
          <w:i w:val="0"/>
          <w:sz w:val="20"/>
        </w:rPr>
        <w:t>_check_keyup_events()</w:t>
      </w:r>
      <w:r>
        <w:rPr>
          <w:b w:val="0"/>
          <w:i w:val="0"/>
        </w:rPr>
        <w:t xml:space="preserve"> vì không có gì xảy ra khi nhả phím cách. Ta cũng cần sửa </w:t>
      </w:r>
      <w:r>
        <w:rPr>
          <w:rFonts w:ascii="Consolas" w:hAnsi="Consolas"/>
          <w:b w:val="0"/>
          <w:i w:val="0"/>
          <w:sz w:val="20"/>
        </w:rPr>
        <w:t>_update_screen()</w:t>
      </w:r>
      <w:r>
        <w:rPr>
          <w:b w:val="0"/>
          <w:i w:val="0"/>
        </w:rPr>
        <w:t xml:space="preserve"> để đảm bảo mỗi viên đạn được vẽ lên màn hình trước khi ta gọi </w:t>
      </w:r>
      <w:r>
        <w:rPr>
          <w:rFonts w:ascii="Consolas" w:hAnsi="Consolas"/>
          <w:b w:val="0"/>
          <w:i w:val="0"/>
          <w:sz w:val="20"/>
        </w:rPr>
        <w:t>flip()</w:t>
      </w:r>
      <w:r>
        <w:rPr>
          <w:b w:val="0"/>
          <w:i w:val="0"/>
        </w:rPr>
        <w:t>.</w:t>
      </w:r>
    </w:p>
    <w:p>
      <w:pPr>
        <w:spacing w:after="80"/>
      </w:pPr>
      <w:r>
        <w:rPr>
          <w:b w:val="0"/>
          <w:i w:val="0"/>
        </w:rPr>
        <w:t xml:space="preserve">Sẽ có một chút việc phải làm khi bắn đạn, nên hãy viết một phương thức mới, </w:t>
      </w:r>
      <w:r>
        <w:rPr>
          <w:rFonts w:ascii="Consolas" w:hAnsi="Consolas"/>
          <w:b w:val="0"/>
          <w:i w:val="0"/>
          <w:sz w:val="20"/>
        </w:rPr>
        <w:t>_fire_bullet()</w:t>
      </w:r>
      <w:r>
        <w:rPr>
          <w:b w:val="0"/>
          <w:i w:val="0"/>
        </w:rPr>
        <w:t>, để xử lý việc này:</w:t>
      </w:r>
    </w:p>
    <w:p>
      <w:pPr>
        <w:spacing w:after="80"/>
      </w:pPr>
      <w:r>
        <w:rPr>
          <w:b w:val="0"/>
          <w:i w:val="0"/>
        </w:rPr>
        <w:t>alien_invasion.py</w:t>
      </w:r>
    </w:p>
    <w:p>
      <w:pPr>
        <w:spacing w:after="80"/>
      </w:pPr>
      <w:r>
        <w:rPr>
          <w:b w:val="0"/>
          <w:i w:val="0"/>
        </w:rPr>
        <w:t>def _check_keydown_events(self, event):</w:t>
      </w:r>
      <w:r>
        <w:br/>
      </w:r>
      <w:r>
        <w:rPr>
          <w:b w:val="0"/>
          <w:i w:val="0"/>
        </w:rPr>
        <w:t xml:space="preserve">        </w:t>
      </w:r>
      <w:r>
        <w:rPr>
          <w:b w:val="0"/>
          <w:i/>
        </w:rPr>
        <w:t>--snip--</w:t>
      </w:r>
      <w:r>
        <w:br/>
      </w:r>
      <w:r>
        <w:rPr>
          <w:b w:val="0"/>
          <w:i w:val="0"/>
        </w:rPr>
        <w:t xml:space="preserve">        elif event.key == pygame.K_q:</w:t>
      </w:r>
      <w:r>
        <w:br/>
      </w:r>
      <w:r>
        <w:rPr>
          <w:b w:val="0"/>
          <w:i w:val="0"/>
        </w:rPr>
        <w:t xml:space="preserve">            sys.exit()</w:t>
      </w:r>
      <w:r>
        <w:br/>
      </w:r>
      <w:r>
        <w:rPr>
          <w:b w:val="0"/>
          <w:i w:val="0"/>
        </w:rPr>
        <w:t>❶         elif event.key == pygame.K_SPACE:</w:t>
      </w:r>
      <w:r>
        <w:br/>
      </w:r>
      <w:r>
        <w:rPr>
          <w:b w:val="0"/>
          <w:i w:val="0"/>
        </w:rPr>
        <w:t xml:space="preserve">            self._fire_bullet()</w:t>
      </w:r>
      <w:r>
        <w:br/>
      </w:r>
      <w:r>
        <w:br/>
      </w:r>
      <w:r>
        <w:rPr>
          <w:b w:val="0"/>
          <w:i w:val="0"/>
        </w:rPr>
        <w:t xml:space="preserve">    def _check_keyup_events(self, event):</w:t>
      </w:r>
      <w:r>
        <w:br/>
      </w:r>
      <w:r>
        <w:rPr>
          <w:b w:val="0"/>
          <w:i w:val="0"/>
        </w:rPr>
        <w:t xml:space="preserve">        </w:t>
      </w:r>
      <w:r>
        <w:rPr>
          <w:b w:val="0"/>
          <w:i/>
        </w:rPr>
        <w:t>--snip--</w:t>
      </w:r>
      <w:r>
        <w:br/>
      </w:r>
      <w:r>
        <w:br/>
      </w:r>
      <w:r>
        <w:rPr>
          <w:b w:val="0"/>
          <w:i w:val="0"/>
        </w:rPr>
        <w:t xml:space="preserve">    def _fire_bullet(self):</w:t>
      </w:r>
      <w:r>
        <w:br/>
      </w:r>
      <w:r>
        <w:rPr>
          <w:b w:val="0"/>
          <w:i w:val="0"/>
        </w:rPr>
        <w:t xml:space="preserve">        """Create a new bullet and add it to the bullets group."""</w:t>
      </w:r>
      <w:r>
        <w:br/>
      </w:r>
      <w:r>
        <w:rPr>
          <w:b w:val="0"/>
          <w:i w:val="0"/>
        </w:rPr>
        <w:t>❷         new_bullet = Bullet(self)</w:t>
      </w:r>
      <w:r>
        <w:br/>
      </w:r>
      <w:r>
        <w:rPr>
          <w:b w:val="0"/>
          <w:i w:val="0"/>
        </w:rPr>
        <w:t>❸         self.bullets.add(new_bullet)</w:t>
      </w:r>
      <w:r>
        <w:br/>
      </w:r>
      <w:r>
        <w:br/>
      </w:r>
      <w:r>
        <w:rPr>
          <w:b w:val="0"/>
          <w:i w:val="0"/>
        </w:rPr>
        <w:t xml:space="preserve">    def _update_screen(self):</w:t>
      </w:r>
      <w:r>
        <w:br/>
      </w:r>
      <w:r>
        <w:rPr>
          <w:b w:val="0"/>
          <w:i w:val="0"/>
        </w:rPr>
        <w:t xml:space="preserve">        """Update images on the screen, and flip to the new screen."""</w:t>
      </w:r>
      <w:r>
        <w:br/>
      </w:r>
      <w:r>
        <w:rPr>
          <w:b w:val="0"/>
          <w:i w:val="0"/>
        </w:rPr>
        <w:t xml:space="preserve">        self.screen.fill(self.settings.bg_color)</w:t>
      </w:r>
      <w:r>
        <w:br/>
      </w:r>
      <w:r>
        <w:rPr>
          <w:b w:val="0"/>
          <w:i w:val="0"/>
        </w:rPr>
        <w:t>❹         for bullet in self.bullets.sprites():</w:t>
      </w:r>
      <w:r>
        <w:br/>
      </w:r>
      <w:r>
        <w:rPr>
          <w:b w:val="0"/>
          <w:i w:val="0"/>
        </w:rPr>
        <w:t xml:space="preserve">            bullet.draw_bullet()</w:t>
      </w:r>
      <w:r>
        <w:br/>
      </w:r>
      <w:r>
        <w:rPr>
          <w:b w:val="0"/>
          <w:i w:val="0"/>
        </w:rPr>
        <w:t xml:space="preserve">        self.ship.blitme()</w:t>
      </w:r>
      <w:r>
        <w:br/>
      </w:r>
      <w:r>
        <w:br/>
      </w:r>
      <w:r>
        <w:rPr>
          <w:b w:val="0"/>
          <w:i w:val="0"/>
        </w:rPr>
        <w:t xml:space="preserve">        pygame.display.flip()</w:t>
      </w:r>
      <w:r>
        <w:br/>
      </w:r>
      <w:r>
        <w:rPr>
          <w:b w:val="0"/>
          <w:i/>
        </w:rPr>
        <w:t>--snip--</w:t>
      </w:r>
    </w:p>
    <w:p>
      <w:pPr>
        <w:spacing w:after="80"/>
      </w:pPr>
      <w:r>
        <w:rPr>
          <w:b w:val="0"/>
          <w:i w:val="0"/>
        </w:rPr>
        <w:t xml:space="preserve">Chúng ta gọi </w:t>
      </w:r>
      <w:r>
        <w:rPr>
          <w:rFonts w:ascii="Consolas" w:hAnsi="Consolas"/>
          <w:b w:val="0"/>
          <w:i w:val="0"/>
          <w:sz w:val="20"/>
        </w:rPr>
        <w:t>_fire_bullet()</w:t>
      </w:r>
      <w:r>
        <w:rPr>
          <w:b w:val="0"/>
          <w:i w:val="0"/>
        </w:rPr>
        <w:t xml:space="preserve"> khi phím cách được nhấn ❶. Trong </w:t>
      </w:r>
      <w:r>
        <w:rPr>
          <w:rFonts w:ascii="Consolas" w:hAnsi="Consolas"/>
          <w:b w:val="0"/>
          <w:i w:val="0"/>
          <w:sz w:val="20"/>
        </w:rPr>
        <w:t>_fire_bullet()</w:t>
      </w:r>
      <w:r>
        <w:rPr>
          <w:b w:val="0"/>
          <w:i w:val="0"/>
        </w:rPr>
        <w:t xml:space="preserve">, chúng ta tạo một thể hiện (instance) của </w:t>
      </w:r>
      <w:r>
        <w:rPr>
          <w:rFonts w:ascii="Consolas" w:hAnsi="Consolas"/>
          <w:b w:val="0"/>
          <w:i w:val="0"/>
          <w:sz w:val="20"/>
        </w:rPr>
        <w:t>Bullet</w:t>
      </w:r>
      <w:r>
        <w:rPr>
          <w:b w:val="0"/>
          <w:i w:val="0"/>
        </w:rPr>
        <w:t xml:space="preserve"> và đặt tên nó là </w:t>
      </w:r>
      <w:r>
        <w:rPr>
          <w:rFonts w:ascii="Consolas" w:hAnsi="Consolas"/>
          <w:b w:val="0"/>
          <w:i w:val="0"/>
          <w:sz w:val="20"/>
        </w:rPr>
        <w:t>new_bullet</w:t>
      </w:r>
      <w:r>
        <w:rPr>
          <w:b w:val="0"/>
          <w:i w:val="0"/>
        </w:rPr>
        <w:t xml:space="preserve"> ❷. Sau đó chúng ta thêm nó vào nhóm </w:t>
      </w:r>
      <w:r>
        <w:rPr>
          <w:rFonts w:ascii="Consolas" w:hAnsi="Consolas"/>
          <w:b w:val="0"/>
          <w:i w:val="0"/>
          <w:sz w:val="20"/>
        </w:rPr>
        <w:t>bullets</w:t>
      </w:r>
      <w:r>
        <w:rPr>
          <w:b w:val="0"/>
          <w:i w:val="0"/>
        </w:rPr>
        <w:t xml:space="preserve"> bằng phương thức </w:t>
      </w:r>
      <w:r>
        <w:rPr>
          <w:rFonts w:ascii="Consolas" w:hAnsi="Consolas"/>
          <w:b w:val="0"/>
          <w:i w:val="0"/>
          <w:sz w:val="20"/>
        </w:rPr>
        <w:t>add()</w:t>
      </w:r>
      <w:r>
        <w:rPr>
          <w:b w:val="0"/>
          <w:i w:val="0"/>
        </w:rPr>
        <w:t xml:space="preserve"> ❸. Phương thức </w:t>
      </w:r>
      <w:r>
        <w:rPr>
          <w:rFonts w:ascii="Consolas" w:hAnsi="Consolas"/>
          <w:b w:val="0"/>
          <w:i w:val="0"/>
          <w:sz w:val="20"/>
        </w:rPr>
        <w:t>add()</w:t>
      </w:r>
      <w:r>
        <w:rPr>
          <w:b w:val="0"/>
          <w:i w:val="0"/>
        </w:rPr>
        <w:t xml:space="preserve"> tương tự như </w:t>
      </w:r>
      <w:r>
        <w:rPr>
          <w:rFonts w:ascii="Consolas" w:hAnsi="Consolas"/>
          <w:b w:val="0"/>
          <w:i w:val="0"/>
          <w:sz w:val="20"/>
        </w:rPr>
        <w:t>append()</w:t>
      </w:r>
      <w:r>
        <w:rPr>
          <w:b w:val="0"/>
          <w:i w:val="0"/>
        </w:rPr>
        <w:t>, nhưng nó được viết riêng cho các nhóm (group) của Pygame.</w:t>
      </w:r>
    </w:p>
    <w:p>
      <w:pPr>
        <w:spacing w:after="80"/>
      </w:pPr>
      <w:r>
        <w:rPr>
          <w:b w:val="0"/>
          <w:i w:val="0"/>
        </w:rPr>
        <w:t xml:space="preserve">Phương thức </w:t>
      </w:r>
      <w:r>
        <w:rPr>
          <w:rFonts w:ascii="Consolas" w:hAnsi="Consolas"/>
          <w:b w:val="0"/>
          <w:i w:val="0"/>
          <w:sz w:val="20"/>
        </w:rPr>
        <w:t>bullets.sprites()</w:t>
      </w:r>
      <w:r>
        <w:rPr>
          <w:b w:val="0"/>
          <w:i w:val="0"/>
        </w:rPr>
        <w:t xml:space="preserve"> trả về một danh sách tất cả các sprite trong nhóm </w:t>
      </w:r>
      <w:r>
        <w:rPr>
          <w:rFonts w:ascii="Consolas" w:hAnsi="Consolas"/>
          <w:b w:val="0"/>
          <w:i w:val="0"/>
          <w:sz w:val="20"/>
        </w:rPr>
        <w:t>bullets</w:t>
      </w:r>
      <w:r>
        <w:rPr>
          <w:b w:val="0"/>
          <w:i w:val="0"/>
        </w:rPr>
        <w:t xml:space="preserve">. Để vẽ tất cả đạn đã bắn lên màn hình, chúng ta lặp qua các sprite trong </w:t>
      </w:r>
      <w:r>
        <w:rPr>
          <w:rFonts w:ascii="Consolas" w:hAnsi="Consolas"/>
          <w:b w:val="0"/>
          <w:i w:val="0"/>
          <w:sz w:val="20"/>
        </w:rPr>
        <w:t>bullets</w:t>
      </w:r>
      <w:r>
        <w:rPr>
          <w:b w:val="0"/>
          <w:i w:val="0"/>
        </w:rPr>
        <w:t xml:space="preserve"> và gọi </w:t>
      </w:r>
      <w:r>
        <w:rPr>
          <w:rFonts w:ascii="Consolas" w:hAnsi="Consolas"/>
          <w:b w:val="0"/>
          <w:i w:val="0"/>
          <w:sz w:val="20"/>
        </w:rPr>
        <w:t>draw_bullet()</w:t>
      </w:r>
      <w:r>
        <w:rPr>
          <w:b w:val="0"/>
          <w:i w:val="0"/>
        </w:rPr>
        <w:t xml:space="preserve"> trên từng cái ❹. Chúng ta đặt vòng lặp này trước dòng vẽ tàu, để đạn không bắt đầu nằm đè lên tàu.</w:t>
      </w:r>
    </w:p>
    <w:p>
      <w:pPr>
        <w:spacing w:after="80"/>
      </w:pPr>
      <w:r>
        <w:rPr>
          <w:b w:val="0"/>
          <w:i w:val="0"/>
        </w:rPr>
        <w:t xml:space="preserve">Khi bạn chạy </w:t>
      </w:r>
      <w:r>
        <w:rPr>
          <w:b w:val="0"/>
          <w:i/>
        </w:rPr>
        <w:t>alien_invasion.py</w:t>
      </w:r>
      <w:r>
        <w:rPr>
          <w:b w:val="0"/>
          <w:i w:val="0"/>
        </w:rPr>
        <w:t xml:space="preserve"> bây giờ, bạn sẽ có thể di chuyển tàu sang phải và sang trái và bắn bao nhiêu đạn tùy thích. Đạn bay lên màn hình và biến mất khi chạm đến đỉnh, như thể hiện trong Hình 12-3. Bạn có thể thay đổi kích thước, màu sắc và tốc độ của đạn trong </w:t>
      </w:r>
      <w:r>
        <w:rPr>
          <w:b w:val="0"/>
          <w:i/>
        </w:rPr>
        <w:t>settings.py</w:t>
      </w:r>
      <w:r>
        <w:rPr>
          <w:b w:val="0"/>
          <w:i w:val="0"/>
        </w:rPr>
        <w:t>.</w:t>
      </w:r>
    </w:p>
    <w:p>
      <w:pPr>
        <w:jc w:val="center"/>
      </w:pPr>
      <w:r>
        <w:drawing>
          <wp:inline xmlns:a="http://schemas.openxmlformats.org/drawingml/2006/main" xmlns:pic="http://schemas.openxmlformats.org/drawingml/2006/picture">
            <wp:extent cx="5486400" cy="3784686"/>
            <wp:docPr id="20" name="Picture 20"/>
            <wp:cNvGraphicFramePr>
              <a:graphicFrameLocks noChangeAspect="1"/>
            </wp:cNvGraphicFramePr>
            <a:graphic>
              <a:graphicData uri="http://schemas.openxmlformats.org/drawingml/2006/picture">
                <pic:pic>
                  <pic:nvPicPr>
                    <pic:cNvPr id="0" name="image_rsrcBHK.jpg"/>
                    <pic:cNvPicPr/>
                  </pic:nvPicPr>
                  <pic:blipFill>
                    <a:blip r:embed="rId16"/>
                    <a:stretch>
                      <a:fillRect/>
                    </a:stretch>
                  </pic:blipFill>
                  <pic:spPr>
                    <a:xfrm>
                      <a:off x="0" y="0"/>
                      <a:ext cx="5486400" cy="3784686"/>
                    </a:xfrm>
                    <a:prstGeom prst="rect"/>
                  </pic:spPr>
                </pic:pic>
              </a:graphicData>
            </a:graphic>
          </wp:inline>
        </w:drawing>
      </w:r>
    </w:p>
    <w:p>
      <w:pPr>
        <w:spacing w:after="80"/>
      </w:pPr>
      <w:r>
        <w:rPr>
          <w:b w:val="0"/>
          <w:i w:val="0"/>
        </w:rPr>
        <w:t>Hình 12-3: Tàu sau khi bắn một loạt đạn</w:t>
      </w:r>
    </w:p>
    <w:p>
      <w:pPr>
        <w:pStyle w:val="Heading3"/>
      </w:pPr>
      <w:r>
        <w:rPr>
          <w:rFonts w:ascii="Calibri" w:hAnsi="Calibri"/>
          <w:b/>
          <w:i w:val="0"/>
          <w:sz w:val="27"/>
        </w:rPr>
        <w:t>Xóa những viên đạn cũ</w:t>
      </w:r>
    </w:p>
    <w:p>
      <w:pPr>
        <w:spacing w:after="80"/>
      </w:pPr>
      <w:r>
        <w:rPr>
          <w:b w:val="0"/>
          <w:i w:val="0"/>
        </w:rPr>
        <w:t xml:space="preserve">Hiện tại, đạn biến mất khi chạm đến đỉnh, nhưng chỉ vì Pygame không thể vẽ chúng phía trên đỉnh màn hình. Thực ra đạn vẫn tiếp tục tồn tại; giá trị tọa độ </w:t>
      </w:r>
      <w:r>
        <w:rPr>
          <w:b w:val="0"/>
          <w:i/>
        </w:rPr>
        <w:t>y</w:t>
      </w:r>
      <w:r>
        <w:rPr>
          <w:b w:val="0"/>
          <w:i w:val="0"/>
        </w:rPr>
        <w:t xml:space="preserve"> của chúng chỉ ngày càng âm hơn. Đây là một vấn đề vì chúng tiếp tục tiêu tốn bộ nhớ và sức mạnh xử lý.</w:t>
      </w:r>
    </w:p>
    <w:p>
      <w:pPr>
        <w:spacing w:after="80"/>
      </w:pPr>
      <w:r>
        <w:rPr>
          <w:b w:val="0"/>
          <w:i w:val="0"/>
        </w:rPr>
        <w:t xml:space="preserve">Chúng ta cần loại bỏ những viên đạn cũ này, nếu không trò chơi sẽ chậm đi vì phải làm quá nhiều việc không cần thiết. Để làm điều này, chúng ta cần phát hiện khi giá trị </w:t>
      </w:r>
      <w:r>
        <w:rPr>
          <w:rFonts w:ascii="Consolas" w:hAnsi="Consolas"/>
          <w:b w:val="0"/>
          <w:i w:val="0"/>
          <w:sz w:val="20"/>
        </w:rPr>
        <w:t>bottom</w:t>
      </w:r>
      <w:r>
        <w:rPr>
          <w:b w:val="0"/>
          <w:i w:val="0"/>
        </w:rPr>
        <w:t xml:space="preserve"> của </w:t>
      </w:r>
      <w:r>
        <w:rPr>
          <w:rFonts w:ascii="Consolas" w:hAnsi="Consolas"/>
          <w:b w:val="0"/>
          <w:i w:val="0"/>
          <w:sz w:val="20"/>
        </w:rPr>
        <w:t>rect</w:t>
      </w:r>
      <w:r>
        <w:rPr>
          <w:b w:val="0"/>
          <w:i w:val="0"/>
        </w:rPr>
        <w:t xml:space="preserve"> của một viên đạn có giá trị bằng 0, điều này cho biết viên đạn đã vượt qua đỉnh màn hình:</w:t>
      </w:r>
    </w:p>
    <w:p>
      <w:pPr>
        <w:spacing w:after="80"/>
      </w:pPr>
      <w:r>
        <w:rPr>
          <w:b w:val="0"/>
          <w:i w:val="0"/>
        </w:rPr>
        <w:t>alien_invasion.py</w:t>
      </w:r>
    </w:p>
    <w:p>
      <w:pPr>
        <w:spacing w:after="80"/>
      </w:pPr>
      <w:r>
        <w:rPr>
          <w:b w:val="0"/>
          <w:i w:val="0"/>
        </w:rPr>
        <w:t>def run_game(self):</w:t>
      </w:r>
      <w:r>
        <w:br/>
      </w:r>
      <w:r>
        <w:rPr>
          <w:b w:val="0"/>
          <w:i w:val="0"/>
        </w:rPr>
        <w:t xml:space="preserve">        """Start the main loop for the game."""</w:t>
      </w:r>
      <w:r>
        <w:br/>
      </w:r>
      <w:r>
        <w:rPr>
          <w:b w:val="0"/>
          <w:i w:val="0"/>
        </w:rPr>
        <w:t xml:space="preserve">        while True:</w:t>
      </w:r>
      <w:r>
        <w:br/>
      </w:r>
      <w:r>
        <w:rPr>
          <w:b w:val="0"/>
          <w:i w:val="0"/>
        </w:rPr>
        <w:t xml:space="preserve">            self._check_events()</w:t>
      </w:r>
      <w:r>
        <w:br/>
      </w:r>
      <w:r>
        <w:rPr>
          <w:b w:val="0"/>
          <w:i w:val="0"/>
        </w:rPr>
        <w:t xml:space="preserve">            self.ship.update()</w:t>
      </w:r>
      <w:r>
        <w:br/>
      </w:r>
      <w:r>
        <w:rPr>
          <w:b w:val="0"/>
          <w:i w:val="0"/>
        </w:rPr>
        <w:t xml:space="preserve">            self.bullets.update()</w:t>
      </w:r>
      <w:r>
        <w:br/>
      </w:r>
      <w:r>
        <w:br/>
      </w:r>
      <w:r>
        <w:rPr>
          <w:b w:val="0"/>
          <w:i w:val="0"/>
        </w:rPr>
        <w:t xml:space="preserve">            # Get rid of bullets that have disappeared.</w:t>
      </w:r>
      <w:r>
        <w:br/>
      </w:r>
      <w:r>
        <w:rPr>
          <w:b w:val="0"/>
          <w:i w:val="0"/>
        </w:rPr>
        <w:t>❶             for bullet in self.bullets.copy():</w:t>
      </w:r>
      <w:r>
        <w:br/>
      </w:r>
      <w:r>
        <w:rPr>
          <w:b w:val="0"/>
          <w:i w:val="0"/>
        </w:rPr>
        <w:t>❷                 if bullet.rect.bottom &lt;= 0:</w:t>
      </w:r>
      <w:r>
        <w:br/>
      </w:r>
      <w:r>
        <w:rPr>
          <w:b w:val="0"/>
          <w:i w:val="0"/>
        </w:rPr>
        <w:t>❸                     self.bullets.remove(bullet)</w:t>
      </w:r>
      <w:r>
        <w:br/>
      </w:r>
      <w:r>
        <w:rPr>
          <w:b w:val="0"/>
          <w:i w:val="0"/>
        </w:rPr>
        <w:t>❹             print(len(self.bullets))</w:t>
      </w:r>
      <w:r>
        <w:br/>
      </w:r>
      <w:r>
        <w:br/>
      </w:r>
      <w:r>
        <w:rPr>
          <w:b w:val="0"/>
          <w:i w:val="0"/>
        </w:rPr>
        <w:t xml:space="preserve">            self._update_screen()</w:t>
      </w:r>
      <w:r>
        <w:br/>
      </w:r>
      <w:r>
        <w:rPr>
          <w:b w:val="0"/>
          <w:i w:val="0"/>
        </w:rPr>
        <w:t xml:space="preserve">            self.clock.tick(60)</w:t>
      </w:r>
    </w:p>
    <w:p>
      <w:pPr>
        <w:spacing w:after="80"/>
      </w:pPr>
      <w:r>
        <w:rPr>
          <w:b w:val="0"/>
          <w:i w:val="0"/>
        </w:rPr>
        <w:t xml:space="preserve">Khi bạn dùng vòng lặp </w:t>
      </w:r>
      <w:r>
        <w:rPr>
          <w:rFonts w:ascii="Consolas" w:hAnsi="Consolas"/>
          <w:b w:val="0"/>
          <w:i w:val="0"/>
          <w:sz w:val="20"/>
        </w:rPr>
        <w:t>for</w:t>
      </w:r>
      <w:r>
        <w:rPr>
          <w:b w:val="0"/>
          <w:i w:val="0"/>
        </w:rPr>
        <w:t xml:space="preserve"> với một danh sách (hoặc một nhóm trong Pygame), Python mong đợi rằng danh sách sẽ giữ nguyên độ dài trong suốt thời gian vòng lặp chạy. Điều đó có nghĩa là bạn không thể xóa các mục khỏi danh sách hoặc nhóm bên trong vòng lặp </w:t>
      </w:r>
      <w:r>
        <w:rPr>
          <w:rFonts w:ascii="Consolas" w:hAnsi="Consolas"/>
          <w:b w:val="0"/>
          <w:i w:val="0"/>
          <w:sz w:val="20"/>
        </w:rPr>
        <w:t>for</w:t>
      </w:r>
      <w:r>
        <w:rPr>
          <w:b w:val="0"/>
          <w:i w:val="0"/>
        </w:rPr>
        <w:t xml:space="preserve">, nên chúng ta phải lặp qua một bản sao của nhóm. Chúng ta dùng phương thức </w:t>
      </w:r>
      <w:r>
        <w:rPr>
          <w:rFonts w:ascii="Consolas" w:hAnsi="Consolas"/>
          <w:b w:val="0"/>
          <w:i w:val="0"/>
          <w:sz w:val="20"/>
        </w:rPr>
        <w:t>copy()</w:t>
      </w:r>
      <w:r>
        <w:rPr>
          <w:b w:val="0"/>
          <w:i w:val="0"/>
        </w:rPr>
        <w:t xml:space="preserve"> để thiết lập vòng lặp </w:t>
      </w:r>
      <w:r>
        <w:rPr>
          <w:rFonts w:ascii="Consolas" w:hAnsi="Consolas"/>
          <w:b w:val="0"/>
          <w:i w:val="0"/>
          <w:sz w:val="20"/>
        </w:rPr>
        <w:t>for</w:t>
      </w:r>
      <w:r>
        <w:rPr>
          <w:b w:val="0"/>
          <w:i w:val="0"/>
        </w:rPr>
        <w:t xml:space="preserve"> ❶, điều này cho phép chúng ta thoải mái sửa đổi nhóm </w:t>
      </w:r>
      <w:r>
        <w:rPr>
          <w:rFonts w:ascii="Consolas" w:hAnsi="Consolas"/>
          <w:b w:val="0"/>
          <w:i w:val="0"/>
          <w:sz w:val="20"/>
        </w:rPr>
        <w:t>bullets</w:t>
      </w:r>
      <w:r>
        <w:rPr>
          <w:b w:val="0"/>
          <w:i w:val="0"/>
        </w:rPr>
        <w:t xml:space="preserve"> gốc bên trong vòng lặp. Chúng ta kiểm tra từng viên đạn để xem liệu nó đã biến mất khỏi đỉnh màn hình chưa ❷. Nếu rồi, chúng ta xóa nó khỏi </w:t>
      </w:r>
      <w:r>
        <w:rPr>
          <w:rFonts w:ascii="Consolas" w:hAnsi="Consolas"/>
          <w:b w:val="0"/>
          <w:i w:val="0"/>
          <w:sz w:val="20"/>
        </w:rPr>
        <w:t>bullets</w:t>
      </w:r>
      <w:r>
        <w:rPr>
          <w:b w:val="0"/>
          <w:i w:val="0"/>
        </w:rPr>
        <w:t xml:space="preserve"> ❸. Chúng ta chèn một lệnh gọi </w:t>
      </w:r>
      <w:r>
        <w:rPr>
          <w:rFonts w:ascii="Consolas" w:hAnsi="Consolas"/>
          <w:b w:val="0"/>
          <w:i w:val="0"/>
          <w:sz w:val="20"/>
        </w:rPr>
        <w:t>print()</w:t>
      </w:r>
      <w:r>
        <w:rPr>
          <w:b w:val="0"/>
          <w:i w:val="0"/>
        </w:rPr>
        <w:t xml:space="preserve"> để hiển thị hiện tại có bao nhiêu viên đạn tồn tại trong trò chơi và xác minh rằng chúng đang bị xóa khi chạm đến đỉnh màn hình ❹.</w:t>
      </w:r>
    </w:p>
    <w:p>
      <w:pPr>
        <w:spacing w:after="80"/>
      </w:pPr>
      <w:r>
        <w:rPr>
          <w:b w:val="0"/>
          <w:i w:val="0"/>
        </w:rPr>
        <w:t xml:space="preserve">Nếu đoạn mã này hoạt động đúng, chúng ta có thể xem kết quả trên terminal trong khi bắn đạn và thấy rằng số lượng đạn giảm xuống 0 sau khi mỗi loạt đạn đã vượt qua đỉnh màn hình. Sau khi bạn chạy trò chơi và xác minh rằng đạn đang được xóa đúng cách, hãy xóa lệnh gọi </w:t>
      </w:r>
      <w:r>
        <w:rPr>
          <w:rFonts w:ascii="Consolas" w:hAnsi="Consolas"/>
          <w:b w:val="0"/>
          <w:i w:val="0"/>
          <w:sz w:val="20"/>
        </w:rPr>
        <w:t>print()</w:t>
      </w:r>
      <w:r>
        <w:rPr>
          <w:b w:val="0"/>
          <w:i w:val="0"/>
        </w:rPr>
        <w:t xml:space="preserve"> đi. Nếu bạn để nó lại, trò chơi sẽ chậm đi đáng kể vì việc ghi kết quả ra terminal tốn nhiều thời gian hơn so với việc vẽ đồ họa lên cửa sổ trò chơi.</w:t>
      </w:r>
    </w:p>
    <w:p>
      <w:pPr>
        <w:pStyle w:val="Heading3"/>
      </w:pPr>
      <w:r>
        <w:rPr>
          <w:rFonts w:ascii="Calibri" w:hAnsi="Calibri"/>
          <w:b/>
          <w:i w:val="0"/>
          <w:sz w:val="27"/>
        </w:rPr>
        <w:t>Giới hạn số lượng đạn</w:t>
      </w:r>
    </w:p>
    <w:p>
      <w:pPr>
        <w:spacing w:after="80"/>
      </w:pPr>
      <w:r>
        <w:rPr>
          <w:b w:val="0"/>
          <w:i w:val="0"/>
        </w:rPr>
        <w:t xml:space="preserve">Nhiều game bắn súng giới hạn số lượng đạn mà người chơi có thể có trên màn hình cùng một lúc; làm vậy sẽ khuyến khích người chơi bắn chính xác hơn. Chúng ta cũng sẽ làm điều tương tự trong </w:t>
      </w:r>
      <w:r>
        <w:rPr>
          <w:b w:val="0"/>
          <w:i/>
        </w:rPr>
        <w:t>Alien Invasion</w:t>
      </w:r>
      <w:r>
        <w:rPr>
          <w:b w:val="0"/>
          <w:i w:val="0"/>
        </w:rPr>
        <w:t>.</w:t>
      </w:r>
    </w:p>
    <w:p>
      <w:pPr>
        <w:spacing w:after="80"/>
      </w:pPr>
      <w:r>
        <w:rPr>
          <w:b w:val="0"/>
          <w:i w:val="0"/>
        </w:rPr>
        <w:t xml:space="preserve">Đầu tiên, lưu số lượng đạn được phép vào </w:t>
      </w:r>
      <w:r>
        <w:rPr>
          <w:b w:val="0"/>
          <w:i/>
        </w:rPr>
        <w:t>settings.py</w:t>
      </w:r>
      <w:r>
        <w:rPr>
          <w:b w:val="0"/>
          <w:i w:val="0"/>
        </w:rPr>
        <w:t>:</w:t>
      </w:r>
    </w:p>
    <w:p>
      <w:pPr>
        <w:spacing w:after="80"/>
      </w:pPr>
      <w:r>
        <w:rPr>
          <w:b w:val="0"/>
          <w:i w:val="0"/>
        </w:rPr>
        <w:t>settings.py</w:t>
      </w:r>
    </w:p>
    <w:p>
      <w:pPr>
        <w:spacing w:after="80"/>
      </w:pPr>
      <w:r>
        <w:rPr>
          <w:b w:val="0"/>
          <w:i w:val="0"/>
        </w:rPr>
        <w:t># Bullet settings</w:t>
      </w:r>
      <w:r>
        <w:br/>
      </w:r>
      <w:r>
        <w:rPr>
          <w:b w:val="0"/>
          <w:i w:val="0"/>
        </w:rPr>
        <w:t xml:space="preserve">        </w:t>
      </w:r>
      <w:r>
        <w:rPr>
          <w:b w:val="0"/>
          <w:i/>
        </w:rPr>
        <w:t>--snip--</w:t>
      </w:r>
      <w:r>
        <w:br/>
      </w:r>
      <w:r>
        <w:rPr>
          <w:b w:val="0"/>
          <w:i w:val="0"/>
        </w:rPr>
        <w:t xml:space="preserve">        self.bullet_color = (60, 60, 60)</w:t>
      </w:r>
      <w:r>
        <w:br/>
      </w:r>
      <w:r>
        <w:rPr>
          <w:b w:val="0"/>
          <w:i w:val="0"/>
        </w:rPr>
        <w:t xml:space="preserve">        self.bullets_allowed = 3</w:t>
      </w:r>
    </w:p>
    <w:p>
      <w:pPr>
        <w:spacing w:after="80"/>
      </w:pPr>
      <w:r>
        <w:rPr>
          <w:b w:val="0"/>
          <w:i w:val="0"/>
        </w:rPr>
        <w:t xml:space="preserve">Điều này giới hạn người chơi chỉ có ba viên đạn cùng một lúc. Chúng ta sẽ dùng thiết lập này trong </w:t>
      </w:r>
      <w:r>
        <w:rPr>
          <w:rFonts w:ascii="Consolas" w:hAnsi="Consolas"/>
          <w:b w:val="0"/>
          <w:i w:val="0"/>
          <w:sz w:val="20"/>
        </w:rPr>
        <w:t>AlienInvasion</w:t>
      </w:r>
      <w:r>
        <w:rPr>
          <w:b w:val="0"/>
          <w:i w:val="0"/>
        </w:rPr>
        <w:t xml:space="preserve"> để kiểm tra xem có bao nhiêu viên đạn đang tồn tại trước khi tạo một viên đạn mới trong </w:t>
      </w:r>
      <w:r>
        <w:rPr>
          <w:rFonts w:ascii="Consolas" w:hAnsi="Consolas"/>
          <w:b w:val="0"/>
          <w:i w:val="0"/>
          <w:sz w:val="20"/>
        </w:rPr>
        <w:t>_fire_bullet()</w:t>
      </w:r>
      <w:r>
        <w:rPr>
          <w:b w:val="0"/>
          <w:i w:val="0"/>
        </w:rPr>
        <w:t>:</w:t>
      </w:r>
    </w:p>
    <w:p>
      <w:pPr>
        <w:spacing w:after="80"/>
      </w:pPr>
      <w:r>
        <w:rPr>
          <w:b w:val="0"/>
          <w:i w:val="0"/>
        </w:rPr>
        <w:t>alien_invasion.py</w:t>
      </w:r>
    </w:p>
    <w:p>
      <w:pPr>
        <w:spacing w:after="80"/>
      </w:pPr>
      <w:r>
        <w:rPr>
          <w:b w:val="0"/>
          <w:i w:val="0"/>
        </w:rPr>
        <w:t>def _fire_bullet(self):</w:t>
      </w:r>
      <w:r>
        <w:br/>
      </w:r>
      <w:r>
        <w:rPr>
          <w:b w:val="0"/>
          <w:i w:val="0"/>
        </w:rPr>
        <w:t xml:space="preserve">        """Create a new bullet and add it to the bullets group."""</w:t>
      </w:r>
      <w:r>
        <w:br/>
      </w:r>
      <w:r>
        <w:rPr>
          <w:b w:val="0"/>
          <w:i w:val="0"/>
        </w:rPr>
        <w:t xml:space="preserve">        if len(self.bullets) &lt; self.settings.bullets_allowed:</w:t>
      </w:r>
      <w:r>
        <w:br/>
      </w:r>
      <w:r>
        <w:rPr>
          <w:b w:val="0"/>
          <w:i w:val="0"/>
        </w:rPr>
        <w:t xml:space="preserve">            new_bullet = Bullet(self)</w:t>
      </w:r>
      <w:r>
        <w:br/>
      </w:r>
      <w:r>
        <w:rPr>
          <w:b w:val="0"/>
          <w:i w:val="0"/>
        </w:rPr>
        <w:t xml:space="preserve">            self.bullets.add(new_bullet)</w:t>
      </w:r>
    </w:p>
    <w:p>
      <w:pPr>
        <w:spacing w:after="80"/>
      </w:pPr>
      <w:r>
        <w:rPr>
          <w:b w:val="0"/>
          <w:i w:val="0"/>
        </w:rPr>
        <w:t xml:space="preserve">Khi người chơi nhấn phím cách, chúng ta kiểm tra độ dài của </w:t>
      </w:r>
      <w:r>
        <w:rPr>
          <w:rFonts w:ascii="Consolas" w:hAnsi="Consolas"/>
          <w:b w:val="0"/>
          <w:i w:val="0"/>
          <w:sz w:val="20"/>
        </w:rPr>
        <w:t>bullets</w:t>
      </w:r>
      <w:r>
        <w:rPr>
          <w:b w:val="0"/>
          <w:i w:val="0"/>
        </w:rPr>
        <w:t xml:space="preserve">. Nếu </w:t>
      </w:r>
      <w:r>
        <w:rPr>
          <w:rFonts w:ascii="Consolas" w:hAnsi="Consolas"/>
          <w:b w:val="0"/>
          <w:i w:val="0"/>
          <w:sz w:val="20"/>
        </w:rPr>
        <w:t>len(self.bullets)</w:t>
      </w:r>
      <w:r>
        <w:rPr>
          <w:b w:val="0"/>
          <w:i w:val="0"/>
        </w:rPr>
        <w:t xml:space="preserve"> nhỏ hơn ba, chúng ta tạo một viên đạn mới. Nhưng nếu đã có ba viên đạn đang hoạt động, thì không có gì xảy ra khi nhấn phím cách. Khi bạn chạy game bây giờ, bạn chỉ có thể bắn đạn theo từng nhóm ba viên.</w:t>
      </w:r>
    </w:p>
    <w:p>
      <w:pPr>
        <w:pStyle w:val="Heading3"/>
      </w:pPr>
      <w:r>
        <w:rPr>
          <w:rFonts w:ascii="Calibri" w:hAnsi="Calibri"/>
          <w:b/>
          <w:i w:val="0"/>
          <w:sz w:val="27"/>
        </w:rPr>
        <w:t>Tạo phương thức _update_bullets()</w:t>
      </w:r>
    </w:p>
    <w:p>
      <w:pPr>
        <w:spacing w:after="80"/>
      </w:pPr>
      <w:r>
        <w:rPr>
          <w:b w:val="0"/>
          <w:i w:val="0"/>
        </w:rPr>
        <w:t xml:space="preserve">Chúng ta muốn giữ lớp </w:t>
      </w:r>
      <w:r>
        <w:rPr>
          <w:rFonts w:ascii="Consolas" w:hAnsi="Consolas"/>
          <w:b w:val="0"/>
          <w:i w:val="0"/>
          <w:sz w:val="20"/>
        </w:rPr>
        <w:t>AlienInvasion</w:t>
      </w:r>
      <w:r>
        <w:rPr>
          <w:b w:val="0"/>
          <w:i w:val="0"/>
        </w:rPr>
        <w:t xml:space="preserve"> được tổ chức hợp lý, nên giờ đây khi đã viết và kiểm tra xong phần mã quản lý đạn, chúng ta có thể chuyển nó sang một phương thức riêng. Chúng ta sẽ tạo một phương thức mới tên là </w:t>
      </w:r>
      <w:r>
        <w:rPr>
          <w:rFonts w:ascii="Consolas" w:hAnsi="Consolas"/>
          <w:b w:val="0"/>
          <w:i w:val="0"/>
          <w:sz w:val="20"/>
        </w:rPr>
        <w:t>_update_bullets()</w:t>
      </w:r>
      <w:r>
        <w:rPr>
          <w:b w:val="0"/>
          <w:i w:val="0"/>
        </w:rPr>
        <w:t xml:space="preserve"> và thêm nó ngay trước </w:t>
      </w:r>
      <w:r>
        <w:rPr>
          <w:rFonts w:ascii="Consolas" w:hAnsi="Consolas"/>
          <w:b w:val="0"/>
          <w:i w:val="0"/>
          <w:sz w:val="20"/>
        </w:rPr>
        <w:t>_update_screen()</w:t>
      </w:r>
      <w:r>
        <w:rPr>
          <w:b w:val="0"/>
          <w:i w:val="0"/>
        </w:rPr>
        <w:t>:</w:t>
      </w:r>
    </w:p>
    <w:p>
      <w:pPr>
        <w:spacing w:after="80"/>
      </w:pPr>
      <w:r>
        <w:rPr>
          <w:b w:val="0"/>
          <w:i w:val="0"/>
        </w:rPr>
        <w:t>alien_invasion.py</w:t>
      </w:r>
    </w:p>
    <w:p>
      <w:pPr>
        <w:spacing w:after="80"/>
      </w:pPr>
      <w:r>
        <w:rPr>
          <w:b w:val="0"/>
          <w:i w:val="0"/>
        </w:rPr>
        <w:t>def _update_bullets(self):</w:t>
      </w:r>
      <w:r>
        <w:br/>
      </w:r>
      <w:r>
        <w:rPr>
          <w:b w:val="0"/>
          <w:i w:val="0"/>
        </w:rPr>
        <w:t xml:space="preserve">        """Update position of bullets and get rid of old bullets."""</w:t>
      </w:r>
      <w:r>
        <w:br/>
      </w:r>
      <w:r>
        <w:rPr>
          <w:b w:val="0"/>
          <w:i w:val="0"/>
        </w:rPr>
        <w:t xml:space="preserve">        # Update bullet positions.</w:t>
      </w:r>
      <w:r>
        <w:br/>
      </w:r>
      <w:r>
        <w:rPr>
          <w:b w:val="0"/>
          <w:i w:val="0"/>
        </w:rPr>
        <w:t xml:space="preserve">        self.bullets.update()</w:t>
      </w:r>
      <w:r>
        <w:br/>
      </w:r>
      <w:r>
        <w:br/>
      </w:r>
      <w:r>
        <w:rPr>
          <w:b w:val="0"/>
          <w:i w:val="0"/>
        </w:rPr>
        <w:t xml:space="preserve">        # Get rid of bullets that have disappeared.</w:t>
      </w:r>
      <w:r>
        <w:br/>
      </w:r>
      <w:r>
        <w:rPr>
          <w:b w:val="0"/>
          <w:i w:val="0"/>
        </w:rPr>
        <w:t xml:space="preserve">        for bullet in self.bullets.copy():</w:t>
      </w:r>
      <w:r>
        <w:br/>
      </w:r>
      <w:r>
        <w:rPr>
          <w:b w:val="0"/>
          <w:i w:val="0"/>
        </w:rPr>
        <w:t xml:space="preserve">            if bullet.rect.bottom &lt;= 0:</w:t>
      </w:r>
      <w:r>
        <w:br/>
      </w:r>
      <w:r>
        <w:rPr>
          <w:b w:val="0"/>
          <w:i w:val="0"/>
        </w:rPr>
        <w:t xml:space="preserve">                 self.bullets.remove(bullet)</w:t>
      </w:r>
    </w:p>
    <w:p>
      <w:pPr>
        <w:spacing w:after="80"/>
      </w:pPr>
      <w:r>
        <w:rPr>
          <w:b w:val="0"/>
          <w:i w:val="0"/>
        </w:rPr>
        <w:t xml:space="preserve">Mã của </w:t>
      </w:r>
      <w:r>
        <w:rPr>
          <w:rFonts w:ascii="Consolas" w:hAnsi="Consolas"/>
          <w:b w:val="0"/>
          <w:i w:val="0"/>
          <w:sz w:val="20"/>
        </w:rPr>
        <w:t>_update_bullets()</w:t>
      </w:r>
      <w:r>
        <w:rPr>
          <w:b w:val="0"/>
          <w:i w:val="0"/>
        </w:rPr>
        <w:t xml:space="preserve"> được cắt và dán từ </w:t>
      </w:r>
      <w:r>
        <w:rPr>
          <w:rFonts w:ascii="Consolas" w:hAnsi="Consolas"/>
          <w:b w:val="0"/>
          <w:i w:val="0"/>
          <w:sz w:val="20"/>
        </w:rPr>
        <w:t>run_game()</w:t>
      </w:r>
      <w:r>
        <w:rPr>
          <w:b w:val="0"/>
          <w:i w:val="0"/>
        </w:rPr>
        <w:t>; tất cả những gì chúng ta làm ở đây chỉ là làm rõ các chú thích.</w:t>
      </w:r>
    </w:p>
    <w:p>
      <w:pPr>
        <w:spacing w:after="80"/>
      </w:pPr>
      <w:r>
        <w:rPr>
          <w:b w:val="0"/>
          <w:i w:val="0"/>
        </w:rPr>
        <w:t xml:space="preserve">Vòng lặp </w:t>
      </w:r>
      <w:r>
        <w:rPr>
          <w:rFonts w:ascii="Consolas" w:hAnsi="Consolas"/>
          <w:b w:val="0"/>
          <w:i w:val="0"/>
          <w:sz w:val="20"/>
        </w:rPr>
        <w:t>while</w:t>
      </w:r>
      <w:r>
        <w:rPr>
          <w:b w:val="0"/>
          <w:i w:val="0"/>
        </w:rPr>
        <w:t xml:space="preserve"> trong </w:t>
      </w:r>
      <w:r>
        <w:rPr>
          <w:rFonts w:ascii="Consolas" w:hAnsi="Consolas"/>
          <w:b w:val="0"/>
          <w:i w:val="0"/>
          <w:sz w:val="20"/>
        </w:rPr>
        <w:t>run_game()</w:t>
      </w:r>
      <w:r>
        <w:rPr>
          <w:b w:val="0"/>
          <w:i w:val="0"/>
        </w:rPr>
        <w:t xml:space="preserve"> trông lại đơn giản rồi:</w:t>
      </w:r>
    </w:p>
    <w:p>
      <w:pPr>
        <w:spacing w:after="80"/>
      </w:pPr>
      <w:r>
        <w:rPr>
          <w:b w:val="0"/>
          <w:i w:val="0"/>
        </w:rPr>
        <w:t>alien_invasion.py</w:t>
      </w:r>
    </w:p>
    <w:p>
      <w:pPr>
        <w:spacing w:after="80"/>
      </w:pPr>
      <w:r>
        <w:rPr>
          <w:b w:val="0"/>
          <w:i w:val="0"/>
        </w:rPr>
        <w:t>while True:</w:t>
      </w:r>
      <w:r>
        <w:br/>
      </w:r>
      <w:r>
        <w:rPr>
          <w:b w:val="0"/>
          <w:i w:val="0"/>
        </w:rPr>
        <w:t xml:space="preserve">            self._check_events()</w:t>
      </w:r>
      <w:r>
        <w:br/>
      </w:r>
      <w:r>
        <w:rPr>
          <w:b w:val="0"/>
          <w:i w:val="0"/>
        </w:rPr>
        <w:t xml:space="preserve">            self.ship.update()</w:t>
      </w:r>
      <w:r>
        <w:br/>
      </w:r>
      <w:r>
        <w:rPr>
          <w:b w:val="0"/>
          <w:i w:val="0"/>
        </w:rPr>
        <w:t xml:space="preserve">            self._update_bullets()</w:t>
      </w:r>
      <w:r>
        <w:br/>
      </w:r>
      <w:r>
        <w:rPr>
          <w:b w:val="0"/>
          <w:i w:val="0"/>
        </w:rPr>
        <w:t xml:space="preserve">            self._update_screen()</w:t>
      </w:r>
      <w:r>
        <w:br/>
      </w:r>
      <w:r>
        <w:rPr>
          <w:b w:val="0"/>
          <w:i w:val="0"/>
        </w:rPr>
        <w:t xml:space="preserve">            self.clock.tick(60)</w:t>
      </w:r>
    </w:p>
    <w:p>
      <w:pPr>
        <w:spacing w:after="80"/>
      </w:pPr>
      <w:r>
        <w:rPr>
          <w:b w:val="0"/>
          <w:i w:val="0"/>
        </w:rPr>
        <w:t>Giờ đây vòng lặp chính của chúng ta chỉ chứa một lượng mã tối thiểu, nên ta có thể nhanh chóng đọc tên các phương thức và hiểu điều gì đang diễn ra trong game. Vòng lặp chính kiểm tra input của người chơi, rồi cập nhật vị trí của tàu và bất kỳ viên đạn nào đã bắn ra. Sau đó ta dùng các vị trí đã cập nhật để vẽ màn hình mới và tick đồng hồ ở cuối mỗi lượt qua vòng lặp.</w:t>
      </w:r>
    </w:p>
    <w:p>
      <w:pPr>
        <w:spacing w:after="80"/>
      </w:pPr>
      <w:r>
        <w:rPr>
          <w:b w:val="0"/>
          <w:i w:val="0"/>
        </w:rPr>
        <w:t xml:space="preserve">Chạy </w:t>
      </w:r>
      <w:r>
        <w:rPr>
          <w:b w:val="0"/>
          <w:i/>
        </w:rPr>
        <w:t>alien_invasion.py</w:t>
      </w:r>
      <w:r>
        <w:rPr>
          <w:b w:val="0"/>
          <w:i w:val="0"/>
        </w:rPr>
        <w:t xml:space="preserve"> thêm một lần nữa, và đảm bảo bạn vẫn có thể bắn đạn mà không gặp lỗi.</w:t>
      </w:r>
    </w:p>
    <w:p>
      <w:pPr>
        <w:spacing w:before="120" w:after="40"/>
      </w:pPr>
      <w:r>
        <w:rPr>
          <w:b/>
          <w:sz w:val="21"/>
        </w:rPr>
        <w:t>Tự thực hành</w:t>
      </w:r>
    </w:p>
    <w:p>
      <w:pPr>
        <w:spacing w:after="80"/>
      </w:pPr>
      <w:r>
        <w:rPr>
          <w:b/>
          <w:i w:val="0"/>
        </w:rPr>
        <w:t>12-6. Bắn ngang:</w:t>
      </w:r>
      <w:r>
        <w:rPr>
          <w:b w:val="0"/>
          <w:i w:val="0"/>
        </w:rPr>
        <w:t xml:space="preserve"> Viết một game đặt một con tàu ở bên trái màn hình và cho phép người chơi di chuyển tàu lên xuống. Cho tàu bắn một viên đạn bay ngang qua màn hình sang phải khi người chơi nhấn phím spacebar. Đảm bảo đạn bị xóa khi chúng biến mất khỏi màn hình.</w:t>
      </w:r>
    </w:p>
    <w:p>
      <w:pPr>
        <w:pStyle w:val="Heading2"/>
      </w:pPr>
      <w:r>
        <w:rPr>
          <w:rFonts w:ascii="Calibri" w:hAnsi="Calibri"/>
          <w:b/>
          <w:i w:val="0"/>
          <w:sz w:val="32"/>
        </w:rPr>
        <w:t>Tóm tắt</w:t>
      </w:r>
    </w:p>
    <w:p>
      <w:pPr>
        <w:spacing w:after="80"/>
      </w:pPr>
      <w:r>
        <w:rPr>
          <w:b w:val="0"/>
          <w:i w:val="0"/>
        </w:rPr>
        <w:t>Trong chương này, bạn đã học cách lập kế hoạch cho một game và học cấu trúc cơ bản của một game viết bằng Pygame. Bạn đã học cách đặt màu nền và lưu các cài đặt trong một lớp riêng để dễ điều chỉnh hơn. Bạn đã thấy cách vẽ một hình ảnh lên màn hình và cho người chơi điều khiển chuyển động của các phần tử trong game. Bạn đã tạo ra các phần tử tự di chuyển, như đạn bay lên màn hình, và xóa các đối tượng không còn cần thiết. Bạn cũng đã học cách tái cấu trúc (refactor) mã trong một dự án thường xuyên để thuận tiện cho việc phát triển tiếp diễn.</w:t>
      </w:r>
    </w:p>
    <w:p>
      <w:pPr>
        <w:spacing w:after="80"/>
      </w:pPr>
      <w:r>
        <w:rPr>
          <w:b w:val="0"/>
          <w:i w:val="0"/>
        </w:rPr>
        <w:t xml:space="preserve">Trong Chương 13, chúng ta sẽ thêm người ngoài hành tinh vào </w:t>
      </w:r>
      <w:r>
        <w:rPr>
          <w:b w:val="0"/>
          <w:i/>
        </w:rPr>
        <w:t>Alien Invasion</w:t>
      </w:r>
      <w:r>
        <w:rPr>
          <w:b w:val="0"/>
          <w:i w:val="0"/>
        </w:rPr>
        <w:t>. Đến cuối chương, bạn sẽ có thể bắn hạ người ngoài hành tinh, hy vọng là trước khi chúng chạm tới tàu của bạn!</w:t>
      </w:r>
    </w:p>
    <w:p>
      <w:pPr>
        <w:pStyle w:val="Heading1"/>
      </w:pPr>
      <w:r>
        <w:rPr>
          <w:rFonts w:ascii="Calibri" w:hAnsi="Calibri"/>
          <w:b/>
          <w:i w:val="0"/>
          <w:sz w:val="38"/>
        </w:rPr>
        <w:t>13</w:t>
      </w:r>
      <w:r>
        <w:rPr>
          <w:rFonts w:ascii="Calibri" w:hAnsi="Calibri"/>
          <w:b/>
          <w:i w:val="0"/>
          <w:sz w:val="38"/>
        </w:rPr>
      </w:r>
      <w:r>
        <w:rPr>
          <w:rFonts w:ascii="Calibri" w:hAnsi="Calibri"/>
          <w:b/>
          <w:i w:val="0"/>
          <w:sz w:val="38"/>
        </w:rPr>
        <w:t>Người ngoài hành tinh!</w:t>
      </w:r>
    </w:p>
    <w:p>
      <w:pPr>
        <w:jc w:val="center"/>
      </w:pPr>
      <w:r>
        <w:drawing>
          <wp:inline xmlns:a="http://schemas.openxmlformats.org/drawingml/2006/main" xmlns:pic="http://schemas.openxmlformats.org/drawingml/2006/picture">
            <wp:extent cx="3867150" cy="3867150"/>
            <wp:docPr id="21" name="Picture 21"/>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này, chúng ta sẽ thêm người ngoài hành tinh vào </w:t>
      </w:r>
      <w:r>
        <w:rPr>
          <w:b w:val="0"/>
          <w:i/>
        </w:rPr>
        <w:t>Alien Invasion</w:t>
      </w:r>
      <w:r>
        <w:rPr>
          <w:b w:val="0"/>
          <w:i w:val="0"/>
        </w:rPr>
        <w:t>. Chúng ta sẽ thêm một người ngoài hành tinh gần đỉnh màn hình rồi tạo ra cả một hạm đội người ngoài hành tinh. Chúng ta sẽ cho hạm đội tiến sang ngang và xuống dưới, và loại bỏ bất kỳ người ngoài hành tinh nào bị đạn bắn trúng. Cuối cùng, chúng ta sẽ giới hạn số tàu mà người chơi có và kết thúc game khi người chơi hết tàu.</w:t>
      </w:r>
    </w:p>
    <w:p>
      <w:pPr>
        <w:spacing w:after="80"/>
      </w:pPr>
      <w:r>
        <w:rPr>
          <w:b w:val="0"/>
          <w:i w:val="0"/>
        </w:rPr>
        <w:t>Khi làm qua chương này, bạn sẽ học thêm về Pygame và về cách quản lý một dự án lớn. Bạn cũng sẽ học cách phát hiện va chạm (collision) giữa các đối tượng trong game, như đạn và người ngoài hành tinh. Phát hiện va chạm giúp bạn định nghĩa tương tác giữa các phần tử trong game của mình. Ví dụ, bạn có thể giới hạn một nhân vật bên trong các bức tường của mê cung hoặc chuyền một quả bóng giữa hai nhân vật. Chúng ta sẽ tiếp tục làm việc theo một kế hoạch mà thỉnh thoảng xem lại để duy trì sự tập trung cho các buổi viết mã.</w:t>
      </w:r>
    </w:p>
    <w:p>
      <w:pPr>
        <w:spacing w:after="80"/>
      </w:pPr>
      <w:r>
        <w:rPr>
          <w:b w:val="0"/>
          <w:i w:val="0"/>
        </w:rPr>
        <w:t>Trước khi bắt đầu viết mã mới để thêm một hạm đội người ngoài hành tinh lên màn hình, hãy xem lại dự án và cập nhật kế hoạch của chúng ta.</w:t>
      </w:r>
    </w:p>
    <w:p>
      <w:pPr>
        <w:pStyle w:val="Heading2"/>
      </w:pPr>
      <w:r>
        <w:rPr>
          <w:rFonts w:ascii="Calibri" w:hAnsi="Calibri"/>
          <w:b/>
          <w:i w:val="0"/>
          <w:sz w:val="32"/>
        </w:rPr>
        <w:t>Xem lại dự án</w:t>
      </w:r>
    </w:p>
    <w:p>
      <w:pPr>
        <w:spacing w:after="80"/>
      </w:pPr>
      <w:r>
        <w:rPr>
          <w:b w:val="0"/>
          <w:i w:val="0"/>
        </w:rPr>
        <w:t>Khi bạn bắt đầu một giai đoạn phát triển mới cho một dự án lớn, việc xem lại kế hoạch và làm rõ những gì bạn muốn đạt được với đoạn code sắp viết luôn là một ý hay. Trong chương này, chúng ta sẽ làm những việc sau:</w:t>
      </w:r>
    </w:p>
    <w:p>
      <w:pPr>
        <w:spacing w:after="80"/>
        <w:ind w:left="360"/>
      </w:pPr>
      <w:r>
        <w:t xml:space="preserve">• </w:t>
      </w:r>
      <w:r>
        <w:rPr>
          <w:b w:val="0"/>
          <w:i w:val="0"/>
        </w:rPr>
        <w:t>Thêm một người ngoài hành tinh (alien) vào góc trên bên trái màn hình, với khoảng cách hợp lý xung quanh nó.</w:t>
      </w:r>
    </w:p>
    <w:p>
      <w:pPr>
        <w:spacing w:after="80"/>
        <w:ind w:left="360"/>
      </w:pPr>
      <w:r>
        <w:t xml:space="preserve">• </w:t>
      </w:r>
      <w:r>
        <w:rPr>
          <w:b w:val="0"/>
          <w:i w:val="0"/>
        </w:rPr>
        <w:t>Lấp đầy phần trên của màn hình bằng càng nhiều alien càng tốt theo chiều ngang. Sau đó chúng ta sẽ tạo thêm các hàng alien cho đến khi có cả một hạm đội hoàn chỉnh.</w:t>
      </w:r>
    </w:p>
    <w:p>
      <w:pPr>
        <w:spacing w:after="80"/>
        <w:ind w:left="360"/>
      </w:pPr>
      <w:r>
        <w:t xml:space="preserve">• </w:t>
      </w:r>
      <w:r>
        <w:rPr>
          <w:b w:val="0"/>
          <w:i w:val="0"/>
        </w:rPr>
        <w:t>Cho hạm đội di chuyển ngang và xuống cho đến khi toàn bộ hạm đội bị bắn hạ, một alien đâm vào tàu, hoặc một alien chạm đất. Nếu toàn bộ hạm đội bị bắn hạ, chúng ta sẽ tạo một hạm đội mới. Nếu một alien đâm vào tàu hoặc chạm đất, chúng ta sẽ phá hủy tàu và tạo một hạm đội mới.</w:t>
      </w:r>
    </w:p>
    <w:p>
      <w:pPr>
        <w:spacing w:after="80"/>
        <w:ind w:left="360"/>
      </w:pPr>
      <w:r>
        <w:t xml:space="preserve">• </w:t>
      </w:r>
      <w:r>
        <w:rPr>
          <w:b w:val="0"/>
          <w:i w:val="0"/>
        </w:rPr>
        <w:t>Giới hạn số lượng tàu mà người chơi có thể sử dụng, và kết thúc trò chơi khi người chơi đã dùng hết số tàu được cấp.</w:t>
      </w:r>
    </w:p>
    <w:p>
      <w:pPr>
        <w:spacing w:after="80"/>
      </w:pPr>
      <w:r>
        <w:rPr>
          <w:b w:val="0"/>
          <w:i w:val="0"/>
        </w:rPr>
        <w:t>Chúng ta sẽ tinh chỉnh kế hoạch này khi triển khai các tính năng, nhưng nó đã đủ cụ thể để bắt đầu viết code.</w:t>
      </w:r>
    </w:p>
    <w:p>
      <w:pPr>
        <w:spacing w:after="80"/>
      </w:pPr>
      <w:r>
        <w:rPr>
          <w:b w:val="0"/>
          <w:i w:val="0"/>
        </w:rPr>
        <w:t>Bạn cũng nên xem lại code hiện có khi bắt đầu làm việc với một loạt tính năng mới trong dự án. Vì mỗi giai đoạn mới thường khiến dự án trở nên phức tạp hơn, tốt nhất là dọn dẹp những đoạn code lộn xộn hoặc kém hiệu quả. Chúng ta đã tái cấu trúc (refactor) liên tục trong quá trình làm, nên hiện tại không có đoạn code nào cần tái cấu trúc nữa.</w:t>
      </w:r>
    </w:p>
    <w:p>
      <w:pPr>
        <w:pStyle w:val="Heading2"/>
      </w:pPr>
      <w:r>
        <w:rPr>
          <w:rFonts w:ascii="Calibri" w:hAnsi="Calibri"/>
          <w:b/>
          <w:i w:val="0"/>
          <w:sz w:val="32"/>
        </w:rPr>
        <w:t>Tạo alien đầu tiên</w:t>
      </w:r>
    </w:p>
    <w:p>
      <w:pPr>
        <w:spacing w:after="80"/>
      </w:pPr>
      <w:r>
        <w:rPr>
          <w:b w:val="0"/>
          <w:i w:val="0"/>
        </w:rPr>
        <w:t xml:space="preserve">Đặt một alien lên màn hình cũng giống như đặt một con tàu lên màn hình. Hành vi của mỗi alien được điều khiển bởi một lớp (class) tên là </w:t>
      </w:r>
      <w:r>
        <w:rPr>
          <w:rFonts w:ascii="Consolas" w:hAnsi="Consolas"/>
          <w:b w:val="0"/>
          <w:i w:val="0"/>
          <w:sz w:val="20"/>
        </w:rPr>
        <w:t>Alien</w:t>
      </w:r>
      <w:r>
        <w:rPr>
          <w:b w:val="0"/>
          <w:i w:val="0"/>
        </w:rPr>
        <w:t xml:space="preserve">, mà chúng ta sẽ xây dựng tương tự như lớp </w:t>
      </w:r>
      <w:r>
        <w:rPr>
          <w:rFonts w:ascii="Consolas" w:hAnsi="Consolas"/>
          <w:b w:val="0"/>
          <w:i w:val="0"/>
          <w:sz w:val="20"/>
        </w:rPr>
        <w:t>Ship</w:t>
      </w:r>
      <w:r>
        <w:rPr>
          <w:b w:val="0"/>
          <w:i w:val="0"/>
        </w:rPr>
        <w:t xml:space="preserve">. Chúng ta sẽ tiếp tục dùng ảnh bitmap cho đơn giản. Bạn có thể tự tìm ảnh cho alien hoặc dùng ảnh trong Hình 13-1, có sẵn trong tài nguyên của sách tại https://ehmatthes.github.io/pcc_3e. Ảnh này có nền màu xám, khớp với màu nền của màn hình. Hãy nhớ lưu tệp ảnh bạn chọn vào thư mục </w:t>
      </w:r>
      <w:r>
        <w:rPr>
          <w:b w:val="0"/>
          <w:i/>
        </w:rPr>
        <w:t>images</w:t>
      </w:r>
      <w:r>
        <w:rPr>
          <w:b w:val="0"/>
          <w:i w:val="0"/>
        </w:rPr>
        <w:t>.</w:t>
      </w:r>
    </w:p>
    <w:p>
      <w:pPr>
        <w:jc w:val="center"/>
      </w:pPr>
      <w:r>
        <w:drawing>
          <wp:inline xmlns:a="http://schemas.openxmlformats.org/drawingml/2006/main" xmlns:pic="http://schemas.openxmlformats.org/drawingml/2006/picture">
            <wp:extent cx="2247900" cy="2162175"/>
            <wp:docPr id="22" name="Picture 22"/>
            <wp:cNvGraphicFramePr>
              <a:graphicFrameLocks noChangeAspect="1"/>
            </wp:cNvGraphicFramePr>
            <a:graphic>
              <a:graphicData uri="http://schemas.openxmlformats.org/drawingml/2006/picture">
                <pic:pic>
                  <pic:nvPicPr>
                    <pic:cNvPr id="0" name="image_rsrcBHM.jpg"/>
                    <pic:cNvPicPr/>
                  </pic:nvPicPr>
                  <pic:blipFill>
                    <a:blip r:embed="rId17"/>
                    <a:stretch>
                      <a:fillRect/>
                    </a:stretch>
                  </pic:blipFill>
                  <pic:spPr>
                    <a:xfrm>
                      <a:off x="0" y="0"/>
                      <a:ext cx="2247900" cy="2162175"/>
                    </a:xfrm>
                    <a:prstGeom prst="rect"/>
                  </pic:spPr>
                </pic:pic>
              </a:graphicData>
            </a:graphic>
          </wp:inline>
        </w:drawing>
      </w:r>
    </w:p>
    <w:p>
      <w:pPr>
        <w:spacing w:after="80"/>
      </w:pPr>
      <w:r>
        <w:rPr>
          <w:b w:val="0"/>
          <w:i w:val="0"/>
        </w:rPr>
        <w:t>Hình 13-1: Alien mà chúng ta sẽ dùng để xây dựng hạm đội</w:t>
      </w:r>
    </w:p>
    <w:p>
      <w:pPr>
        <w:pStyle w:val="Heading3"/>
      </w:pPr>
      <w:r>
        <w:rPr>
          <w:rFonts w:ascii="Calibri" w:hAnsi="Calibri"/>
          <w:b/>
          <w:i w:val="0"/>
          <w:sz w:val="27"/>
        </w:rPr>
        <w:t>Tạo lớp Alien</w:t>
      </w:r>
    </w:p>
    <w:p>
      <w:pPr>
        <w:spacing w:after="80"/>
      </w:pPr>
      <w:r>
        <w:rPr>
          <w:b w:val="0"/>
          <w:i w:val="0"/>
        </w:rPr>
        <w:t xml:space="preserve">Giờ chúng ta sẽ viết lớp </w:t>
      </w:r>
      <w:r>
        <w:rPr>
          <w:rFonts w:ascii="Consolas" w:hAnsi="Consolas"/>
          <w:b w:val="0"/>
          <w:i w:val="0"/>
          <w:sz w:val="20"/>
        </w:rPr>
        <w:t>Alien</w:t>
      </w:r>
      <w:r>
        <w:rPr>
          <w:b w:val="0"/>
          <w:i w:val="0"/>
        </w:rPr>
        <w:t xml:space="preserve"> và lưu nó thành </w:t>
      </w:r>
      <w:r>
        <w:rPr>
          <w:b w:val="0"/>
          <w:i/>
        </w:rPr>
        <w:t>alien.py</w:t>
      </w:r>
      <w:r>
        <w:rPr>
          <w:b w:val="0"/>
          <w:i w:val="0"/>
        </w:rPr>
        <w:t>:</w:t>
      </w:r>
    </w:p>
    <w:p>
      <w:pPr>
        <w:spacing w:after="80"/>
      </w:pPr>
      <w:r>
        <w:rPr>
          <w:b w:val="0"/>
          <w:i w:val="0"/>
        </w:rPr>
        <w:t>alien.py</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rPr>
          <w:rFonts w:ascii="Consolas" w:hAnsi="Consolas"/>
          <w:b w:val="0"/>
          <w:i w:val="0"/>
          <w:sz w:val="18"/>
        </w:rPr>
        <w:t>from pygame.sprite import Sprite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Alien(Sprite):</w:t>
      </w:r>
    </w:p>
    <w:p>
      <w:pPr>
        <w:spacing w:after="0"/>
        <w:ind w:left="360"/>
        <w:shd w:val="clear" w:color="auto" w:fill="F2F2F2"/>
      </w:pPr>
      <w:r>
        <w:rPr>
          <w:rFonts w:ascii="Consolas" w:hAnsi="Consolas"/>
          <w:b w:val="0"/>
          <w:i w:val="0"/>
          <w:sz w:val="18"/>
        </w:rPr>
        <w:t xml:space="preserve">    """A class to represent a single alien in the fleet."""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"""Initialize the alien and set its starting position."""</w:t>
      </w:r>
    </w:p>
    <w:p>
      <w:pPr>
        <w:spacing w:after="0"/>
        <w:ind w:left="360"/>
        <w:shd w:val="clear" w:color="auto" w:fill="F2F2F2"/>
      </w:pPr>
      <w:r>
        <w:rPr>
          <w:rFonts w:ascii="Consolas" w:hAnsi="Consolas"/>
          <w:b w:val="0"/>
          <w:i w:val="0"/>
          <w:sz w:val="18"/>
        </w:rPr>
        <w:t xml:space="preserve">        super().__init__()</w:t>
      </w:r>
    </w:p>
    <w:p>
      <w:pPr>
        <w:spacing w:after="0"/>
        <w:ind w:left="360"/>
        <w:shd w:val="clear" w:color="auto" w:fill="F2F2F2"/>
      </w:pPr>
      <w:r>
        <w:rPr>
          <w:rFonts w:ascii="Consolas" w:hAnsi="Consolas"/>
          <w:b w:val="0"/>
          <w:i w:val="0"/>
          <w:sz w:val="18"/>
        </w:rPr>
        <w:t xml:space="preserve">        self.screen = ai_game.screen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Load the alien image and set its rect attribute.</w:t>
      </w:r>
    </w:p>
    <w:p>
      <w:pPr>
        <w:spacing w:after="0"/>
        <w:ind w:left="360"/>
        <w:shd w:val="clear" w:color="auto" w:fill="F2F2F2"/>
      </w:pPr>
      <w:r>
        <w:rPr>
          <w:rFonts w:ascii="Consolas" w:hAnsi="Consolas"/>
          <w:b w:val="0"/>
          <w:i w:val="0"/>
          <w:sz w:val="18"/>
        </w:rPr>
        <w:t xml:space="preserve">        self.image = pygame.image.load('images/alien.bmp')</w:t>
      </w:r>
    </w:p>
    <w:p>
      <w:pPr>
        <w:spacing w:after="0"/>
        <w:ind w:left="360"/>
        <w:shd w:val="clear" w:color="auto" w:fill="F2F2F2"/>
      </w:pPr>
      <w:r>
        <w:rPr>
          <w:rFonts w:ascii="Consolas" w:hAnsi="Consolas"/>
          <w:b w:val="0"/>
          <w:i w:val="0"/>
          <w:sz w:val="18"/>
        </w:rPr>
        <w:t xml:space="preserve">        self.rect = self.image.get_rect()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Start each new alien near the top left of the screen.</w:t>
      </w:r>
    </w:p>
    <w:p>
      <w:pPr>
        <w:spacing w:after="0"/>
        <w:ind w:left="360"/>
        <w:shd w:val="clear" w:color="auto" w:fill="F2F2F2"/>
      </w:pPr>
      <w:r>
        <w:rPr>
          <w:rFonts w:ascii="Consolas" w:hAnsi="Consolas"/>
          <w:b w:val="0"/>
          <w:i w:val="0"/>
          <w:sz w:val="18"/>
        </w:rPr>
        <w:t>❶         self.rect.x = self.rect.width</w:t>
      </w:r>
    </w:p>
    <w:p>
      <w:pPr>
        <w:spacing w:after="0"/>
        <w:ind w:left="360"/>
        <w:shd w:val="clear" w:color="auto" w:fill="F2F2F2"/>
      </w:pPr>
      <w:r>
        <w:rPr>
          <w:rFonts w:ascii="Consolas" w:hAnsi="Consolas"/>
          <w:b w:val="0"/>
          <w:i w:val="0"/>
          <w:sz w:val="18"/>
        </w:rPr>
        <w:t xml:space="preserve">        self.rect.y = self.rect.height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Store the alien's exact horizontal position.</w:t>
      </w:r>
    </w:p>
    <w:p>
      <w:pPr>
        <w:spacing w:after="0"/>
        <w:ind w:left="360"/>
        <w:shd w:val="clear" w:color="auto" w:fill="F2F2F2"/>
      </w:pPr>
      <w:r>
        <w:rPr>
          <w:rFonts w:ascii="Consolas" w:hAnsi="Consolas"/>
          <w:b w:val="0"/>
          <w:i w:val="0"/>
          <w:sz w:val="18"/>
        </w:rPr>
        <w:t>❷         self.x = float(self.rect.x)</w:t>
      </w:r>
    </w:p>
    <w:p>
      <w:pPr>
        <w:spacing w:after="40"/>
      </w:pPr>
    </w:p>
    <w:p>
      <w:pPr>
        <w:spacing w:after="80"/>
      </w:pPr>
      <w:r>
        <w:rPr>
          <w:b w:val="0"/>
          <w:i w:val="0"/>
        </w:rPr>
        <w:t xml:space="preserve">Lớp này gần giống với lớp </w:t>
      </w:r>
      <w:r>
        <w:rPr>
          <w:rFonts w:ascii="Consolas" w:hAnsi="Consolas"/>
          <w:b w:val="0"/>
          <w:i w:val="0"/>
          <w:sz w:val="20"/>
        </w:rPr>
        <w:t>Ship</w:t>
      </w:r>
      <w:r>
        <w:rPr>
          <w:b w:val="0"/>
          <w:i w:val="0"/>
        </w:rPr>
        <w:t>, chỉ khác ở chỗ đặt người ngoài hành tinh trên màn hình. Ban đầu, ta đặt mỗi người ngoài hành tinh gần góc trên bên trái màn hình; ta thêm một khoảng trống bên trái nó bằng chiều rộng của người ngoài hành tinh và một khoảng trống phía trên nó bằng chiều cao của nó ❶, để dễ nhìn thấy. Ta chủ yếu quan tâm đến tốc độ ngang của người ngoài hành tinh, nên ta sẽ theo dõi chính xác vị trí ngang của từng người ngoài hành tinh ❷.</w:t>
      </w:r>
    </w:p>
    <w:p>
      <w:pPr>
        <w:spacing w:after="80"/>
      </w:pPr>
      <w:r>
        <w:rPr>
          <w:b w:val="0"/>
          <w:i w:val="0"/>
        </w:rPr>
        <w:t xml:space="preserve">Lớp </w:t>
      </w:r>
      <w:r>
        <w:rPr>
          <w:rFonts w:ascii="Consolas" w:hAnsi="Consolas"/>
          <w:b w:val="0"/>
          <w:i w:val="0"/>
          <w:sz w:val="20"/>
        </w:rPr>
        <w:t>Alien</w:t>
      </w:r>
      <w:r>
        <w:rPr>
          <w:b w:val="0"/>
          <w:i w:val="0"/>
        </w:rPr>
        <w:t xml:space="preserve"> này không cần phương thức để vẽ nó lên màn hình; thay vào đó, ta sẽ dùng một phương thức của nhóm Pygame để tự động vẽ tất cả các phần tử của một nhóm lên màn hình.</w:t>
      </w:r>
    </w:p>
    <w:p>
      <w:pPr>
        <w:pStyle w:val="Heading3"/>
      </w:pPr>
      <w:r>
        <w:rPr>
          <w:rFonts w:ascii="Calibri" w:hAnsi="Calibri"/>
          <w:b/>
          <w:i w:val="0"/>
          <w:sz w:val="27"/>
        </w:rPr>
        <w:t>Tạo một thực thể của Alien</w:t>
      </w:r>
    </w:p>
    <w:p>
      <w:pPr>
        <w:spacing w:after="80"/>
      </w:pPr>
      <w:r>
        <w:rPr>
          <w:b w:val="0"/>
          <w:i w:val="0"/>
        </w:rPr>
        <w:t xml:space="preserve">Ta muốn tạo một thực thể của </w:t>
      </w:r>
      <w:r>
        <w:rPr>
          <w:rFonts w:ascii="Consolas" w:hAnsi="Consolas"/>
          <w:b w:val="0"/>
          <w:i w:val="0"/>
          <w:sz w:val="20"/>
        </w:rPr>
        <w:t>Alien</w:t>
      </w:r>
      <w:r>
        <w:rPr>
          <w:b w:val="0"/>
          <w:i w:val="0"/>
        </w:rPr>
        <w:t xml:space="preserve"> để có thể thấy người ngoài hành tinh đầu tiên trên màn hình. Vì đây là một phần trong công việc thiết lập, ta sẽ thêm đoạn mã cho thực thể này vào cuối phương thức </w:t>
      </w:r>
      <w:r>
        <w:rPr>
          <w:rFonts w:ascii="Consolas" w:hAnsi="Consolas"/>
          <w:b w:val="0"/>
          <w:i w:val="0"/>
          <w:sz w:val="20"/>
        </w:rPr>
        <w:t>__init__()</w:t>
      </w:r>
      <w:r>
        <w:rPr>
          <w:b w:val="0"/>
          <w:i w:val="0"/>
        </w:rPr>
        <w:t xml:space="preserve"> trong </w:t>
      </w:r>
      <w:r>
        <w:rPr>
          <w:rFonts w:ascii="Consolas" w:hAnsi="Consolas"/>
          <w:b w:val="0"/>
          <w:i w:val="0"/>
          <w:sz w:val="20"/>
        </w:rPr>
        <w:t>AlienInvasion</w:t>
      </w:r>
      <w:r>
        <w:rPr>
          <w:b w:val="0"/>
          <w:i w:val="0"/>
        </w:rPr>
        <w:t xml:space="preserve">. Cuối cùng, ta sẽ tạo cả một hạm đội người ngoài hành tinh, việc này sẽ tốn khá nhiều công sức, nên ta sẽ tạo một phương thức hỗ trợ mới tên là </w:t>
      </w:r>
      <w:r>
        <w:rPr>
          <w:rFonts w:ascii="Consolas" w:hAnsi="Consolas"/>
          <w:b w:val="0"/>
          <w:i w:val="0"/>
          <w:sz w:val="20"/>
        </w:rPr>
        <w:t>_create_fleet()</w:t>
      </w:r>
      <w:r>
        <w:rPr>
          <w:b w:val="0"/>
          <w:i w:val="0"/>
        </w:rPr>
        <w:t>.</w:t>
      </w:r>
    </w:p>
    <w:p>
      <w:pPr>
        <w:spacing w:after="80"/>
      </w:pPr>
      <w:r>
        <w:rPr>
          <w:b w:val="0"/>
          <w:i w:val="0"/>
        </w:rPr>
        <w:t xml:space="preserve">Thứ tự các phương thức trong một lớp không quan trọng, miễn là có sự nhất quán trong cách đặt chúng. Tôi sẽ đặt </w:t>
      </w:r>
      <w:r>
        <w:rPr>
          <w:rFonts w:ascii="Consolas" w:hAnsi="Consolas"/>
          <w:b w:val="0"/>
          <w:i w:val="0"/>
          <w:sz w:val="20"/>
        </w:rPr>
        <w:t>_create_fleet()</w:t>
      </w:r>
      <w:r>
        <w:rPr>
          <w:b w:val="0"/>
          <w:i w:val="0"/>
        </w:rPr>
        <w:t xml:space="preserve"> ngay trước phương thức </w:t>
      </w:r>
      <w:r>
        <w:rPr>
          <w:rFonts w:ascii="Consolas" w:hAnsi="Consolas"/>
          <w:b w:val="0"/>
          <w:i w:val="0"/>
          <w:sz w:val="20"/>
        </w:rPr>
        <w:t>_update_screen()</w:t>
      </w:r>
      <w:r>
        <w:rPr>
          <w:b w:val="0"/>
          <w:i w:val="0"/>
        </w:rPr>
        <w:t xml:space="preserve">, nhưng đặt ở đâu trong </w:t>
      </w:r>
      <w:r>
        <w:rPr>
          <w:rFonts w:ascii="Consolas" w:hAnsi="Consolas"/>
          <w:b w:val="0"/>
          <w:i w:val="0"/>
          <w:sz w:val="20"/>
        </w:rPr>
        <w:t>AlienInvasion</w:t>
      </w:r>
      <w:r>
        <w:rPr>
          <w:b w:val="0"/>
          <w:i w:val="0"/>
        </w:rPr>
        <w:t xml:space="preserve"> cũng được. Đầu tiên, ta sẽ import lớp </w:t>
      </w:r>
      <w:r>
        <w:rPr>
          <w:rFonts w:ascii="Consolas" w:hAnsi="Consolas"/>
          <w:b w:val="0"/>
          <w:i w:val="0"/>
          <w:sz w:val="20"/>
        </w:rPr>
        <w:t>Alien</w:t>
      </w:r>
      <w:r>
        <w:rPr>
          <w:b w:val="0"/>
          <w:i w:val="0"/>
        </w:rPr>
        <w:t>.</w:t>
      </w:r>
    </w:p>
    <w:p>
      <w:pPr>
        <w:spacing w:after="80"/>
      </w:pPr>
      <w:r>
        <w:rPr>
          <w:b w:val="0"/>
          <w:i w:val="0"/>
        </w:rPr>
        <w:t xml:space="preserve">Đây là các câu lệnh </w:t>
      </w:r>
      <w:r>
        <w:rPr>
          <w:rFonts w:ascii="Consolas" w:hAnsi="Consolas"/>
          <w:b w:val="0"/>
          <w:i w:val="0"/>
          <w:sz w:val="20"/>
        </w:rPr>
        <w:t>import</w:t>
      </w:r>
      <w:r>
        <w:rPr>
          <w:b w:val="0"/>
          <w:i w:val="0"/>
        </w:rPr>
        <w:t xml:space="preserve"> đã cập nhật cho </w:t>
      </w:r>
      <w:r>
        <w:rPr>
          <w:b w:val="0"/>
          <w:i/>
        </w:rPr>
        <w:t>alien_invasion.py</w:t>
      </w:r>
      <w:r>
        <w:rPr>
          <w:b w:val="0"/>
          <w:i w:val="0"/>
        </w:rPr>
        <w:t>:</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from bullet import Bullet</w:t>
      </w:r>
    </w:p>
    <w:p>
      <w:pPr>
        <w:spacing w:after="0"/>
        <w:ind w:left="360"/>
        <w:shd w:val="clear" w:color="auto" w:fill="F2F2F2"/>
      </w:pPr>
      <w:r>
        <w:rPr>
          <w:rFonts w:ascii="Consolas" w:hAnsi="Consolas"/>
          <w:b w:val="0"/>
          <w:i w:val="0"/>
          <w:sz w:val="18"/>
        </w:rPr>
        <w:t>from alien import Alien</w:t>
      </w:r>
    </w:p>
    <w:p>
      <w:pPr>
        <w:spacing w:after="40"/>
      </w:pPr>
    </w:p>
    <w:p>
      <w:pPr>
        <w:spacing w:after="80"/>
      </w:pPr>
      <w:r>
        <w:rPr>
          <w:b w:val="0"/>
          <w:i w:val="0"/>
        </w:rPr>
        <w:t xml:space="preserve">Và đây là phương thức </w:t>
      </w:r>
      <w:r>
        <w:rPr>
          <w:rFonts w:ascii="Consolas" w:hAnsi="Consolas"/>
          <w:b w:val="0"/>
          <w:i w:val="0"/>
          <w:sz w:val="20"/>
        </w:rPr>
        <w:t>__init__()</w:t>
      </w:r>
      <w:r>
        <w:rPr>
          <w:b w:val="0"/>
          <w:i w:val="0"/>
        </w:rPr>
        <w:t xml:space="preserve"> đã cập nhật: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self.ship = Ship(self)</w:t>
      </w:r>
      <w:r>
        <w:br/>
      </w:r>
      <w:r>
        <w:rPr>
          <w:b w:val="0"/>
          <w:i w:val="0"/>
        </w:rPr>
        <w:t xml:space="preserve">        self.bullets = pygame.sprite.Group()</w:t>
      </w:r>
      <w:r>
        <w:br/>
      </w:r>
      <w:r>
        <w:rPr>
          <w:b w:val="0"/>
          <w:i w:val="0"/>
        </w:rPr>
        <w:t xml:space="preserve">        self.aliens = pygame.sprite.Group()</w:t>
      </w:r>
      <w:r>
        <w:br/>
      </w:r>
      <w:r>
        <w:br/>
      </w:r>
      <w:r>
        <w:rPr>
          <w:b w:val="0"/>
          <w:i w:val="0"/>
        </w:rPr>
        <w:t xml:space="preserve">        self._create_fleet()</w:t>
      </w:r>
    </w:p>
    <w:p>
      <w:pPr>
        <w:spacing w:after="80"/>
      </w:pPr>
      <w:r>
        <w:rPr>
          <w:b w:val="0"/>
          <w:i w:val="0"/>
        </w:rPr>
        <w:t xml:space="preserve">Ta tạo một nhóm để chứa hạm đội người ngoài hành tinh, và ta gọi </w:t>
      </w:r>
      <w:r>
        <w:rPr>
          <w:rFonts w:ascii="Consolas" w:hAnsi="Consolas"/>
          <w:b w:val="0"/>
          <w:i w:val="0"/>
          <w:sz w:val="20"/>
        </w:rPr>
        <w:t>_create_fleet()</w:t>
      </w:r>
      <w:r>
        <w:rPr>
          <w:b w:val="0"/>
          <w:i w:val="0"/>
        </w:rPr>
        <w:t>, phương thức mà ta sắp viết.</w:t>
      </w:r>
    </w:p>
    <w:p>
      <w:pPr>
        <w:spacing w:after="80"/>
      </w:pPr>
      <w:r>
        <w:rPr>
          <w:b w:val="0"/>
          <w:i w:val="0"/>
        </w:rPr>
        <w:t xml:space="preserve">Đây là phương thức </w:t>
      </w:r>
      <w:r>
        <w:rPr>
          <w:rFonts w:ascii="Consolas" w:hAnsi="Consolas"/>
          <w:b w:val="0"/>
          <w:i w:val="0"/>
          <w:sz w:val="20"/>
        </w:rPr>
        <w:t>_create_fleet()</w:t>
      </w:r>
      <w:r>
        <w:rPr>
          <w:b w:val="0"/>
          <w:i w:val="0"/>
        </w:rPr>
        <w:t xml:space="preserve"> mới:</w:t>
      </w:r>
    </w:p>
    <w:p>
      <w:pPr>
        <w:spacing w:after="80"/>
      </w:pPr>
      <w:r>
        <w:rPr>
          <w:b w:val="0"/>
          <w:i w:val="0"/>
        </w:rPr>
        <w:t>alien_invasion.py</w:t>
      </w:r>
    </w:p>
    <w:p>
      <w:pPr>
        <w:spacing w:after="80"/>
      </w:pPr>
      <w:r>
        <w:rPr>
          <w:b w:val="0"/>
          <w:i w:val="0"/>
        </w:rPr>
        <w:t>def _create_fleet(self):</w:t>
      </w:r>
      <w:r>
        <w:br/>
      </w:r>
      <w:r>
        <w:rPr>
          <w:b w:val="0"/>
          <w:i w:val="0"/>
        </w:rPr>
        <w:t xml:space="preserve">        """Create the fleet of aliens."""</w:t>
      </w:r>
      <w:r>
        <w:br/>
      </w:r>
      <w:r>
        <w:rPr>
          <w:b w:val="0"/>
          <w:i w:val="0"/>
        </w:rPr>
        <w:t xml:space="preserve">        # Make an alien.</w:t>
      </w:r>
      <w:r>
        <w:br/>
      </w:r>
      <w:r>
        <w:rPr>
          <w:b w:val="0"/>
          <w:i w:val="0"/>
        </w:rPr>
        <w:t xml:space="preserve">        alien = Alien(self)</w:t>
      </w:r>
      <w:r>
        <w:br/>
      </w:r>
      <w:r>
        <w:rPr>
          <w:b w:val="0"/>
          <w:i w:val="0"/>
        </w:rPr>
        <w:t xml:space="preserve">        self.aliens.add(alien)</w:t>
      </w:r>
    </w:p>
    <w:p>
      <w:pPr>
        <w:spacing w:after="80"/>
      </w:pPr>
      <w:r>
        <w:rPr>
          <w:b w:val="0"/>
          <w:i w:val="0"/>
        </w:rPr>
        <w:t xml:space="preserve">Trong phương thức này, chúng ta đang tạo một thực thể (instance) của </w:t>
      </w:r>
      <w:r>
        <w:rPr>
          <w:rFonts w:ascii="Consolas" w:hAnsi="Consolas"/>
          <w:b w:val="0"/>
          <w:i w:val="0"/>
          <w:sz w:val="20"/>
        </w:rPr>
        <w:t>Alien</w:t>
      </w:r>
      <w:r>
        <w:rPr>
          <w:b w:val="0"/>
          <w:i w:val="0"/>
        </w:rPr>
        <w:t xml:space="preserve"> rồi thêm nó vào nhóm sẽ chứa cả hạm đội. Người ngoài hành tinh sẽ được đặt ở vùng mặc định phía trên bên trái màn hình.</w:t>
      </w:r>
    </w:p>
    <w:p>
      <w:pPr>
        <w:spacing w:after="80"/>
      </w:pPr>
      <w:r>
        <w:rPr>
          <w:b w:val="0"/>
          <w:i w:val="0"/>
        </w:rPr>
        <w:t xml:space="preserve">Để người ngoài hành tinh xuất hiện, chúng ta cần gọi phương thức </w:t>
      </w:r>
      <w:r>
        <w:rPr>
          <w:rFonts w:ascii="Consolas" w:hAnsi="Consolas"/>
          <w:b w:val="0"/>
          <w:i w:val="0"/>
          <w:sz w:val="20"/>
        </w:rPr>
        <w:t>draw()</w:t>
      </w:r>
      <w:r>
        <w:rPr>
          <w:b w:val="0"/>
          <w:i w:val="0"/>
        </w:rPr>
        <w:t xml:space="preserve"> của nhóm trong </w:t>
      </w:r>
      <w:r>
        <w:rPr>
          <w:rFonts w:ascii="Consolas" w:hAnsi="Consolas"/>
          <w:b w:val="0"/>
          <w:i w:val="0"/>
          <w:sz w:val="20"/>
        </w:rPr>
        <w:t>_update_screen()</w:t>
      </w:r>
      <w:r>
        <w:rPr>
          <w:b w:val="0"/>
          <w:i w:val="0"/>
        </w:rPr>
        <w:t>:</w:t>
      </w:r>
    </w:p>
    <w:p>
      <w:pPr>
        <w:spacing w:after="80"/>
      </w:pPr>
      <w:r>
        <w:rPr>
          <w:b w:val="0"/>
          <w:i w:val="0"/>
        </w:rPr>
        <w:t>alien_invasion.py</w:t>
      </w:r>
    </w:p>
    <w:p>
      <w:pPr>
        <w:spacing w:after="80"/>
      </w:pPr>
      <w:r>
        <w:rPr>
          <w:b w:val="0"/>
          <w:i w:val="0"/>
        </w:rPr>
        <w:t>def _update_screen(self):</w:t>
      </w:r>
      <w:r>
        <w:br/>
      </w:r>
      <w:r>
        <w:rPr>
          <w:b w:val="0"/>
          <w:i w:val="0"/>
        </w:rPr>
        <w:t xml:space="preserve">        </w:t>
      </w:r>
      <w:r>
        <w:rPr>
          <w:b w:val="0"/>
          <w:i/>
        </w:rPr>
        <w:t>--snip--</w:t>
      </w:r>
      <w:r>
        <w:br/>
      </w:r>
      <w:r>
        <w:rPr>
          <w:b w:val="0"/>
          <w:i w:val="0"/>
        </w:rPr>
        <w:t xml:space="preserve">        self.ship.blitme()</w:t>
      </w:r>
      <w:r>
        <w:br/>
      </w:r>
      <w:r>
        <w:rPr>
          <w:b w:val="0"/>
          <w:i w:val="0"/>
        </w:rPr>
        <w:t xml:space="preserve">        self.aliens.draw(self.screen)</w:t>
      </w:r>
      <w:r>
        <w:br/>
      </w:r>
      <w:r>
        <w:br/>
      </w:r>
      <w:r>
        <w:rPr>
          <w:b w:val="0"/>
          <w:i w:val="0"/>
        </w:rPr>
        <w:t xml:space="preserve">        pygame.display.flip()</w:t>
      </w:r>
    </w:p>
    <w:p>
      <w:pPr>
        <w:spacing w:after="80"/>
      </w:pPr>
      <w:r>
        <w:rPr>
          <w:b w:val="0"/>
          <w:i w:val="0"/>
        </w:rPr>
        <w:t xml:space="preserve">Khi bạn gọi </w:t>
      </w:r>
      <w:r>
        <w:rPr>
          <w:rFonts w:ascii="Consolas" w:hAnsi="Consolas"/>
          <w:b w:val="0"/>
          <w:i w:val="0"/>
          <w:sz w:val="20"/>
        </w:rPr>
        <w:t>draw()</w:t>
      </w:r>
      <w:r>
        <w:rPr>
          <w:b w:val="0"/>
          <w:i w:val="0"/>
        </w:rPr>
        <w:t xml:space="preserve"> trên một nhóm, Pygame sẽ vẽ từng phần tử trong nhóm tại vị trí được xác định bởi thuộc tính </w:t>
      </w:r>
      <w:r>
        <w:rPr>
          <w:rFonts w:ascii="Consolas" w:hAnsi="Consolas"/>
          <w:b w:val="0"/>
          <w:i w:val="0"/>
          <w:sz w:val="20"/>
        </w:rPr>
        <w:t>rect</w:t>
      </w:r>
      <w:r>
        <w:rPr>
          <w:b w:val="0"/>
          <w:i w:val="0"/>
        </w:rPr>
        <w:t xml:space="preserve"> của nó. Phương thức </w:t>
      </w:r>
      <w:r>
        <w:rPr>
          <w:rFonts w:ascii="Consolas" w:hAnsi="Consolas"/>
          <w:b w:val="0"/>
          <w:i w:val="0"/>
          <w:sz w:val="20"/>
        </w:rPr>
        <w:t>draw()</w:t>
      </w:r>
      <w:r>
        <w:rPr>
          <w:b w:val="0"/>
          <w:i w:val="0"/>
        </w:rPr>
        <w:t xml:space="preserve"> cần một đối số: một bề mặt (surface) để vẽ các phần tử từ nhóm lên đó. Hình 13-2 cho thấy người ngoài hành tinh đầu tiên trên màn hình.</w:t>
      </w:r>
    </w:p>
    <w:p>
      <w:pPr>
        <w:jc w:val="center"/>
      </w:pPr>
      <w:r>
        <w:drawing>
          <wp:inline xmlns:a="http://schemas.openxmlformats.org/drawingml/2006/main" xmlns:pic="http://schemas.openxmlformats.org/drawingml/2006/picture">
            <wp:extent cx="4095750" cy="2828925"/>
            <wp:docPr id="23" name="Picture 23"/>
            <wp:cNvGraphicFramePr>
              <a:graphicFrameLocks noChangeAspect="1"/>
            </wp:cNvGraphicFramePr>
            <a:graphic>
              <a:graphicData uri="http://schemas.openxmlformats.org/drawingml/2006/picture">
                <pic:pic>
                  <pic:nvPicPr>
                    <pic:cNvPr id="0" name="image_rsrcBHN.jpg"/>
                    <pic:cNvPicPr/>
                  </pic:nvPicPr>
                  <pic:blipFill>
                    <a:blip r:embed="rId18"/>
                    <a:stretch>
                      <a:fillRect/>
                    </a:stretch>
                  </pic:blipFill>
                  <pic:spPr>
                    <a:xfrm>
                      <a:off x="0" y="0"/>
                      <a:ext cx="4095750" cy="2828925"/>
                    </a:xfrm>
                    <a:prstGeom prst="rect"/>
                  </pic:spPr>
                </pic:pic>
              </a:graphicData>
            </a:graphic>
          </wp:inline>
        </w:drawing>
      </w:r>
    </w:p>
    <w:p>
      <w:pPr>
        <w:spacing w:after="80"/>
      </w:pPr>
      <w:r>
        <w:rPr>
          <w:b w:val="0"/>
          <w:i w:val="0"/>
        </w:rPr>
        <w:t>Hình 13-2: Người ngoài hành tinh đầu tiên xuất hiện.</w:t>
      </w:r>
    </w:p>
    <w:p>
      <w:pPr>
        <w:spacing w:after="80"/>
      </w:pPr>
      <w:r>
        <w:rPr>
          <w:b w:val="0"/>
          <w:i w:val="0"/>
        </w:rPr>
        <w:t>Giờ khi người ngoài hành tinh đầu tiên đã xuất hiện đúng cách, chúng ta sẽ viết code để vẽ cả một hạm đội.</w:t>
      </w:r>
    </w:p>
    <w:p>
      <w:pPr>
        <w:pStyle w:val="Heading2"/>
      </w:pPr>
      <w:r>
        <w:rPr>
          <w:rFonts w:ascii="Calibri" w:hAnsi="Calibri"/>
          <w:b/>
          <w:i w:val="0"/>
          <w:sz w:val="32"/>
        </w:rPr>
        <w:t>Xây dựng hạm đội người ngoài hành tinh</w:t>
      </w:r>
    </w:p>
    <w:p>
      <w:pPr>
        <w:spacing w:after="80"/>
      </w:pPr>
      <w:r>
        <w:rPr>
          <w:b w:val="0"/>
          <w:i w:val="0"/>
        </w:rPr>
        <w:t>Để vẽ một hạm đội, chúng ta cần tìm cách lấp đầy phần trên của màn hình bằng người ngoài hành tinh mà không làm cửa sổ game quá chật chội. Có nhiều cách để làm được điều này. Chúng ta sẽ tiếp cận bằng cách thêm người ngoài hành tinh dọc theo phía trên màn hình, cho đến khi không còn chỗ cho một người ngoài hành tinh mới nữa. Sau đó chúng ta sẽ lặp lại quá trình này, miễn là còn đủ không gian theo chiều dọc để thêm một hàng mới.</w:t>
      </w:r>
    </w:p>
    <w:p>
      <w:pPr>
        <w:pStyle w:val="Heading3"/>
      </w:pPr>
      <w:r>
        <w:rPr>
          <w:rFonts w:ascii="Calibri" w:hAnsi="Calibri"/>
          <w:b/>
          <w:i w:val="0"/>
          <w:sz w:val="27"/>
        </w:rPr>
        <w:t>Tạo một hàng người ngoài hành tinh</w:t>
      </w:r>
    </w:p>
    <w:p>
      <w:pPr>
        <w:spacing w:after="80"/>
      </w:pPr>
      <w:r>
        <w:rPr>
          <w:b w:val="0"/>
          <w:i w:val="0"/>
        </w:rPr>
        <w:t>Giờ chúng ta đã sẵn sàng tạo ra cả một hàng người ngoài hành tinh. Để tạo một hàng đầy đủ, trước tiên chúng ta sẽ tạo một người ngoài hành tinh để có được chiều rộng của nó. Chúng ta sẽ đặt một người ngoài hành tinh ở phía bên trái màn hình rồi tiếp tục thêm người ngoài hành tinh cho đến khi hết chỗ:</w:t>
      </w:r>
    </w:p>
    <w:p>
      <w:pPr>
        <w:spacing w:after="80"/>
      </w:pPr>
      <w:r>
        <w:rPr>
          <w:b w:val="0"/>
          <w:i w:val="0"/>
        </w:rPr>
        <w:t>alien_invasion.py</w:t>
      </w:r>
    </w:p>
    <w:p>
      <w:pPr>
        <w:spacing w:after="80"/>
      </w:pPr>
      <w:r>
        <w:rPr>
          <w:b w:val="0"/>
          <w:i w:val="0"/>
        </w:rPr>
        <w:t>def _create_fleet(self):</w:t>
      </w:r>
      <w:r>
        <w:br/>
      </w:r>
      <w:r>
        <w:rPr>
          <w:b w:val="0"/>
          <w:i w:val="0"/>
        </w:rPr>
        <w:t xml:space="preserve">        """Create the fleet of aliens."""</w:t>
      </w:r>
      <w:r>
        <w:br/>
      </w:r>
      <w:r>
        <w:rPr>
          <w:b w:val="0"/>
          <w:i w:val="0"/>
        </w:rPr>
        <w:t xml:space="preserve">        # Create an alien and keep adding aliens until there's no room left.</w:t>
      </w:r>
      <w:r>
        <w:br/>
      </w:r>
      <w:r>
        <w:rPr>
          <w:b w:val="0"/>
          <w:i w:val="0"/>
        </w:rPr>
        <w:t xml:space="preserve">        # Spacing between aliens is one alien width.</w:t>
      </w:r>
      <w:r>
        <w:br/>
      </w:r>
      <w:r>
        <w:rPr>
          <w:b w:val="0"/>
          <w:i w:val="0"/>
        </w:rPr>
        <w:t xml:space="preserve">        alien = Alien(self)</w:t>
      </w:r>
      <w:r>
        <w:br/>
      </w:r>
      <w:r>
        <w:rPr>
          <w:b w:val="0"/>
          <w:i w:val="0"/>
        </w:rPr>
        <w:t xml:space="preserve">        alien_width = alien.rect.width</w:t>
      </w:r>
      <w:r>
        <w:br/>
      </w:r>
      <w:r>
        <w:br/>
      </w:r>
      <w:r>
        <w:rPr>
          <w:b w:val="0"/>
          <w:i w:val="0"/>
        </w:rPr>
        <w:t>❶         current_x = alien_width</w:t>
      </w:r>
      <w:r>
        <w:br/>
      </w:r>
      <w:r>
        <w:rPr>
          <w:b w:val="0"/>
          <w:i w:val="0"/>
        </w:rPr>
        <w:t>❷         while current_x &lt; (self.settings.screen_width - 2 * alien_width):</w:t>
      </w:r>
      <w:r>
        <w:br/>
      </w:r>
      <w:r>
        <w:rPr>
          <w:b w:val="0"/>
          <w:i w:val="0"/>
        </w:rPr>
        <w:t>❸             new_alien = Alien(self)</w:t>
      </w:r>
      <w:r>
        <w:br/>
      </w:r>
      <w:r>
        <w:rPr>
          <w:b w:val="0"/>
          <w:i w:val="0"/>
        </w:rPr>
        <w:t>❹             new_alien.x = current_x</w:t>
      </w:r>
      <w:r>
        <w:br/>
      </w:r>
      <w:r>
        <w:rPr>
          <w:b w:val="0"/>
          <w:i w:val="0"/>
        </w:rPr>
        <w:t xml:space="preserve">            new_alien.rect.x = current_x</w:t>
      </w:r>
      <w:r>
        <w:br/>
      </w:r>
      <w:r>
        <w:rPr>
          <w:b w:val="0"/>
          <w:i w:val="0"/>
        </w:rPr>
        <w:t xml:space="preserve">            self.aliens.add(new_alien)</w:t>
      </w:r>
      <w:r>
        <w:br/>
      </w:r>
      <w:r>
        <w:rPr>
          <w:b w:val="0"/>
          <w:i w:val="0"/>
        </w:rPr>
        <w:t>❺             current_x += 2 * alien_width</w:t>
      </w:r>
    </w:p>
    <w:p>
      <w:pPr>
        <w:spacing w:after="80"/>
      </w:pPr>
      <w:r>
        <w:rPr>
          <w:b w:val="0"/>
          <w:i w:val="0"/>
        </w:rPr>
        <w:t xml:space="preserve">Chúng ta lấy chiều rộng của người ngoài hành tinh từ người ngoài hành tinh đầu tiên mà mình đã tạo, rồi định nghĩa một biến tên là </w:t>
      </w:r>
      <w:r>
        <w:rPr>
          <w:rFonts w:ascii="Consolas" w:hAnsi="Consolas"/>
          <w:b w:val="0"/>
          <w:i w:val="0"/>
          <w:sz w:val="20"/>
        </w:rPr>
        <w:t>current_x</w:t>
      </w:r>
      <w:r>
        <w:rPr>
          <w:b w:val="0"/>
          <w:i w:val="0"/>
        </w:rPr>
        <w:t xml:space="preserve"> ❶. Biến này chỉ vị trí theo chiều ngang của người ngoài hành tinh tiếp theo mà chúng ta dự định đặt lên màn hình. Ban đầu chúng ta đặt nó bằng một chiều rộng người ngoài hành tinh, để đẩy người ngoài hành tinh đầu tiên trong hạm đội ra khỏi mép trái màn hình.</w:t>
      </w:r>
    </w:p>
    <w:p>
      <w:pPr>
        <w:spacing w:after="80"/>
      </w:pPr>
      <w:r>
        <w:rPr>
          <w:b w:val="0"/>
          <w:i w:val="0"/>
        </w:rPr>
        <w:t xml:space="preserve">Tiếp theo, chúng ta bắt đầu vòng lặp </w:t>
      </w:r>
      <w:r>
        <w:rPr>
          <w:rFonts w:ascii="Consolas" w:hAnsi="Consolas"/>
          <w:b w:val="0"/>
          <w:i w:val="0"/>
          <w:sz w:val="20"/>
        </w:rPr>
        <w:t>while</w:t>
      </w:r>
      <w:r>
        <w:rPr>
          <w:b w:val="0"/>
          <w:i w:val="0"/>
        </w:rPr>
        <w:t xml:space="preserve"> ❷; chúng ta sẽ tiếp tục thêm người ngoài hành tinh </w:t>
      </w:r>
      <w:r>
        <w:rPr>
          <w:b w:val="0"/>
          <w:i/>
        </w:rPr>
        <w:t>miễn là</w:t>
      </w:r>
      <w:r>
        <w:rPr>
          <w:b w:val="0"/>
          <w:i w:val="0"/>
        </w:rPr>
        <w:t xml:space="preserve"> vẫn còn đủ chỗ để đặt một người. Để xác định xem còn chỗ để đặt thêm người ngoài hành tinh hay không, chúng ta sẽ so sánh </w:t>
      </w:r>
      <w:r>
        <w:rPr>
          <w:rFonts w:ascii="Consolas" w:hAnsi="Consolas"/>
          <w:b w:val="0"/>
          <w:i w:val="0"/>
          <w:sz w:val="20"/>
        </w:rPr>
        <w:t>current_x</w:t>
      </w:r>
      <w:r>
        <w:rPr>
          <w:b w:val="0"/>
          <w:i w:val="0"/>
        </w:rPr>
        <w:t xml:space="preserve"> với một giá trị tối đa nào đó. Lần thử đầu tiên để định nghĩa vòng lặp này có thể trông như thế này:</w:t>
      </w:r>
    </w:p>
    <w:p>
      <w:pPr>
        <w:spacing w:after="80"/>
      </w:pPr>
      <w:r>
        <w:rPr>
          <w:b w:val="0"/>
          <w:i w:val="0"/>
        </w:rPr>
        <w:t>while current_x &lt; self.settings.screen_width:</w:t>
      </w:r>
    </w:p>
    <w:p>
      <w:pPr>
        <w:spacing w:after="80"/>
      </w:pPr>
      <w:r>
        <w:rPr>
          <w:b w:val="0"/>
          <w:i w:val="0"/>
        </w:rPr>
        <w:t>Điều này có vẻ như sẽ hoạt động, nhưng nó sẽ đặt người ngoài hành tinh cuối cùng trong hàng ở sát mép phải của màn hình. Vì vậy, chúng ta thêm một chút lề ở phía bên phải màn hình. Miễn là còn ít nhất khoảng trống bằng hai chiều rộng người ngoài hành tinh ở mép phải màn hình, chúng ta sẽ vào vòng lặp và thêm một người ngoài hành tinh nữa vào đội.</w:t>
      </w:r>
    </w:p>
    <w:p>
      <w:pPr>
        <w:spacing w:after="80"/>
      </w:pPr>
      <w:r>
        <w:rPr>
          <w:b w:val="0"/>
          <w:i w:val="0"/>
        </w:rPr>
        <w:t xml:space="preserve">Mỗi khi có đủ không gian theo chiều ngang để tiếp tục vòng lặp, chúng ta muốn làm hai việc: tạo một người ngoài hành tinh ở đúng vị trí, và xác định vị trí theo chiều ngang của người ngoài hành tinh tiếp theo trong hàng. Chúng ta tạo một người ngoài hành tinh và gán nó cho </w:t>
      </w:r>
      <w:r>
        <w:rPr>
          <w:rFonts w:ascii="Consolas" w:hAnsi="Consolas"/>
          <w:b w:val="0"/>
          <w:i w:val="0"/>
          <w:sz w:val="20"/>
        </w:rPr>
        <w:t>new_alien</w:t>
      </w:r>
      <w:r>
        <w:rPr>
          <w:b w:val="0"/>
          <w:i w:val="0"/>
        </w:rPr>
        <w:t xml:space="preserve"> ❸. Sau đó, chúng ta đặt vị trí theo chiều ngang chính xác bằng giá trị hiện tại của </w:t>
      </w:r>
      <w:r>
        <w:rPr>
          <w:rFonts w:ascii="Consolas" w:hAnsi="Consolas"/>
          <w:b w:val="0"/>
          <w:i w:val="0"/>
          <w:sz w:val="20"/>
        </w:rPr>
        <w:t>current_x</w:t>
      </w:r>
      <w:r>
        <w:rPr>
          <w:b w:val="0"/>
          <w:i w:val="0"/>
        </w:rPr>
        <w:t xml:space="preserve"> ❹. Chúng ta cũng đặt </w:t>
      </w:r>
      <w:r>
        <w:rPr>
          <w:rFonts w:ascii="Consolas" w:hAnsi="Consolas"/>
          <w:b w:val="0"/>
          <w:i w:val="0"/>
          <w:sz w:val="20"/>
        </w:rPr>
        <w:t>rect</w:t>
      </w:r>
      <w:r>
        <w:rPr>
          <w:b w:val="0"/>
          <w:i w:val="0"/>
        </w:rPr>
        <w:t xml:space="preserve"> của người ngoài hành tinh ở cùng giá trị </w:t>
      </w:r>
      <w:r>
        <w:rPr>
          <w:b w:val="0"/>
          <w:i/>
        </w:rPr>
        <w:t>x</w:t>
      </w:r>
      <w:r>
        <w:rPr>
          <w:b w:val="0"/>
          <w:i w:val="0"/>
        </w:rPr>
        <w:t xml:space="preserve"> này, và thêm người ngoài hành tinh mới vào nhóm </w:t>
      </w:r>
      <w:r>
        <w:rPr>
          <w:rFonts w:ascii="Consolas" w:hAnsi="Consolas"/>
          <w:b w:val="0"/>
          <w:i w:val="0"/>
          <w:sz w:val="20"/>
        </w:rPr>
        <w:t>self.aliens</w:t>
      </w:r>
      <w:r>
        <w:rPr>
          <w:b w:val="0"/>
          <w:i w:val="0"/>
        </w:rPr>
        <w:t>.</w:t>
      </w:r>
    </w:p>
    <w:p>
      <w:pPr>
        <w:spacing w:after="80"/>
      </w:pPr>
      <w:r>
        <w:rPr>
          <w:b w:val="0"/>
          <w:i w:val="0"/>
        </w:rPr>
        <w:t xml:space="preserve">Cuối cùng, chúng ta tăng giá trị của </w:t>
      </w:r>
      <w:r>
        <w:rPr>
          <w:rFonts w:ascii="Consolas" w:hAnsi="Consolas"/>
          <w:b w:val="0"/>
          <w:i w:val="0"/>
          <w:sz w:val="20"/>
        </w:rPr>
        <w:t>current_x</w:t>
      </w:r>
      <w:r>
        <w:rPr>
          <w:b w:val="0"/>
          <w:i w:val="0"/>
        </w:rPr>
        <w:t xml:space="preserve"> ❺. Chúng ta cộng thêm hai chiều rộng người ngoài hành tinh vào vị trí theo chiều ngang, để vượt qua người ngoài hành tinh vừa thêm và cũng để chừa một khoảng trống giữa các người ngoài hành tinh. Python sẽ đánh giá lại điều kiện ở đầu vòng lặp </w:t>
      </w:r>
      <w:r>
        <w:rPr>
          <w:rFonts w:ascii="Consolas" w:hAnsi="Consolas"/>
          <w:b w:val="0"/>
          <w:i w:val="0"/>
          <w:sz w:val="20"/>
        </w:rPr>
        <w:t>while</w:t>
      </w:r>
      <w:r>
        <w:rPr>
          <w:b w:val="0"/>
          <w:i w:val="0"/>
        </w:rPr>
        <w:t xml:space="preserve"> và quyết định xem còn chỗ cho một người ngoài hành tinh nữa hay không. Khi không còn chỗ, vòng lặp sẽ kết thúc, và chúng ta sẽ có một hàng người ngoài hành tinh đầy đủ.</w:t>
      </w:r>
    </w:p>
    <w:p>
      <w:pPr>
        <w:spacing w:after="80"/>
      </w:pPr>
      <w:r>
        <w:rPr>
          <w:b w:val="0"/>
          <w:i w:val="0"/>
        </w:rPr>
        <w:t xml:space="preserve">Khi bạn chạy </w:t>
      </w:r>
      <w:r>
        <w:rPr>
          <w:b w:val="0"/>
          <w:i/>
        </w:rPr>
        <w:t>Alien Invasion</w:t>
      </w:r>
      <w:r>
        <w:rPr>
          <w:b w:val="0"/>
          <w:i w:val="0"/>
        </w:rPr>
        <w:t xml:space="preserve"> bây giờ, bạn sẽ thấy hàng người ngoài hành tinh đầu tiên xuất hiện, như trong Hình 13-3.</w:t>
      </w:r>
    </w:p>
    <w:p>
      <w:pPr>
        <w:jc w:val="center"/>
      </w:pPr>
      <w:r>
        <w:drawing>
          <wp:inline xmlns:a="http://schemas.openxmlformats.org/drawingml/2006/main" xmlns:pic="http://schemas.openxmlformats.org/drawingml/2006/picture">
            <wp:extent cx="4762500" cy="3286125"/>
            <wp:docPr id="24" name="Picture 24"/>
            <wp:cNvGraphicFramePr>
              <a:graphicFrameLocks noChangeAspect="1"/>
            </wp:cNvGraphicFramePr>
            <a:graphic>
              <a:graphicData uri="http://schemas.openxmlformats.org/drawingml/2006/picture">
                <pic:pic>
                  <pic:nvPicPr>
                    <pic:cNvPr id="0" name="image_rsrcBHP.jpg"/>
                    <pic:cNvPicPr/>
                  </pic:nvPicPr>
                  <pic:blipFill>
                    <a:blip r:embed="rId19"/>
                    <a:stretch>
                      <a:fillRect/>
                    </a:stretch>
                  </pic:blipFill>
                  <pic:spPr>
                    <a:xfrm>
                      <a:off x="0" y="0"/>
                      <a:ext cx="4762500" cy="3286125"/>
                    </a:xfrm>
                    <a:prstGeom prst="rect"/>
                  </pic:spPr>
                </pic:pic>
              </a:graphicData>
            </a:graphic>
          </wp:inline>
        </w:drawing>
      </w:r>
    </w:p>
    <w:p>
      <w:pPr>
        <w:spacing w:after="80"/>
      </w:pPr>
      <w:r>
        <w:rPr>
          <w:b w:val="0"/>
          <w:i w:val="0"/>
        </w:rPr>
        <w:t>Hình 13-3: Hàng người ngoài hành tinh đầu tiên</w:t>
      </w:r>
    </w:p>
    <w:p>
      <w:pPr>
        <w:spacing w:before="120" w:after="40"/>
      </w:pPr>
      <w:r>
        <w:rPr>
          <w:b/>
          <w:sz w:val="21"/>
        </w:rPr>
        <w:t>Ghi chú</w:t>
      </w:r>
    </w:p>
    <w:p>
      <w:pPr>
        <w:spacing w:after="80"/>
      </w:pPr>
      <w:r>
        <w:rPr>
          <w:b w:val="0"/>
          <w:i w:val="0"/>
        </w:rPr>
        <w:t>Không phải lúc nào cũng rõ ràng chính xác cách xây dựng một vòng lặp như vòng lặp được trình bày trong phần này. Một điều thú vị của lập trình là những ý tưởng ban đầu của bạn về cách tiếp cận một vấn đề như thế này không nhất thiết phải đúng ngay. Việc bắt đầu một vòng lặp như thế này với các người ngoài hành tinh được đặt quá xa về bên phải, rồi sau đó sửa đổi vòng lặp cho đến khi bạn có được lượng không gian phù hợp trên màn hình, là hoàn toàn hợp lý.</w:t>
      </w:r>
    </w:p>
    <w:p>
      <w:pPr>
        <w:pStyle w:val="Heading3"/>
      </w:pPr>
      <w:r>
        <w:rPr>
          <w:rFonts w:ascii="Calibri" w:hAnsi="Calibri"/>
          <w:b/>
          <w:i w:val="0"/>
          <w:sz w:val="27"/>
        </w:rPr>
        <w:t>Tái cấu trúc _create_fleet()</w:t>
      </w:r>
    </w:p>
    <w:p>
      <w:pPr>
        <w:spacing w:after="80"/>
      </w:pPr>
      <w:r>
        <w:rPr>
          <w:b w:val="0"/>
          <w:i w:val="0"/>
        </w:rPr>
        <w:t xml:space="preserve">Nếu đoạn mã chúng ta đã viết cho đến nay là tất cả những gì cần thiết để tạo một đội, có lẽ chúng ta sẽ để nguyên </w:t>
      </w:r>
      <w:r>
        <w:rPr>
          <w:rFonts w:ascii="Consolas" w:hAnsi="Consolas"/>
          <w:b w:val="0"/>
          <w:i w:val="0"/>
          <w:sz w:val="20"/>
        </w:rPr>
        <w:t>_create_fleet()</w:t>
      </w:r>
      <w:r>
        <w:rPr>
          <w:b w:val="0"/>
          <w:i w:val="0"/>
        </w:rPr>
        <w:t xml:space="preserve"> như vậy. Nhưng chúng ta còn nhiều việc phải làm, nên hãy dọn dẹp phương thức này một chút. Chúng ta sẽ thêm một phương thức hỗ trợ mới, </w:t>
      </w:r>
      <w:r>
        <w:rPr>
          <w:rFonts w:ascii="Consolas" w:hAnsi="Consolas"/>
          <w:b w:val="0"/>
          <w:i w:val="0"/>
          <w:sz w:val="20"/>
        </w:rPr>
        <w:t>_create_alien()</w:t>
      </w:r>
      <w:r>
        <w:rPr>
          <w:b w:val="0"/>
          <w:i w:val="0"/>
        </w:rPr>
        <w:t xml:space="preserve">, và gọi nó từ </w:t>
      </w:r>
      <w:r>
        <w:rPr>
          <w:rFonts w:ascii="Consolas" w:hAnsi="Consolas"/>
          <w:b w:val="0"/>
          <w:i w:val="0"/>
          <w:sz w:val="20"/>
        </w:rPr>
        <w:t>_create_fleet()</w:t>
      </w:r>
      <w:r>
        <w:rPr>
          <w:b w:val="0"/>
          <w:i w:val="0"/>
        </w:rPr>
        <w:t>:</w:t>
      </w:r>
    </w:p>
    <w:p>
      <w:pPr>
        <w:spacing w:after="80"/>
      </w:pPr>
      <w:r>
        <w:rPr>
          <w:b w:val="0"/>
          <w:i w:val="0"/>
        </w:rPr>
        <w:t>alien_invasion.py</w:t>
      </w:r>
    </w:p>
    <w:p>
      <w:pPr>
        <w:spacing w:after="80"/>
      </w:pPr>
      <w:r>
        <w:rPr>
          <w:b w:val="0"/>
          <w:i w:val="0"/>
        </w:rPr>
        <w:t>def _create_fleet(self):</w:t>
      </w:r>
      <w:r>
        <w:br/>
      </w:r>
      <w:r>
        <w:rPr>
          <w:b w:val="0"/>
          <w:i w:val="0"/>
        </w:rPr>
        <w:t xml:space="preserve">        </w:t>
      </w:r>
      <w:r>
        <w:rPr>
          <w:b w:val="0"/>
          <w:i/>
        </w:rPr>
        <w:t>--snip--</w:t>
      </w:r>
      <w:r>
        <w:br/>
      </w:r>
      <w:r>
        <w:rPr>
          <w:b w:val="0"/>
          <w:i w:val="0"/>
        </w:rPr>
        <w:t xml:space="preserve">        while current_x &lt; (self.settings.screen_width - 2 * alien_width):</w:t>
      </w:r>
      <w:r>
        <w:br/>
      </w:r>
      <w:r>
        <w:rPr>
          <w:b w:val="0"/>
          <w:i w:val="0"/>
        </w:rPr>
        <w:t xml:space="preserve">            self._create_alien(current_x)</w:t>
      </w:r>
      <w:r>
        <w:br/>
      </w:r>
      <w:r>
        <w:rPr>
          <w:b w:val="0"/>
          <w:i w:val="0"/>
        </w:rPr>
        <w:t xml:space="preserve">            current_x += 2 * alien_width</w:t>
      </w:r>
      <w:r>
        <w:br/>
      </w:r>
      <w:r>
        <w:br/>
      </w:r>
      <w:r>
        <w:rPr>
          <w:b w:val="0"/>
          <w:i w:val="0"/>
        </w:rPr>
        <w:t>❶     def _create_alien(self, x_position):</w:t>
      </w:r>
      <w:r>
        <w:br/>
      </w:r>
      <w:r>
        <w:rPr>
          <w:b w:val="0"/>
          <w:i w:val="0"/>
        </w:rPr>
        <w:t xml:space="preserve">        """Create an alien and place it in the row."""</w:t>
      </w:r>
      <w:r>
        <w:br/>
      </w:r>
      <w:r>
        <w:rPr>
          <w:b w:val="0"/>
          <w:i w:val="0"/>
        </w:rPr>
        <w:t xml:space="preserve">        new_alien = Alien(self)</w:t>
      </w:r>
      <w:r>
        <w:br/>
      </w:r>
      <w:r>
        <w:rPr>
          <w:b w:val="0"/>
          <w:i w:val="0"/>
        </w:rPr>
        <w:t xml:space="preserve">        new_alien.x = x_position</w:t>
      </w:r>
      <w:r>
        <w:br/>
      </w:r>
      <w:r>
        <w:rPr>
          <w:b w:val="0"/>
          <w:i w:val="0"/>
        </w:rPr>
        <w:t xml:space="preserve">        new_alien.rect.x = x_position</w:t>
      </w:r>
      <w:r>
        <w:br/>
      </w:r>
      <w:r>
        <w:rPr>
          <w:b w:val="0"/>
          <w:i w:val="0"/>
        </w:rPr>
        <w:t xml:space="preserve">        self.aliens.add(new_alien)</w:t>
      </w:r>
    </w:p>
    <w:p>
      <w:pPr>
        <w:spacing w:after="80"/>
      </w:pPr>
      <w:r>
        <w:rPr>
          <w:b w:val="0"/>
          <w:i w:val="0"/>
        </w:rPr>
        <w:t xml:space="preserve">Phương thức </w:t>
      </w:r>
      <w:r>
        <w:rPr>
          <w:rFonts w:ascii="Consolas" w:hAnsi="Consolas"/>
          <w:b w:val="0"/>
          <w:i w:val="0"/>
          <w:sz w:val="20"/>
        </w:rPr>
        <w:t>_create_alien()</w:t>
      </w:r>
      <w:r>
        <w:rPr>
          <w:b w:val="0"/>
          <w:i w:val="0"/>
        </w:rPr>
        <w:t xml:space="preserve"> cần một tham số ngoài </w:t>
      </w:r>
      <w:r>
        <w:rPr>
          <w:rFonts w:ascii="Consolas" w:hAnsi="Consolas"/>
          <w:b w:val="0"/>
          <w:i w:val="0"/>
          <w:sz w:val="20"/>
        </w:rPr>
        <w:t>self</w:t>
      </w:r>
      <w:r>
        <w:rPr>
          <w:b w:val="0"/>
          <w:i w:val="0"/>
        </w:rPr>
        <w:t xml:space="preserve">: giá trị </w:t>
      </w:r>
      <w:r>
        <w:rPr>
          <w:b w:val="0"/>
          <w:i/>
        </w:rPr>
        <w:t>x</w:t>
      </w:r>
      <w:r>
        <w:rPr>
          <w:b w:val="0"/>
          <w:i w:val="0"/>
        </w:rPr>
        <w:t xml:space="preserve"> chỉ định nơi người ngoài hành tinh sẽ được đặt ❶. Đoạn mã trong thân của </w:t>
      </w:r>
      <w:r>
        <w:rPr>
          <w:rFonts w:ascii="Consolas" w:hAnsi="Consolas"/>
          <w:b w:val="0"/>
          <w:i w:val="0"/>
          <w:sz w:val="20"/>
        </w:rPr>
        <w:t>_create_alien()</w:t>
      </w:r>
      <w:r>
        <w:rPr>
          <w:b w:val="0"/>
          <w:i w:val="0"/>
        </w:rPr>
        <w:t xml:space="preserve"> giống với đoạn mã đã có trong </w:t>
      </w:r>
      <w:r>
        <w:rPr>
          <w:rFonts w:ascii="Consolas" w:hAnsi="Consolas"/>
          <w:b w:val="0"/>
          <w:i w:val="0"/>
          <w:sz w:val="20"/>
        </w:rPr>
        <w:t>_create_fleet()</w:t>
      </w:r>
      <w:r>
        <w:rPr>
          <w:b w:val="0"/>
          <w:i w:val="0"/>
        </w:rPr>
        <w:t xml:space="preserve">, chỉ khác là chúng ta dùng tên tham số </w:t>
      </w:r>
      <w:r>
        <w:rPr>
          <w:rFonts w:ascii="Consolas" w:hAnsi="Consolas"/>
          <w:b w:val="0"/>
          <w:i w:val="0"/>
          <w:sz w:val="20"/>
        </w:rPr>
        <w:t>x_position</w:t>
      </w:r>
      <w:r>
        <w:rPr>
          <w:b w:val="0"/>
          <w:i w:val="0"/>
        </w:rPr>
        <w:t xml:space="preserve"> thay cho </w:t>
      </w:r>
      <w:r>
        <w:rPr>
          <w:rFonts w:ascii="Consolas" w:hAnsi="Consolas"/>
          <w:b w:val="0"/>
          <w:i w:val="0"/>
          <w:sz w:val="20"/>
        </w:rPr>
        <w:t>current_x</w:t>
      </w:r>
      <w:r>
        <w:rPr>
          <w:b w:val="0"/>
          <w:i w:val="0"/>
        </w:rPr>
        <w:t>. Việc tái cấu trúc này sẽ giúp dễ dàng thêm các hàng mới và tạo ra cả một đội.</w:t>
      </w:r>
    </w:p>
    <w:p>
      <w:pPr>
        <w:pStyle w:val="Heading3"/>
      </w:pPr>
      <w:r>
        <w:rPr>
          <w:rFonts w:ascii="Calibri" w:hAnsi="Calibri"/>
          <w:b/>
          <w:i w:val="0"/>
          <w:sz w:val="27"/>
        </w:rPr>
        <w:t>Thêm các hàng</w:t>
      </w:r>
    </w:p>
    <w:p>
      <w:pPr>
        <w:spacing w:after="80"/>
      </w:pPr>
      <w:r>
        <w:rPr>
          <w:b w:val="0"/>
          <w:i w:val="0"/>
        </w:rPr>
        <w:t xml:space="preserve">Để hoàn thiện đội tàu, chúng ta sẽ tiếp tục thêm nhiều hàng hơn cho đến khi hết chỗ. Chúng ta sẽ dùng một vòng lặp lồng nhau (nested loop)—chúng ta sẽ bọc thêm một vòng lặp </w:t>
      </w:r>
      <w:r>
        <w:rPr>
          <w:rFonts w:ascii="Consolas" w:hAnsi="Consolas"/>
          <w:b w:val="0"/>
          <w:i w:val="0"/>
          <w:sz w:val="20"/>
        </w:rPr>
        <w:t>while</w:t>
      </w:r>
      <w:r>
        <w:rPr>
          <w:b w:val="0"/>
          <w:i w:val="0"/>
        </w:rPr>
        <w:t xml:space="preserve"> nữa quanh vòng lặp hiện tại. Vòng lặp bên trong sẽ đặt các người ngoài hành tinh theo chiều ngang thành một hàng bằng cách tập trung vào giá trị </w:t>
      </w:r>
      <w:r>
        <w:rPr>
          <w:b w:val="0"/>
          <w:i/>
        </w:rPr>
        <w:t>x</w:t>
      </w:r>
      <w:r>
        <w:rPr>
          <w:b w:val="0"/>
          <w:i w:val="0"/>
        </w:rPr>
        <w:t xml:space="preserve"> của chúng. Vòng lặp bên ngoài sẽ đặt các người ngoài hành tinh theo chiều dọc bằng cách tập trung vào giá trị </w:t>
      </w:r>
      <w:r>
        <w:rPr>
          <w:b w:val="0"/>
          <w:i/>
        </w:rPr>
        <w:t>y</w:t>
      </w:r>
      <w:r>
        <w:rPr>
          <w:b w:val="0"/>
          <w:i w:val="0"/>
        </w:rPr>
        <w:t>. Chúng ta sẽ dừng thêm hàng khi đến gần đáy màn hình, chừa đủ chỗ cho tàu và một khoảng trống để bắt đầu bắn vào lũ người ngoài hành tinh.</w:t>
      </w:r>
    </w:p>
    <w:p>
      <w:pPr>
        <w:spacing w:after="80"/>
      </w:pPr>
      <w:r>
        <w:rPr>
          <w:b w:val="0"/>
          <w:i w:val="0"/>
        </w:rPr>
        <w:t xml:space="preserve">Đây là cách lồng hai vòng lặp </w:t>
      </w:r>
      <w:r>
        <w:rPr>
          <w:rFonts w:ascii="Consolas" w:hAnsi="Consolas"/>
          <w:b w:val="0"/>
          <w:i w:val="0"/>
          <w:sz w:val="20"/>
        </w:rPr>
        <w:t>while</w:t>
      </w:r>
      <w:r>
        <w:rPr>
          <w:b w:val="0"/>
          <w:i w:val="0"/>
        </w:rPr>
        <w:t xml:space="preserve"> trong </w:t>
      </w:r>
      <w:r>
        <w:rPr>
          <w:rFonts w:ascii="Consolas" w:hAnsi="Consolas"/>
          <w:b w:val="0"/>
          <w:i w:val="0"/>
          <w:sz w:val="20"/>
        </w:rPr>
        <w:t>_create_fleet()</w:t>
      </w:r>
      <w:r>
        <w:rPr>
          <w:b w:val="0"/>
          <w:i w:val="0"/>
        </w:rPr>
        <w:t>:</w:t>
      </w:r>
    </w:p>
    <w:p>
      <w:pPr>
        <w:spacing w:after="80"/>
      </w:pPr>
      <w:r>
        <w:rPr>
          <w:b w:val="0"/>
          <w:i w:val="0"/>
        </w:rPr>
        <w:t>def _create_fleet(self):</w:t>
      </w:r>
      <w:r>
        <w:br/>
      </w:r>
      <w:r>
        <w:rPr>
          <w:b w:val="0"/>
          <w:i w:val="0"/>
        </w:rPr>
        <w:t xml:space="preserve">        """Create the fleet of aliens."""</w:t>
      </w:r>
      <w:r>
        <w:br/>
      </w:r>
      <w:r>
        <w:rPr>
          <w:b w:val="0"/>
          <w:i w:val="0"/>
        </w:rPr>
        <w:t xml:space="preserve">        # Create an alien and keep adding aliens until there's no room left.</w:t>
      </w:r>
      <w:r>
        <w:br/>
      </w:r>
      <w:r>
        <w:rPr>
          <w:b w:val="0"/>
          <w:i w:val="0"/>
        </w:rPr>
        <w:t xml:space="preserve">        # Spacing between aliens is one alien width and one alien height.</w:t>
      </w:r>
      <w:r>
        <w:br/>
      </w:r>
      <w:r>
        <w:rPr>
          <w:b w:val="0"/>
          <w:i w:val="0"/>
        </w:rPr>
        <w:t xml:space="preserve">        alien = Alien(self)</w:t>
      </w:r>
      <w:r>
        <w:br/>
      </w:r>
      <w:r>
        <w:rPr>
          <w:b w:val="0"/>
          <w:i w:val="0"/>
        </w:rPr>
        <w:t>❶         alien_width, alien_height = alien.rect.size</w:t>
      </w:r>
      <w:r>
        <w:br/>
      </w:r>
      <w:r>
        <w:br/>
      </w:r>
      <w:r>
        <w:rPr>
          <w:b w:val="0"/>
          <w:i w:val="0"/>
        </w:rPr>
        <w:t>❷         current_x, current_y = alien_width, alien_height</w:t>
      </w:r>
      <w:r>
        <w:br/>
      </w:r>
      <w:r>
        <w:rPr>
          <w:b w:val="0"/>
          <w:i w:val="0"/>
        </w:rPr>
        <w:t>❸         while current_y &lt; (self.settings.screen_height - 3 * alien_height):</w:t>
      </w:r>
      <w:r>
        <w:br/>
      </w:r>
      <w:r>
        <w:rPr>
          <w:b w:val="0"/>
          <w:i w:val="0"/>
        </w:rPr>
        <w:t xml:space="preserve">            while current_x &lt; (self.settings.screen_width - 2 * alien_width):</w:t>
      </w:r>
      <w:r>
        <w:br/>
      </w:r>
      <w:r>
        <w:rPr>
          <w:b w:val="0"/>
          <w:i w:val="0"/>
        </w:rPr>
        <w:t>❹                 self._create_alien(current_x, current_y)</w:t>
      </w:r>
      <w:r>
        <w:br/>
      </w:r>
      <w:r>
        <w:rPr>
          <w:b w:val="0"/>
          <w:i w:val="0"/>
        </w:rPr>
        <w:t xml:space="preserve">                current_x += 2 * alien_width</w:t>
      </w:r>
      <w:r>
        <w:br/>
      </w:r>
      <w:r>
        <w:br/>
      </w:r>
      <w:r>
        <w:rPr>
          <w:b w:val="0"/>
          <w:i w:val="0"/>
        </w:rPr>
        <w:t>❺             # Finished a row; reset x value, and increment y value.</w:t>
      </w:r>
      <w:r>
        <w:br/>
      </w:r>
      <w:r>
        <w:rPr>
          <w:b w:val="0"/>
          <w:i w:val="0"/>
        </w:rPr>
        <w:t xml:space="preserve">            current_x = alien_width</w:t>
      </w:r>
      <w:r>
        <w:br/>
      </w:r>
      <w:r>
        <w:rPr>
          <w:b w:val="0"/>
          <w:i w:val="0"/>
        </w:rPr>
        <w:t xml:space="preserve">            current_y += 2 * alien_height</w:t>
      </w:r>
    </w:p>
    <w:p>
      <w:pPr>
        <w:spacing w:after="80"/>
      </w:pPr>
      <w:r>
        <w:rPr>
          <w:b w:val="0"/>
          <w:i w:val="0"/>
        </w:rPr>
        <w:t xml:space="preserve">Chúng ta cần biết chiều cao của người ngoài hành tinh để đặt các hàng, nên ta lấy chiều rộng và chiều cao của người ngoài hành tinh bằng thuộc tính </w:t>
      </w:r>
      <w:r>
        <w:rPr>
          <w:rFonts w:ascii="Consolas" w:hAnsi="Consolas"/>
          <w:b w:val="0"/>
          <w:i w:val="0"/>
          <w:sz w:val="20"/>
        </w:rPr>
        <w:t>size</w:t>
      </w:r>
      <w:r>
        <w:rPr>
          <w:b w:val="0"/>
          <w:i w:val="0"/>
        </w:rPr>
        <w:t xml:space="preserve"> của </w:t>
      </w:r>
      <w:r>
        <w:rPr>
          <w:rFonts w:ascii="Consolas" w:hAnsi="Consolas"/>
          <w:b w:val="0"/>
          <w:i w:val="0"/>
          <w:sz w:val="20"/>
        </w:rPr>
        <w:t>rect</w:t>
      </w:r>
      <w:r>
        <w:rPr>
          <w:b w:val="0"/>
          <w:i w:val="0"/>
        </w:rPr>
        <w:t xml:space="preserve"> của nó ❶. Thuộc tính </w:t>
      </w:r>
      <w:r>
        <w:rPr>
          <w:rFonts w:ascii="Consolas" w:hAnsi="Consolas"/>
          <w:b w:val="0"/>
          <w:i w:val="0"/>
          <w:sz w:val="20"/>
        </w:rPr>
        <w:t>size</w:t>
      </w:r>
      <w:r>
        <w:rPr>
          <w:b w:val="0"/>
          <w:i w:val="0"/>
        </w:rPr>
        <w:t xml:space="preserve"> của một </w:t>
      </w:r>
      <w:r>
        <w:rPr>
          <w:rFonts w:ascii="Consolas" w:hAnsi="Consolas"/>
          <w:b w:val="0"/>
          <w:i w:val="0"/>
          <w:sz w:val="20"/>
        </w:rPr>
        <w:t>rect</w:t>
      </w:r>
      <w:r>
        <w:rPr>
          <w:b w:val="0"/>
          <w:i w:val="0"/>
        </w:rPr>
        <w:t xml:space="preserve"> là một tuple chứa chiều rộng và chiều cao của nó.</w:t>
      </w:r>
    </w:p>
    <w:p>
      <w:pPr>
        <w:spacing w:after="80"/>
      </w:pPr>
      <w:r>
        <w:rPr>
          <w:b w:val="0"/>
          <w:i w:val="0"/>
        </w:rPr>
        <w:t xml:space="preserve">Tiếp theo, chúng ta đặt giá trị </w:t>
      </w:r>
      <w:r>
        <w:rPr>
          <w:b w:val="0"/>
          <w:i/>
        </w:rPr>
        <w:t>x</w:t>
      </w:r>
      <w:r>
        <w:rPr>
          <w:b w:val="0"/>
          <w:i w:val="0"/>
        </w:rPr>
        <w:t xml:space="preserve"> và </w:t>
      </w:r>
      <w:r>
        <w:rPr>
          <w:b w:val="0"/>
          <w:i/>
        </w:rPr>
        <w:t>y</w:t>
      </w:r>
      <w:r>
        <w:rPr>
          <w:b w:val="0"/>
          <w:i w:val="0"/>
        </w:rPr>
        <w:t xml:space="preserve"> ban đầu cho vị trí của người ngoài hành tinh đầu tiên trong đội tàu ❷. Ta đặt nó cách lề trái một chiều rộng người ngoài hành tinh và cách lề trên một chiều cao người ngoài hành tinh. Sau đó ta định nghĩa vòng lặp </w:t>
      </w:r>
      <w:r>
        <w:rPr>
          <w:rFonts w:ascii="Consolas" w:hAnsi="Consolas"/>
          <w:b w:val="0"/>
          <w:i w:val="0"/>
          <w:sz w:val="20"/>
        </w:rPr>
        <w:t>while</w:t>
      </w:r>
      <w:r>
        <w:rPr>
          <w:b w:val="0"/>
          <w:i w:val="0"/>
        </w:rPr>
        <w:t xml:space="preserve"> điều khiển số hàng được đặt lên màn hình ❸. Chừng nào giá trị </w:t>
      </w:r>
      <w:r>
        <w:rPr>
          <w:b w:val="0"/>
          <w:i/>
        </w:rPr>
        <w:t>y</w:t>
      </w:r>
      <w:r>
        <w:rPr>
          <w:b w:val="0"/>
          <w:i w:val="0"/>
        </w:rPr>
        <w:t xml:space="preserve"> cho hàng tiếp theo còn nhỏ hơn chiều cao màn hình trừ đi ba chiều cao người ngoài hành tinh, chúng ta sẽ tiếp tục thêm hàng. (Nếu cách này không chừa đúng khoảng trống cần thiết, ta có thể điều chỉnh sau.)</w:t>
      </w:r>
    </w:p>
    <w:p>
      <w:pPr>
        <w:spacing w:after="80"/>
      </w:pPr>
      <w:r>
        <w:rPr>
          <w:b w:val="0"/>
          <w:i w:val="0"/>
        </w:rPr>
        <w:t xml:space="preserve">Chúng ta gọi </w:t>
      </w:r>
      <w:r>
        <w:rPr>
          <w:rFonts w:ascii="Consolas" w:hAnsi="Consolas"/>
          <w:b w:val="0"/>
          <w:i w:val="0"/>
          <w:sz w:val="20"/>
        </w:rPr>
        <w:t>_create_alien()</w:t>
      </w:r>
      <w:r>
        <w:rPr>
          <w:b w:val="0"/>
          <w:i w:val="0"/>
        </w:rPr>
        <w:t xml:space="preserve">, và truyền cho nó giá trị </w:t>
      </w:r>
      <w:r>
        <w:rPr>
          <w:b w:val="0"/>
          <w:i/>
        </w:rPr>
        <w:t>y</w:t>
      </w:r>
      <w:r>
        <w:rPr>
          <w:b w:val="0"/>
          <w:i w:val="0"/>
        </w:rPr>
        <w:t xml:space="preserve"> cùng với vị trí </w:t>
      </w:r>
      <w:r>
        <w:rPr>
          <w:b w:val="0"/>
          <w:i/>
        </w:rPr>
        <w:t>x</w:t>
      </w:r>
      <w:r>
        <w:rPr>
          <w:b w:val="0"/>
          <w:i w:val="0"/>
        </w:rPr>
        <w:t xml:space="preserve"> ❹. Chúng ta sẽ sửa </w:t>
      </w:r>
      <w:r>
        <w:rPr>
          <w:rFonts w:ascii="Consolas" w:hAnsi="Consolas"/>
          <w:b w:val="0"/>
          <w:i w:val="0"/>
          <w:sz w:val="20"/>
        </w:rPr>
        <w:t>_create_alien()</w:t>
      </w:r>
      <w:r>
        <w:rPr>
          <w:b w:val="0"/>
          <w:i w:val="0"/>
        </w:rPr>
        <w:t xml:space="preserve"> ngay sau đây.</w:t>
      </w:r>
    </w:p>
    <w:p>
      <w:pPr>
        <w:spacing w:after="80"/>
      </w:pPr>
      <w:r>
        <w:rPr>
          <w:b w:val="0"/>
          <w:i w:val="0"/>
        </w:rPr>
        <w:t xml:space="preserve">Hãy để ý cách thụt lề của hai dòng mã cuối cùng ❺. Chúng nằm trong vòng lặp </w:t>
      </w:r>
      <w:r>
        <w:rPr>
          <w:rFonts w:ascii="Consolas" w:hAnsi="Consolas"/>
          <w:b w:val="0"/>
          <w:i w:val="0"/>
          <w:sz w:val="20"/>
        </w:rPr>
        <w:t>while</w:t>
      </w:r>
      <w:r>
        <w:rPr>
          <w:b w:val="0"/>
          <w:i w:val="0"/>
        </w:rPr>
        <w:t xml:space="preserve"> bên ngoài, nhưng ngoài vòng lặp </w:t>
      </w:r>
      <w:r>
        <w:rPr>
          <w:rFonts w:ascii="Consolas" w:hAnsi="Consolas"/>
          <w:b w:val="0"/>
          <w:i w:val="0"/>
          <w:sz w:val="20"/>
        </w:rPr>
        <w:t>while</w:t>
      </w:r>
      <w:r>
        <w:rPr>
          <w:b w:val="0"/>
          <w:i w:val="0"/>
        </w:rPr>
        <w:t xml:space="preserve"> bên trong. Khối này chạy sau khi vòng lặp bên trong kết thúc; nó chạy một lần sau khi mỗi hàng được tạo xong. Sau khi mỗi hàng được thêm vào, chúng ta đặt lại giá trị của </w:t>
      </w:r>
      <w:r>
        <w:rPr>
          <w:rFonts w:ascii="Consolas" w:hAnsi="Consolas"/>
          <w:b w:val="0"/>
          <w:i w:val="0"/>
          <w:sz w:val="20"/>
        </w:rPr>
        <w:t>current_x</w:t>
      </w:r>
      <w:r>
        <w:rPr>
          <w:b w:val="0"/>
          <w:i w:val="0"/>
        </w:rPr>
        <w:t xml:space="preserve"> để người ngoài hành tinh đầu tiên ở hàng tiếp theo sẽ được đặt cùng vị trí với người ngoài hành tinh đầu tiên ở các hàng trước. Sau đó ta cộng thêm hai chiều cao người ngoài hành tinh vào giá trị hiện tại của </w:t>
      </w:r>
      <w:r>
        <w:rPr>
          <w:rFonts w:ascii="Consolas" w:hAnsi="Consolas"/>
          <w:b w:val="0"/>
          <w:i w:val="0"/>
          <w:sz w:val="20"/>
        </w:rPr>
        <w:t>current_y</w:t>
      </w:r>
      <w:r>
        <w:rPr>
          <w:b w:val="0"/>
          <w:i w:val="0"/>
        </w:rPr>
        <w:t xml:space="preserve">, để hàng tiếp theo sẽ được đặt thấp hơn trên màn hình. Thụt lề ở đây thực sự quan trọng; nếu bạn không thấy đội tàu đúng khi chạy </w:t>
      </w:r>
      <w:r>
        <w:rPr>
          <w:b w:val="0"/>
          <w:i/>
        </w:rPr>
        <w:t>alien_invasion.py</w:t>
      </w:r>
      <w:r>
        <w:rPr>
          <w:b w:val="0"/>
          <w:i w:val="0"/>
        </w:rPr>
        <w:t xml:space="preserve"> ở cuối phần này, hãy kiểm tra lại thụt lề của tất cả các dòng trong những vòng lặp lồng nhau này.</w:t>
      </w:r>
    </w:p>
    <w:p>
      <w:pPr>
        <w:spacing w:after="80"/>
      </w:pPr>
      <w:r>
        <w:rPr>
          <w:b w:val="0"/>
          <w:i w:val="0"/>
        </w:rPr>
        <w:t xml:space="preserve">Chúng ta cần sửa </w:t>
      </w:r>
      <w:r>
        <w:rPr>
          <w:rFonts w:ascii="Consolas" w:hAnsi="Consolas"/>
          <w:b w:val="0"/>
          <w:i w:val="0"/>
          <w:sz w:val="20"/>
        </w:rPr>
        <w:t>_create_alien()</w:t>
      </w:r>
      <w:r>
        <w:rPr>
          <w:b w:val="0"/>
          <w:i w:val="0"/>
        </w:rPr>
        <w:t xml:space="preserve"> để đặt vị trí dọc của người ngoài hành tinh cho đúng:</w:t>
      </w:r>
    </w:p>
    <w:p>
      <w:pPr>
        <w:spacing w:after="80"/>
      </w:pPr>
      <w:r>
        <w:rPr>
          <w:b w:val="0"/>
          <w:i w:val="0"/>
        </w:rPr>
        <w:t>def _create_alien(self, x_position, y_position):</w:t>
      </w:r>
      <w:r>
        <w:br/>
      </w:r>
      <w:r>
        <w:rPr>
          <w:b w:val="0"/>
          <w:i w:val="0"/>
        </w:rPr>
        <w:t xml:space="preserve">        """Create an alien and place it in the fleet."""</w:t>
      </w:r>
      <w:r>
        <w:br/>
      </w:r>
      <w:r>
        <w:rPr>
          <w:b w:val="0"/>
          <w:i w:val="0"/>
        </w:rPr>
        <w:t xml:space="preserve">        new_alien = Alien(self)</w:t>
      </w:r>
      <w:r>
        <w:br/>
      </w:r>
      <w:r>
        <w:rPr>
          <w:b w:val="0"/>
          <w:i w:val="0"/>
        </w:rPr>
        <w:t xml:space="preserve">        new_alien.x = x_position</w:t>
      </w:r>
      <w:r>
        <w:br/>
      </w:r>
      <w:r>
        <w:rPr>
          <w:b w:val="0"/>
          <w:i w:val="0"/>
        </w:rPr>
        <w:t xml:space="preserve">        new_alien.rect.x = x_position</w:t>
      </w:r>
      <w:r>
        <w:br/>
      </w:r>
      <w:r>
        <w:rPr>
          <w:b w:val="0"/>
          <w:i w:val="0"/>
        </w:rPr>
        <w:t xml:space="preserve">        new_alien.rect.y = y_position</w:t>
      </w:r>
      <w:r>
        <w:br/>
      </w:r>
      <w:r>
        <w:rPr>
          <w:b w:val="0"/>
          <w:i w:val="0"/>
        </w:rPr>
        <w:t xml:space="preserve">        self.aliens.add(new_alien)</w:t>
      </w:r>
    </w:p>
    <w:p>
      <w:pPr>
        <w:spacing w:after="80"/>
      </w:pPr>
      <w:r>
        <w:rPr>
          <w:b w:val="0"/>
          <w:i w:val="0"/>
        </w:rPr>
        <w:t xml:space="preserve">Chúng ta sửa định nghĩa của phương thức để nhận giá trị </w:t>
      </w:r>
      <w:r>
        <w:rPr>
          <w:b w:val="0"/>
          <w:i/>
        </w:rPr>
        <w:t>y</w:t>
      </w:r>
      <w:r>
        <w:rPr>
          <w:b w:val="0"/>
          <w:i w:val="0"/>
        </w:rPr>
        <w:t xml:space="preserve"> cho người ngoài hành tinh mới, và ta đặt vị trí dọc của </w:t>
      </w:r>
      <w:r>
        <w:rPr>
          <w:rFonts w:ascii="Consolas" w:hAnsi="Consolas"/>
          <w:b w:val="0"/>
          <w:i w:val="0"/>
          <w:sz w:val="20"/>
        </w:rPr>
        <w:t>rect</w:t>
      </w:r>
      <w:r>
        <w:rPr>
          <w:b w:val="0"/>
          <w:i w:val="0"/>
        </w:rPr>
        <w:t xml:space="preserve"> trong thân phương thức.</w:t>
      </w:r>
    </w:p>
    <w:p>
      <w:pPr>
        <w:spacing w:after="80"/>
      </w:pPr>
      <w:r>
        <w:rPr>
          <w:b w:val="0"/>
          <w:i w:val="0"/>
        </w:rPr>
        <w:t>Khi bạn chạy game bây giờ, bạn sẽ thấy một đội tàu đầy đủ người ngoài hành tinh, như trong Hình 13-4.</w:t>
      </w:r>
    </w:p>
    <w:p>
      <w:pPr>
        <w:jc w:val="center"/>
      </w:pPr>
      <w:r>
        <w:drawing>
          <wp:inline xmlns:a="http://schemas.openxmlformats.org/drawingml/2006/main" xmlns:pic="http://schemas.openxmlformats.org/drawingml/2006/picture">
            <wp:extent cx="5238750" cy="3619500"/>
            <wp:docPr id="25" name="Picture 25"/>
            <wp:cNvGraphicFramePr>
              <a:graphicFrameLocks noChangeAspect="1"/>
            </wp:cNvGraphicFramePr>
            <a:graphic>
              <a:graphicData uri="http://schemas.openxmlformats.org/drawingml/2006/picture">
                <pic:pic>
                  <pic:nvPicPr>
                    <pic:cNvPr id="0" name="image_rsrcBHR.jpg"/>
                    <pic:cNvPicPr/>
                  </pic:nvPicPr>
                  <pic:blipFill>
                    <a:blip r:embed="rId20"/>
                    <a:stretch>
                      <a:fillRect/>
                    </a:stretch>
                  </pic:blipFill>
                  <pic:spPr>
                    <a:xfrm>
                      <a:off x="0" y="0"/>
                      <a:ext cx="5238750" cy="3619500"/>
                    </a:xfrm>
                    <a:prstGeom prst="rect"/>
                  </pic:spPr>
                </pic:pic>
              </a:graphicData>
            </a:graphic>
          </wp:inline>
        </w:drawing>
      </w:r>
    </w:p>
    <w:p>
      <w:pPr>
        <w:spacing w:after="80"/>
      </w:pPr>
      <w:r>
        <w:rPr>
          <w:b w:val="0"/>
          <w:i w:val="0"/>
        </w:rPr>
        <w:t>Hình 13-4: Đội tàu đầy đủ xuất hiện.</w:t>
      </w:r>
    </w:p>
    <w:p>
      <w:pPr>
        <w:spacing w:after="80"/>
      </w:pPr>
      <w:r>
        <w:rPr>
          <w:b w:val="0"/>
          <w:i w:val="0"/>
        </w:rPr>
        <w:t>Trong phần tiếp theo, chúng ta sẽ làm cho đội tàu di chuyển!</w:t>
      </w:r>
    </w:p>
    <w:p>
      <w:pPr>
        <w:spacing w:before="120" w:after="40"/>
      </w:pPr>
      <w:r>
        <w:rPr>
          <w:b/>
          <w:sz w:val="21"/>
        </w:rPr>
        <w:t>Tự thực hành</w:t>
      </w:r>
    </w:p>
    <w:p>
      <w:pPr>
        <w:spacing w:after="80"/>
      </w:pPr>
      <w:r>
        <w:rPr>
          <w:b/>
          <w:i w:val="0"/>
        </w:rPr>
        <w:t>13-1. Những ngôi sao:</w:t>
      </w:r>
      <w:r>
        <w:rPr>
          <w:b w:val="0"/>
          <w:i w:val="0"/>
        </w:rPr>
        <w:t xml:space="preserve"> Tìm một hình ảnh của một ngôi sao. Tạo một lưới các ngôi sao xuất hiện trên màn hình.</w:t>
      </w:r>
    </w:p>
    <w:p>
      <w:pPr>
        <w:spacing w:after="80"/>
      </w:pPr>
      <w:r>
        <w:rPr>
          <w:b/>
          <w:i w:val="0"/>
        </w:rPr>
        <w:t>13-2. Những ngôi sao đẹp hơn:</w:t>
      </w:r>
      <w:r>
        <w:rPr>
          <w:b w:val="0"/>
          <w:i w:val="0"/>
        </w:rPr>
        <w:t xml:space="preserve"> Bạn có thể tạo ra một mẫu sao trông thực tế hơn bằng cách thêm yếu tố ngẫu nhiên khi đặt từng ngôi sao. Nhớ lại từ Chương 9 rằng bạn có thể lấy một số ngẫu nhiên như thế này:</w:t>
      </w:r>
    </w:p>
    <w:p>
      <w:pPr>
        <w:spacing w:after="80"/>
      </w:pPr>
      <w:r>
        <w:rPr>
          <w:b w:val="0"/>
          <w:i w:val="0"/>
        </w:rPr>
        <w:t>from random import randint</w:t>
      </w:r>
      <w:r>
        <w:br/>
      </w:r>
      <w:r>
        <w:rPr>
          <w:b w:val="0"/>
          <w:i w:val="0"/>
        </w:rPr>
        <w:t>random_number = randint(-10, 10)</w:t>
      </w:r>
    </w:p>
    <w:p>
      <w:pPr>
        <w:spacing w:after="80"/>
      </w:pPr>
      <w:r>
        <w:rPr>
          <w:b w:val="0"/>
          <w:i w:val="0"/>
        </w:rPr>
        <w:t>Đoạn mã này trả về một số nguyên ngẫu nhiên trong khoảng từ −10 đến 10. Dùng mã của bạn trong Bài tập 13-1, điều chỉnh vị trí của mỗi ngôi sao bằng một lượng ngẫu nhiên.</w:t>
      </w:r>
    </w:p>
    <w:p>
      <w:pPr>
        <w:pStyle w:val="Heading2"/>
      </w:pPr>
      <w:r>
        <w:rPr>
          <w:rFonts w:ascii="Calibri" w:hAnsi="Calibri"/>
          <w:b/>
          <w:i w:val="0"/>
          <w:sz w:val="32"/>
        </w:rPr>
        <w:t>Làm cho đội quân di chuyển</w:t>
      </w:r>
    </w:p>
    <w:p>
      <w:pPr>
        <w:spacing w:after="80"/>
      </w:pPr>
      <w:r>
        <w:rPr>
          <w:b w:val="0"/>
          <w:i w:val="0"/>
        </w:rPr>
        <w:t>Bây giờ hãy làm cho đội quân người ngoài hành tinh di chuyển sang phải khắp màn hình cho đến khi chạm mép, rồi làm cho nó hạ xuống một khoảng nhất định và di chuyển theo hướng ngược lại. Chúng ta sẽ tiếp tục chuyển động này cho đến khi tất cả người ngoài hành tinh bị bắn hạ, một con va chạm với tàu, hoặc một con chạm đáy màn hình. Hãy bắt đầu bằng việc làm cho đội quân di chuyển sang phải.</w:t>
      </w:r>
    </w:p>
    <w:p>
      <w:pPr>
        <w:pStyle w:val="Heading3"/>
      </w:pPr>
      <w:r>
        <w:rPr>
          <w:rFonts w:ascii="Calibri" w:hAnsi="Calibri"/>
          <w:b/>
          <w:i w:val="0"/>
          <w:sz w:val="27"/>
        </w:rPr>
        <w:t>Di chuyển người ngoài hành tinh sang phải</w:t>
      </w:r>
    </w:p>
    <w:p>
      <w:pPr>
        <w:spacing w:after="80"/>
      </w:pPr>
      <w:r>
        <w:rPr>
          <w:b w:val="0"/>
          <w:i w:val="0"/>
        </w:rPr>
        <w:t xml:space="preserve">Để di chuyển người ngoài hành tinh, chúng ta sẽ dùng một phương thức </w:t>
      </w:r>
      <w:r>
        <w:rPr>
          <w:rFonts w:ascii="Consolas" w:hAnsi="Consolas"/>
          <w:b w:val="0"/>
          <w:i w:val="0"/>
          <w:sz w:val="20"/>
        </w:rPr>
        <w:t>update()</w:t>
      </w:r>
      <w:r>
        <w:rPr>
          <w:b w:val="0"/>
          <w:i w:val="0"/>
        </w:rPr>
        <w:t xml:space="preserve"> trong </w:t>
      </w:r>
      <w:r>
        <w:rPr>
          <w:b w:val="0"/>
          <w:i/>
        </w:rPr>
        <w:t>alien.py</w:t>
      </w:r>
      <w:r>
        <w:rPr>
          <w:b w:val="0"/>
          <w:i w:val="0"/>
        </w:rPr>
        <w:t>, mà chúng ta sẽ gọi cho từng người ngoài hành tinh trong nhóm. Đầu tiên, thêm một cài đặt để điều khiển tốc độ của mỗi người ngoài hành tinh:</w:t>
      </w:r>
    </w:p>
    <w:p>
      <w:pPr>
        <w:spacing w:after="80"/>
      </w:pPr>
      <w:r>
        <w:rPr>
          <w:b w:val="0"/>
          <w:i w:val="0"/>
        </w:rPr>
        <w:t>settings.py</w:t>
      </w:r>
    </w:p>
    <w:p>
      <w:pPr>
        <w:spacing w:after="80"/>
      </w:pPr>
      <w:r>
        <w:rPr>
          <w:b w:val="0"/>
          <w:i w:val="0"/>
        </w:rPr>
        <w:t>def __init__(self):</w:t>
      </w:r>
      <w:r>
        <w:br/>
      </w:r>
      <w:r>
        <w:rPr>
          <w:b w:val="0"/>
          <w:i w:val="0"/>
        </w:rPr>
        <w:t xml:space="preserve">        </w:t>
      </w:r>
      <w:r>
        <w:rPr>
          <w:b w:val="0"/>
          <w:i/>
        </w:rPr>
        <w:t>--snip--</w:t>
      </w:r>
      <w:r>
        <w:br/>
      </w:r>
      <w:r>
        <w:rPr>
          <w:b w:val="0"/>
          <w:i w:val="0"/>
        </w:rPr>
        <w:t xml:space="preserve">        # Alien settings</w:t>
      </w:r>
      <w:r>
        <w:br/>
      </w:r>
      <w:r>
        <w:rPr>
          <w:b w:val="0"/>
          <w:i w:val="0"/>
        </w:rPr>
        <w:t xml:space="preserve">        self.alien_speed = 1.0</w:t>
      </w:r>
    </w:p>
    <w:p>
      <w:pPr>
        <w:spacing w:after="80"/>
      </w:pPr>
      <w:r>
        <w:rPr>
          <w:b w:val="0"/>
          <w:i w:val="0"/>
        </w:rPr>
        <w:t xml:space="preserve">Sau đó dùng cài đặt này để triển khai </w:t>
      </w:r>
      <w:r>
        <w:rPr>
          <w:rFonts w:ascii="Consolas" w:hAnsi="Consolas"/>
          <w:b w:val="0"/>
          <w:i w:val="0"/>
          <w:sz w:val="20"/>
        </w:rPr>
        <w:t>update()</w:t>
      </w:r>
      <w:r>
        <w:rPr>
          <w:b w:val="0"/>
          <w:i w:val="0"/>
        </w:rPr>
        <w:t xml:space="preserve"> trong </w:t>
      </w:r>
      <w:r>
        <w:rPr>
          <w:b w:val="0"/>
          <w:i/>
        </w:rPr>
        <w:t>alien.py</w:t>
      </w:r>
      <w:r>
        <w:rPr>
          <w:b w:val="0"/>
          <w:i w:val="0"/>
        </w:rPr>
        <w:t>:</w:t>
      </w:r>
    </w:p>
    <w:p>
      <w:pPr>
        <w:spacing w:after="80"/>
      </w:pPr>
      <w:r>
        <w:rPr>
          <w:b w:val="0"/>
          <w:i w:val="0"/>
        </w:rPr>
        <w:t>alien.py</w:t>
      </w:r>
    </w:p>
    <w:p>
      <w:pPr>
        <w:spacing w:after="80"/>
      </w:pPr>
      <w:r>
        <w:rPr>
          <w:b w:val="0"/>
          <w:i w:val="0"/>
        </w:rPr>
        <w:t>def __init__(self, ai_game):</w:t>
      </w:r>
      <w:r>
        <w:br/>
      </w:r>
      <w:r>
        <w:rPr>
          <w:b w:val="0"/>
          <w:i w:val="0"/>
        </w:rPr>
        <w:t xml:space="preserve">        """Initialize the alien and set its starting position."""</w:t>
      </w:r>
      <w:r>
        <w:br/>
      </w:r>
      <w:r>
        <w:rPr>
          <w:b w:val="0"/>
          <w:i w:val="0"/>
        </w:rPr>
        <w:t xml:space="preserve">        super().__init__()</w:t>
      </w:r>
      <w:r>
        <w:br/>
      </w:r>
      <w:r>
        <w:rPr>
          <w:b w:val="0"/>
          <w:i w:val="0"/>
        </w:rPr>
        <w:t xml:space="preserve">        self.screen = ai_game.screen</w:t>
      </w:r>
      <w:r>
        <w:br/>
      </w:r>
      <w:r>
        <w:rPr>
          <w:b w:val="0"/>
          <w:i w:val="0"/>
        </w:rPr>
        <w:t xml:space="preserve">        self.settings = ai_game.settings</w:t>
      </w:r>
      <w:r>
        <w:br/>
      </w:r>
      <w:r>
        <w:rPr>
          <w:b w:val="0"/>
          <w:i w:val="0"/>
        </w:rPr>
        <w:t xml:space="preserve">        </w:t>
      </w:r>
      <w:r>
        <w:rPr>
          <w:b w:val="0"/>
          <w:i/>
        </w:rPr>
        <w:t>--snip--</w:t>
      </w:r>
      <w:r>
        <w:br/>
      </w:r>
      <w:r>
        <w:br/>
      </w:r>
      <w:r>
        <w:rPr>
          <w:b w:val="0"/>
          <w:i w:val="0"/>
        </w:rPr>
        <w:t xml:space="preserve">    def update(self):</w:t>
      </w:r>
      <w:r>
        <w:br/>
      </w:r>
      <w:r>
        <w:rPr>
          <w:b w:val="0"/>
          <w:i w:val="0"/>
        </w:rPr>
        <w:t xml:space="preserve">        """Move the alien to the right."""</w:t>
      </w:r>
      <w:r>
        <w:br/>
      </w:r>
      <w:r>
        <w:rPr>
          <w:b w:val="0"/>
          <w:i w:val="0"/>
        </w:rPr>
        <w:t>❶         self.x += self.settings.alien_speed</w:t>
      </w:r>
      <w:r>
        <w:br/>
      </w:r>
      <w:r>
        <w:rPr>
          <w:b w:val="0"/>
          <w:i w:val="0"/>
        </w:rPr>
        <w:t>❷         self.rect.x = self.x</w:t>
      </w:r>
    </w:p>
    <w:p>
      <w:pPr>
        <w:spacing w:after="80"/>
      </w:pPr>
      <w:r>
        <w:rPr>
          <w:b w:val="0"/>
          <w:i w:val="0"/>
        </w:rPr>
        <w:t xml:space="preserve">Chúng ta tạo một tham số </w:t>
      </w:r>
      <w:r>
        <w:rPr>
          <w:rFonts w:ascii="Consolas" w:hAnsi="Consolas"/>
          <w:b w:val="0"/>
          <w:i w:val="0"/>
          <w:sz w:val="20"/>
        </w:rPr>
        <w:t>settings</w:t>
      </w:r>
      <w:r>
        <w:rPr>
          <w:b w:val="0"/>
          <w:i w:val="0"/>
        </w:rPr>
        <w:t xml:space="preserve"> trong </w:t>
      </w:r>
      <w:r>
        <w:rPr>
          <w:rFonts w:ascii="Consolas" w:hAnsi="Consolas"/>
          <w:b w:val="0"/>
          <w:i w:val="0"/>
          <w:sz w:val="20"/>
        </w:rPr>
        <w:t>__init__()</w:t>
      </w:r>
      <w:r>
        <w:rPr>
          <w:b w:val="0"/>
          <w:i w:val="0"/>
        </w:rPr>
        <w:t xml:space="preserve"> để có thể truy cập tốc độ của người ngoài hành tinh trong </w:t>
      </w:r>
      <w:r>
        <w:rPr>
          <w:rFonts w:ascii="Consolas" w:hAnsi="Consolas"/>
          <w:b w:val="0"/>
          <w:i w:val="0"/>
          <w:sz w:val="20"/>
        </w:rPr>
        <w:t>update()</w:t>
      </w:r>
      <w:r>
        <w:rPr>
          <w:b w:val="0"/>
          <w:i w:val="0"/>
        </w:rPr>
        <w:t xml:space="preserve">. Mỗi lần cập nhật vị trí của một người ngoài hành tinh, chúng ta di chuyển nó sang phải một khoảng bằng giá trị lưu trong </w:t>
      </w:r>
      <w:r>
        <w:rPr>
          <w:rFonts w:ascii="Consolas" w:hAnsi="Consolas"/>
          <w:b w:val="0"/>
          <w:i w:val="0"/>
          <w:sz w:val="20"/>
        </w:rPr>
        <w:t>alien_speed</w:t>
      </w:r>
      <w:r>
        <w:rPr>
          <w:b w:val="0"/>
          <w:i w:val="0"/>
        </w:rPr>
        <w:t xml:space="preserve">. Chúng ta theo dõi vị trí chính xác của người ngoài hành tinh bằng thuộc tính </w:t>
      </w:r>
      <w:r>
        <w:rPr>
          <w:rFonts w:ascii="Consolas" w:hAnsi="Consolas"/>
          <w:b w:val="0"/>
          <w:i w:val="0"/>
          <w:sz w:val="20"/>
        </w:rPr>
        <w:t>self.x</w:t>
      </w:r>
      <w:r>
        <w:rPr>
          <w:b w:val="0"/>
          <w:i w:val="0"/>
        </w:rPr>
        <w:t xml:space="preserve">, thuộc tính này có thể chứa giá trị số thực (float) ❶. Sau đó chúng ta dùng giá trị của </w:t>
      </w:r>
      <w:r>
        <w:rPr>
          <w:rFonts w:ascii="Consolas" w:hAnsi="Consolas"/>
          <w:b w:val="0"/>
          <w:i w:val="0"/>
          <w:sz w:val="20"/>
        </w:rPr>
        <w:t>self.x</w:t>
      </w:r>
      <w:r>
        <w:rPr>
          <w:b w:val="0"/>
          <w:i w:val="0"/>
        </w:rPr>
        <w:t xml:space="preserve"> để cập nhật vị trí </w:t>
      </w:r>
      <w:r>
        <w:rPr>
          <w:rFonts w:ascii="Consolas" w:hAnsi="Consolas"/>
          <w:b w:val="0"/>
          <w:i w:val="0"/>
          <w:sz w:val="20"/>
        </w:rPr>
        <w:t>rect</w:t>
      </w:r>
      <w:r>
        <w:rPr>
          <w:b w:val="0"/>
          <w:i w:val="0"/>
        </w:rPr>
        <w:t xml:space="preserve"> của người ngoài hành tinh ❷.</w:t>
      </w:r>
    </w:p>
    <w:p>
      <w:pPr>
        <w:spacing w:after="80"/>
      </w:pPr>
      <w:r>
        <w:rPr>
          <w:b w:val="0"/>
          <w:i w:val="0"/>
        </w:rPr>
        <w:t xml:space="preserve">Trong vòng lặp </w:t>
      </w:r>
      <w:r>
        <w:rPr>
          <w:rFonts w:ascii="Consolas" w:hAnsi="Consolas"/>
          <w:b w:val="0"/>
          <w:i w:val="0"/>
          <w:sz w:val="20"/>
        </w:rPr>
        <w:t>while</w:t>
      </w:r>
      <w:r>
        <w:rPr>
          <w:b w:val="0"/>
          <w:i w:val="0"/>
        </w:rPr>
        <w:t xml:space="preserve"> chính, chúng ta đã có các lời gọi để cập nhật vị trí tàu và đạn. Bây giờ chúng ta sẽ thêm một lời gọi để cập nhật vị trí của từng người ngoài hành tinh nữa:</w:t>
      </w:r>
    </w:p>
    <w:p>
      <w:pPr>
        <w:spacing w:after="80"/>
      </w:pPr>
      <w:r>
        <w:rPr>
          <w:b w:val="0"/>
          <w:i w:val="0"/>
        </w:rPr>
        <w:t>alien_invasion.py</w:t>
      </w:r>
    </w:p>
    <w:p>
      <w:pPr>
        <w:spacing w:after="80"/>
      </w:pPr>
      <w:r>
        <w:rPr>
          <w:b w:val="0"/>
          <w:i w:val="0"/>
        </w:rPr>
        <w:t>while True:</w:t>
      </w:r>
      <w:r>
        <w:br/>
      </w:r>
      <w:r>
        <w:rPr>
          <w:b w:val="0"/>
          <w:i w:val="0"/>
        </w:rPr>
        <w:t xml:space="preserve">            self._check_events()</w:t>
      </w:r>
      <w:r>
        <w:br/>
      </w:r>
      <w:r>
        <w:rPr>
          <w:b w:val="0"/>
          <w:i w:val="0"/>
        </w:rPr>
        <w:t xml:space="preserve">            self.ship.update()</w:t>
      </w:r>
      <w:r>
        <w:br/>
      </w:r>
      <w:r>
        <w:rPr>
          <w:b w:val="0"/>
          <w:i w:val="0"/>
        </w:rPr>
        <w:t xml:space="preserve">            self._update_bullets()</w:t>
      </w:r>
      <w:r>
        <w:br/>
      </w:r>
      <w:r>
        <w:rPr>
          <w:b w:val="0"/>
          <w:i w:val="0"/>
        </w:rPr>
        <w:t xml:space="preserve">            self._update_aliens()</w:t>
      </w:r>
      <w:r>
        <w:br/>
      </w:r>
      <w:r>
        <w:rPr>
          <w:b w:val="0"/>
          <w:i w:val="0"/>
        </w:rPr>
        <w:t xml:space="preserve">            self._update_screen()</w:t>
      </w:r>
      <w:r>
        <w:br/>
      </w:r>
      <w:r>
        <w:rPr>
          <w:b w:val="0"/>
          <w:i w:val="0"/>
        </w:rPr>
        <w:t xml:space="preserve">            self.clock.tick(60)</w:t>
      </w:r>
    </w:p>
    <w:p>
      <w:pPr>
        <w:spacing w:after="80"/>
      </w:pPr>
      <w:r>
        <w:rPr>
          <w:b w:val="0"/>
          <w:i w:val="0"/>
        </w:rPr>
        <w:t xml:space="preserve">Chúng ta sắp viết một số đoạn mã để quản lý sự di chuyển của cả đội, nên chúng ta tạo một phương thức mới tên là </w:t>
      </w:r>
      <w:r>
        <w:rPr>
          <w:rFonts w:ascii="Consolas" w:hAnsi="Consolas"/>
          <w:b w:val="0"/>
          <w:i w:val="0"/>
          <w:sz w:val="20"/>
        </w:rPr>
        <w:t>_update_aliens()</w:t>
      </w:r>
      <w:r>
        <w:rPr>
          <w:b w:val="0"/>
          <w:i w:val="0"/>
        </w:rPr>
        <w:t>. Chúng ta cập nhật vị trí của những người ngoài hành tinh sau khi đạn đã được cập nhật, vì chúng ta sẽ sớm kiểm tra xem có viên đạn nào bắn trúng người ngoài hành tinh nào không.</w:t>
      </w:r>
    </w:p>
    <w:p>
      <w:pPr>
        <w:spacing w:after="80"/>
      </w:pPr>
      <w:r>
        <w:rPr>
          <w:b w:val="0"/>
          <w:i w:val="0"/>
        </w:rPr>
        <w:t xml:space="preserve">Việc bạn đặt phương thức này ở đâu trong mô-đun không quan trọng lắm. Nhưng để giữ mã gọn gàng, tôi sẽ đặt nó ngay sau </w:t>
      </w:r>
      <w:r>
        <w:rPr>
          <w:rFonts w:ascii="Consolas" w:hAnsi="Consolas"/>
          <w:b w:val="0"/>
          <w:i w:val="0"/>
          <w:sz w:val="20"/>
        </w:rPr>
        <w:t>_update_bullets()</w:t>
      </w:r>
      <w:r>
        <w:rPr>
          <w:b w:val="0"/>
          <w:i w:val="0"/>
        </w:rPr>
        <w:t xml:space="preserve"> để khớp với thứ tự các lời gọi phương thức trong vòng lặp </w:t>
      </w:r>
      <w:r>
        <w:rPr>
          <w:rFonts w:ascii="Consolas" w:hAnsi="Consolas"/>
          <w:b w:val="0"/>
          <w:i w:val="0"/>
          <w:sz w:val="20"/>
        </w:rPr>
        <w:t>while</w:t>
      </w:r>
      <w:r>
        <w:rPr>
          <w:b w:val="0"/>
          <w:i w:val="0"/>
        </w:rPr>
        <w:t xml:space="preserve">. Đây là phiên bản đầu tiên của </w:t>
      </w:r>
      <w:r>
        <w:rPr>
          <w:rFonts w:ascii="Consolas" w:hAnsi="Consolas"/>
          <w:b w:val="0"/>
          <w:i w:val="0"/>
          <w:sz w:val="20"/>
        </w:rPr>
        <w:t>_update_aliens()</w:t>
      </w:r>
      <w:r>
        <w:rPr>
          <w:b w:val="0"/>
          <w:i w:val="0"/>
        </w:rPr>
        <w:t>:</w:t>
      </w:r>
    </w:p>
    <w:p>
      <w:pPr>
        <w:spacing w:after="80"/>
      </w:pPr>
      <w:r>
        <w:rPr>
          <w:b w:val="0"/>
          <w:i w:val="0"/>
        </w:rPr>
        <w:t>alien_invasion.py</w:t>
      </w:r>
    </w:p>
    <w:p>
      <w:pPr>
        <w:spacing w:after="80"/>
      </w:pPr>
      <w:r>
        <w:rPr>
          <w:b w:val="0"/>
          <w:i w:val="0"/>
        </w:rPr>
        <w:t>def _update_aliens(self):</w:t>
      </w:r>
      <w:r>
        <w:br/>
      </w:r>
      <w:r>
        <w:rPr>
          <w:b w:val="0"/>
          <w:i w:val="0"/>
        </w:rPr>
        <w:t xml:space="preserve">        """Update the positions of all aliens in the fleet."""</w:t>
      </w:r>
      <w:r>
        <w:br/>
      </w:r>
      <w:r>
        <w:rPr>
          <w:b w:val="0"/>
          <w:i w:val="0"/>
        </w:rPr>
        <w:t xml:space="preserve">        self.aliens.update()</w:t>
      </w:r>
    </w:p>
    <w:p>
      <w:pPr>
        <w:spacing w:after="80"/>
      </w:pPr>
      <w:r>
        <w:rPr>
          <w:b w:val="0"/>
          <w:i w:val="0"/>
        </w:rPr>
        <w:t xml:space="preserve">Chúng ta dùng phương thức </w:t>
      </w:r>
      <w:r>
        <w:rPr>
          <w:rFonts w:ascii="Consolas" w:hAnsi="Consolas"/>
          <w:b w:val="0"/>
          <w:i w:val="0"/>
          <w:sz w:val="20"/>
        </w:rPr>
        <w:t>update()</w:t>
      </w:r>
      <w:r>
        <w:rPr>
          <w:b w:val="0"/>
          <w:i w:val="0"/>
        </w:rPr>
        <w:t xml:space="preserve"> trên nhóm </w:t>
      </w:r>
      <w:r>
        <w:rPr>
          <w:rFonts w:ascii="Consolas" w:hAnsi="Consolas"/>
          <w:b w:val="0"/>
          <w:i w:val="0"/>
          <w:sz w:val="20"/>
        </w:rPr>
        <w:t>aliens</w:t>
      </w:r>
      <w:r>
        <w:rPr>
          <w:b w:val="0"/>
          <w:i w:val="0"/>
        </w:rPr>
        <w:t xml:space="preserve">, phương thức này sẽ gọi phương thức </w:t>
      </w:r>
      <w:r>
        <w:rPr>
          <w:rFonts w:ascii="Consolas" w:hAnsi="Consolas"/>
          <w:b w:val="0"/>
          <w:i w:val="0"/>
          <w:sz w:val="20"/>
        </w:rPr>
        <w:t>update()</w:t>
      </w:r>
      <w:r>
        <w:rPr>
          <w:b w:val="0"/>
          <w:i w:val="0"/>
        </w:rPr>
        <w:t xml:space="preserve"> của từng người ngoài hành tinh. Khi bạn chạy </w:t>
      </w:r>
      <w:r>
        <w:rPr>
          <w:b w:val="0"/>
          <w:i/>
        </w:rPr>
        <w:t>Alien Invasion</w:t>
      </w:r>
      <w:r>
        <w:rPr>
          <w:b w:val="0"/>
          <w:i w:val="0"/>
        </w:rPr>
        <w:t xml:space="preserve"> bây giờ, bạn sẽ thấy cả đội di chuyển sang phải và biến mất khỏi mép màn hình.</w:t>
      </w:r>
    </w:p>
    <w:p>
      <w:pPr>
        <w:pStyle w:val="Heading3"/>
      </w:pPr>
      <w:r>
        <w:rPr>
          <w:rFonts w:ascii="Calibri" w:hAnsi="Calibri"/>
          <w:b/>
          <w:i w:val="0"/>
          <w:sz w:val="27"/>
        </w:rPr>
        <w:t>Tạo Cài đặt cho Hướng Di chuyển của Cả đội</w:t>
      </w:r>
    </w:p>
    <w:p>
      <w:pPr>
        <w:spacing w:after="80"/>
      </w:pPr>
      <w:r>
        <w:rPr>
          <w:b w:val="0"/>
          <w:i w:val="0"/>
        </w:rPr>
        <w:t>Bây giờ chúng ta sẽ tạo các cài đặt giúp cả đội di chuyển xuống dưới màn hình và sang trái khi chạm mép phải của màn hình. Đây là cách triển khai hành vi này:</w:t>
      </w:r>
    </w:p>
    <w:p>
      <w:pPr>
        <w:spacing w:after="80"/>
      </w:pPr>
      <w:r>
        <w:rPr>
          <w:b w:val="0"/>
          <w:i w:val="0"/>
        </w:rPr>
        <w:t>settings.py</w:t>
      </w:r>
    </w:p>
    <w:p>
      <w:pPr>
        <w:spacing w:after="80"/>
      </w:pPr>
      <w:r>
        <w:rPr>
          <w:b w:val="0"/>
          <w:i w:val="0"/>
        </w:rPr>
        <w:t># Alien settings</w:t>
      </w:r>
      <w:r>
        <w:br/>
      </w:r>
      <w:r>
        <w:rPr>
          <w:b w:val="0"/>
          <w:i w:val="0"/>
        </w:rPr>
        <w:t xml:space="preserve">        self.alien_speed = 1.0</w:t>
      </w:r>
      <w:r>
        <w:br/>
      </w:r>
      <w:r>
        <w:rPr>
          <w:b w:val="0"/>
          <w:i w:val="0"/>
        </w:rPr>
        <w:t xml:space="preserve">        self.fleet_drop_speed = 10</w:t>
      </w:r>
      <w:r>
        <w:br/>
      </w:r>
      <w:r>
        <w:rPr>
          <w:b w:val="0"/>
          <w:i w:val="0"/>
        </w:rPr>
        <w:t xml:space="preserve">        # fleet_direction of 1 represents right; -1 represents left.</w:t>
      </w:r>
      <w:r>
        <w:br/>
      </w:r>
      <w:r>
        <w:rPr>
          <w:b w:val="0"/>
          <w:i w:val="0"/>
        </w:rPr>
        <w:t xml:space="preserve">        self.fleet_direction = 1</w:t>
      </w:r>
    </w:p>
    <w:p>
      <w:pPr>
        <w:spacing w:after="80"/>
      </w:pPr>
      <w:r>
        <w:rPr>
          <w:b w:val="0"/>
          <w:i w:val="0"/>
        </w:rPr>
        <w:t xml:space="preserve">Cài đặt </w:t>
      </w:r>
      <w:r>
        <w:rPr>
          <w:rFonts w:ascii="Consolas" w:hAnsi="Consolas"/>
          <w:b w:val="0"/>
          <w:i w:val="0"/>
          <w:sz w:val="20"/>
        </w:rPr>
        <w:t>fleet_drop_speed</w:t>
      </w:r>
      <w:r>
        <w:rPr>
          <w:b w:val="0"/>
          <w:i w:val="0"/>
        </w:rPr>
        <w:t xml:space="preserve"> kiểm soát tốc độ cả đội tụt xuống màn hình mỗi khi một người ngoài hành tinh chạm một trong hai mép. Sẽ rất hữu ích khi tách tốc độ này ra khỏi tốc độ di chuyển ngang của người ngoài hành tinh để bạn có thể điều chỉnh hai tốc độ này một cách độc lập.</w:t>
      </w:r>
    </w:p>
    <w:p>
      <w:pPr>
        <w:spacing w:after="80"/>
      </w:pPr>
      <w:r>
        <w:rPr>
          <w:b w:val="0"/>
          <w:i w:val="0"/>
        </w:rPr>
        <w:t xml:space="preserve">Để triển khai thiết lập </w:t>
      </w:r>
      <w:r>
        <w:rPr>
          <w:rFonts w:ascii="Consolas" w:hAnsi="Consolas"/>
          <w:b w:val="0"/>
          <w:i w:val="0"/>
          <w:sz w:val="20"/>
        </w:rPr>
        <w:t>fleet_direction</w:t>
      </w:r>
      <w:r>
        <w:rPr>
          <w:b w:val="0"/>
          <w:i w:val="0"/>
        </w:rPr>
        <w:t xml:space="preserve">, chúng ta có thể dùng một giá trị văn bản như </w:t>
      </w:r>
      <w:r>
        <w:rPr>
          <w:rFonts w:ascii="Consolas" w:hAnsi="Consolas"/>
          <w:b w:val="0"/>
          <w:i w:val="0"/>
          <w:sz w:val="20"/>
        </w:rPr>
        <w:t>'left'</w:t>
      </w:r>
      <w:r>
        <w:rPr>
          <w:b w:val="0"/>
          <w:i w:val="0"/>
        </w:rPr>
        <w:t xml:space="preserve"> hoặc </w:t>
      </w:r>
      <w:r>
        <w:rPr>
          <w:rFonts w:ascii="Consolas" w:hAnsi="Consolas"/>
          <w:b w:val="0"/>
          <w:i w:val="0"/>
          <w:sz w:val="20"/>
        </w:rPr>
        <w:t>'right'</w:t>
      </w:r>
      <w:r>
        <w:rPr>
          <w:b w:val="0"/>
          <w:i w:val="0"/>
        </w:rPr>
        <w:t xml:space="preserve">, nhưng rồi sẽ phải viết các câu lệnh </w:t>
      </w:r>
      <w:r>
        <w:rPr>
          <w:rFonts w:ascii="Consolas" w:hAnsi="Consolas"/>
          <w:b w:val="0"/>
          <w:i w:val="0"/>
          <w:sz w:val="20"/>
        </w:rPr>
        <w:t>if</w:t>
      </w:r>
      <w:r>
        <w:rPr>
          <w:b w:val="0"/>
          <w:i w:val="0"/>
        </w:rPr>
        <w:t>-</w:t>
      </w:r>
      <w:r>
        <w:rPr>
          <w:rFonts w:ascii="Consolas" w:hAnsi="Consolas"/>
          <w:b w:val="0"/>
          <w:i w:val="0"/>
          <w:sz w:val="20"/>
        </w:rPr>
        <w:t>elif</w:t>
      </w:r>
      <w:r>
        <w:rPr>
          <w:b w:val="0"/>
          <w:i w:val="0"/>
        </w:rPr>
        <w:t xml:space="preserve"> để kiểm tra hướng của đội hình. Thay vào đó, vì chỉ có hai hướng cần xử lý, hãy dùng giá trị 1 và −1 rồi đảo qua lại mỗi khi đội hình đổi hướng. (Dùng số cũng hợp lý vì di chuyển sang phải là cộng vào giá trị tọa độ </w:t>
      </w:r>
      <w:r>
        <w:rPr>
          <w:b w:val="0"/>
          <w:i/>
        </w:rPr>
        <w:t>x</w:t>
      </w:r>
      <w:r>
        <w:rPr>
          <w:b w:val="0"/>
          <w:i w:val="0"/>
        </w:rPr>
        <w:t xml:space="preserve"> của từng alien, còn di chuyển sang trái là trừ đi giá trị tọa độ </w:t>
      </w:r>
      <w:r>
        <w:rPr>
          <w:b w:val="0"/>
          <w:i/>
        </w:rPr>
        <w:t>x</w:t>
      </w:r>
      <w:r>
        <w:rPr>
          <w:b w:val="0"/>
          <w:i w:val="0"/>
        </w:rPr>
        <w:t xml:space="preserve"> của từng alien.)</w:t>
      </w:r>
    </w:p>
    <w:p>
      <w:pPr>
        <w:pStyle w:val="Heading3"/>
      </w:pPr>
      <w:r>
        <w:rPr>
          <w:rFonts w:ascii="Calibri" w:hAnsi="Calibri"/>
          <w:b/>
          <w:i w:val="0"/>
          <w:sz w:val="27"/>
        </w:rPr>
        <w:t>Kiểm tra xem một alien đã chạm mép màn hình chưa</w:t>
      </w:r>
    </w:p>
    <w:p>
      <w:pPr>
        <w:spacing w:after="80"/>
      </w:pPr>
      <w:r>
        <w:rPr>
          <w:b w:val="0"/>
          <w:i w:val="0"/>
        </w:rPr>
        <w:t xml:space="preserve">Chúng ta cần một phương thức để kiểm tra xem một alien có đang ở một trong hai mép màn hình không, và cần sửa </w:t>
      </w:r>
      <w:r>
        <w:rPr>
          <w:rFonts w:ascii="Consolas" w:hAnsi="Consolas"/>
          <w:b w:val="0"/>
          <w:i w:val="0"/>
          <w:sz w:val="20"/>
        </w:rPr>
        <w:t>update()</w:t>
      </w:r>
      <w:r>
        <w:rPr>
          <w:b w:val="0"/>
          <w:i w:val="0"/>
        </w:rPr>
        <w:t xml:space="preserve"> để cho phép mỗi alien di chuyển theo hướng thích hợp. Đoạn code này nằm trong lớp </w:t>
      </w:r>
      <w:r>
        <w:rPr>
          <w:rFonts w:ascii="Consolas" w:hAnsi="Consolas"/>
          <w:b w:val="0"/>
          <w:i w:val="0"/>
          <w:sz w:val="20"/>
        </w:rPr>
        <w:t>Alien</w:t>
      </w:r>
      <w:r>
        <w:rPr>
          <w:b w:val="0"/>
          <w:i w:val="0"/>
        </w:rPr>
        <w:t>:</w:t>
      </w:r>
    </w:p>
    <w:p>
      <w:pPr>
        <w:spacing w:after="80"/>
      </w:pPr>
      <w:r>
        <w:rPr>
          <w:b w:val="0"/>
          <w:i w:val="0"/>
        </w:rPr>
        <w:t>alien.py</w:t>
      </w:r>
    </w:p>
    <w:p>
      <w:pPr>
        <w:spacing w:after="80"/>
      </w:pPr>
      <w:r>
        <w:rPr>
          <w:b w:val="0"/>
          <w:i w:val="0"/>
        </w:rPr>
        <w:t>def check_edges(self):</w:t>
      </w:r>
      <w:r>
        <w:br/>
      </w:r>
      <w:r>
        <w:rPr>
          <w:b w:val="0"/>
          <w:i w:val="0"/>
        </w:rPr>
        <w:t xml:space="preserve">        """Return True if alien is at edge of screen."""</w:t>
      </w:r>
      <w:r>
        <w:br/>
      </w:r>
      <w:r>
        <w:rPr>
          <w:b w:val="0"/>
          <w:i w:val="0"/>
        </w:rPr>
        <w:t xml:space="preserve">        screen_rect = self.screen.get_rect()</w:t>
      </w:r>
      <w:r>
        <w:br/>
      </w:r>
      <w:r>
        <w:rPr>
          <w:b w:val="0"/>
          <w:i w:val="0"/>
        </w:rPr>
        <w:t>❶         return (self.rect.right &gt;= screen_rect.right) or (self.rect.left &lt;= 0)</w:t>
      </w:r>
      <w:r>
        <w:br/>
      </w:r>
      <w:r>
        <w:br/>
      </w:r>
      <w:r>
        <w:rPr>
          <w:b w:val="0"/>
          <w:i w:val="0"/>
        </w:rPr>
        <w:t xml:space="preserve">    def update(self):</w:t>
      </w:r>
      <w:r>
        <w:br/>
      </w:r>
      <w:r>
        <w:rPr>
          <w:b w:val="0"/>
          <w:i w:val="0"/>
        </w:rPr>
        <w:t xml:space="preserve">        """Move the alien right or left."""</w:t>
      </w:r>
      <w:r>
        <w:br/>
      </w:r>
      <w:r>
        <w:rPr>
          <w:b w:val="0"/>
          <w:i w:val="0"/>
        </w:rPr>
        <w:t>❷         self.x += self.settings.alien_speed * self.settings.fleet_direction</w:t>
      </w:r>
      <w:r>
        <w:br/>
      </w:r>
      <w:r>
        <w:rPr>
          <w:b w:val="0"/>
          <w:i w:val="0"/>
        </w:rPr>
        <w:t xml:space="preserve">        self.rect.x = self.x</w:t>
      </w:r>
    </w:p>
    <w:p>
      <w:pPr>
        <w:spacing w:after="80"/>
      </w:pPr>
      <w:r>
        <w:rPr>
          <w:b w:val="0"/>
          <w:i w:val="0"/>
        </w:rPr>
        <w:t xml:space="preserve">Chúng ta có thể gọi phương thức mới </w:t>
      </w:r>
      <w:r>
        <w:rPr>
          <w:rFonts w:ascii="Consolas" w:hAnsi="Consolas"/>
          <w:b w:val="0"/>
          <w:i w:val="0"/>
          <w:sz w:val="20"/>
        </w:rPr>
        <w:t>check_edges()</w:t>
      </w:r>
      <w:r>
        <w:rPr>
          <w:b w:val="0"/>
          <w:i w:val="0"/>
        </w:rPr>
        <w:t xml:space="preserve"> trên bất kỳ alien nào để xem nó đang ở mép trái hay mép phải. Alien đang ở mép phải nếu thuộc tính </w:t>
      </w:r>
      <w:r>
        <w:rPr>
          <w:rFonts w:ascii="Consolas" w:hAnsi="Consolas"/>
          <w:b w:val="0"/>
          <w:i w:val="0"/>
          <w:sz w:val="20"/>
        </w:rPr>
        <w:t>right</w:t>
      </w:r>
      <w:r>
        <w:rPr>
          <w:b w:val="0"/>
          <w:i w:val="0"/>
        </w:rPr>
        <w:t xml:space="preserve"> của </w:t>
      </w:r>
      <w:r>
        <w:rPr>
          <w:rFonts w:ascii="Consolas" w:hAnsi="Consolas"/>
          <w:b w:val="0"/>
          <w:i w:val="0"/>
          <w:sz w:val="20"/>
        </w:rPr>
        <w:t>rect</w:t>
      </w:r>
      <w:r>
        <w:rPr>
          <w:b w:val="0"/>
          <w:i w:val="0"/>
        </w:rPr>
        <w:t xml:space="preserve"> lớn hơn hoặc bằng thuộc tính </w:t>
      </w:r>
      <w:r>
        <w:rPr>
          <w:rFonts w:ascii="Consolas" w:hAnsi="Consolas"/>
          <w:b w:val="0"/>
          <w:i w:val="0"/>
          <w:sz w:val="20"/>
        </w:rPr>
        <w:t>right</w:t>
      </w:r>
      <w:r>
        <w:rPr>
          <w:b w:val="0"/>
          <w:i w:val="0"/>
        </w:rPr>
        <w:t xml:space="preserve"> của </w:t>
      </w:r>
      <w:r>
        <w:rPr>
          <w:rFonts w:ascii="Consolas" w:hAnsi="Consolas"/>
          <w:b w:val="0"/>
          <w:i w:val="0"/>
          <w:sz w:val="20"/>
        </w:rPr>
        <w:t>rect</w:t>
      </w:r>
      <w:r>
        <w:rPr>
          <w:b w:val="0"/>
          <w:i w:val="0"/>
        </w:rPr>
        <w:t xml:space="preserve"> màn hình. Nó đang ở mép trái nếu giá trị </w:t>
      </w:r>
      <w:r>
        <w:rPr>
          <w:rFonts w:ascii="Consolas" w:hAnsi="Consolas"/>
          <w:b w:val="0"/>
          <w:i w:val="0"/>
          <w:sz w:val="20"/>
        </w:rPr>
        <w:t>left</w:t>
      </w:r>
      <w:r>
        <w:rPr>
          <w:b w:val="0"/>
          <w:i w:val="0"/>
        </w:rPr>
        <w:t xml:space="preserve"> nhỏ hơn hoặc bằng 0 ❶. Thay vì đặt phép kiểm tra điều kiện này trong một khối </w:t>
      </w:r>
      <w:r>
        <w:rPr>
          <w:rFonts w:ascii="Consolas" w:hAnsi="Consolas"/>
          <w:b w:val="0"/>
          <w:i w:val="0"/>
          <w:sz w:val="20"/>
        </w:rPr>
        <w:t>if</w:t>
      </w:r>
      <w:r>
        <w:rPr>
          <w:b w:val="0"/>
          <w:i w:val="0"/>
        </w:rPr>
        <w:t xml:space="preserve">, chúng ta đặt phép kiểm tra trực tiếp trong câu lệnh </w:t>
      </w:r>
      <w:r>
        <w:rPr>
          <w:rFonts w:ascii="Consolas" w:hAnsi="Consolas"/>
          <w:b w:val="0"/>
          <w:i w:val="0"/>
          <w:sz w:val="20"/>
        </w:rPr>
        <w:t>return</w:t>
      </w:r>
      <w:r>
        <w:rPr>
          <w:b w:val="0"/>
          <w:i w:val="0"/>
        </w:rPr>
        <w:t xml:space="preserve">. Phương thức này sẽ trả về </w:t>
      </w:r>
      <w:r>
        <w:rPr>
          <w:rFonts w:ascii="Consolas" w:hAnsi="Consolas"/>
          <w:b w:val="0"/>
          <w:i w:val="0"/>
          <w:sz w:val="20"/>
        </w:rPr>
        <w:t>True</w:t>
      </w:r>
      <w:r>
        <w:rPr>
          <w:b w:val="0"/>
          <w:i w:val="0"/>
        </w:rPr>
        <w:t xml:space="preserve"> nếu alien đang ở mép phải hoặc mép trái, và </w:t>
      </w:r>
      <w:r>
        <w:rPr>
          <w:rFonts w:ascii="Consolas" w:hAnsi="Consolas"/>
          <w:b w:val="0"/>
          <w:i w:val="0"/>
          <w:sz w:val="20"/>
        </w:rPr>
        <w:t>False</w:t>
      </w:r>
      <w:r>
        <w:rPr>
          <w:b w:val="0"/>
          <w:i w:val="0"/>
        </w:rPr>
        <w:t xml:space="preserve"> nếu nó không ở mép nào cả.</w:t>
      </w:r>
    </w:p>
    <w:p>
      <w:pPr>
        <w:spacing w:after="80"/>
      </w:pPr>
      <w:r>
        <w:rPr>
          <w:b w:val="0"/>
          <w:i w:val="0"/>
        </w:rPr>
        <w:t xml:space="preserve">Chúng ta sửa phương thức </w:t>
      </w:r>
      <w:r>
        <w:rPr>
          <w:rFonts w:ascii="Consolas" w:hAnsi="Consolas"/>
          <w:b w:val="0"/>
          <w:i w:val="0"/>
          <w:sz w:val="20"/>
        </w:rPr>
        <w:t>update()</w:t>
      </w:r>
      <w:r>
        <w:rPr>
          <w:b w:val="0"/>
          <w:i w:val="0"/>
        </w:rPr>
        <w:t xml:space="preserve"> để cho phép di chuyển sang trái hoặc phải bằng cách nhân tốc độ của alien với giá trị của </w:t>
      </w:r>
      <w:r>
        <w:rPr>
          <w:rFonts w:ascii="Consolas" w:hAnsi="Consolas"/>
          <w:b w:val="0"/>
          <w:i w:val="0"/>
          <w:sz w:val="20"/>
        </w:rPr>
        <w:t>fleet_direction</w:t>
      </w:r>
      <w:r>
        <w:rPr>
          <w:b w:val="0"/>
          <w:i w:val="0"/>
        </w:rPr>
        <w:t xml:space="preserve"> ❷. Nếu </w:t>
      </w:r>
      <w:r>
        <w:rPr>
          <w:rFonts w:ascii="Consolas" w:hAnsi="Consolas"/>
          <w:b w:val="0"/>
          <w:i w:val="0"/>
          <w:sz w:val="20"/>
        </w:rPr>
        <w:t>fleet_direction</w:t>
      </w:r>
      <w:r>
        <w:rPr>
          <w:b w:val="0"/>
          <w:i w:val="0"/>
        </w:rPr>
        <w:t xml:space="preserve"> là 1, giá trị của </w:t>
      </w:r>
      <w:r>
        <w:rPr>
          <w:rFonts w:ascii="Consolas" w:hAnsi="Consolas"/>
          <w:b w:val="0"/>
          <w:i w:val="0"/>
          <w:sz w:val="20"/>
        </w:rPr>
        <w:t>alien_speed</w:t>
      </w:r>
      <w:r>
        <w:rPr>
          <w:b w:val="0"/>
          <w:i w:val="0"/>
        </w:rPr>
        <w:t xml:space="preserve"> sẽ được cộng vào vị trí hiện tại của alien, đưa alien sang phải; nếu </w:t>
      </w:r>
      <w:r>
        <w:rPr>
          <w:rFonts w:ascii="Consolas" w:hAnsi="Consolas"/>
          <w:b w:val="0"/>
          <w:i w:val="0"/>
          <w:sz w:val="20"/>
        </w:rPr>
        <w:t>fleet_direction</w:t>
      </w:r>
      <w:r>
        <w:rPr>
          <w:b w:val="0"/>
          <w:i w:val="0"/>
        </w:rPr>
        <w:t xml:space="preserve"> là −1, giá trị đó sẽ bị trừ khỏi vị trí của alien, đưa alien sang trái.</w:t>
      </w:r>
    </w:p>
    <w:p>
      <w:pPr>
        <w:pStyle w:val="Heading3"/>
      </w:pPr>
      <w:r>
        <w:rPr>
          <w:rFonts w:ascii="Calibri" w:hAnsi="Calibri"/>
          <w:b/>
          <w:i w:val="0"/>
          <w:sz w:val="27"/>
        </w:rPr>
        <w:t>Hạ đội hình xuống và đổi hướng</w:t>
      </w:r>
    </w:p>
    <w:p>
      <w:pPr>
        <w:spacing w:after="80"/>
      </w:pPr>
      <w:r>
        <w:rPr>
          <w:b w:val="0"/>
          <w:i w:val="0"/>
        </w:rPr>
        <w:t xml:space="preserve">Khi một alien chạm mép, cả đội hình cần hạ xuống và đổi hướng. Vì vậy, chúng ta cần thêm một ít code vào </w:t>
      </w:r>
      <w:r>
        <w:rPr>
          <w:rFonts w:ascii="Consolas" w:hAnsi="Consolas"/>
          <w:b w:val="0"/>
          <w:i w:val="0"/>
          <w:sz w:val="20"/>
        </w:rPr>
        <w:t>AlienInvasion</w:t>
      </w:r>
      <w:r>
        <w:rPr>
          <w:b w:val="0"/>
          <w:i w:val="0"/>
        </w:rPr>
        <w:t xml:space="preserve"> vì đó là nơi chúng ta sẽ kiểm tra xem có alien nào đang ở mép trái hay mép phải không. Chúng ta sẽ làm điều này bằng cách viết các phương thức </w:t>
      </w:r>
      <w:r>
        <w:rPr>
          <w:rFonts w:ascii="Consolas" w:hAnsi="Consolas"/>
          <w:b w:val="0"/>
          <w:i w:val="0"/>
          <w:sz w:val="20"/>
        </w:rPr>
        <w:t>_check_fleet_edges()</w:t>
      </w:r>
      <w:r>
        <w:rPr>
          <w:b w:val="0"/>
          <w:i w:val="0"/>
        </w:rPr>
        <w:t xml:space="preserve"> và </w:t>
      </w:r>
      <w:r>
        <w:rPr>
          <w:rFonts w:ascii="Consolas" w:hAnsi="Consolas"/>
          <w:b w:val="0"/>
          <w:i w:val="0"/>
          <w:sz w:val="20"/>
        </w:rPr>
        <w:t>_change_fleet_direction()</w:t>
      </w:r>
      <w:r>
        <w:rPr>
          <w:b w:val="0"/>
          <w:i w:val="0"/>
        </w:rPr>
        <w:t xml:space="preserve">, rồi sửa </w:t>
      </w:r>
      <w:r>
        <w:rPr>
          <w:rFonts w:ascii="Consolas" w:hAnsi="Consolas"/>
          <w:b w:val="0"/>
          <w:i w:val="0"/>
          <w:sz w:val="20"/>
        </w:rPr>
        <w:t>_update_aliens()</w:t>
      </w:r>
      <w:r>
        <w:rPr>
          <w:b w:val="0"/>
          <w:i w:val="0"/>
        </w:rPr>
        <w:t xml:space="preserve">. Tôi sẽ đặt các phương thức mới này sau </w:t>
      </w:r>
      <w:r>
        <w:rPr>
          <w:rFonts w:ascii="Consolas" w:hAnsi="Consolas"/>
          <w:b w:val="0"/>
          <w:i w:val="0"/>
          <w:sz w:val="20"/>
        </w:rPr>
        <w:t>_create_alien()</w:t>
      </w:r>
      <w:r>
        <w:rPr>
          <w:b w:val="0"/>
          <w:i w:val="0"/>
        </w:rPr>
        <w:t>, nhưng một lần nữa, vị trí của những phương thức này trong lớp không quan trọng lắm.</w:t>
      </w:r>
    </w:p>
    <w:p>
      <w:pPr>
        <w:spacing w:after="80"/>
      </w:pPr>
      <w:r>
        <w:rPr>
          <w:b w:val="0"/>
          <w:i w:val="0"/>
        </w:rPr>
        <w:t>alien_invasion.py</w:t>
      </w:r>
    </w:p>
    <w:p>
      <w:pPr>
        <w:spacing w:after="80"/>
      </w:pPr>
      <w:r>
        <w:rPr>
          <w:b w:val="0"/>
          <w:i w:val="0"/>
        </w:rPr>
        <w:t>def _check_fleet_edges(self):</w:t>
      </w:r>
      <w:r>
        <w:br/>
      </w:r>
      <w:r>
        <w:rPr>
          <w:b w:val="0"/>
          <w:i w:val="0"/>
        </w:rPr>
        <w:t xml:space="preserve">        """Respond appropriately if any aliens have reached an edge."""</w:t>
      </w:r>
      <w:r>
        <w:br/>
      </w:r>
      <w:r>
        <w:rPr>
          <w:b w:val="0"/>
          <w:i w:val="0"/>
        </w:rPr>
        <w:t>❶         for alien in self.aliens.sprites():</w:t>
      </w:r>
      <w:r>
        <w:br/>
      </w:r>
      <w:r>
        <w:rPr>
          <w:b w:val="0"/>
          <w:i w:val="0"/>
        </w:rPr>
        <w:t xml:space="preserve">            if alien.check_edges():</w:t>
      </w:r>
      <w:r>
        <w:br/>
      </w:r>
      <w:r>
        <w:rPr>
          <w:b w:val="0"/>
          <w:i w:val="0"/>
        </w:rPr>
        <w:t>❷                 self._change_fleet_direction()</w:t>
      </w:r>
      <w:r>
        <w:br/>
      </w:r>
      <w:r>
        <w:rPr>
          <w:b w:val="0"/>
          <w:i w:val="0"/>
        </w:rPr>
        <w:t xml:space="preserve">                break</w:t>
      </w:r>
      <w:r>
        <w:br/>
      </w:r>
      <w:r>
        <w:br/>
      </w:r>
      <w:r>
        <w:rPr>
          <w:b w:val="0"/>
          <w:i w:val="0"/>
        </w:rPr>
        <w:t xml:space="preserve">    def _change_fleet_direction(self):</w:t>
      </w:r>
      <w:r>
        <w:br/>
      </w:r>
      <w:r>
        <w:rPr>
          <w:b w:val="0"/>
          <w:i w:val="0"/>
        </w:rPr>
        <w:t xml:space="preserve">        """Drop the entire fleet and change the fleet's direction."""</w:t>
      </w:r>
      <w:r>
        <w:br/>
      </w:r>
      <w:r>
        <w:rPr>
          <w:b w:val="0"/>
          <w:i w:val="0"/>
        </w:rPr>
        <w:t xml:space="preserve">        for alien in self.aliens.sprites():</w:t>
      </w:r>
      <w:r>
        <w:br/>
      </w:r>
      <w:r>
        <w:rPr>
          <w:b w:val="0"/>
          <w:i w:val="0"/>
        </w:rPr>
        <w:t>❸             alien.rect.y += self.settings.fleet_drop_speed</w:t>
      </w:r>
      <w:r>
        <w:br/>
      </w:r>
      <w:r>
        <w:rPr>
          <w:b w:val="0"/>
          <w:i w:val="0"/>
        </w:rPr>
        <w:t xml:space="preserve">        self.settings.fleet_direction *= -1</w:t>
      </w:r>
    </w:p>
    <w:p>
      <w:pPr>
        <w:spacing w:after="80"/>
      </w:pPr>
      <w:r>
        <w:rPr>
          <w:b w:val="0"/>
          <w:i w:val="0"/>
        </w:rPr>
        <w:t xml:space="preserve">Trong </w:t>
      </w:r>
      <w:r>
        <w:rPr>
          <w:rFonts w:ascii="Consolas" w:hAnsi="Consolas"/>
          <w:b w:val="0"/>
          <w:i w:val="0"/>
          <w:sz w:val="20"/>
        </w:rPr>
        <w:t>_check_fleet_edges()</w:t>
      </w:r>
      <w:r>
        <w:rPr>
          <w:b w:val="0"/>
          <w:i w:val="0"/>
        </w:rPr>
        <w:t xml:space="preserve">, chúng ta lặp qua đội hình và gọi </w:t>
      </w:r>
      <w:r>
        <w:rPr>
          <w:rFonts w:ascii="Consolas" w:hAnsi="Consolas"/>
          <w:b w:val="0"/>
          <w:i w:val="0"/>
          <w:sz w:val="20"/>
        </w:rPr>
        <w:t>check_edges()</w:t>
      </w:r>
      <w:r>
        <w:rPr>
          <w:b w:val="0"/>
          <w:i w:val="0"/>
        </w:rPr>
        <w:t xml:space="preserve"> trên từng alien ❶. Nếu </w:t>
      </w:r>
      <w:r>
        <w:rPr>
          <w:rFonts w:ascii="Consolas" w:hAnsi="Consolas"/>
          <w:b w:val="0"/>
          <w:i w:val="0"/>
          <w:sz w:val="20"/>
        </w:rPr>
        <w:t>check_edges()</w:t>
      </w:r>
      <w:r>
        <w:rPr>
          <w:b w:val="0"/>
          <w:i w:val="0"/>
        </w:rPr>
        <w:t xml:space="preserve"> trả về </w:t>
      </w:r>
      <w:r>
        <w:rPr>
          <w:rFonts w:ascii="Consolas" w:hAnsi="Consolas"/>
          <w:b w:val="0"/>
          <w:i w:val="0"/>
          <w:sz w:val="20"/>
        </w:rPr>
        <w:t>True</w:t>
      </w:r>
      <w:r>
        <w:rPr>
          <w:b w:val="0"/>
          <w:i w:val="0"/>
        </w:rPr>
        <w:t xml:space="preserve">, ta biết một alien đang ở mép và cả đội hình cần đổi hướng; nên ta gọi </w:t>
      </w:r>
      <w:r>
        <w:rPr>
          <w:rFonts w:ascii="Consolas" w:hAnsi="Consolas"/>
          <w:b w:val="0"/>
          <w:i w:val="0"/>
          <w:sz w:val="20"/>
        </w:rPr>
        <w:t>_change_fleet_direction()</w:t>
      </w:r>
      <w:r>
        <w:rPr>
          <w:b w:val="0"/>
          <w:i w:val="0"/>
        </w:rPr>
        <w:t xml:space="preserve"> và thoát khỏi vòng lặp ❷. Trong </w:t>
      </w:r>
      <w:r>
        <w:rPr>
          <w:rFonts w:ascii="Consolas" w:hAnsi="Consolas"/>
          <w:b w:val="0"/>
          <w:i w:val="0"/>
          <w:sz w:val="20"/>
        </w:rPr>
        <w:t>_change_fleet_direction()</w:t>
      </w:r>
      <w:r>
        <w:rPr>
          <w:b w:val="0"/>
          <w:i w:val="0"/>
        </w:rPr>
        <w:t xml:space="preserve">, chúng ta lặp qua tất cả alien và hạ từng con xuống bằng thiết lập </w:t>
      </w:r>
      <w:r>
        <w:rPr>
          <w:rFonts w:ascii="Consolas" w:hAnsi="Consolas"/>
          <w:b w:val="0"/>
          <w:i w:val="0"/>
          <w:sz w:val="20"/>
        </w:rPr>
        <w:t>fleet_drop_speed</w:t>
      </w:r>
      <w:r>
        <w:rPr>
          <w:b w:val="0"/>
          <w:i w:val="0"/>
        </w:rPr>
        <w:t xml:space="preserve"> ❸; sau đó đổi giá trị của </w:t>
      </w:r>
      <w:r>
        <w:rPr>
          <w:rFonts w:ascii="Consolas" w:hAnsi="Consolas"/>
          <w:b w:val="0"/>
          <w:i w:val="0"/>
          <w:sz w:val="20"/>
        </w:rPr>
        <w:t>fleet_direction</w:t>
      </w:r>
      <w:r>
        <w:rPr>
          <w:b w:val="0"/>
          <w:i w:val="0"/>
        </w:rPr>
        <w:t xml:space="preserve"> bằng cách nhân giá trị hiện tại với −1. Dòng đổi hướng của đội hình không nằm trong vòng lặp </w:t>
      </w:r>
      <w:r>
        <w:rPr>
          <w:rFonts w:ascii="Consolas" w:hAnsi="Consolas"/>
          <w:b w:val="0"/>
          <w:i w:val="0"/>
          <w:sz w:val="20"/>
        </w:rPr>
        <w:t>for</w:t>
      </w:r>
      <w:r>
        <w:rPr>
          <w:b w:val="0"/>
          <w:i w:val="0"/>
        </w:rPr>
        <w:t>. Chúng ta muốn thay đổi vị trí dọc của từng alien, nhưng chỉ muốn đổi hướng của đội hình một lần duy nhất.</w:t>
      </w:r>
    </w:p>
    <w:p>
      <w:pPr>
        <w:spacing w:after="80"/>
      </w:pPr>
      <w:r>
        <w:rPr>
          <w:b w:val="0"/>
          <w:i w:val="0"/>
        </w:rPr>
        <w:t xml:space="preserve">Đây là những thay đổi cho </w:t>
      </w:r>
      <w:r>
        <w:rPr>
          <w:rFonts w:ascii="Consolas" w:hAnsi="Consolas"/>
          <w:b w:val="0"/>
          <w:i w:val="0"/>
          <w:sz w:val="20"/>
        </w:rPr>
        <w:t>_update_aliens()</w:t>
      </w:r>
      <w:r>
        <w:rPr>
          <w:b w:val="0"/>
          <w:i w:val="0"/>
        </w:rPr>
        <w:t>:</w:t>
      </w:r>
    </w:p>
    <w:p>
      <w:pPr>
        <w:spacing w:after="80"/>
      </w:pPr>
      <w:r>
        <w:rPr>
          <w:b w:val="0"/>
          <w:i w:val="0"/>
        </w:rPr>
        <w:t>alien_invasion.py</w:t>
      </w:r>
    </w:p>
    <w:p>
      <w:pPr>
        <w:spacing w:after="80"/>
      </w:pPr>
      <w:r>
        <w:rPr>
          <w:b w:val="0"/>
          <w:i w:val="0"/>
        </w:rPr>
        <w:t>def _update_aliens(self):</w:t>
      </w:r>
      <w:r>
        <w:br/>
      </w:r>
      <w:r>
        <w:rPr>
          <w:b w:val="0"/>
          <w:i w:val="0"/>
        </w:rPr>
        <w:t xml:space="preserve">        """Kiểm tra xem đội có đang ở rìa không, rồi cập nhật vị trí."""</w:t>
      </w:r>
      <w:r>
        <w:br/>
      </w:r>
      <w:r>
        <w:rPr>
          <w:b w:val="0"/>
          <w:i w:val="0"/>
        </w:rPr>
        <w:t xml:space="preserve">        self._check_fleet_edges()</w:t>
      </w:r>
      <w:r>
        <w:br/>
      </w:r>
      <w:r>
        <w:rPr>
          <w:b w:val="0"/>
          <w:i w:val="0"/>
        </w:rPr>
        <w:t xml:space="preserve">        self.aliens.update()</w:t>
      </w:r>
    </w:p>
    <w:p>
      <w:pPr>
        <w:spacing w:after="80"/>
      </w:pPr>
      <w:r>
        <w:rPr>
          <w:b w:val="0"/>
          <w:i w:val="0"/>
        </w:rPr>
        <w:t xml:space="preserve">Chúng ta đã sửa đổi phương thức này bằng cách gọi </w:t>
      </w:r>
      <w:r>
        <w:rPr>
          <w:rFonts w:ascii="Consolas" w:hAnsi="Consolas"/>
          <w:b w:val="0"/>
          <w:i w:val="0"/>
          <w:sz w:val="20"/>
        </w:rPr>
        <w:t>_check_fleet_edges()</w:t>
      </w:r>
      <w:r>
        <w:rPr>
          <w:b w:val="0"/>
          <w:i w:val="0"/>
        </w:rPr>
        <w:t xml:space="preserve"> trước khi cập nhật vị trí của từng alien.</w:t>
      </w:r>
    </w:p>
    <w:p>
      <w:pPr>
        <w:spacing w:after="80"/>
      </w:pPr>
      <w:r>
        <w:rPr>
          <w:b w:val="0"/>
          <w:i w:val="0"/>
        </w:rPr>
        <w:t>Khi bạn chạy game bây giờ, cả đội sẽ di chuyển qua lại giữa các rìa màn hình và hạ xuống mỗi khi chạm rìa. Giờ chúng ta có thể bắt đầu bắn hạ alien và để ý những alien nào đâm vào tàu hoặc chạm đáy màn hình.</w:t>
      </w:r>
    </w:p>
    <w:p>
      <w:pPr>
        <w:spacing w:before="120" w:after="40"/>
      </w:pPr>
      <w:r>
        <w:rPr>
          <w:b/>
          <w:sz w:val="21"/>
        </w:rPr>
        <w:t>Tự thực hành</w:t>
      </w:r>
    </w:p>
    <w:p>
      <w:pPr>
        <w:spacing w:after="80"/>
      </w:pPr>
      <w:r>
        <w:rPr>
          <w:b/>
          <w:i w:val="0"/>
        </w:rPr>
        <w:t>13-3. Giọt mưa:</w:t>
      </w:r>
      <w:r>
        <w:rPr>
          <w:b w:val="0"/>
          <w:i w:val="0"/>
        </w:rPr>
        <w:t xml:space="preserve"> Tìm một hình ảnh giọt mưa và tạo một lưới các giọt mưa. Cho các giọt mưa rơi xuống đáy màn hình cho đến khi chúng biến mất.</w:t>
      </w:r>
    </w:p>
    <w:p>
      <w:pPr>
        <w:spacing w:after="80"/>
      </w:pPr>
      <w:r>
        <w:rPr>
          <w:b/>
          <w:i w:val="0"/>
        </w:rPr>
        <w:t>13-4. Mưa đều:</w:t>
      </w:r>
      <w:r>
        <w:rPr>
          <w:b w:val="0"/>
          <w:i w:val="0"/>
        </w:rPr>
        <w:t xml:space="preserve"> Sửa code trong Bài tập 13-3 sao cho khi một hàng giọt mưa biến mất khỏi đáy màn hình, một hàng mới sẽ xuất hiện ở đỉnh màn hình và bắt đầu rơi xuống.</w:t>
      </w:r>
    </w:p>
    <w:p>
      <w:pPr>
        <w:pStyle w:val="Heading2"/>
      </w:pPr>
      <w:r>
        <w:rPr>
          <w:rFonts w:ascii="Calibri" w:hAnsi="Calibri"/>
          <w:b/>
          <w:i w:val="0"/>
          <w:sz w:val="32"/>
        </w:rPr>
        <w:t>Bắn hạ alien</w:t>
      </w:r>
    </w:p>
    <w:p>
      <w:pPr>
        <w:spacing w:after="80"/>
      </w:pPr>
      <w:r>
        <w:rPr>
          <w:b w:val="0"/>
          <w:i w:val="0"/>
        </w:rPr>
        <w:t xml:space="preserve">Chúng ta đã tạo xong tàu và một đội alien, nhưng khi đạn chạm tới alien, chúng chỉ xuyên qua vì chúng ta chưa kiểm tra va chạm. Trong lập trình game, </w:t>
      </w:r>
      <w:r>
        <w:rPr>
          <w:b w:val="0"/>
          <w:i/>
        </w:rPr>
        <w:t>va chạm</w:t>
      </w:r>
      <w:r>
        <w:rPr>
          <w:b w:val="0"/>
          <w:i w:val="0"/>
        </w:rPr>
        <w:t xml:space="preserve"> (collision) xảy ra khi các phần tử trong game chồng lên nhau. Để đạn bắn hạ được alien, chúng ta sẽ dùng hàm </w:t>
      </w:r>
      <w:r>
        <w:rPr>
          <w:rFonts w:ascii="Consolas" w:hAnsi="Consolas"/>
          <w:b w:val="0"/>
          <w:i w:val="0"/>
          <w:sz w:val="20"/>
        </w:rPr>
        <w:t>sprite.groupcollide()</w:t>
      </w:r>
      <w:r>
        <w:rPr>
          <w:b w:val="0"/>
          <w:i w:val="0"/>
        </w:rPr>
        <w:t xml:space="preserve"> để tìm va chạm giữa các thành viên của hai nhóm.</w:t>
      </w:r>
    </w:p>
    <w:p>
      <w:pPr>
        <w:pStyle w:val="Heading3"/>
      </w:pPr>
      <w:r>
        <w:rPr>
          <w:rFonts w:ascii="Calibri" w:hAnsi="Calibri"/>
          <w:b/>
          <w:i w:val="0"/>
          <w:sz w:val="27"/>
        </w:rPr>
        <w:t>Phát hiện va chạm của đạn</w:t>
      </w:r>
    </w:p>
    <w:p>
      <w:pPr>
        <w:spacing w:after="80"/>
      </w:pPr>
      <w:r>
        <w:rPr>
          <w:b w:val="0"/>
          <w:i w:val="0"/>
        </w:rPr>
        <w:t>Chúng ta muốn biết ngay khi một viên đạn bắn trúng alien để có thể làm alien biến mất ngay khi bị bắn trúng. Để làm điều này, chúng ta sẽ kiểm tra va chạm ngay sau khi cập nhật vị trí của tất cả các viên đạn.</w:t>
      </w:r>
    </w:p>
    <w:p>
      <w:pPr>
        <w:spacing w:after="80"/>
      </w:pPr>
      <w:r>
        <w:rPr>
          <w:b w:val="0"/>
          <w:i w:val="0"/>
        </w:rPr>
        <w:t xml:space="preserve">Hàm </w:t>
      </w:r>
      <w:r>
        <w:rPr>
          <w:rFonts w:ascii="Consolas" w:hAnsi="Consolas"/>
          <w:b w:val="0"/>
          <w:i w:val="0"/>
          <w:sz w:val="20"/>
        </w:rPr>
        <w:t>sprite.groupcollide()</w:t>
      </w:r>
      <w:r>
        <w:rPr>
          <w:b w:val="0"/>
          <w:i w:val="0"/>
        </w:rPr>
        <w:t xml:space="preserve"> so sánh các </w:t>
      </w:r>
      <w:r>
        <w:rPr>
          <w:rFonts w:ascii="Consolas" w:hAnsi="Consolas"/>
          <w:b w:val="0"/>
          <w:i w:val="0"/>
          <w:sz w:val="20"/>
        </w:rPr>
        <w:t>rect</w:t>
      </w:r>
      <w:r>
        <w:rPr>
          <w:b w:val="0"/>
          <w:i w:val="0"/>
        </w:rPr>
        <w:t xml:space="preserve"> của từng phần tử trong nhóm này với các </w:t>
      </w:r>
      <w:r>
        <w:rPr>
          <w:rFonts w:ascii="Consolas" w:hAnsi="Consolas"/>
          <w:b w:val="0"/>
          <w:i w:val="0"/>
          <w:sz w:val="20"/>
        </w:rPr>
        <w:t>rect</w:t>
      </w:r>
      <w:r>
        <w:rPr>
          <w:b w:val="0"/>
          <w:i w:val="0"/>
        </w:rPr>
        <w:t xml:space="preserve"> của từng phần tử trong nhóm kia. Trong trường hợp này, nó so sánh </w:t>
      </w:r>
      <w:r>
        <w:rPr>
          <w:rFonts w:ascii="Consolas" w:hAnsi="Consolas"/>
          <w:b w:val="0"/>
          <w:i w:val="0"/>
          <w:sz w:val="20"/>
        </w:rPr>
        <w:t>rect</w:t>
      </w:r>
      <w:r>
        <w:rPr>
          <w:b w:val="0"/>
          <w:i w:val="0"/>
        </w:rPr>
        <w:t xml:space="preserve"> của từng viên đạn với </w:t>
      </w:r>
      <w:r>
        <w:rPr>
          <w:rFonts w:ascii="Consolas" w:hAnsi="Consolas"/>
          <w:b w:val="0"/>
          <w:i w:val="0"/>
          <w:sz w:val="20"/>
        </w:rPr>
        <w:t>rect</w:t>
      </w:r>
      <w:r>
        <w:rPr>
          <w:b w:val="0"/>
          <w:i w:val="0"/>
        </w:rPr>
        <w:t xml:space="preserve"> của từng alien và trả về một dictionary chứa các viên đạn và alien đã va chạm. Mỗi key trong dictionary sẽ là một viên đạn, và value tương ứng sẽ là alien bị bắn trúng. (Chúng ta cũng sẽ dùng dictionary này khi triển khai hệ thống tính điểm ở Chương 14.)</w:t>
      </w:r>
    </w:p>
    <w:p>
      <w:pPr>
        <w:spacing w:after="80"/>
      </w:pPr>
      <w:r>
        <w:rPr>
          <w:b w:val="0"/>
          <w:i w:val="0"/>
        </w:rPr>
        <w:t xml:space="preserve">Thêm đoạn code sau vào cuối </w:t>
      </w:r>
      <w:r>
        <w:rPr>
          <w:rFonts w:ascii="Consolas" w:hAnsi="Consolas"/>
          <w:b w:val="0"/>
          <w:i w:val="0"/>
          <w:sz w:val="20"/>
        </w:rPr>
        <w:t>_update_bullets()</w:t>
      </w:r>
      <w:r>
        <w:rPr>
          <w:b w:val="0"/>
          <w:i w:val="0"/>
        </w:rPr>
        <w:t xml:space="preserve"> để kiểm tra va chạm giữa đạn và alien:</w:t>
      </w:r>
    </w:p>
    <w:p>
      <w:pPr>
        <w:spacing w:after="80"/>
      </w:pPr>
      <w:r>
        <w:rPr>
          <w:b w:val="0"/>
          <w:i w:val="0"/>
        </w:rPr>
        <w:t>alien_invasion.py</w:t>
      </w:r>
    </w:p>
    <w:p>
      <w:pPr>
        <w:spacing w:after="80"/>
      </w:pPr>
      <w:r>
        <w:rPr>
          <w:b w:val="0"/>
          <w:i w:val="0"/>
        </w:rPr>
        <w:t>def _update_bullets(self):</w:t>
      </w:r>
      <w:r>
        <w:br/>
      </w:r>
      <w:r>
        <w:rPr>
          <w:b w:val="0"/>
          <w:i w:val="0"/>
        </w:rPr>
        <w:t xml:space="preserve">        """Cập nhật vị trí của đạn và loại bỏ những viên đạn cũ."""</w:t>
      </w:r>
      <w:r>
        <w:br/>
      </w:r>
      <w:r>
        <w:rPr>
          <w:b w:val="0"/>
          <w:i w:val="0"/>
        </w:rPr>
        <w:t xml:space="preserve">        </w:t>
      </w:r>
      <w:r>
        <w:rPr>
          <w:b w:val="0"/>
          <w:i/>
        </w:rPr>
        <w:t>--snip--</w:t>
      </w:r>
      <w:r>
        <w:br/>
      </w:r>
      <w:r>
        <w:br/>
      </w:r>
      <w:r>
        <w:rPr>
          <w:b w:val="0"/>
          <w:i w:val="0"/>
        </w:rPr>
        <w:t xml:space="preserve">        # Kiểm tra xem có viên đạn nào bắn trúng alien không.</w:t>
      </w:r>
      <w:r>
        <w:br/>
      </w:r>
      <w:r>
        <w:rPr>
          <w:b w:val="0"/>
          <w:i w:val="0"/>
        </w:rPr>
        <w:t xml:space="preserve">        #   Nếu có, loại bỏ viên đạn và alien đó.</w:t>
      </w:r>
      <w:r>
        <w:br/>
      </w:r>
      <w:r>
        <w:rPr>
          <w:b w:val="0"/>
          <w:i w:val="0"/>
        </w:rPr>
        <w:t xml:space="preserve">        collisions = pygame.sprite.groupcollide(</w:t>
      </w:r>
      <w:r>
        <w:br/>
      </w:r>
      <w:r>
        <w:rPr>
          <w:b w:val="0"/>
          <w:i w:val="0"/>
        </w:rPr>
        <w:t xml:space="preserve">                self.bullets, self.aliens, True, True)</w:t>
      </w:r>
    </w:p>
    <w:p>
      <w:pPr>
        <w:spacing w:after="80"/>
      </w:pPr>
      <w:r>
        <w:rPr>
          <w:b w:val="0"/>
          <w:i w:val="0"/>
        </w:rPr>
        <w:t xml:space="preserve">Đoạn mã mới mà chúng ta thêm vào sẽ so sánh vị trí của tất cả các viên đạn trong </w:t>
      </w:r>
      <w:r>
        <w:rPr>
          <w:rFonts w:ascii="Consolas" w:hAnsi="Consolas"/>
          <w:b w:val="0"/>
          <w:i w:val="0"/>
          <w:sz w:val="20"/>
        </w:rPr>
        <w:t>self.bullets</w:t>
      </w:r>
      <w:r>
        <w:rPr>
          <w:b w:val="0"/>
          <w:i w:val="0"/>
        </w:rPr>
        <w:t xml:space="preserve"> với tất cả người ngoài hành tinh trong </w:t>
      </w:r>
      <w:r>
        <w:rPr>
          <w:rFonts w:ascii="Consolas" w:hAnsi="Consolas"/>
          <w:b w:val="0"/>
          <w:i w:val="0"/>
          <w:sz w:val="20"/>
        </w:rPr>
        <w:t>self.aliens</w:t>
      </w:r>
      <w:r>
        <w:rPr>
          <w:b w:val="0"/>
          <w:i w:val="0"/>
        </w:rPr>
        <w:t xml:space="preserve">, rồi xác định những cái nào chồng lên nhau. Mỗi khi </w:t>
      </w:r>
      <w:r>
        <w:rPr>
          <w:rFonts w:ascii="Consolas" w:hAnsi="Consolas"/>
          <w:b w:val="0"/>
          <w:i w:val="0"/>
          <w:sz w:val="20"/>
        </w:rPr>
        <w:t>rect</w:t>
      </w:r>
      <w:r>
        <w:rPr>
          <w:b w:val="0"/>
          <w:i w:val="0"/>
        </w:rPr>
        <w:t xml:space="preserve"> của một viên đạn và một người ngoài hành tinh chồng lên nhau, </w:t>
      </w:r>
      <w:r>
        <w:rPr>
          <w:rFonts w:ascii="Consolas" w:hAnsi="Consolas"/>
          <w:b w:val="0"/>
          <w:i w:val="0"/>
          <w:sz w:val="20"/>
        </w:rPr>
        <w:t>groupcollide()</w:t>
      </w:r>
      <w:r>
        <w:rPr>
          <w:b w:val="0"/>
          <w:i w:val="0"/>
        </w:rPr>
        <w:t xml:space="preserve"> sẽ thêm một cặp khóa-giá trị (key-value pair) vào từ điển (dictionary) mà nó trả về. Hai đối số </w:t>
      </w:r>
      <w:r>
        <w:rPr>
          <w:rFonts w:ascii="Consolas" w:hAnsi="Consolas"/>
          <w:b w:val="0"/>
          <w:i w:val="0"/>
          <w:sz w:val="20"/>
        </w:rPr>
        <w:t>True</w:t>
      </w:r>
      <w:r>
        <w:rPr>
          <w:b w:val="0"/>
          <w:i w:val="0"/>
        </w:rPr>
        <w:t xml:space="preserve"> bảo Pygame xóa những viên đạn và người ngoài hành tinh đã va chạm. (Để tạo ra một viên đạn siêu mạnh có thể bay tới tận đỉnh màn hình, phá hủy mọi người ngoài hành tinh trên đường bay, bạn có thể đặt đối số Boolean thứ nhất thành </w:t>
      </w:r>
      <w:r>
        <w:rPr>
          <w:rFonts w:ascii="Consolas" w:hAnsi="Consolas"/>
          <w:b w:val="0"/>
          <w:i w:val="0"/>
          <w:sz w:val="20"/>
        </w:rPr>
        <w:t>False</w:t>
      </w:r>
      <w:r>
        <w:rPr>
          <w:b w:val="0"/>
          <w:i w:val="0"/>
        </w:rPr>
        <w:t xml:space="preserve"> và giữ đối số Boolean thứ hai là </w:t>
      </w:r>
      <w:r>
        <w:rPr>
          <w:rFonts w:ascii="Consolas" w:hAnsi="Consolas"/>
          <w:b w:val="0"/>
          <w:i w:val="0"/>
          <w:sz w:val="20"/>
        </w:rPr>
        <w:t>True</w:t>
      </w:r>
      <w:r>
        <w:rPr>
          <w:b w:val="0"/>
          <w:i w:val="0"/>
        </w:rPr>
        <w:t>. Những người ngoài hành tinh bị bắn trúng sẽ biến mất, nhưng tất cả viên đạn sẽ vẫn hoạt động cho đến khi chúng biến mất khỏi đỉnh màn hình.)</w:t>
      </w:r>
    </w:p>
    <w:p>
      <w:pPr>
        <w:spacing w:after="80"/>
      </w:pPr>
      <w:r>
        <w:rPr>
          <w:b w:val="0"/>
          <w:i w:val="0"/>
        </w:rPr>
        <w:t xml:space="preserve">Khi bạn chạy </w:t>
      </w:r>
      <w:r>
        <w:rPr>
          <w:b w:val="0"/>
          <w:i/>
        </w:rPr>
        <w:t>Alien Invasion</w:t>
      </w:r>
      <w:r>
        <w:rPr>
          <w:b w:val="0"/>
          <w:i w:val="0"/>
        </w:rPr>
        <w:t xml:space="preserve"> bây giờ, những người ngoài hành tinh mà bạn bắn trúng sẽ biến mất. Hình 13-5 cho thấy một đội quân đã bị bắn hạ một phần.</w:t>
      </w:r>
    </w:p>
    <w:p>
      <w:pPr>
        <w:jc w:val="center"/>
      </w:pPr>
      <w:r>
        <w:drawing>
          <wp:inline xmlns:a="http://schemas.openxmlformats.org/drawingml/2006/main" xmlns:pic="http://schemas.openxmlformats.org/drawingml/2006/picture">
            <wp:extent cx="4762500" cy="3286125"/>
            <wp:docPr id="26" name="Picture 26"/>
            <wp:cNvGraphicFramePr>
              <a:graphicFrameLocks noChangeAspect="1"/>
            </wp:cNvGraphicFramePr>
            <a:graphic>
              <a:graphicData uri="http://schemas.openxmlformats.org/drawingml/2006/picture">
                <pic:pic>
                  <pic:nvPicPr>
                    <pic:cNvPr id="0" name="image_rsrcBHS.jpg"/>
                    <pic:cNvPicPr/>
                  </pic:nvPicPr>
                  <pic:blipFill>
                    <a:blip r:embed="rId21"/>
                    <a:stretch>
                      <a:fillRect/>
                    </a:stretch>
                  </pic:blipFill>
                  <pic:spPr>
                    <a:xfrm>
                      <a:off x="0" y="0"/>
                      <a:ext cx="4762500" cy="3286125"/>
                    </a:xfrm>
                    <a:prstGeom prst="rect"/>
                  </pic:spPr>
                </pic:pic>
              </a:graphicData>
            </a:graphic>
          </wp:inline>
        </w:drawing>
      </w:r>
    </w:p>
    <w:p>
      <w:pPr>
        <w:spacing w:after="80"/>
      </w:pPr>
      <w:r>
        <w:rPr>
          <w:b w:val="0"/>
          <w:i w:val="0"/>
        </w:rPr>
        <w:t>Hình 13-5: Chúng ta có thể bắn người ngoài hành tinh rồi!</w:t>
      </w:r>
    </w:p>
    <w:p>
      <w:pPr>
        <w:pStyle w:val="Heading3"/>
      </w:pPr>
      <w:r>
        <w:rPr>
          <w:rFonts w:ascii="Calibri" w:hAnsi="Calibri"/>
          <w:b/>
          <w:i w:val="0"/>
          <w:sz w:val="27"/>
        </w:rPr>
        <w:t>Tạo đạn to hơn để thử nghiệm</w:t>
      </w:r>
    </w:p>
    <w:p>
      <w:pPr>
        <w:spacing w:after="80"/>
      </w:pPr>
      <w:r>
        <w:rPr>
          <w:b w:val="0"/>
          <w:i w:val="0"/>
        </w:rPr>
        <w:t xml:space="preserve">Bạn có thể thử nghiệm nhiều tính năng của </w:t>
      </w:r>
      <w:r>
        <w:rPr>
          <w:b w:val="0"/>
          <w:i/>
        </w:rPr>
        <w:t>Alien Invasion</w:t>
      </w:r>
      <w:r>
        <w:rPr>
          <w:b w:val="0"/>
          <w:i w:val="0"/>
        </w:rPr>
        <w:t xml:space="preserve"> chỉ bằng cách chạy game, nhưng có một số tính năng rất khó để thử nghiệm trong phiên bản game bình thường. Ví dụ, việc bắn hạ mọi người ngoài hành tinh trên màn hình nhiều lần để kiểm tra xem mã của bạn có phản hồi đúng khi đội quân trống hay không là một việc tốn rất nhiều công sức.</w:t>
      </w:r>
    </w:p>
    <w:p>
      <w:pPr>
        <w:spacing w:after="80"/>
      </w:pPr>
      <w:r>
        <w:rPr>
          <w:b w:val="0"/>
          <w:i w:val="0"/>
        </w:rPr>
        <w:t>Để thử nghiệm những tính năng cụ thể, bạn có thể thay đổi một số cài đặt của game để tập trung vào một khu vực nhất định. Ví dụ, bạn có thể thu nhỏ màn hình để có ít người ngoài hành tinh hơn cần bắn hạ, hoặc tăng tốc độ đạn và cho mình thật nhiều đạn cùng một lúc.</w:t>
      </w:r>
    </w:p>
    <w:p>
      <w:pPr>
        <w:spacing w:after="80"/>
      </w:pPr>
      <w:r>
        <w:rPr>
          <w:b w:val="0"/>
          <w:i w:val="0"/>
        </w:rPr>
        <w:t xml:space="preserve">Thay đổi yêu thích của tôi khi thử nghiệm </w:t>
      </w:r>
      <w:r>
        <w:rPr>
          <w:b w:val="0"/>
          <w:i/>
        </w:rPr>
        <w:t>Alien Invasion</w:t>
      </w:r>
      <w:r>
        <w:rPr>
          <w:b w:val="0"/>
          <w:i w:val="0"/>
        </w:rPr>
        <w:t xml:space="preserve"> là dùng những viên đạn siêu to vẫn còn hoạt động ngay cả sau khi đã bắn trúng một người ngoài hành tinh (xem Hình 13-6). Hãy thử đặt </w:t>
      </w:r>
      <w:r>
        <w:rPr>
          <w:rFonts w:ascii="Consolas" w:hAnsi="Consolas"/>
          <w:b w:val="0"/>
          <w:i w:val="0"/>
          <w:sz w:val="20"/>
        </w:rPr>
        <w:t>bullet_width</w:t>
      </w:r>
      <w:r>
        <w:rPr>
          <w:b w:val="0"/>
          <w:i w:val="0"/>
        </w:rPr>
        <w:t xml:space="preserve"> thành 300, hoặc thậm chí 3.000, để xem bạn có thể bắn hạ cả đội quân nhanh đến mức nào!</w:t>
      </w:r>
    </w:p>
    <w:p>
      <w:pPr>
        <w:jc w:val="center"/>
      </w:pPr>
      <w:r>
        <w:drawing>
          <wp:inline xmlns:a="http://schemas.openxmlformats.org/drawingml/2006/main" xmlns:pic="http://schemas.openxmlformats.org/drawingml/2006/picture">
            <wp:extent cx="5238750" cy="3619500"/>
            <wp:docPr id="27" name="Picture 27"/>
            <wp:cNvGraphicFramePr>
              <a:graphicFrameLocks noChangeAspect="1"/>
            </wp:cNvGraphicFramePr>
            <a:graphic>
              <a:graphicData uri="http://schemas.openxmlformats.org/drawingml/2006/picture">
                <pic:pic>
                  <pic:nvPicPr>
                    <pic:cNvPr id="0" name="image_rsrcBHT.jpg"/>
                    <pic:cNvPicPr/>
                  </pic:nvPicPr>
                  <pic:blipFill>
                    <a:blip r:embed="rId22"/>
                    <a:stretch>
                      <a:fillRect/>
                    </a:stretch>
                  </pic:blipFill>
                  <pic:spPr>
                    <a:xfrm>
                      <a:off x="0" y="0"/>
                      <a:ext cx="5238750" cy="3619500"/>
                    </a:xfrm>
                    <a:prstGeom prst="rect"/>
                  </pic:spPr>
                </pic:pic>
              </a:graphicData>
            </a:graphic>
          </wp:inline>
        </w:drawing>
      </w:r>
    </w:p>
    <w:p>
      <w:pPr>
        <w:spacing w:after="80"/>
      </w:pPr>
      <w:r>
        <w:rPr>
          <w:b w:val="0"/>
          <w:i w:val="0"/>
        </w:rPr>
        <w:t>Hình 13-6: Đạn siêu mạnh giúp một số khía cạnh của game dễ thử nghiệm hơn.</w:t>
      </w:r>
    </w:p>
    <w:p>
      <w:pPr>
        <w:spacing w:after="80"/>
      </w:pPr>
      <w:r>
        <w:rPr>
          <w:b w:val="0"/>
          <w:i w:val="0"/>
        </w:rPr>
        <w:t>Những thay đổi như thế này sẽ giúp bạn thử nghiệm game hiệu quả hơn và có thể khơi ra ý tưởng để trao cho người chơi những sức mạnh đặc biệt. Chỉ cần nhớ khôi phục lại cài đặt về bình thường khi bạn đã thử nghiệm xong một tính năng.</w:t>
      </w:r>
    </w:p>
    <w:p>
      <w:pPr>
        <w:pStyle w:val="Heading3"/>
      </w:pPr>
      <w:r>
        <w:rPr>
          <w:rFonts w:ascii="Calibri" w:hAnsi="Calibri"/>
          <w:b/>
          <w:i w:val="0"/>
          <w:sz w:val="27"/>
        </w:rPr>
        <w:t>Tạo lại đội quân</w:t>
      </w:r>
    </w:p>
    <w:p>
      <w:pPr>
        <w:spacing w:after="80"/>
      </w:pPr>
      <w:r>
        <w:rPr>
          <w:b w:val="0"/>
          <w:i w:val="0"/>
        </w:rPr>
        <w:t xml:space="preserve">Một tính năng quan trọng của </w:t>
      </w:r>
      <w:r>
        <w:rPr>
          <w:b w:val="0"/>
          <w:i/>
        </w:rPr>
        <w:t>Alien Invasion</w:t>
      </w:r>
      <w:r>
        <w:rPr>
          <w:b w:val="0"/>
          <w:i w:val="0"/>
        </w:rPr>
        <w:t xml:space="preserve"> là người ngoài hành tinh không bao giờ ngừng: mỗi khi đội quân bị tiêu diệt, một đội quân mới sẽ xuất hiện.</w:t>
      </w:r>
    </w:p>
    <w:p>
      <w:pPr>
        <w:spacing w:after="80"/>
      </w:pPr>
      <w:r>
        <w:rPr>
          <w:b w:val="0"/>
          <w:i w:val="0"/>
        </w:rPr>
        <w:t xml:space="preserve">Để tạo ra một đội quân người ngoài hành tinh mới xuất hiện sau khi một đội quân bị tiêu diệt, trước tiên chúng ta kiểm tra xem nhóm </w:t>
      </w:r>
      <w:r>
        <w:rPr>
          <w:rFonts w:ascii="Consolas" w:hAnsi="Consolas"/>
          <w:b w:val="0"/>
          <w:i w:val="0"/>
          <w:sz w:val="20"/>
        </w:rPr>
        <w:t>aliens</w:t>
      </w:r>
      <w:r>
        <w:rPr>
          <w:b w:val="0"/>
          <w:i w:val="0"/>
        </w:rPr>
        <w:t xml:space="preserve"> có trống không. Nếu trống, chúng ta gọi </w:t>
      </w:r>
      <w:r>
        <w:rPr>
          <w:rFonts w:ascii="Consolas" w:hAnsi="Consolas"/>
          <w:b w:val="0"/>
          <w:i w:val="0"/>
          <w:sz w:val="20"/>
        </w:rPr>
        <w:t>_create_fleet()</w:t>
      </w:r>
      <w:r>
        <w:rPr>
          <w:b w:val="0"/>
          <w:i w:val="0"/>
        </w:rPr>
        <w:t xml:space="preserve">. Chúng ta sẽ thực hiện việc kiểm tra này ở cuối </w:t>
      </w:r>
      <w:r>
        <w:rPr>
          <w:rFonts w:ascii="Consolas" w:hAnsi="Consolas"/>
          <w:b w:val="0"/>
          <w:i w:val="0"/>
          <w:sz w:val="20"/>
        </w:rPr>
        <w:t>_update_bullets()</w:t>
      </w:r>
      <w:r>
        <w:rPr>
          <w:b w:val="0"/>
          <w:i w:val="0"/>
        </w:rPr>
        <w:t>, vì đó là nơi từng người ngoài hành tinh bị tiêu diệt.</w:t>
      </w:r>
    </w:p>
    <w:p>
      <w:pPr>
        <w:spacing w:after="80"/>
      </w:pPr>
      <w:r>
        <w:rPr>
          <w:b w:val="0"/>
          <w:i w:val="0"/>
        </w:rPr>
        <w:t>alien_invasion.py</w:t>
      </w:r>
    </w:p>
    <w:p>
      <w:pPr>
        <w:spacing w:after="80"/>
      </w:pPr>
      <w:r>
        <w:rPr>
          <w:b w:val="0"/>
          <w:i w:val="0"/>
        </w:rPr>
        <w:t>def _update_bullets(self):</w:t>
      </w:r>
      <w:r>
        <w:br/>
      </w:r>
      <w:r>
        <w:rPr>
          <w:b w:val="0"/>
          <w:i w:val="0"/>
        </w:rPr>
        <w:t xml:space="preserve">        </w:t>
      </w:r>
      <w:r>
        <w:rPr>
          <w:b w:val="0"/>
          <w:i/>
        </w:rPr>
        <w:t>--snip--</w:t>
      </w:r>
      <w:r>
        <w:br/>
      </w:r>
      <w:r>
        <w:rPr>
          <w:b w:val="0"/>
          <w:i w:val="0"/>
        </w:rPr>
        <w:t>❶         if not self.aliens:</w:t>
      </w:r>
      <w:r>
        <w:br/>
      </w:r>
      <w:r>
        <w:rPr>
          <w:b w:val="0"/>
          <w:i w:val="0"/>
        </w:rPr>
        <w:t xml:space="preserve">            # Destroy existing bullets and create new fleet.</w:t>
      </w:r>
      <w:r>
        <w:br/>
      </w:r>
      <w:r>
        <w:rPr>
          <w:b w:val="0"/>
          <w:i w:val="0"/>
        </w:rPr>
        <w:t>❷             self.bullets.empty()</w:t>
      </w:r>
      <w:r>
        <w:br/>
      </w:r>
      <w:r>
        <w:rPr>
          <w:b w:val="0"/>
          <w:i w:val="0"/>
        </w:rPr>
        <w:t xml:space="preserve">            self._create_fleet()</w:t>
      </w:r>
    </w:p>
    <w:p>
      <w:pPr>
        <w:spacing w:after="80"/>
      </w:pPr>
      <w:r>
        <w:rPr>
          <w:b w:val="0"/>
          <w:i w:val="0"/>
        </w:rPr>
        <w:t xml:space="preserve">Ta kiểm tra xem nhóm </w:t>
      </w:r>
      <w:r>
        <w:rPr>
          <w:rFonts w:ascii="Consolas" w:hAnsi="Consolas"/>
          <w:b w:val="0"/>
          <w:i w:val="0"/>
          <w:sz w:val="20"/>
        </w:rPr>
        <w:t>aliens</w:t>
      </w:r>
      <w:r>
        <w:rPr>
          <w:b w:val="0"/>
          <w:i w:val="0"/>
        </w:rPr>
        <w:t xml:space="preserve"> có rỗng không ❶. Một nhóm rỗng sẽ trả về </w:t>
      </w:r>
      <w:r>
        <w:rPr>
          <w:rFonts w:ascii="Consolas" w:hAnsi="Consolas"/>
          <w:b w:val="0"/>
          <w:i w:val="0"/>
          <w:sz w:val="20"/>
        </w:rPr>
        <w:t>False</w:t>
      </w:r>
      <w:r>
        <w:rPr>
          <w:b w:val="0"/>
          <w:i w:val="0"/>
        </w:rPr>
        <w:t xml:space="preserve">, nên đây là cách đơn giản để kiểm tra xem nhóm có rỗng hay không. Nếu rỗng, ta xóa hết các viên đạn đang có bằng cách dùng phương thức </w:t>
      </w:r>
      <w:r>
        <w:rPr>
          <w:rFonts w:ascii="Consolas" w:hAnsi="Consolas"/>
          <w:b w:val="0"/>
          <w:i w:val="0"/>
          <w:sz w:val="20"/>
        </w:rPr>
        <w:t>empty()</w:t>
      </w:r>
      <w:r>
        <w:rPr>
          <w:b w:val="0"/>
          <w:i w:val="0"/>
        </w:rPr>
        <w:t xml:space="preserve">, phương thức này sẽ xóa tất cả các sprite còn lại khỏi nhóm ❷. Ta cũng gọi </w:t>
      </w:r>
      <w:r>
        <w:rPr>
          <w:rFonts w:ascii="Consolas" w:hAnsi="Consolas"/>
          <w:b w:val="0"/>
          <w:i w:val="0"/>
          <w:sz w:val="20"/>
        </w:rPr>
        <w:t>_create_fleet()</w:t>
      </w:r>
      <w:r>
        <w:rPr>
          <w:b w:val="0"/>
          <w:i w:val="0"/>
        </w:rPr>
        <w:t>, hàm này sẽ lấp đầy màn hình bằng người ngoài hành tinh một lần nữa.</w:t>
      </w:r>
    </w:p>
    <w:p>
      <w:pPr>
        <w:spacing w:after="80"/>
      </w:pPr>
      <w:r>
        <w:rPr>
          <w:b w:val="0"/>
          <w:i w:val="0"/>
        </w:rPr>
        <w:t>Giờ đây một đội quân mới sẽ xuất hiện ngay khi bạn tiêu diệt hết đội quân hiện tại.</w:t>
      </w:r>
    </w:p>
    <w:p>
      <w:pPr>
        <w:pStyle w:val="Heading3"/>
      </w:pPr>
      <w:r>
        <w:rPr>
          <w:rFonts w:ascii="Calibri" w:hAnsi="Calibri"/>
          <w:b/>
          <w:i w:val="0"/>
          <w:sz w:val="27"/>
        </w:rPr>
        <w:t>Tăng tốc đạn</w:t>
      </w:r>
    </w:p>
    <w:p>
      <w:pPr>
        <w:spacing w:after="80"/>
      </w:pPr>
      <w:r>
        <w:rPr>
          <w:b w:val="0"/>
          <w:i w:val="0"/>
        </w:rPr>
        <w:t>Nếu bạn đã thử bắn vào người ngoài hành tinh trong trạng thái hiện tại của game, bạn có thể thấy rằng đạn bay chưa ở tốc độ phù hợp nhất cho lối chơi. Chúng có thể hơi chậm hoặc hơi nhanh một chút. Lúc này, bạn có thể chỉnh sửa các cài đặt để lối chơi thú vị hơn. Hãy nhớ rằng game sẽ ngày càng nhanh dần, nên đừng làm game quá nhanh ngay từ đầu.</w:t>
      </w:r>
    </w:p>
    <w:p>
      <w:pPr>
        <w:spacing w:after="80"/>
      </w:pPr>
      <w:r>
        <w:rPr>
          <w:b w:val="0"/>
          <w:i w:val="0"/>
        </w:rPr>
        <w:t xml:space="preserve">Ta chỉnh tốc độ của đạn bằng cách điều chỉnh giá trị của </w:t>
      </w:r>
      <w:r>
        <w:rPr>
          <w:rFonts w:ascii="Consolas" w:hAnsi="Consolas"/>
          <w:b w:val="0"/>
          <w:i w:val="0"/>
          <w:sz w:val="20"/>
        </w:rPr>
        <w:t>bullet_speed</w:t>
      </w:r>
      <w:r>
        <w:rPr>
          <w:b w:val="0"/>
          <w:i w:val="0"/>
        </w:rPr>
        <w:t xml:space="preserve"> trong </w:t>
      </w:r>
      <w:r>
        <w:rPr>
          <w:b w:val="0"/>
          <w:i/>
        </w:rPr>
        <w:t>settings.py</w:t>
      </w:r>
      <w:r>
        <w:rPr>
          <w:b w:val="0"/>
          <w:i w:val="0"/>
        </w:rPr>
        <w:t xml:space="preserve">. Trên máy của tôi, tôi sẽ chỉnh giá trị của </w:t>
      </w:r>
      <w:r>
        <w:rPr>
          <w:rFonts w:ascii="Consolas" w:hAnsi="Consolas"/>
          <w:b w:val="0"/>
          <w:i w:val="0"/>
          <w:sz w:val="20"/>
        </w:rPr>
        <w:t>bullet_speed</w:t>
      </w:r>
      <w:r>
        <w:rPr>
          <w:b w:val="0"/>
          <w:i w:val="0"/>
        </w:rPr>
        <w:t xml:space="preserve"> thành 2.5, để đạn bay nhanh hơn một chút:</w:t>
      </w:r>
    </w:p>
    <w:p>
      <w:pPr>
        <w:spacing w:after="80"/>
      </w:pPr>
      <w:r>
        <w:rPr>
          <w:b w:val="0"/>
          <w:i w:val="0"/>
        </w:rPr>
        <w:t>settings.py</w:t>
      </w:r>
    </w:p>
    <w:p>
      <w:pPr>
        <w:spacing w:after="80"/>
      </w:pPr>
      <w:r>
        <w:rPr>
          <w:b w:val="0"/>
          <w:i w:val="0"/>
        </w:rPr>
        <w:t># Bullet settings</w:t>
      </w:r>
      <w:r>
        <w:br/>
      </w:r>
      <w:r>
        <w:rPr>
          <w:b w:val="0"/>
          <w:i w:val="0"/>
        </w:rPr>
        <w:t xml:space="preserve">        self.bullet_speed = 2.5</w:t>
      </w:r>
      <w:r>
        <w:br/>
      </w:r>
      <w:r>
        <w:rPr>
          <w:b w:val="0"/>
          <w:i w:val="0"/>
        </w:rPr>
        <w:t xml:space="preserve">        self.bullet_width = 3</w:t>
      </w:r>
      <w:r>
        <w:br/>
      </w:r>
      <w:r>
        <w:rPr>
          <w:b w:val="0"/>
          <w:i w:val="0"/>
        </w:rPr>
        <w:t xml:space="preserve">        </w:t>
      </w:r>
      <w:r>
        <w:rPr>
          <w:b w:val="0"/>
          <w:i/>
        </w:rPr>
        <w:t>--snip--</w:t>
      </w:r>
    </w:p>
    <w:p>
      <w:pPr>
        <w:spacing w:after="80"/>
      </w:pPr>
      <w:r>
        <w:rPr>
          <w:b w:val="0"/>
          <w:i w:val="0"/>
        </w:rPr>
        <w:t>Giá trị tốt nhất cho cài đặt này phụ thuộc vào trải nghiệm chơi game của bạn, nên hãy tìm một giá trị phù hợp với bạn. Bạn cũng có thể điều chỉnh các cài đặt khác.</w:t>
      </w:r>
    </w:p>
    <w:p>
      <w:pPr>
        <w:pStyle w:val="Heading3"/>
      </w:pPr>
      <w:r>
        <w:rPr>
          <w:rFonts w:ascii="Calibri" w:hAnsi="Calibri"/>
          <w:b/>
          <w:i w:val="0"/>
          <w:sz w:val="27"/>
        </w:rPr>
        <w:t>Tái cấu trúc _update_bullets()</w:t>
      </w:r>
    </w:p>
    <w:p>
      <w:pPr>
        <w:spacing w:after="80"/>
      </w:pPr>
      <w:r>
        <w:rPr>
          <w:b w:val="0"/>
          <w:i w:val="0"/>
        </w:rPr>
        <w:t xml:space="preserve">Hãy tái cấu trúc </w:t>
      </w:r>
      <w:r>
        <w:rPr>
          <w:rFonts w:ascii="Consolas" w:hAnsi="Consolas"/>
          <w:b w:val="0"/>
          <w:i w:val="0"/>
          <w:sz w:val="20"/>
        </w:rPr>
        <w:t>_update_bullets()</w:t>
      </w:r>
      <w:r>
        <w:rPr>
          <w:b w:val="0"/>
          <w:i w:val="0"/>
        </w:rPr>
        <w:t xml:space="preserve"> để nó không phải làm quá nhiều việc khác nhau. Ta sẽ chuyển phần code xử lý va chạm giữa đạn và người ngoài hành tinh sang một phương thức riêng:</w:t>
      </w:r>
    </w:p>
    <w:p>
      <w:pPr>
        <w:spacing w:after="80"/>
      </w:pPr>
      <w:r>
        <w:rPr>
          <w:b w:val="0"/>
          <w:i w:val="0"/>
        </w:rPr>
        <w:t>alien_invasion.py</w:t>
      </w:r>
    </w:p>
    <w:p>
      <w:pPr>
        <w:spacing w:after="80"/>
      </w:pPr>
      <w:r>
        <w:rPr>
          <w:b w:val="0"/>
          <w:i w:val="0"/>
        </w:rPr>
        <w:t>def _update_bullets(self):</w:t>
      </w:r>
      <w:r>
        <w:br/>
      </w:r>
      <w:r>
        <w:rPr>
          <w:b w:val="0"/>
          <w:i w:val="0"/>
        </w:rPr>
        <w:t xml:space="preserve">        </w:t>
      </w:r>
      <w:r>
        <w:rPr>
          <w:b w:val="0"/>
          <w:i/>
        </w:rPr>
        <w:t>--snip--</w:t>
      </w:r>
      <w:r>
        <w:br/>
      </w:r>
      <w:r>
        <w:rPr>
          <w:b w:val="0"/>
          <w:i w:val="0"/>
        </w:rPr>
        <w:t xml:space="preserve">        # Get rid of bullets that have disappeared.</w:t>
      </w:r>
      <w:r>
        <w:br/>
      </w:r>
      <w:r>
        <w:rPr>
          <w:b w:val="0"/>
          <w:i w:val="0"/>
        </w:rPr>
        <w:t xml:space="preserve">        for bullet in self.bullets.copy():</w:t>
      </w:r>
      <w:r>
        <w:br/>
      </w:r>
      <w:r>
        <w:rPr>
          <w:b w:val="0"/>
          <w:i w:val="0"/>
        </w:rPr>
        <w:t xml:space="preserve">            if bullet.rect.bottom &lt;= 0:</w:t>
      </w:r>
      <w:r>
        <w:br/>
      </w:r>
      <w:r>
        <w:rPr>
          <w:b w:val="0"/>
          <w:i w:val="0"/>
        </w:rPr>
        <w:t xml:space="preserve">                 self.bullets.remove(bullet)</w:t>
      </w:r>
      <w:r>
        <w:br/>
      </w:r>
      <w:r>
        <w:br/>
      </w:r>
      <w:r>
        <w:rPr>
          <w:b w:val="0"/>
          <w:i w:val="0"/>
        </w:rPr>
        <w:t xml:space="preserve">        self._check_bullet_alien_collisions()</w:t>
      </w:r>
      <w:r>
        <w:br/>
      </w:r>
      <w:r>
        <w:br/>
      </w:r>
      <w:r>
        <w:rPr>
          <w:b w:val="0"/>
          <w:i w:val="0"/>
        </w:rPr>
        <w:t xml:space="preserve">    def _check_bullet_alien_collisions(self):</w:t>
      </w:r>
      <w:r>
        <w:br/>
      </w:r>
      <w:r>
        <w:rPr>
          <w:b w:val="0"/>
          <w:i w:val="0"/>
        </w:rPr>
        <w:t xml:space="preserve">        """Respond to bullet-alien collisions."""</w:t>
      </w:r>
      <w:r>
        <w:br/>
      </w:r>
      <w:r>
        <w:rPr>
          <w:b w:val="0"/>
          <w:i w:val="0"/>
        </w:rPr>
        <w:t xml:space="preserve">        # Remove any bullets and aliens that have collided.</w:t>
      </w:r>
      <w:r>
        <w:br/>
      </w:r>
      <w:r>
        <w:rPr>
          <w:b w:val="0"/>
          <w:i w:val="0"/>
        </w:rPr>
        <w:t xml:space="preserve">        collisions = pygame.sprite.groupcollide(</w:t>
      </w:r>
      <w:r>
        <w:br/>
      </w:r>
      <w:r>
        <w:rPr>
          <w:b w:val="0"/>
          <w:i w:val="0"/>
        </w:rPr>
        <w:t xml:space="preserve">                self.bullets, self.aliens, True, True)</w:t>
      </w:r>
      <w:r>
        <w:br/>
      </w:r>
      <w:r>
        <w:br/>
      </w:r>
      <w:r>
        <w:rPr>
          <w:b w:val="0"/>
          <w:i w:val="0"/>
        </w:rPr>
        <w:t xml:space="preserve">        if not self.aliens:</w:t>
      </w:r>
      <w:r>
        <w:br/>
      </w:r>
      <w:r>
        <w:rPr>
          <w:b w:val="0"/>
          <w:i w:val="0"/>
        </w:rPr>
        <w:t xml:space="preserve">            # Destroy existing bullets and create new fleet.</w:t>
      </w:r>
      <w:r>
        <w:br/>
      </w:r>
      <w:r>
        <w:rPr>
          <w:b w:val="0"/>
          <w:i w:val="0"/>
        </w:rPr>
        <w:t xml:space="preserve">            self.bullets.empty()</w:t>
      </w:r>
      <w:r>
        <w:br/>
      </w:r>
      <w:r>
        <w:rPr>
          <w:b w:val="0"/>
          <w:i w:val="0"/>
        </w:rPr>
        <w:t xml:space="preserve">            self._create_fleet()</w:t>
      </w:r>
    </w:p>
    <w:p>
      <w:pPr>
        <w:spacing w:after="80"/>
      </w:pPr>
      <w:r>
        <w:rPr>
          <w:b w:val="0"/>
          <w:i w:val="0"/>
        </w:rPr>
        <w:t xml:space="preserve">Ta đã tạo một phương thức mới, </w:t>
      </w:r>
      <w:r>
        <w:rPr>
          <w:rFonts w:ascii="Consolas" w:hAnsi="Consolas"/>
          <w:b w:val="0"/>
          <w:i w:val="0"/>
          <w:sz w:val="20"/>
        </w:rPr>
        <w:t>_check_bullet_alien_collisions()</w:t>
      </w:r>
      <w:r>
        <w:rPr>
          <w:b w:val="0"/>
          <w:i w:val="0"/>
        </w:rPr>
        <w:t xml:space="preserve">, để tìm va chạm giữa đạn và người ngoài hành tinh và phản hồi thích hợp nếu toàn bộ đội quân đã bị tiêu diệt. Làm như vậy giúp </w:t>
      </w:r>
      <w:r>
        <w:rPr>
          <w:rFonts w:ascii="Consolas" w:hAnsi="Consolas"/>
          <w:b w:val="0"/>
          <w:i w:val="0"/>
          <w:sz w:val="20"/>
        </w:rPr>
        <w:t>_update_bullets()</w:t>
      </w:r>
      <w:r>
        <w:rPr>
          <w:b w:val="0"/>
          <w:i w:val="0"/>
        </w:rPr>
        <w:t xml:space="preserve"> không trở nên quá dài và đơn giản hóa việc phát triển tiếp theo.</w:t>
      </w:r>
    </w:p>
    <w:p>
      <w:pPr>
        <w:spacing w:before="120" w:after="40"/>
      </w:pPr>
      <w:r>
        <w:rPr>
          <w:b/>
          <w:sz w:val="21"/>
        </w:rPr>
        <w:t>Tự thực hành</w:t>
      </w:r>
    </w:p>
    <w:p>
      <w:pPr>
        <w:spacing w:after="80"/>
      </w:pPr>
      <w:r>
        <w:rPr>
          <w:b/>
          <w:i w:val="0"/>
        </w:rPr>
        <w:t>13-5. Người bắn ngang Phần 2:</w:t>
      </w:r>
      <w:r>
        <w:rPr>
          <w:b w:val="0"/>
          <w:i w:val="0"/>
        </w:rPr>
        <w:t xml:space="preserve"> Chúng ta đã đi được một chặng đường dài kể từ Bài tập 12-6, </w:t>
      </w:r>
      <w:r>
        <w:rPr>
          <w:b w:val="0"/>
          <w:i/>
        </w:rPr>
        <w:t>Người bắn ngang</w:t>
      </w:r>
      <w:r>
        <w:rPr>
          <w:b w:val="0"/>
          <w:i w:val="0"/>
        </w:rPr>
        <w:t xml:space="preserve">. Với bài tập này, hãy thử phát triển </w:t>
      </w:r>
      <w:r>
        <w:rPr>
          <w:b w:val="0"/>
          <w:i/>
        </w:rPr>
        <w:t>Người bắn ngang</w:t>
      </w:r>
      <w:r>
        <w:rPr>
          <w:b w:val="0"/>
          <w:i w:val="0"/>
        </w:rPr>
        <w:t xml:space="preserve"> đến cùng mức mà chúng ta đã đưa </w:t>
      </w:r>
      <w:r>
        <w:rPr>
          <w:b w:val="0"/>
          <w:i/>
        </w:rPr>
        <w:t>Cuộc xâm lăng của người ngoài hành tinh</w:t>
      </w:r>
      <w:r>
        <w:rPr>
          <w:b w:val="0"/>
          <w:i w:val="0"/>
        </w:rPr>
        <w:t xml:space="preserve"> đạt được. Thêm một đội quân người ngoài hành tinh, và cho chúng di chuyển ngang về phía con tàu. Hoặc, viết mã đặt người ngoài hành tinh ở các vị trí ngẫu nhiên dọc theo phía bên phải màn hình rồi gửi chúng về phía con tàu. Ngoài ra, hãy viết mã khiến người ngoài hành tinh biến mất khi bị bắn trúng.</w:t>
      </w:r>
    </w:p>
    <w:p>
      <w:pPr>
        <w:pStyle w:val="Heading2"/>
      </w:pPr>
      <w:r>
        <w:rPr>
          <w:rFonts w:ascii="Calibri" w:hAnsi="Calibri"/>
          <w:b/>
          <w:i w:val="0"/>
          <w:sz w:val="32"/>
        </w:rPr>
        <w:t>Kết thúc trò chơi</w:t>
      </w:r>
    </w:p>
    <w:p>
      <w:pPr>
        <w:spacing w:after="80"/>
      </w:pPr>
      <w:r>
        <w:rPr>
          <w:b w:val="0"/>
          <w:i w:val="0"/>
        </w:rPr>
        <w:t>Có gì vui và thử thách khi chơi một trò chơi mà bạn không thể thua? Nếu người chơi không bắn hạ đội quân đủ nhanh, chúng ta sẽ để người ngoài hành tinh phá hủy con tàu khi chúng chạm vào. Đồng thời, chúng ta sẽ giới hạn số lượng tàu mà người chơi có thể sử dụng, và chúng ta sẽ phá hủy con tàu khi một người ngoài hành tinh chạm đến đáy màn hình. Trò chơi sẽ kết thúc khi người chơi đã dùng hết số tàu của mình.</w:t>
      </w:r>
    </w:p>
    <w:p>
      <w:pPr>
        <w:pStyle w:val="Heading3"/>
      </w:pPr>
      <w:r>
        <w:rPr>
          <w:rFonts w:ascii="Calibri" w:hAnsi="Calibri"/>
          <w:b/>
          <w:i w:val="0"/>
          <w:sz w:val="27"/>
        </w:rPr>
        <w:t>Phát hiện va chạm giữa người ngoài hành tinh và tàu</w:t>
      </w:r>
    </w:p>
    <w:p>
      <w:pPr>
        <w:spacing w:after="80"/>
      </w:pPr>
      <w:r>
        <w:rPr>
          <w:b w:val="0"/>
          <w:i w:val="0"/>
        </w:rPr>
        <w:t xml:space="preserve">Chúng ta sẽ bắt đầu bằng việc kiểm tra va chạm giữa người ngoài hành tinh và con tàu để có thể phản ứng thích hợp khi một người ngoài hành tinh đâm vào nó. Chúng ta sẽ kiểm tra va chạm giữa người ngoài hành tinh và tàu ngay sau khi cập nhật vị trí của mỗi người ngoài hành tinh trong </w:t>
      </w:r>
      <w:r>
        <w:rPr>
          <w:rFonts w:ascii="Consolas" w:hAnsi="Consolas"/>
          <w:b w:val="0"/>
          <w:i w:val="0"/>
          <w:sz w:val="20"/>
        </w:rPr>
        <w:t>AlienInvasion</w:t>
      </w:r>
      <w:r>
        <w:rPr>
          <w:b w:val="0"/>
          <w:i w:val="0"/>
        </w:rPr>
        <w:t>:</w:t>
      </w:r>
    </w:p>
    <w:p>
      <w:pPr>
        <w:spacing w:after="80"/>
      </w:pPr>
      <w:r>
        <w:rPr>
          <w:b w:val="0"/>
          <w:i w:val="0"/>
        </w:rPr>
        <w:t>alien_invasion.py</w:t>
      </w:r>
    </w:p>
    <w:p>
      <w:pPr>
        <w:spacing w:after="80"/>
      </w:pPr>
      <w:r>
        <w:rPr>
          <w:b w:val="0"/>
          <w:i w:val="0"/>
        </w:rPr>
        <w:t>def _update_aliens(self):</w:t>
      </w:r>
      <w:r>
        <w:br/>
      </w:r>
      <w:r>
        <w:rPr>
          <w:b w:val="0"/>
          <w:i w:val="0"/>
        </w:rPr>
        <w:t xml:space="preserve">        </w:t>
      </w:r>
      <w:r>
        <w:rPr>
          <w:b w:val="0"/>
          <w:i/>
        </w:rPr>
        <w:t>--snip--</w:t>
      </w:r>
      <w:r>
        <w:br/>
      </w:r>
      <w:r>
        <w:rPr>
          <w:b w:val="0"/>
          <w:i w:val="0"/>
        </w:rPr>
        <w:t xml:space="preserve">        self.aliens.update()</w:t>
      </w:r>
      <w:r>
        <w:br/>
      </w:r>
      <w:r>
        <w:br/>
      </w:r>
      <w:r>
        <w:rPr>
          <w:b w:val="0"/>
          <w:i w:val="0"/>
        </w:rPr>
        <w:t xml:space="preserve">        # Look for alien-ship collisions.</w:t>
      </w:r>
      <w:r>
        <w:br/>
      </w:r>
      <w:r>
        <w:rPr>
          <w:b w:val="0"/>
          <w:i w:val="0"/>
        </w:rPr>
        <w:t>❶         if pygame.sprite.spritecollideany(self.ship, self.aliens):</w:t>
      </w:r>
      <w:r>
        <w:br/>
      </w:r>
      <w:r>
        <w:rPr>
          <w:b w:val="0"/>
          <w:i w:val="0"/>
        </w:rPr>
        <w:t>❷             print("Ship hit!!!")</w:t>
      </w:r>
    </w:p>
    <w:p>
      <w:pPr>
        <w:spacing w:after="80"/>
      </w:pPr>
      <w:r>
        <w:rPr>
          <w:b w:val="0"/>
          <w:i w:val="0"/>
        </w:rPr>
        <w:t xml:space="preserve">Hàm </w:t>
      </w:r>
      <w:r>
        <w:rPr>
          <w:rFonts w:ascii="Consolas" w:hAnsi="Consolas"/>
          <w:b w:val="0"/>
          <w:i w:val="0"/>
          <w:sz w:val="20"/>
        </w:rPr>
        <w:t>spritecollideany()</w:t>
      </w:r>
      <w:r>
        <w:rPr>
          <w:b w:val="0"/>
          <w:i w:val="0"/>
        </w:rPr>
        <w:t xml:space="preserve"> nhận hai đối số: một sprite và một nhóm. Hàm này tìm bất kỳ thành viên nào của nhóm đã va chạm với sprite và dừng vòng lặp qua nhóm ngay khi nó tìm thấy một thành viên đã va chạm với sprite. Ở đây, nó lặp qua nhóm </w:t>
      </w:r>
      <w:r>
        <w:rPr>
          <w:rFonts w:ascii="Consolas" w:hAnsi="Consolas"/>
          <w:b w:val="0"/>
          <w:i w:val="0"/>
          <w:sz w:val="20"/>
        </w:rPr>
        <w:t>aliens</w:t>
      </w:r>
      <w:r>
        <w:rPr>
          <w:b w:val="0"/>
          <w:i w:val="0"/>
        </w:rPr>
        <w:t xml:space="preserve"> và trả về người ngoài hành tinh đầu tiên mà nó tìm thấy đã va chạm với </w:t>
      </w:r>
      <w:r>
        <w:rPr>
          <w:rFonts w:ascii="Consolas" w:hAnsi="Consolas"/>
          <w:b w:val="0"/>
          <w:i w:val="0"/>
          <w:sz w:val="20"/>
        </w:rPr>
        <w:t>ship</w:t>
      </w:r>
      <w:r>
        <w:rPr>
          <w:b w:val="0"/>
          <w:i w:val="0"/>
        </w:rPr>
        <w:t>.</w:t>
      </w:r>
    </w:p>
    <w:p>
      <w:pPr>
        <w:spacing w:after="80"/>
      </w:pPr>
      <w:r>
        <w:rPr>
          <w:b w:val="0"/>
          <w:i w:val="0"/>
        </w:rPr>
        <w:t xml:space="preserve">Nếu không có va chạm nào xảy ra, </w:t>
      </w:r>
      <w:r>
        <w:rPr>
          <w:rFonts w:ascii="Consolas" w:hAnsi="Consolas"/>
          <w:b w:val="0"/>
          <w:i w:val="0"/>
          <w:sz w:val="20"/>
        </w:rPr>
        <w:t>spritecollideany()</w:t>
      </w:r>
      <w:r>
        <w:rPr>
          <w:b w:val="0"/>
          <w:i w:val="0"/>
        </w:rPr>
        <w:t xml:space="preserve"> trả về </w:t>
      </w:r>
      <w:r>
        <w:rPr>
          <w:rFonts w:ascii="Consolas" w:hAnsi="Consolas"/>
          <w:b w:val="0"/>
          <w:i w:val="0"/>
          <w:sz w:val="20"/>
        </w:rPr>
        <w:t>None</w:t>
      </w:r>
      <w:r>
        <w:rPr>
          <w:b w:val="0"/>
          <w:i w:val="0"/>
        </w:rPr>
        <w:t xml:space="preserve"> và khối </w:t>
      </w:r>
      <w:r>
        <w:rPr>
          <w:rFonts w:ascii="Consolas" w:hAnsi="Consolas"/>
          <w:b w:val="0"/>
          <w:i w:val="0"/>
          <w:sz w:val="20"/>
        </w:rPr>
        <w:t>if</w:t>
      </w:r>
      <w:r>
        <w:rPr>
          <w:b w:val="0"/>
          <w:i w:val="0"/>
        </w:rPr>
        <w:t xml:space="preserve"> sẽ không được thực thi ❶. Nếu nó tìm thấy một người ngoài hành tinh đã va chạm với con tàu, nó trả về người ngoài hành tinh đó và khối </w:t>
      </w:r>
      <w:r>
        <w:rPr>
          <w:rFonts w:ascii="Consolas" w:hAnsi="Consolas"/>
          <w:b w:val="0"/>
          <w:i w:val="0"/>
          <w:sz w:val="20"/>
        </w:rPr>
        <w:t>if</w:t>
      </w:r>
      <w:r>
        <w:rPr>
          <w:b w:val="0"/>
          <w:i w:val="0"/>
        </w:rPr>
        <w:t xml:space="preserve"> được thực thi: nó in ra </w:t>
      </w:r>
      <w:r>
        <w:rPr>
          <w:rFonts w:ascii="Consolas" w:hAnsi="Consolas"/>
          <w:b w:val="0"/>
          <w:i w:val="0"/>
          <w:sz w:val="20"/>
        </w:rPr>
        <w:t>Ship hit!!!</w:t>
      </w:r>
      <w:r>
        <w:rPr>
          <w:b w:val="0"/>
          <w:i w:val="0"/>
        </w:rPr>
        <w:t xml:space="preserve"> ❷. Khi một người ngoài hành tinh đâm vào con tàu, chúng ta sẽ cần làm một số việc: xóa tất cả người ngoài hành tinh và đạn còn lại, đưa con tàu về giữa, và tạo một đội quân mới. Trước khi viết mã để làm tất cả những việc này, chúng ta muốn biết rằng cách tiếp cận của mình để phát hiện va chạm giữa người ngoài hành tinh và tàu hoạt động chính xác. Viết một lệnh gọi </w:t>
      </w:r>
      <w:r>
        <w:rPr>
          <w:rFonts w:ascii="Consolas" w:hAnsi="Consolas"/>
          <w:b w:val="0"/>
          <w:i w:val="0"/>
          <w:sz w:val="20"/>
        </w:rPr>
        <w:t>print()</w:t>
      </w:r>
      <w:r>
        <w:rPr>
          <w:b w:val="0"/>
          <w:i w:val="0"/>
        </w:rPr>
        <w:t xml:space="preserve"> là một cách đơn giản để đảm bảo chúng ta đang phát hiện những va chạm này đúng cách.</w:t>
      </w:r>
    </w:p>
    <w:p>
      <w:pPr>
        <w:spacing w:after="80"/>
      </w:pPr>
      <w:r>
        <w:rPr>
          <w:b w:val="0"/>
          <w:i w:val="0"/>
        </w:rPr>
        <w:t xml:space="preserve">Giờ đây khi bạn chạy </w:t>
      </w:r>
      <w:r>
        <w:rPr>
          <w:b w:val="0"/>
          <w:i/>
        </w:rPr>
        <w:t>Cuộc xâm lăng của người ngoài hành tinh,</w:t>
      </w:r>
      <w:r>
        <w:rPr>
          <w:b w:val="0"/>
          <w:i w:val="0"/>
        </w:rPr>
        <w:t xml:space="preserve"> thông báo </w:t>
      </w:r>
      <w:r>
        <w:rPr>
          <w:b w:val="0"/>
          <w:i/>
        </w:rPr>
        <w:t>Ship hit!!!</w:t>
      </w:r>
      <w:r>
        <w:rPr>
          <w:b w:val="0"/>
          <w:i w:val="0"/>
        </w:rPr>
        <w:t xml:space="preserve"> sẽ xuất hiện trong terminal mỗi khi một người ngoài hành tinh đâm vào con tàu. Khi bạn đang kiểm tra tính năng này, hãy đặt </w:t>
      </w:r>
      <w:r>
        <w:rPr>
          <w:rFonts w:ascii="Consolas" w:hAnsi="Consolas"/>
          <w:b w:val="0"/>
          <w:i w:val="0"/>
          <w:sz w:val="20"/>
        </w:rPr>
        <w:t>fleet_drop_speed</w:t>
      </w:r>
      <w:r>
        <w:rPr>
          <w:b w:val="0"/>
          <w:i w:val="0"/>
        </w:rPr>
        <w:t xml:space="preserve"> thành một giá trị cao hơn, chẳng hạn như 50 hoặc 100, để người ngoài hành tinh tiếp cận con tàu của bạn nhanh hơn.</w:t>
      </w:r>
    </w:p>
    <w:p>
      <w:pPr>
        <w:pStyle w:val="Heading3"/>
      </w:pPr>
      <w:r>
        <w:rPr>
          <w:rFonts w:ascii="Calibri" w:hAnsi="Calibri"/>
          <w:b/>
          <w:i w:val="0"/>
          <w:sz w:val="27"/>
        </w:rPr>
        <w:t>Phản ứng với va chạm giữa người ngoài hành tinh và tàu</w:t>
      </w:r>
    </w:p>
    <w:p>
      <w:pPr>
        <w:spacing w:after="80"/>
      </w:pPr>
      <w:r>
        <w:rPr>
          <w:b w:val="0"/>
          <w:i w:val="0"/>
        </w:rPr>
        <w:t xml:space="preserve">Bây giờ chúng ta cần xác định chính xác điều gì sẽ xảy ra khi một người ngoài hành tinh va chạm với con tàu. Thay vì phá hủy đối tượng </w:t>
      </w:r>
      <w:r>
        <w:rPr>
          <w:rFonts w:ascii="Consolas" w:hAnsi="Consolas"/>
          <w:b w:val="0"/>
          <w:i w:val="0"/>
          <w:sz w:val="20"/>
        </w:rPr>
        <w:t>ship</w:t>
      </w:r>
      <w:r>
        <w:rPr>
          <w:b w:val="0"/>
          <w:i w:val="0"/>
        </w:rPr>
        <w:t xml:space="preserve"> và tạo một đối tượng mới, chúng ta sẽ đếm số lần con tàu bị đâm bằng cách theo dõi các số liệu thống kê cho trò chơi. Việc theo dõi số liệu thống kê cũng sẽ hữu ích cho việc tính điểm.</w:t>
      </w:r>
    </w:p>
    <w:p>
      <w:pPr>
        <w:spacing w:after="80"/>
      </w:pPr>
      <w:r>
        <w:rPr>
          <w:b w:val="0"/>
          <w:i w:val="0"/>
        </w:rPr>
        <w:t xml:space="preserve">Hãy viết một lớp mới, </w:t>
      </w:r>
      <w:r>
        <w:rPr>
          <w:rFonts w:ascii="Consolas" w:hAnsi="Consolas"/>
          <w:b w:val="0"/>
          <w:i w:val="0"/>
          <w:sz w:val="20"/>
        </w:rPr>
        <w:t>GameStats</w:t>
      </w:r>
      <w:r>
        <w:rPr>
          <w:b w:val="0"/>
          <w:i w:val="0"/>
        </w:rPr>
        <w:t xml:space="preserve">, để theo dõi số liệu thống kê của trò chơi, và lưu nó thành </w:t>
      </w:r>
      <w:r>
        <w:rPr>
          <w:b w:val="0"/>
          <w:i/>
        </w:rPr>
        <w:t>game_stats.py</w:t>
      </w:r>
      <w:r>
        <w:rPr>
          <w:b w:val="0"/>
          <w:i w:val="0"/>
        </w:rPr>
        <w:t>:</w:t>
      </w:r>
    </w:p>
    <w:p>
      <w:pPr>
        <w:spacing w:after="80"/>
      </w:pPr>
      <w:r>
        <w:rPr>
          <w:b w:val="0"/>
          <w:i w:val="0"/>
        </w:rPr>
        <w:t>game_stats.py</w:t>
      </w:r>
    </w:p>
    <w:p>
      <w:pPr>
        <w:spacing w:after="0"/>
        <w:ind w:left="360"/>
        <w:shd w:val="clear" w:color="auto" w:fill="F2F2F2"/>
      </w:pPr>
      <w:r>
        <w:rPr>
          <w:rFonts w:ascii="Consolas" w:hAnsi="Consolas"/>
          <w:b w:val="0"/>
          <w:i w:val="0"/>
          <w:sz w:val="18"/>
        </w:rPr>
        <w:t>class GameStats:</w:t>
      </w:r>
    </w:p>
    <w:p>
      <w:pPr>
        <w:spacing w:after="0"/>
        <w:ind w:left="360"/>
        <w:shd w:val="clear" w:color="auto" w:fill="F2F2F2"/>
      </w:pPr>
      <w:r>
        <w:rPr>
          <w:rFonts w:ascii="Consolas" w:hAnsi="Consolas"/>
          <w:b w:val="0"/>
          <w:i w:val="0"/>
          <w:sz w:val="18"/>
        </w:rPr>
        <w:t xml:space="preserve">    """Track statistics for 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"""Initialize statistics."""</w:t>
      </w:r>
    </w:p>
    <w:p>
      <w:pPr>
        <w:spacing w:after="0"/>
        <w:ind w:left="360"/>
        <w:shd w:val="clear" w:color="auto" w:fill="F2F2F2"/>
      </w:pPr>
      <w:r>
        <w:rPr>
          <w:rFonts w:ascii="Consolas" w:hAnsi="Consolas"/>
          <w:b w:val="0"/>
          <w:i w:val="0"/>
          <w:sz w:val="18"/>
        </w:rPr>
        <w:t xml:space="preserve">        self.settings = ai_game.settings</w:t>
      </w:r>
    </w:p>
    <w:p>
      <w:pPr>
        <w:spacing w:after="0"/>
        <w:ind w:left="360"/>
        <w:shd w:val="clear" w:color="auto" w:fill="F2F2F2"/>
      </w:pPr>
      <w:r>
        <w:rPr>
          <w:rFonts w:ascii="Consolas" w:hAnsi="Consolas"/>
          <w:b w:val="0"/>
          <w:i w:val="0"/>
          <w:sz w:val="18"/>
        </w:rPr>
        <w:t>❶         self.reset_stats()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reset_stats(self):</w:t>
      </w:r>
    </w:p>
    <w:p>
      <w:pPr>
        <w:spacing w:after="0"/>
        <w:ind w:left="360"/>
        <w:shd w:val="clear" w:color="auto" w:fill="F2F2F2"/>
      </w:pPr>
      <w:r>
        <w:rPr>
          <w:rFonts w:ascii="Consolas" w:hAnsi="Consolas"/>
          <w:b w:val="0"/>
          <w:i w:val="0"/>
          <w:sz w:val="18"/>
        </w:rPr>
        <w:t xml:space="preserve">        """Initialize statistics that can change during the game."""</w:t>
      </w:r>
    </w:p>
    <w:p>
      <w:pPr>
        <w:spacing w:after="0"/>
        <w:ind w:left="360"/>
        <w:shd w:val="clear" w:color="auto" w:fill="F2F2F2"/>
      </w:pPr>
      <w:r>
        <w:rPr>
          <w:rFonts w:ascii="Consolas" w:hAnsi="Consolas"/>
          <w:b w:val="0"/>
          <w:i w:val="0"/>
          <w:sz w:val="18"/>
        </w:rPr>
        <w:t xml:space="preserve">        self.ships_left = self.settings.ship_limit</w:t>
      </w:r>
    </w:p>
    <w:p>
      <w:pPr>
        <w:spacing w:after="40"/>
      </w:pPr>
    </w:p>
    <w:p>
      <w:pPr>
        <w:spacing w:after="80"/>
      </w:pPr>
      <w:r>
        <w:rPr>
          <w:b w:val="0"/>
          <w:i w:val="0"/>
        </w:rPr>
        <w:t xml:space="preserve">Chúng ta sẽ tạo một thực thể </w:t>
      </w:r>
      <w:r>
        <w:rPr>
          <w:rFonts w:ascii="Consolas" w:hAnsi="Consolas"/>
          <w:b w:val="0"/>
          <w:i w:val="0"/>
          <w:sz w:val="20"/>
        </w:rPr>
        <w:t>GameStats</w:t>
      </w:r>
      <w:r>
        <w:rPr>
          <w:b w:val="0"/>
          <w:i w:val="0"/>
        </w:rPr>
        <w:t xml:space="preserve"> duy nhất trong suốt thời gian </w:t>
      </w:r>
      <w:r>
        <w:rPr>
          <w:b w:val="0"/>
          <w:i/>
        </w:rPr>
        <w:t>Alien Invasion</w:t>
      </w:r>
      <w:r>
        <w:rPr>
          <w:b w:val="0"/>
          <w:i w:val="0"/>
        </w:rPr>
        <w:t xml:space="preserve"> chạy, nhưng chúng ta sẽ cần đặt lại một số thống kê mỗi khi người chơi bắt đầu một ván mới. Để làm điều này, chúng ta sẽ khởi tạo phần lớn các thống kê trong phương thức </w:t>
      </w:r>
      <w:r>
        <w:rPr>
          <w:rFonts w:ascii="Consolas" w:hAnsi="Consolas"/>
          <w:b w:val="0"/>
          <w:i w:val="0"/>
          <w:sz w:val="20"/>
        </w:rPr>
        <w:t>reset_stats()</w:t>
      </w:r>
      <w:r>
        <w:rPr>
          <w:b w:val="0"/>
          <w:i w:val="0"/>
        </w:rPr>
        <w:t xml:space="preserve">, thay vì trực tiếp trong </w:t>
      </w:r>
      <w:r>
        <w:rPr>
          <w:rFonts w:ascii="Consolas" w:hAnsi="Consolas"/>
          <w:b w:val="0"/>
          <w:i w:val="0"/>
          <w:sz w:val="20"/>
        </w:rPr>
        <w:t>__init__()</w:t>
      </w:r>
      <w:r>
        <w:rPr>
          <w:b w:val="0"/>
          <w:i w:val="0"/>
        </w:rPr>
        <w:t xml:space="preserve">. Chúng ta sẽ gọi phương thức này từ </w:t>
      </w:r>
      <w:r>
        <w:rPr>
          <w:rFonts w:ascii="Consolas" w:hAnsi="Consolas"/>
          <w:b w:val="0"/>
          <w:i w:val="0"/>
          <w:sz w:val="20"/>
        </w:rPr>
        <w:t>__init__()</w:t>
      </w:r>
      <w:r>
        <w:rPr>
          <w:b w:val="0"/>
          <w:i w:val="0"/>
        </w:rPr>
        <w:t xml:space="preserve"> để các thống kê được thiết lập đúng khi thực thể </w:t>
      </w:r>
      <w:r>
        <w:rPr>
          <w:rFonts w:ascii="Consolas" w:hAnsi="Consolas"/>
          <w:b w:val="0"/>
          <w:i w:val="0"/>
          <w:sz w:val="20"/>
        </w:rPr>
        <w:t>GameStats</w:t>
      </w:r>
      <w:r>
        <w:rPr>
          <w:b w:val="0"/>
          <w:i w:val="0"/>
        </w:rPr>
        <w:t xml:space="preserve"> được tạo lần đầu ❶. Nhưng chúng ta cũng sẽ có thể gọi </w:t>
      </w:r>
      <w:r>
        <w:rPr>
          <w:rFonts w:ascii="Consolas" w:hAnsi="Consolas"/>
          <w:b w:val="0"/>
          <w:i w:val="0"/>
          <w:sz w:val="20"/>
        </w:rPr>
        <w:t>reset_stats()</w:t>
      </w:r>
      <w:r>
        <w:rPr>
          <w:b w:val="0"/>
          <w:i w:val="0"/>
        </w:rPr>
        <w:t xml:space="preserve"> bất cứ lúc nào người chơi bắt đầu một ván mới. Hiện tại chúng ta chỉ có một thống kê, </w:t>
      </w:r>
      <w:r>
        <w:rPr>
          <w:rFonts w:ascii="Consolas" w:hAnsi="Consolas"/>
          <w:b w:val="0"/>
          <w:i w:val="0"/>
          <w:sz w:val="20"/>
        </w:rPr>
        <w:t>ships_left</w:t>
      </w:r>
      <w:r>
        <w:rPr>
          <w:b w:val="0"/>
          <w:i w:val="0"/>
        </w:rPr>
        <w:t>, giá trị của nó sẽ thay đổi trong suốt ván chơi.</w:t>
      </w:r>
    </w:p>
    <w:p>
      <w:pPr>
        <w:spacing w:after="80"/>
      </w:pPr>
      <w:r>
        <w:rPr>
          <w:b w:val="0"/>
          <w:i w:val="0"/>
        </w:rPr>
        <w:t xml:space="preserve">Số lượng tàu mà người chơi bắt đầu nên được lưu trong </w:t>
      </w:r>
      <w:r>
        <w:rPr>
          <w:b w:val="0"/>
          <w:i/>
        </w:rPr>
        <w:t>settings.py</w:t>
      </w:r>
      <w:r>
        <w:rPr>
          <w:b w:val="0"/>
          <w:i w:val="0"/>
        </w:rPr>
        <w:t xml:space="preserve"> dưới dạng </w:t>
      </w:r>
      <w:r>
        <w:rPr>
          <w:rFonts w:ascii="Consolas" w:hAnsi="Consolas"/>
          <w:b w:val="0"/>
          <w:i w:val="0"/>
          <w:sz w:val="20"/>
        </w:rPr>
        <w:t>ship_limit</w:t>
      </w:r>
      <w:r>
        <w:rPr>
          <w:b w:val="0"/>
          <w:i w:val="0"/>
        </w:rPr>
        <w:t>:</w:t>
      </w:r>
    </w:p>
    <w:p>
      <w:pPr>
        <w:spacing w:after="80"/>
      </w:pPr>
      <w:r>
        <w:rPr>
          <w:b w:val="0"/>
          <w:i w:val="0"/>
        </w:rPr>
        <w:t>settings.py</w:t>
      </w:r>
    </w:p>
    <w:p>
      <w:pPr>
        <w:spacing w:after="80"/>
      </w:pPr>
      <w:r>
        <w:rPr>
          <w:b w:val="0"/>
          <w:i w:val="0"/>
        </w:rPr>
        <w:t># Ship settings</w:t>
      </w:r>
      <w:r>
        <w:br/>
      </w:r>
      <w:r>
        <w:rPr>
          <w:b w:val="0"/>
          <w:i w:val="0"/>
        </w:rPr>
        <w:t xml:space="preserve">        self.ship_speed = 1.5</w:t>
      </w:r>
      <w:r>
        <w:br/>
      </w:r>
      <w:r>
        <w:rPr>
          <w:b w:val="0"/>
          <w:i w:val="0"/>
        </w:rPr>
        <w:t xml:space="preserve">        self.ship_limit = 3</w:t>
      </w:r>
    </w:p>
    <w:p>
      <w:pPr>
        <w:spacing w:after="80"/>
      </w:pPr>
      <w:r>
        <w:rPr>
          <w:b w:val="0"/>
          <w:i w:val="0"/>
        </w:rPr>
        <w:t xml:space="preserve">Chúng ta cũng cần thực hiện một vài thay đổi trong </w:t>
      </w:r>
      <w:r>
        <w:rPr>
          <w:b w:val="0"/>
          <w:i/>
        </w:rPr>
        <w:t>alien_invasion.py</w:t>
      </w:r>
      <w:r>
        <w:rPr>
          <w:b w:val="0"/>
          <w:i w:val="0"/>
        </w:rPr>
        <w:t xml:space="preserve"> để tạo một thực thể của </w:t>
      </w:r>
      <w:r>
        <w:rPr>
          <w:rFonts w:ascii="Consolas" w:hAnsi="Consolas"/>
          <w:b w:val="0"/>
          <w:i w:val="0"/>
          <w:sz w:val="20"/>
        </w:rPr>
        <w:t>GameStats</w:t>
      </w:r>
      <w:r>
        <w:rPr>
          <w:b w:val="0"/>
          <w:i w:val="0"/>
        </w:rPr>
        <w:t xml:space="preserve">. Đầu tiên, chúng ta sẽ cập nhật các câu lệnh </w:t>
      </w:r>
      <w:r>
        <w:rPr>
          <w:rFonts w:ascii="Consolas" w:hAnsi="Consolas"/>
          <w:b w:val="0"/>
          <w:i w:val="0"/>
          <w:sz w:val="20"/>
        </w:rPr>
        <w:t>import</w:t>
      </w:r>
      <w:r>
        <w:rPr>
          <w:b w:val="0"/>
          <w:i w:val="0"/>
        </w:rPr>
        <w:t xml:space="preserve"> ở đầu tệp:</w:t>
      </w:r>
    </w:p>
    <w:p>
      <w:pPr>
        <w:spacing w:after="80"/>
      </w:pPr>
      <w:r>
        <w:rPr>
          <w:b w:val="0"/>
          <w:i w:val="0"/>
        </w:rPr>
        <w:t>alien_invasion.py</w:t>
      </w:r>
    </w:p>
    <w:p>
      <w:pPr>
        <w:spacing w:after="0"/>
        <w:ind w:left="360"/>
        <w:shd w:val="clear" w:color="auto" w:fill="F2F2F2"/>
      </w:pPr>
      <w:r>
        <w:rPr>
          <w:rFonts w:ascii="Consolas" w:hAnsi="Consolas"/>
          <w:b w:val="0"/>
          <w:i w:val="0"/>
          <w:sz w:val="18"/>
        </w:rPr>
        <w:t>import sys</w:t>
      </w:r>
    </w:p>
    <w:p>
      <w:pPr>
        <w:spacing w:after="0"/>
        <w:ind w:left="360"/>
        <w:shd w:val="clear" w:color="auto" w:fill="F2F2F2"/>
      </w:pPr>
      <w:r>
        <w:rPr>
          <w:rFonts w:ascii="Consolas" w:hAnsi="Consolas"/>
          <w:b w:val="0"/>
          <w:i w:val="0"/>
          <w:sz w:val="18"/>
        </w:rPr>
        <w:t>from time import sleep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settings import Settings</w:t>
      </w:r>
    </w:p>
    <w:p>
      <w:pPr>
        <w:spacing w:after="0"/>
        <w:ind w:left="360"/>
        <w:shd w:val="clear" w:color="auto" w:fill="F2F2F2"/>
      </w:pPr>
      <w:r>
        <w:rPr>
          <w:rFonts w:ascii="Consolas" w:hAnsi="Consolas"/>
          <w:b w:val="0"/>
          <w:i w:val="0"/>
          <w:sz w:val="18"/>
        </w:rPr>
        <w:t>from game_stats import GameStats</w:t>
      </w:r>
    </w:p>
    <w:p>
      <w:pPr>
        <w:spacing w:after="0"/>
        <w:ind w:left="360"/>
        <w:shd w:val="clear" w:color="auto" w:fill="F2F2F2"/>
      </w:pPr>
      <w:r>
        <w:rPr>
          <w:rFonts w:ascii="Consolas" w:hAnsi="Consolas"/>
          <w:b w:val="0"/>
          <w:i w:val="0"/>
          <w:sz w:val="18"/>
        </w:rPr>
        <w:t>from ship import Ship</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nhập hàm </w:t>
      </w:r>
      <w:r>
        <w:rPr>
          <w:rFonts w:ascii="Consolas" w:hAnsi="Consolas"/>
          <w:b w:val="0"/>
          <w:i w:val="0"/>
          <w:sz w:val="20"/>
        </w:rPr>
        <w:t>sleep()</w:t>
      </w:r>
      <w:r>
        <w:rPr>
          <w:b w:val="0"/>
          <w:i w:val="0"/>
        </w:rPr>
        <w:t xml:space="preserve"> từ mô-đun </w:t>
      </w:r>
      <w:r>
        <w:rPr>
          <w:rFonts w:ascii="Consolas" w:hAnsi="Consolas"/>
          <w:b w:val="0"/>
          <w:i w:val="0"/>
          <w:sz w:val="20"/>
        </w:rPr>
        <w:t>time</w:t>
      </w:r>
      <w:r>
        <w:rPr>
          <w:b w:val="0"/>
          <w:i w:val="0"/>
        </w:rPr>
        <w:t xml:space="preserve"> trong thư viện chuẩn của Python, để có thể tạm dừng trò chơi một lát khi tàu bị bắn trúng. Chúng ta cũng nhập </w:t>
      </w:r>
      <w:r>
        <w:rPr>
          <w:rFonts w:ascii="Consolas" w:hAnsi="Consolas"/>
          <w:b w:val="0"/>
          <w:i w:val="0"/>
          <w:sz w:val="20"/>
        </w:rPr>
        <w:t>GameStats</w:t>
      </w:r>
      <w:r>
        <w:rPr>
          <w:b w:val="0"/>
          <w:i w:val="0"/>
        </w:rPr>
        <w:t>.</w:t>
      </w:r>
    </w:p>
    <w:p>
      <w:pPr>
        <w:spacing w:after="80"/>
      </w:pPr>
      <w:r>
        <w:rPr>
          <w:b w:val="0"/>
          <w:i w:val="0"/>
        </w:rPr>
        <w:t xml:space="preserve">Chúng ta sẽ tạo một thực thể của </w:t>
      </w:r>
      <w:r>
        <w:rPr>
          <w:rFonts w:ascii="Consolas" w:hAnsi="Consolas"/>
          <w:b w:val="0"/>
          <w:i w:val="0"/>
          <w:sz w:val="20"/>
        </w:rPr>
        <w:t>GameStats</w:t>
      </w:r>
      <w:r>
        <w:rPr>
          <w:b w:val="0"/>
          <w:i w:val="0"/>
        </w:rPr>
        <w:t xml:space="preserve"> trong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self.screen = pygame.display.set_mode(</w:t>
      </w:r>
      <w:r>
        <w:br/>
      </w:r>
      <w:r>
        <w:rPr>
          <w:b w:val="0"/>
          <w:i w:val="0"/>
        </w:rPr>
        <w:t xml:space="preserve">            (self.settings.screen_width, self.settings.screen_height))</w:t>
      </w:r>
      <w:r>
        <w:br/>
      </w:r>
      <w:r>
        <w:rPr>
          <w:b w:val="0"/>
          <w:i w:val="0"/>
        </w:rPr>
        <w:t xml:space="preserve">        pygame.display.set_caption("Alien Invasion")</w:t>
      </w:r>
      <w:r>
        <w:br/>
      </w:r>
      <w:r>
        <w:br/>
      </w:r>
      <w:r>
        <w:rPr>
          <w:b w:val="0"/>
          <w:i w:val="0"/>
        </w:rPr>
        <w:t xml:space="preserve">        # Create an instance to store game statistics.</w:t>
      </w:r>
      <w:r>
        <w:br/>
      </w:r>
      <w:r>
        <w:rPr>
          <w:b w:val="0"/>
          <w:i w:val="0"/>
        </w:rPr>
        <w:t xml:space="preserve">        self.stats = GameStats(self)</w:t>
      </w:r>
      <w:r>
        <w:br/>
      </w:r>
      <w:r>
        <w:br/>
      </w:r>
      <w:r>
        <w:rPr>
          <w:b w:val="0"/>
          <w:i w:val="0"/>
        </w:rPr>
        <w:t xml:space="preserve">        self.ship = Ship(self)</w:t>
      </w:r>
      <w:r>
        <w:br/>
      </w:r>
      <w:r>
        <w:rPr>
          <w:b w:val="0"/>
          <w:i w:val="0"/>
        </w:rPr>
        <w:t xml:space="preserve">        </w:t>
      </w:r>
      <w:r>
        <w:rPr>
          <w:b w:val="0"/>
          <w:i/>
        </w:rPr>
        <w:t>--snip--</w:t>
      </w:r>
    </w:p>
    <w:p>
      <w:pPr>
        <w:spacing w:after="80"/>
      </w:pPr>
      <w:r>
        <w:rPr>
          <w:b w:val="0"/>
          <w:i w:val="0"/>
        </w:rPr>
        <w:t>Chúng ta tạo thực thể này sau khi tạo cửa sổ trò chơi nhưng trước khi định nghĩa các thành phần khác của trò chơi, chẳng hạn như tàu.</w:t>
      </w:r>
    </w:p>
    <w:p>
      <w:pPr>
        <w:spacing w:after="80"/>
      </w:pPr>
      <w:r>
        <w:rPr>
          <w:b w:val="0"/>
          <w:i w:val="0"/>
        </w:rPr>
        <w:t>Khi một người ngoài hành tinh bắn trúng tàu, chúng ta sẽ trừ 1 khỏi số tàu còn lại, tiêu diệt tất cả người ngoài hành tinh và đạn hiện có, tạo một đội hình mới, và đặt lại vị trí tàu ở giữa màn hình. Chúng ta cũng sẽ tạm dừng trò chơi một lát để người chơi có thể nhận ra va chạm và tập hợp lại trước khi đội hình mới xuất hiện.</w:t>
      </w:r>
    </w:p>
    <w:p>
      <w:pPr>
        <w:spacing w:after="80"/>
      </w:pPr>
      <w:r>
        <w:rPr>
          <w:b w:val="0"/>
          <w:i w:val="0"/>
        </w:rPr>
        <w:t xml:space="preserve">Hãy đặt phần lớn mã này vào một phương thức mới có tên </w:t>
      </w:r>
      <w:r>
        <w:rPr>
          <w:rFonts w:ascii="Consolas" w:hAnsi="Consolas"/>
          <w:b w:val="0"/>
          <w:i w:val="0"/>
          <w:sz w:val="20"/>
        </w:rPr>
        <w:t>_ship_hit()</w:t>
      </w:r>
      <w:r>
        <w:rPr>
          <w:b w:val="0"/>
          <w:i w:val="0"/>
        </w:rPr>
        <w:t xml:space="preserve">. Chúng ta sẽ gọi phương thức này từ </w:t>
      </w:r>
      <w:r>
        <w:rPr>
          <w:rFonts w:ascii="Consolas" w:hAnsi="Consolas"/>
          <w:b w:val="0"/>
          <w:i w:val="0"/>
          <w:sz w:val="20"/>
        </w:rPr>
        <w:t>_update_aliens()</w:t>
      </w:r>
      <w:r>
        <w:rPr>
          <w:b w:val="0"/>
          <w:i w:val="0"/>
        </w:rPr>
        <w:t xml:space="preserve"> khi một người ngoài hành tinh bắn trúng tàu:</w:t>
      </w:r>
    </w:p>
    <w:p>
      <w:pPr>
        <w:spacing w:after="80"/>
      </w:pPr>
      <w:r>
        <w:rPr>
          <w:b w:val="0"/>
          <w:i w:val="0"/>
        </w:rPr>
        <w:t>alien_invasion.py</w:t>
      </w:r>
    </w:p>
    <w:p>
      <w:pPr>
        <w:spacing w:after="80"/>
      </w:pPr>
      <w:r>
        <w:rPr>
          <w:b w:val="0"/>
          <w:i w:val="0"/>
        </w:rPr>
        <w:t>def _ship_hit(self):</w:t>
      </w:r>
      <w:r>
        <w:br/>
      </w:r>
      <w:r>
        <w:rPr>
          <w:b w:val="0"/>
          <w:i w:val="0"/>
        </w:rPr>
        <w:t xml:space="preserve">        """Phản hồi khi tàu bị người ngoài hành tinh bắn trúng."""</w:t>
      </w:r>
      <w:r>
        <w:br/>
      </w:r>
      <w:r>
        <w:rPr>
          <w:b w:val="0"/>
          <w:i w:val="0"/>
        </w:rPr>
        <w:t xml:space="preserve">        # Giảm ships_left.</w:t>
      </w:r>
      <w:r>
        <w:br/>
      </w:r>
      <w:r>
        <w:rPr>
          <w:b w:val="0"/>
          <w:i w:val="0"/>
        </w:rPr>
        <w:t>❶         self.stats.ships_left -= 1</w:t>
      </w:r>
      <w:r>
        <w:br/>
      </w:r>
      <w:r>
        <w:br/>
      </w:r>
      <w:r>
        <w:rPr>
          <w:b w:val="0"/>
          <w:i w:val="0"/>
        </w:rPr>
        <w:t xml:space="preserve">        # Xóa hết đạn và người ngoài hành tinh còn lại.</w:t>
      </w:r>
      <w:r>
        <w:br/>
      </w:r>
      <w:r>
        <w:rPr>
          <w:b w:val="0"/>
          <w:i w:val="0"/>
        </w:rPr>
        <w:t>❷         self.bullets.empty()</w:t>
      </w:r>
      <w:r>
        <w:br/>
      </w:r>
      <w:r>
        <w:rPr>
          <w:b w:val="0"/>
          <w:i w:val="0"/>
        </w:rPr>
        <w:t xml:space="preserve">        self.aliens.empty()</w:t>
      </w:r>
      <w:r>
        <w:br/>
      </w:r>
      <w:r>
        <w:br/>
      </w:r>
      <w:r>
        <w:rPr>
          <w:b w:val="0"/>
          <w:i w:val="0"/>
        </w:rPr>
        <w:t xml:space="preserve">        # Tạo đội hình mới và đưa tàu về giữa.</w:t>
      </w:r>
      <w:r>
        <w:br/>
      </w:r>
      <w:r>
        <w:rPr>
          <w:b w:val="0"/>
          <w:i w:val="0"/>
        </w:rPr>
        <w:t>❸         self._create_fleet()</w:t>
      </w:r>
      <w:r>
        <w:br/>
      </w:r>
      <w:r>
        <w:rPr>
          <w:b w:val="0"/>
          <w:i w:val="0"/>
        </w:rPr>
        <w:t xml:space="preserve">        self.ship.center_ship()</w:t>
      </w:r>
      <w:r>
        <w:br/>
      </w:r>
      <w:r>
        <w:br/>
      </w:r>
      <w:r>
        <w:rPr>
          <w:b w:val="0"/>
          <w:i w:val="0"/>
        </w:rPr>
        <w:t xml:space="preserve">        # Tạm dừng.</w:t>
      </w:r>
      <w:r>
        <w:br/>
      </w:r>
      <w:r>
        <w:rPr>
          <w:b w:val="0"/>
          <w:i w:val="0"/>
        </w:rPr>
        <w:t>❹         sleep(0.5)</w:t>
      </w:r>
    </w:p>
    <w:p>
      <w:pPr>
        <w:spacing w:after="80"/>
      </w:pPr>
      <w:r>
        <w:rPr>
          <w:b w:val="0"/>
          <w:i w:val="0"/>
        </w:rPr>
        <w:t xml:space="preserve">Phương thức mới </w:t>
      </w:r>
      <w:r>
        <w:rPr>
          <w:rFonts w:ascii="Consolas" w:hAnsi="Consolas"/>
          <w:b w:val="0"/>
          <w:i w:val="0"/>
          <w:sz w:val="20"/>
        </w:rPr>
        <w:t>_ship_hit()</w:t>
      </w:r>
      <w:r>
        <w:rPr>
          <w:b w:val="0"/>
          <w:i w:val="0"/>
        </w:rPr>
        <w:t xml:space="preserve"> điều phối phản hồi khi một người ngoài hành tinh bắn trúng tàu. Bên trong </w:t>
      </w:r>
      <w:r>
        <w:rPr>
          <w:rFonts w:ascii="Consolas" w:hAnsi="Consolas"/>
          <w:b w:val="0"/>
          <w:i w:val="0"/>
          <w:sz w:val="20"/>
        </w:rPr>
        <w:t>_ship_hit()</w:t>
      </w:r>
      <w:r>
        <w:rPr>
          <w:b w:val="0"/>
          <w:i w:val="0"/>
        </w:rPr>
        <w:t xml:space="preserve">, số tàu còn lại giảm đi 1 ❶, sau đó chúng ta làm rỗng các nhóm </w:t>
      </w:r>
      <w:r>
        <w:rPr>
          <w:rFonts w:ascii="Consolas" w:hAnsi="Consolas"/>
          <w:b w:val="0"/>
          <w:i w:val="0"/>
          <w:sz w:val="20"/>
        </w:rPr>
        <w:t>bullets</w:t>
      </w:r>
      <w:r>
        <w:rPr>
          <w:b w:val="0"/>
          <w:i w:val="0"/>
        </w:rPr>
        <w:t xml:space="preserve"> và </w:t>
      </w:r>
      <w:r>
        <w:rPr>
          <w:rFonts w:ascii="Consolas" w:hAnsi="Consolas"/>
          <w:b w:val="0"/>
          <w:i w:val="0"/>
          <w:sz w:val="20"/>
        </w:rPr>
        <w:t>aliens</w:t>
      </w:r>
      <w:r>
        <w:rPr>
          <w:b w:val="0"/>
          <w:i w:val="0"/>
        </w:rPr>
        <w:t xml:space="preserve"> ❷.</w:t>
      </w:r>
    </w:p>
    <w:p>
      <w:pPr>
        <w:spacing w:after="80"/>
      </w:pPr>
      <w:r>
        <w:rPr>
          <w:b w:val="0"/>
          <w:i w:val="0"/>
        </w:rPr>
        <w:t xml:space="preserve">Tiếp theo, chúng ta tạo một đội hình mới và đưa tàu về giữa ❸. (Chúng ta sẽ thêm phương thức </w:t>
      </w:r>
      <w:r>
        <w:rPr>
          <w:rFonts w:ascii="Consolas" w:hAnsi="Consolas"/>
          <w:b w:val="0"/>
          <w:i w:val="0"/>
          <w:sz w:val="20"/>
        </w:rPr>
        <w:t>center_ship()</w:t>
      </w:r>
      <w:r>
        <w:rPr>
          <w:b w:val="0"/>
          <w:i w:val="0"/>
        </w:rPr>
        <w:t xml:space="preserve"> vào </w:t>
      </w:r>
      <w:r>
        <w:rPr>
          <w:rFonts w:ascii="Consolas" w:hAnsi="Consolas"/>
          <w:b w:val="0"/>
          <w:i w:val="0"/>
          <w:sz w:val="20"/>
        </w:rPr>
        <w:t>Ship</w:t>
      </w:r>
      <w:r>
        <w:rPr>
          <w:b w:val="0"/>
          <w:i w:val="0"/>
        </w:rPr>
        <w:t xml:space="preserve"> ngay sau đây.) Sau đó chúng ta thêm một khoảng tạm dừng sau khi các cập nhật đã được thực hiện cho tất cả các phần tử trong game nhưng trước khi bất kỳ thay đổi nào được vẽ lên màn hình, để người chơi có thể thấy rằng tàu của họ đã bị bắn trúng ❹. Lệnh gọi </w:t>
      </w:r>
      <w:r>
        <w:rPr>
          <w:rFonts w:ascii="Consolas" w:hAnsi="Consolas"/>
          <w:b w:val="0"/>
          <w:i w:val="0"/>
          <w:sz w:val="20"/>
        </w:rPr>
        <w:t>sleep()</w:t>
      </w:r>
      <w:r>
        <w:rPr>
          <w:b w:val="0"/>
          <w:i w:val="0"/>
        </w:rPr>
        <w:t xml:space="preserve"> tạm dừng chương trình trong nửa giây, đủ lâu để người chơi thấy rằng người ngoài hành tinh đã bắn trúng tàu. Khi hàm </w:t>
      </w:r>
      <w:r>
        <w:rPr>
          <w:rFonts w:ascii="Consolas" w:hAnsi="Consolas"/>
          <w:b w:val="0"/>
          <w:i w:val="0"/>
          <w:sz w:val="20"/>
        </w:rPr>
        <w:t>sleep()</w:t>
      </w:r>
      <w:r>
        <w:rPr>
          <w:b w:val="0"/>
          <w:i w:val="0"/>
        </w:rPr>
        <w:t xml:space="preserve"> kết thúc, việc thực thi mã chuyển sang phương thức </w:t>
      </w:r>
      <w:r>
        <w:rPr>
          <w:rFonts w:ascii="Consolas" w:hAnsi="Consolas"/>
          <w:b w:val="0"/>
          <w:i w:val="0"/>
          <w:sz w:val="20"/>
        </w:rPr>
        <w:t>_update_screen()</w:t>
      </w:r>
      <w:r>
        <w:rPr>
          <w:b w:val="0"/>
          <w:i w:val="0"/>
        </w:rPr>
        <w:t>, phương thức này vẽ đội hình mới lên màn hình.</w:t>
      </w:r>
    </w:p>
    <w:p>
      <w:pPr>
        <w:spacing w:after="80"/>
      </w:pPr>
      <w:r>
        <w:rPr>
          <w:b w:val="0"/>
          <w:i w:val="0"/>
        </w:rPr>
        <w:t xml:space="preserve">Trong </w:t>
      </w:r>
      <w:r>
        <w:rPr>
          <w:rFonts w:ascii="Consolas" w:hAnsi="Consolas"/>
          <w:b w:val="0"/>
          <w:i w:val="0"/>
          <w:sz w:val="20"/>
        </w:rPr>
        <w:t>_update_aliens()</w:t>
      </w:r>
      <w:r>
        <w:rPr>
          <w:b w:val="0"/>
          <w:i w:val="0"/>
        </w:rPr>
        <w:t xml:space="preserve">, chúng ta thay thế lệnh gọi </w:t>
      </w:r>
      <w:r>
        <w:rPr>
          <w:rFonts w:ascii="Consolas" w:hAnsi="Consolas"/>
          <w:b w:val="0"/>
          <w:i w:val="0"/>
          <w:sz w:val="20"/>
        </w:rPr>
        <w:t>print()</w:t>
      </w:r>
      <w:r>
        <w:rPr>
          <w:b w:val="0"/>
          <w:i w:val="0"/>
        </w:rPr>
        <w:t xml:space="preserve"> bằng lệnh gọi </w:t>
      </w:r>
      <w:r>
        <w:rPr>
          <w:rFonts w:ascii="Consolas" w:hAnsi="Consolas"/>
          <w:b w:val="0"/>
          <w:i w:val="0"/>
          <w:sz w:val="20"/>
        </w:rPr>
        <w:t>_ship_hit()</w:t>
      </w:r>
      <w:r>
        <w:rPr>
          <w:b w:val="0"/>
          <w:i w:val="0"/>
        </w:rPr>
        <w:t xml:space="preserve"> khi một người ngoài hành tinh bắn trúng tàu:</w:t>
      </w:r>
    </w:p>
    <w:p>
      <w:pPr>
        <w:spacing w:after="80"/>
      </w:pPr>
      <w:r>
        <w:rPr>
          <w:b w:val="0"/>
          <w:i w:val="0"/>
        </w:rPr>
        <w:t>alien_invasion.py</w:t>
      </w:r>
    </w:p>
    <w:p>
      <w:pPr>
        <w:spacing w:after="80"/>
      </w:pPr>
      <w:r>
        <w:rPr>
          <w:b w:val="0"/>
          <w:i w:val="0"/>
        </w:rPr>
        <w:t>def _update_aliens(self):</w:t>
      </w:r>
      <w:r>
        <w:br/>
      </w:r>
      <w:r>
        <w:rPr>
          <w:b w:val="0"/>
          <w:i w:val="0"/>
        </w:rPr>
        <w:t xml:space="preserve">        </w:t>
      </w:r>
      <w:r>
        <w:rPr>
          <w:b w:val="0"/>
          <w:i/>
        </w:rPr>
        <w:t>--snip--</w:t>
      </w:r>
      <w:r>
        <w:br/>
      </w:r>
      <w:r>
        <w:rPr>
          <w:b w:val="0"/>
          <w:i w:val="0"/>
        </w:rPr>
        <w:t xml:space="preserve">        if pygame.sprite.spritecollideany(self.ship, self.aliens):</w:t>
      </w:r>
      <w:r>
        <w:br/>
      </w:r>
      <w:r>
        <w:rPr>
          <w:b w:val="0"/>
          <w:i w:val="0"/>
        </w:rPr>
        <w:t xml:space="preserve">            self._ship_hit()</w:t>
      </w:r>
    </w:p>
    <w:p>
      <w:pPr>
        <w:spacing w:after="80"/>
      </w:pPr>
      <w:r>
        <w:rPr>
          <w:b w:val="0"/>
          <w:i w:val="0"/>
        </w:rPr>
        <w:t xml:space="preserve">Đây là phương thức mới </w:t>
      </w:r>
      <w:r>
        <w:rPr>
          <w:rFonts w:ascii="Consolas" w:hAnsi="Consolas"/>
          <w:b w:val="0"/>
          <w:i w:val="0"/>
          <w:sz w:val="20"/>
        </w:rPr>
        <w:t>center_ship()</w:t>
      </w:r>
      <w:r>
        <w:rPr>
          <w:b w:val="0"/>
          <w:i w:val="0"/>
        </w:rPr>
        <w:t xml:space="preserve">, thuộc về </w:t>
      </w:r>
      <w:r>
        <w:rPr>
          <w:b w:val="0"/>
          <w:i/>
        </w:rPr>
        <w:t>ship.py</w:t>
      </w:r>
      <w:r>
        <w:rPr>
          <w:b w:val="0"/>
          <w:i w:val="0"/>
        </w:rPr>
        <w:t>:</w:t>
      </w:r>
    </w:p>
    <w:p>
      <w:pPr>
        <w:spacing w:after="80"/>
      </w:pPr>
      <w:r>
        <w:rPr>
          <w:b w:val="0"/>
          <w:i w:val="0"/>
        </w:rPr>
        <w:t>ship.py</w:t>
      </w:r>
    </w:p>
    <w:p>
      <w:pPr>
        <w:spacing w:after="80"/>
      </w:pPr>
      <w:r>
        <w:rPr>
          <w:b w:val="0"/>
          <w:i w:val="0"/>
        </w:rPr>
        <w:t>def center_ship(self):</w:t>
      </w:r>
      <w:r>
        <w:br/>
      </w:r>
      <w:r>
        <w:rPr>
          <w:b w:val="0"/>
          <w:i w:val="0"/>
        </w:rPr>
        <w:t xml:space="preserve">        """Đưa tàu về giữa màn hình."""</w:t>
      </w:r>
      <w:r>
        <w:br/>
      </w:r>
      <w:r>
        <w:rPr>
          <w:b w:val="0"/>
          <w:i w:val="0"/>
        </w:rPr>
        <w:t xml:space="preserve">        self.rect.midbottom = self.screen_rect.midbottom</w:t>
      </w:r>
      <w:r>
        <w:br/>
      </w:r>
      <w:r>
        <w:rPr>
          <w:b w:val="0"/>
          <w:i w:val="0"/>
        </w:rPr>
        <w:t xml:space="preserve">        self.x = float(self.rect.x)</w:t>
      </w:r>
    </w:p>
    <w:p>
      <w:pPr>
        <w:spacing w:after="80"/>
      </w:pPr>
      <w:r>
        <w:rPr>
          <w:b w:val="0"/>
          <w:i w:val="0"/>
        </w:rPr>
        <w:t xml:space="preserve">Chúng ta đưa tàu về giữa theo cách giống như đã làm trong </w:t>
      </w:r>
      <w:r>
        <w:rPr>
          <w:rFonts w:ascii="Consolas" w:hAnsi="Consolas"/>
          <w:b w:val="0"/>
          <w:i w:val="0"/>
          <w:sz w:val="20"/>
        </w:rPr>
        <w:t>__init__()</w:t>
      </w:r>
      <w:r>
        <w:rPr>
          <w:b w:val="0"/>
          <w:i w:val="0"/>
        </w:rPr>
        <w:t xml:space="preserve">. Sau khi đưa nó về giữa, chúng ta đặt lại thuộc tính </w:t>
      </w:r>
      <w:r>
        <w:rPr>
          <w:rFonts w:ascii="Consolas" w:hAnsi="Consolas"/>
          <w:b w:val="0"/>
          <w:i w:val="0"/>
          <w:sz w:val="20"/>
        </w:rPr>
        <w:t>self.x</w:t>
      </w:r>
      <w:r>
        <w:rPr>
          <w:b w:val="0"/>
          <w:i w:val="0"/>
        </w:rPr>
        <w:t>, cho phép chúng ta theo dõi chính xác vị trí của tàu.</w:t>
      </w:r>
    </w:p>
    <w:p>
      <w:pPr>
        <w:spacing w:before="120" w:after="40"/>
      </w:pPr>
      <w:r>
        <w:rPr>
          <w:b/>
          <w:sz w:val="21"/>
        </w:rPr>
        <w:t>Ghi chú</w:t>
      </w:r>
    </w:p>
    <w:p>
      <w:pPr>
        <w:spacing w:after="80"/>
      </w:pPr>
      <w:r>
        <w:rPr>
          <w:b w:val="0"/>
          <w:i w:val="0"/>
        </w:rPr>
        <w:t xml:space="preserve">Lưu ý rằng chúng ta không bao giờ tạo nhiều hơn một tàu; chúng ta chỉ tạo một thực thể tàu duy nhất cho toàn bộ game và đưa nó về giữa mỗi khi tàu bị bắn trúng. Chỉ số </w:t>
      </w:r>
      <w:r>
        <w:rPr>
          <w:rFonts w:ascii="Consolas" w:hAnsi="Consolas"/>
          <w:b w:val="0"/>
          <w:i w:val="0"/>
          <w:sz w:val="20"/>
        </w:rPr>
        <w:t>ships_left</w:t>
      </w:r>
      <w:r>
        <w:rPr>
          <w:b w:val="0"/>
          <w:i w:val="0"/>
        </w:rPr>
        <w:t xml:space="preserve"> sẽ cho chúng ta biết khi nào người chơi hết tàu.</w:t>
      </w:r>
    </w:p>
    <w:p>
      <w:pPr>
        <w:spacing w:after="80"/>
      </w:pPr>
      <w:r>
        <w:rPr>
          <w:b w:val="0"/>
          <w:i w:val="0"/>
        </w:rPr>
        <w:t>Chạy game, bắn vài người ngoài hành tinh, và để một người ngoài hành tinh bắn trúng tàu. Game sẽ tạm dừng, và một đội hình mới sẽ xuất hiện với tàu được đưa về giữa ở phía dưới màn hình một lần nữa.</w:t>
      </w:r>
    </w:p>
    <w:p>
      <w:pPr>
        <w:pStyle w:val="Heading3"/>
      </w:pPr>
      <w:r>
        <w:rPr>
          <w:rFonts w:ascii="Calibri" w:hAnsi="Calibri"/>
          <w:b/>
          <w:i w:val="0"/>
          <w:sz w:val="27"/>
        </w:rPr>
        <w:t>Người ngoài hành tinh chạm tới đáy màn hình</w:t>
      </w:r>
    </w:p>
    <w:p>
      <w:pPr>
        <w:spacing w:after="80"/>
      </w:pPr>
      <w:r>
        <w:rPr>
          <w:b w:val="0"/>
          <w:i w:val="0"/>
        </w:rPr>
        <w:t xml:space="preserve">Nếu một người ngoài hành tinh chạm đến đáy màn hình, chúng ta sẽ cho game phản ứng giống như khi một người ngoài hành tinh đâm vào tàu. Để kiểm tra khi điều này xảy ra, hãy thêm một phương thức mới trong </w:t>
      </w:r>
      <w:r>
        <w:rPr>
          <w:b w:val="0"/>
          <w:i/>
        </w:rPr>
        <w:t>alien_invasion.py</w:t>
      </w:r>
      <w:r>
        <w:rPr>
          <w:b w:val="0"/>
          <w:i w:val="0"/>
        </w:rPr>
        <w:t>:</w:t>
      </w:r>
    </w:p>
    <w:p>
      <w:pPr>
        <w:spacing w:after="80"/>
      </w:pPr>
      <w:r>
        <w:rPr>
          <w:b w:val="0"/>
          <w:i w:val="0"/>
        </w:rPr>
        <w:t>alien_invasion.py</w:t>
      </w:r>
    </w:p>
    <w:p>
      <w:pPr>
        <w:spacing w:after="80"/>
      </w:pPr>
      <w:r>
        <w:rPr>
          <w:b w:val="0"/>
          <w:i w:val="0"/>
        </w:rPr>
        <w:t>def _check_aliens_bottom(self):</w:t>
      </w:r>
      <w:r>
        <w:br/>
      </w:r>
      <w:r>
        <w:rPr>
          <w:b w:val="0"/>
          <w:i w:val="0"/>
        </w:rPr>
        <w:t xml:space="preserve">        """Kiểm tra xem có người ngoài hành tinh nào đã chạm đến đáy màn hình chưa."""</w:t>
      </w:r>
      <w:r>
        <w:br/>
      </w:r>
      <w:r>
        <w:rPr>
          <w:b w:val="0"/>
          <w:i w:val="0"/>
        </w:rPr>
        <w:t xml:space="preserve">        for alien in self.aliens.sprites():</w:t>
      </w:r>
      <w:r>
        <w:br/>
      </w:r>
      <w:r>
        <w:rPr>
          <w:b w:val="0"/>
          <w:i w:val="0"/>
        </w:rPr>
        <w:t>❶             if alien.rect.bottom &gt;= self.settings.screen_height:</w:t>
      </w:r>
      <w:r>
        <w:br/>
      </w:r>
      <w:r>
        <w:rPr>
          <w:b w:val="0"/>
          <w:i w:val="0"/>
        </w:rPr>
        <w:t xml:space="preserve">                # Xử lý giống như khi tàu bị đâm trúng.</w:t>
      </w:r>
      <w:r>
        <w:br/>
      </w:r>
      <w:r>
        <w:rPr>
          <w:b w:val="0"/>
          <w:i w:val="0"/>
        </w:rPr>
        <w:t xml:space="preserve">                self._ship_hit()</w:t>
      </w:r>
      <w:r>
        <w:br/>
      </w:r>
      <w:r>
        <w:rPr>
          <w:b w:val="0"/>
          <w:i w:val="0"/>
        </w:rPr>
        <w:t xml:space="preserve">                break</w:t>
      </w:r>
    </w:p>
    <w:p>
      <w:pPr>
        <w:spacing w:after="80"/>
      </w:pPr>
      <w:r>
        <w:rPr>
          <w:b w:val="0"/>
          <w:i w:val="0"/>
        </w:rPr>
        <w:t xml:space="preserve">Phương thức </w:t>
      </w:r>
      <w:r>
        <w:rPr>
          <w:rFonts w:ascii="Consolas" w:hAnsi="Consolas"/>
          <w:b w:val="0"/>
          <w:i w:val="0"/>
          <w:sz w:val="20"/>
        </w:rPr>
        <w:t>_check_aliens_bottom()</w:t>
      </w:r>
      <w:r>
        <w:rPr>
          <w:b w:val="0"/>
          <w:i w:val="0"/>
        </w:rPr>
        <w:t xml:space="preserve"> kiểm tra xem có người ngoài hành tinh nào đã chạm đến đáy màn hình chưa. Một người ngoài hành tinh chạm đáy khi giá trị </w:t>
      </w:r>
      <w:r>
        <w:rPr>
          <w:rFonts w:ascii="Consolas" w:hAnsi="Consolas"/>
          <w:b w:val="0"/>
          <w:i w:val="0"/>
          <w:sz w:val="20"/>
        </w:rPr>
        <w:t>rect.bottom</w:t>
      </w:r>
      <w:r>
        <w:rPr>
          <w:b w:val="0"/>
          <w:i w:val="0"/>
        </w:rPr>
        <w:t xml:space="preserve"> của nó lớn hơn hoặc bằng chiều cao màn hình ❶. Nếu một người ngoài hành tinh chạm đáy, chúng ta gọi </w:t>
      </w:r>
      <w:r>
        <w:rPr>
          <w:rFonts w:ascii="Consolas" w:hAnsi="Consolas"/>
          <w:b w:val="0"/>
          <w:i w:val="0"/>
          <w:sz w:val="20"/>
        </w:rPr>
        <w:t>_ship_hit()</w:t>
      </w:r>
      <w:r>
        <w:rPr>
          <w:b w:val="0"/>
          <w:i w:val="0"/>
        </w:rPr>
        <w:t xml:space="preserve">. Nếu một người ngoài hành tinh chạm đáy, không cần kiểm tra những cái còn lại nữa, nên chúng ta thoát khỏi vòng lặp sau khi gọi </w:t>
      </w:r>
      <w:r>
        <w:rPr>
          <w:rFonts w:ascii="Consolas" w:hAnsi="Consolas"/>
          <w:b w:val="0"/>
          <w:i w:val="0"/>
          <w:sz w:val="20"/>
        </w:rPr>
        <w:t>_ship_hit()</w:t>
      </w:r>
      <w:r>
        <w:rPr>
          <w:b w:val="0"/>
          <w:i w:val="0"/>
        </w:rPr>
        <w:t>.</w:t>
      </w:r>
    </w:p>
    <w:p>
      <w:pPr>
        <w:spacing w:after="80"/>
      </w:pPr>
      <w:r>
        <w:rPr>
          <w:b w:val="0"/>
          <w:i w:val="0"/>
        </w:rPr>
        <w:t xml:space="preserve">Chúng ta sẽ gọi phương thức này từ </w:t>
      </w:r>
      <w:r>
        <w:rPr>
          <w:rFonts w:ascii="Consolas" w:hAnsi="Consolas"/>
          <w:b w:val="0"/>
          <w:i w:val="0"/>
          <w:sz w:val="20"/>
        </w:rPr>
        <w:t>_update_aliens()</w:t>
      </w:r>
      <w:r>
        <w:rPr>
          <w:b w:val="0"/>
          <w:i w:val="0"/>
        </w:rPr>
        <w:t>:</w:t>
      </w:r>
    </w:p>
    <w:p>
      <w:pPr>
        <w:spacing w:after="80"/>
      </w:pPr>
      <w:r>
        <w:rPr>
          <w:b w:val="0"/>
          <w:i w:val="0"/>
        </w:rPr>
        <w:t>alien_invasion.py</w:t>
      </w:r>
    </w:p>
    <w:p>
      <w:pPr>
        <w:spacing w:after="80"/>
      </w:pPr>
      <w:r>
        <w:rPr>
          <w:b w:val="0"/>
          <w:i w:val="0"/>
        </w:rPr>
        <w:t>def _update_aliens(self):</w:t>
      </w:r>
      <w:r>
        <w:br/>
      </w:r>
      <w:r>
        <w:rPr>
          <w:b w:val="0"/>
          <w:i w:val="0"/>
        </w:rPr>
        <w:t xml:space="preserve">        </w:t>
      </w:r>
      <w:r>
        <w:rPr>
          <w:b w:val="0"/>
          <w:i/>
        </w:rPr>
        <w:t>--snip--</w:t>
      </w:r>
      <w:r>
        <w:br/>
      </w:r>
      <w:r>
        <w:rPr>
          <w:b w:val="0"/>
          <w:i w:val="0"/>
        </w:rPr>
        <w:t xml:space="preserve">        # Tìm va chạm giữa người ngoài hành tinh và tàu.</w:t>
      </w:r>
      <w:r>
        <w:br/>
      </w:r>
      <w:r>
        <w:rPr>
          <w:b w:val="0"/>
          <w:i w:val="0"/>
        </w:rPr>
        <w:t xml:space="preserve">        if pygame.sprite.spritecollideany(self.ship, self.aliens):</w:t>
      </w:r>
      <w:r>
        <w:br/>
      </w:r>
      <w:r>
        <w:rPr>
          <w:b w:val="0"/>
          <w:i w:val="0"/>
        </w:rPr>
        <w:t xml:space="preserve">            self._ship_hit()</w:t>
      </w:r>
      <w:r>
        <w:br/>
      </w:r>
      <w:r>
        <w:br/>
      </w:r>
      <w:r>
        <w:rPr>
          <w:b w:val="0"/>
          <w:i w:val="0"/>
        </w:rPr>
        <w:t xml:space="preserve">        # Tìm người ngoài hành tinh chạm đến đáy màn hình.</w:t>
      </w:r>
      <w:r>
        <w:br/>
      </w:r>
      <w:r>
        <w:rPr>
          <w:b w:val="0"/>
          <w:i w:val="0"/>
        </w:rPr>
        <w:t xml:space="preserve">        self._check_aliens_bottom()</w:t>
      </w:r>
    </w:p>
    <w:p>
      <w:pPr>
        <w:spacing w:after="80"/>
      </w:pPr>
      <w:r>
        <w:rPr>
          <w:b w:val="0"/>
          <w:i w:val="0"/>
        </w:rPr>
        <w:t xml:space="preserve">Chúng ta gọi </w:t>
      </w:r>
      <w:r>
        <w:rPr>
          <w:rFonts w:ascii="Consolas" w:hAnsi="Consolas"/>
          <w:b w:val="0"/>
          <w:i w:val="0"/>
          <w:sz w:val="20"/>
        </w:rPr>
        <w:t>_check_aliens_bottom()</w:t>
      </w:r>
      <w:r>
        <w:rPr>
          <w:b w:val="0"/>
          <w:i w:val="0"/>
        </w:rPr>
        <w:t xml:space="preserve"> sau khi cập nhật vị trí của tất cả người ngoài hành tinh và sau khi tìm va chạm giữa người ngoài hành tinh và tàu. Giờ đây một đội quân mới sẽ xuất hiện mỗi khi tàu bị người ngoài hành tinh đâm trúng hoặc một người ngoài hành tinh chạm đến đáy màn hình.</w:t>
      </w:r>
    </w:p>
    <w:p>
      <w:pPr>
        <w:pStyle w:val="Heading3"/>
      </w:pPr>
      <w:r>
        <w:rPr>
          <w:rFonts w:ascii="Calibri" w:hAnsi="Calibri"/>
          <w:b/>
          <w:i w:val="0"/>
          <w:sz w:val="27"/>
        </w:rPr>
        <w:t>Game Over!</w:t>
      </w:r>
    </w:p>
    <w:p>
      <w:pPr>
        <w:spacing w:after="80"/>
      </w:pPr>
      <w:r>
        <w:rPr>
          <w:b w:val="0"/>
          <w:i/>
        </w:rPr>
        <w:t>Alien Invasion</w:t>
      </w:r>
      <w:r>
        <w:rPr>
          <w:b w:val="0"/>
          <w:i w:val="0"/>
        </w:rPr>
        <w:t xml:space="preserve"> giờ đã có vẻ hoàn chỉnh hơn, nhưng game không bao giờ kết thúc. Giá trị của </w:t>
      </w:r>
      <w:r>
        <w:rPr>
          <w:rFonts w:ascii="Consolas" w:hAnsi="Consolas"/>
          <w:b w:val="0"/>
          <w:i w:val="0"/>
          <w:sz w:val="20"/>
        </w:rPr>
        <w:t>ships_left</w:t>
      </w:r>
      <w:r>
        <w:rPr>
          <w:b w:val="0"/>
          <w:i w:val="0"/>
        </w:rPr>
        <w:t xml:space="preserve"> chỉ ngày càng âm thêm. Hãy thêm một cờ </w:t>
      </w:r>
      <w:r>
        <w:rPr>
          <w:rFonts w:ascii="Consolas" w:hAnsi="Consolas"/>
          <w:b w:val="0"/>
          <w:i w:val="0"/>
          <w:sz w:val="20"/>
        </w:rPr>
        <w:t>game_active</w:t>
      </w:r>
      <w:r>
        <w:rPr>
          <w:b w:val="0"/>
          <w:i w:val="0"/>
        </w:rPr>
        <w:t xml:space="preserve">, để chúng ta có thể kết thúc game khi người chơi hết tàu. Chúng ta sẽ đặt cờ này ở cuối phương thức </w:t>
      </w:r>
      <w:r>
        <w:rPr>
          <w:rFonts w:ascii="Consolas" w:hAnsi="Consolas"/>
          <w:b w:val="0"/>
          <w:i w:val="0"/>
          <w:sz w:val="20"/>
        </w:rPr>
        <w:t>__init__()</w:t>
      </w:r>
      <w:r>
        <w:rPr>
          <w:b w:val="0"/>
          <w:i w:val="0"/>
        </w:rPr>
        <w:t xml:space="preserve"> trong </w:t>
      </w:r>
      <w:r>
        <w:rPr>
          <w:rFonts w:ascii="Consolas" w:hAnsi="Consolas"/>
          <w:b w:val="0"/>
          <w:i w:val="0"/>
          <w:sz w:val="20"/>
        </w:rPr>
        <w:t>AlienInvasion</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 Bắt đầu Alien Invasion ở trạng thái hoạt động.</w:t>
      </w:r>
      <w:r>
        <w:br/>
      </w:r>
      <w:r>
        <w:rPr>
          <w:b w:val="0"/>
          <w:i w:val="0"/>
        </w:rPr>
        <w:t xml:space="preserve">        self.game_active = True</w:t>
      </w:r>
    </w:p>
    <w:p>
      <w:pPr>
        <w:spacing w:after="80"/>
      </w:pPr>
      <w:r>
        <w:rPr>
          <w:b w:val="0"/>
          <w:i w:val="0"/>
        </w:rPr>
        <w:t xml:space="preserve">Bây giờ chúng ta thêm code vào </w:t>
      </w:r>
      <w:r>
        <w:rPr>
          <w:rFonts w:ascii="Consolas" w:hAnsi="Consolas"/>
          <w:b w:val="0"/>
          <w:i w:val="0"/>
          <w:sz w:val="20"/>
        </w:rPr>
        <w:t>_ship_hit()</w:t>
      </w:r>
      <w:r>
        <w:rPr>
          <w:b w:val="0"/>
          <w:i w:val="0"/>
        </w:rPr>
        <w:t xml:space="preserve"> để đặt </w:t>
      </w:r>
      <w:r>
        <w:rPr>
          <w:rFonts w:ascii="Consolas" w:hAnsi="Consolas"/>
          <w:b w:val="0"/>
          <w:i w:val="0"/>
          <w:sz w:val="20"/>
        </w:rPr>
        <w:t>game_active</w:t>
      </w:r>
      <w:r>
        <w:rPr>
          <w:b w:val="0"/>
          <w:i w:val="0"/>
        </w:rPr>
        <w:t xml:space="preserve"> thành </w:t>
      </w:r>
      <w:r>
        <w:rPr>
          <w:rFonts w:ascii="Consolas" w:hAnsi="Consolas"/>
          <w:b w:val="0"/>
          <w:i w:val="0"/>
          <w:sz w:val="20"/>
        </w:rPr>
        <w:t>False</w:t>
      </w:r>
      <w:r>
        <w:rPr>
          <w:b w:val="0"/>
          <w:i w:val="0"/>
        </w:rPr>
        <w:t xml:space="preserve"> khi người chơi đã dùng hết số tàu của mình:</w:t>
      </w:r>
    </w:p>
    <w:p>
      <w:pPr>
        <w:spacing w:after="80"/>
      </w:pPr>
      <w:r>
        <w:rPr>
          <w:b w:val="0"/>
          <w:i w:val="0"/>
        </w:rPr>
        <w:t>alien_invasion.py</w:t>
      </w:r>
    </w:p>
    <w:p>
      <w:pPr>
        <w:spacing w:after="80"/>
      </w:pPr>
      <w:r>
        <w:rPr>
          <w:b w:val="0"/>
          <w:i w:val="0"/>
        </w:rPr>
        <w:t>def _ship_hit(self):</w:t>
      </w:r>
      <w:r>
        <w:br/>
      </w:r>
      <w:r>
        <w:rPr>
          <w:b w:val="0"/>
          <w:i w:val="0"/>
        </w:rPr>
        <w:t xml:space="preserve">        """Phản hồi khi tàu bị alien đâm trúng."""</w:t>
      </w:r>
      <w:r>
        <w:br/>
      </w:r>
      <w:r>
        <w:rPr>
          <w:b w:val="0"/>
          <w:i w:val="0"/>
        </w:rPr>
        <w:t xml:space="preserve">        if self.stats.ships_left &gt; 0:</w:t>
      </w:r>
      <w:r>
        <w:br/>
      </w:r>
      <w:r>
        <w:rPr>
          <w:b w:val="0"/>
          <w:i w:val="0"/>
        </w:rPr>
        <w:t xml:space="preserve">            # Giảm ships_left.</w:t>
      </w:r>
      <w:r>
        <w:br/>
      </w:r>
      <w:r>
        <w:rPr>
          <w:b w:val="0"/>
          <w:i w:val="0"/>
        </w:rPr>
        <w:t xml:space="preserve">            self.stats.ships_left -= 1</w:t>
      </w:r>
      <w:r>
        <w:br/>
      </w:r>
      <w:r>
        <w:rPr>
          <w:b w:val="0"/>
          <w:i w:val="0"/>
        </w:rPr>
        <w:t xml:space="preserve">            </w:t>
      </w:r>
      <w:r>
        <w:rPr>
          <w:b w:val="0"/>
          <w:i/>
        </w:rPr>
        <w:t>--snip--</w:t>
      </w:r>
      <w:r>
        <w:br/>
      </w:r>
      <w:r>
        <w:rPr>
          <w:b w:val="0"/>
          <w:i w:val="0"/>
        </w:rPr>
        <w:t xml:space="preserve">            # Tạm dừng.</w:t>
      </w:r>
      <w:r>
        <w:br/>
      </w:r>
      <w:r>
        <w:rPr>
          <w:b w:val="0"/>
          <w:i w:val="0"/>
        </w:rPr>
        <w:t xml:space="preserve">            sleep(0.5)</w:t>
      </w:r>
      <w:r>
        <w:br/>
      </w:r>
      <w:r>
        <w:rPr>
          <w:b w:val="0"/>
          <w:i w:val="0"/>
        </w:rPr>
        <w:t xml:space="preserve">        else:</w:t>
      </w:r>
      <w:r>
        <w:br/>
      </w:r>
      <w:r>
        <w:rPr>
          <w:b w:val="0"/>
          <w:i w:val="0"/>
        </w:rPr>
        <w:t xml:space="preserve">            self.game_active = False</w:t>
      </w:r>
    </w:p>
    <w:p>
      <w:pPr>
        <w:spacing w:after="80"/>
      </w:pPr>
      <w:r>
        <w:rPr>
          <w:b w:val="0"/>
          <w:i w:val="0"/>
        </w:rPr>
        <w:t xml:space="preserve">Phần lớn </w:t>
      </w:r>
      <w:r>
        <w:rPr>
          <w:rFonts w:ascii="Consolas" w:hAnsi="Consolas"/>
          <w:b w:val="0"/>
          <w:i w:val="0"/>
          <w:sz w:val="20"/>
        </w:rPr>
        <w:t>_ship_hit()</w:t>
      </w:r>
      <w:r>
        <w:rPr>
          <w:b w:val="0"/>
          <w:i w:val="0"/>
        </w:rPr>
        <w:t xml:space="preserve"> không thay đổi. Chúng ta đã chuyển toàn bộ code cũ vào một khối </w:t>
      </w:r>
      <w:r>
        <w:rPr>
          <w:rFonts w:ascii="Consolas" w:hAnsi="Consolas"/>
          <w:b w:val="0"/>
          <w:i w:val="0"/>
          <w:sz w:val="20"/>
        </w:rPr>
        <w:t>if</w:t>
      </w:r>
      <w:r>
        <w:rPr>
          <w:b w:val="0"/>
          <w:i w:val="0"/>
        </w:rPr>
        <w:t xml:space="preserve">, khối này kiểm tra để đảm bảo người chơi còn ít nhất một tàu. Nếu còn, ta tạo một đội tàu mới, tạm dừng, rồi tiếp tục. Nếu người chơi hết tàu, ta đặt </w:t>
      </w:r>
      <w:r>
        <w:rPr>
          <w:rFonts w:ascii="Consolas" w:hAnsi="Consolas"/>
          <w:b w:val="0"/>
          <w:i w:val="0"/>
          <w:sz w:val="20"/>
        </w:rPr>
        <w:t>game_active</w:t>
      </w:r>
      <w:r>
        <w:rPr>
          <w:b w:val="0"/>
          <w:i w:val="0"/>
        </w:rPr>
        <w:t xml:space="preserve"> thành </w:t>
      </w:r>
      <w:r>
        <w:rPr>
          <w:rFonts w:ascii="Consolas" w:hAnsi="Consolas"/>
          <w:b w:val="0"/>
          <w:i w:val="0"/>
          <w:sz w:val="20"/>
        </w:rPr>
        <w:t>False</w:t>
      </w:r>
      <w:r>
        <w:rPr>
          <w:b w:val="0"/>
          <w:i w:val="0"/>
        </w:rPr>
        <w:t>.</w:t>
      </w:r>
    </w:p>
    <w:p>
      <w:pPr>
        <w:pStyle w:val="Heading3"/>
      </w:pPr>
      <w:r>
        <w:rPr>
          <w:rFonts w:ascii="Calibri" w:hAnsi="Calibri"/>
          <w:b/>
          <w:i w:val="0"/>
          <w:sz w:val="27"/>
        </w:rPr>
        <w:t>Xác định khi nào các phần của game nên chạy</w:t>
      </w:r>
    </w:p>
    <w:p>
      <w:pPr>
        <w:spacing w:after="80"/>
      </w:pPr>
      <w:r>
        <w:rPr>
          <w:b w:val="0"/>
          <w:i w:val="0"/>
        </w:rPr>
        <w:t>Chúng ta cần xác định những phần của game nên luôn chạy và những phần chỉ nên chạy khi game đang hoạt động:</w:t>
      </w:r>
    </w:p>
    <w:p>
      <w:pPr>
        <w:spacing w:after="80"/>
      </w:pPr>
      <w:r>
        <w:rPr>
          <w:b w:val="0"/>
          <w:i w:val="0"/>
        </w:rPr>
        <w:t>alien_invasion.py</w:t>
      </w:r>
    </w:p>
    <w:p>
      <w:pPr>
        <w:spacing w:after="80"/>
      </w:pPr>
      <w:r>
        <w:rPr>
          <w:b w:val="0"/>
          <w:i w:val="0"/>
        </w:rPr>
        <w:t>def run_game(self):</w:t>
      </w:r>
      <w:r>
        <w:br/>
      </w:r>
      <w:r>
        <w:rPr>
          <w:b w:val="0"/>
          <w:i w:val="0"/>
        </w:rPr>
        <w:t xml:space="preserve">        """Khởi động vòng lặp chính của game."""</w:t>
      </w:r>
      <w:r>
        <w:br/>
      </w:r>
      <w:r>
        <w:rPr>
          <w:b w:val="0"/>
          <w:i w:val="0"/>
        </w:rPr>
        <w:t xml:space="preserve">        while True:</w:t>
      </w:r>
      <w:r>
        <w:br/>
      </w:r>
      <w:r>
        <w:rPr>
          <w:b w:val="0"/>
          <w:i w:val="0"/>
        </w:rPr>
        <w:t xml:space="preserve">            self._check_events()</w:t>
      </w:r>
      <w:r>
        <w:br/>
      </w:r>
      <w:r>
        <w:br/>
      </w:r>
      <w:r>
        <w:rPr>
          <w:b w:val="0"/>
          <w:i w:val="0"/>
        </w:rPr>
        <w:t xml:space="preserve">            if self.game_active:</w:t>
      </w:r>
      <w:r>
        <w:br/>
      </w:r>
      <w:r>
        <w:rPr>
          <w:b w:val="0"/>
          <w:i w:val="0"/>
        </w:rPr>
        <w:t xml:space="preserve">                self.ship.update()</w:t>
      </w:r>
      <w:r>
        <w:br/>
      </w:r>
      <w:r>
        <w:rPr>
          <w:b w:val="0"/>
          <w:i w:val="0"/>
        </w:rPr>
        <w:t xml:space="preserve">                self._update_bullets()</w:t>
      </w:r>
      <w:r>
        <w:br/>
      </w:r>
      <w:r>
        <w:rPr>
          <w:b w:val="0"/>
          <w:i w:val="0"/>
        </w:rPr>
        <w:t xml:space="preserve">                self._update_aliens()</w:t>
      </w:r>
      <w:r>
        <w:br/>
      </w:r>
      <w:r>
        <w:br/>
      </w:r>
      <w:r>
        <w:rPr>
          <w:b w:val="0"/>
          <w:i w:val="0"/>
        </w:rPr>
        <w:t xml:space="preserve">            self._update_screen()</w:t>
      </w:r>
      <w:r>
        <w:br/>
      </w:r>
      <w:r>
        <w:rPr>
          <w:b w:val="0"/>
          <w:i w:val="0"/>
        </w:rPr>
        <w:t xml:space="preserve">            self.clock.tick(60)</w:t>
      </w:r>
    </w:p>
    <w:p>
      <w:pPr>
        <w:spacing w:after="80"/>
      </w:pPr>
      <w:r>
        <w:rPr>
          <w:b w:val="0"/>
          <w:i w:val="0"/>
        </w:rPr>
        <w:t xml:space="preserve">Trong vòng lặp chính, ta luôn cần gọi </w:t>
      </w:r>
      <w:r>
        <w:rPr>
          <w:rFonts w:ascii="Consolas" w:hAnsi="Consolas"/>
          <w:b w:val="0"/>
          <w:i w:val="0"/>
          <w:sz w:val="20"/>
        </w:rPr>
        <w:t>_check_events()</w:t>
      </w:r>
      <w:r>
        <w:rPr>
          <w:b w:val="0"/>
          <w:i w:val="0"/>
        </w:rPr>
        <w:t>, kể cả khi game không hoạt động. Ví dụ, ta vẫn cần biết người dùng có nhấn Q để thoát game hay nhấp vào nút đóng cửa sổ không. Ta cũng tiếp tục cập nhật màn hình để có thể thay đổi màn hình trong lúc chờ xem người chơi có chọn bắt đầu game mới hay không. Các lệnh gọi hàm còn lại chỉ cần thực hiện khi game đang hoạt động, vì khi game không hoạt động, ta không cần cập nhật vị trí của các phần tử trong game.</w:t>
      </w:r>
    </w:p>
    <w:p>
      <w:pPr>
        <w:spacing w:after="80"/>
      </w:pPr>
      <w:r>
        <w:rPr>
          <w:b w:val="0"/>
          <w:i w:val="0"/>
        </w:rPr>
        <w:t xml:space="preserve">Giờ đây khi bạn chơi </w:t>
      </w:r>
      <w:r>
        <w:rPr>
          <w:b w:val="0"/>
          <w:i/>
        </w:rPr>
        <w:t>Alien Invasion</w:t>
      </w:r>
      <w:r>
        <w:rPr>
          <w:b w:val="0"/>
          <w:i w:val="0"/>
        </w:rPr>
        <w:t>, game sẽ đứng yên khi bạn đã dùng hết số tàu của mình.</w:t>
      </w:r>
    </w:p>
    <w:p>
      <w:pPr>
        <w:spacing w:before="120" w:after="40"/>
      </w:pPr>
      <w:r>
        <w:rPr>
          <w:b/>
          <w:sz w:val="21"/>
        </w:rPr>
        <w:t>Tự thực hành</w:t>
      </w:r>
    </w:p>
    <w:p>
      <w:pPr>
        <w:spacing w:after="80"/>
      </w:pPr>
      <w:r>
        <w:rPr>
          <w:b/>
          <w:i w:val="0"/>
        </w:rPr>
        <w:t>13-6. Game Over:</w:t>
      </w:r>
      <w:r>
        <w:rPr>
          <w:b w:val="0"/>
          <w:i w:val="0"/>
        </w:rPr>
        <w:t xml:space="preserve"> Trong </w:t>
      </w:r>
      <w:r>
        <w:rPr>
          <w:b w:val="0"/>
          <w:i/>
        </w:rPr>
        <w:t>Sideways Shooter</w:t>
      </w:r>
      <w:r>
        <w:rPr>
          <w:b w:val="0"/>
          <w:i w:val="0"/>
        </w:rPr>
        <w:t>, hãy theo dõi số lần tàu bị đâm trúng và số lần alien bị tàu bắn trúng. Quyết định một điều kiện phù hợp để kết thúc game, và dừng game khi tình huống đó xảy ra.</w:t>
      </w:r>
    </w:p>
    <w:p>
      <w:pPr>
        <w:pStyle w:val="Heading2"/>
      </w:pPr>
      <w:r>
        <w:rPr>
          <w:rFonts w:ascii="Calibri" w:hAnsi="Calibri"/>
          <w:b/>
          <w:i w:val="0"/>
          <w:sz w:val="32"/>
        </w:rPr>
        <w:t>Tóm tắt</w:t>
      </w:r>
    </w:p>
    <w:p>
      <w:pPr>
        <w:spacing w:after="80"/>
      </w:pPr>
      <w:r>
        <w:rPr>
          <w:b w:val="0"/>
          <w:i w:val="0"/>
        </w:rPr>
        <w:t xml:space="preserve">Trong chương này, bạn đã học cách thêm một lượng lớn các phần tử giống hệt nhau vào game bằng cách tạo ra một đội tàu alien. Bạn đã dùng vòng lặp lồng nhau để tạo một lưới các phần tử, và bạn đã làm cho một tập hợp lớn các phần tử trong game di chuyển bằng cách gọi phương thức </w:t>
      </w:r>
      <w:r>
        <w:rPr>
          <w:rFonts w:ascii="Consolas" w:hAnsi="Consolas"/>
          <w:b w:val="0"/>
          <w:i w:val="0"/>
          <w:sz w:val="20"/>
        </w:rPr>
        <w:t>update()</w:t>
      </w:r>
      <w:r>
        <w:rPr>
          <w:b w:val="0"/>
          <w:i w:val="0"/>
        </w:rPr>
        <w:t xml:space="preserve"> của từng phần tử. Bạn đã học cách điều khiển hướng di chuyển của các đối tượng trên màn hình và cách phản hồi những tình huống cụ thể, chẳng hạn như khi đội tàu chạm mép màn hình. Bạn đã phát hiện và phản hồi các va chạm khi đạn bắn trúng alien và alien đâm vào tàu. Bạn cũng đã học cách theo dõi số liệu thống kê trong game và dùng cờ </w:t>
      </w:r>
      <w:r>
        <w:rPr>
          <w:rFonts w:ascii="Consolas" w:hAnsi="Consolas"/>
          <w:b w:val="0"/>
          <w:i w:val="0"/>
          <w:sz w:val="20"/>
        </w:rPr>
        <w:t>game_active</w:t>
      </w:r>
      <w:r>
        <w:rPr>
          <w:b w:val="0"/>
          <w:i w:val="0"/>
        </w:rPr>
        <w:t xml:space="preserve"> để xác định khi nào game kết thúc.</w:t>
      </w:r>
    </w:p>
    <w:p>
      <w:pPr>
        <w:spacing w:after="80"/>
      </w:pPr>
      <w:r>
        <w:rPr>
          <w:b w:val="0"/>
          <w:i w:val="0"/>
        </w:rPr>
        <w:t>Trong chương tiếp theo và cũng là chương cuối của dự án này, chúng ta sẽ thêm một nút Play để người chơi có thể chọn khi nào bắt đầu game đầu tiên và có chơi lại khi game kết thúc hay không. Chúng ta sẽ tăng tốc game mỗi khi người chơi bắn hạ toàn bộ đội tàu, và chúng ta sẽ thêm một hệ thống tính điểm. Kết quả cuối cùng sẽ là một game chơi được hoàn chỉnh!</w:t>
      </w:r>
    </w:p>
    <w:p>
      <w:pPr>
        <w:pStyle w:val="Heading1"/>
      </w:pPr>
      <w:r>
        <w:rPr>
          <w:rFonts w:ascii="Calibri" w:hAnsi="Calibri"/>
          <w:b/>
          <w:i w:val="0"/>
          <w:sz w:val="38"/>
        </w:rPr>
        <w:t>14</w:t>
      </w:r>
      <w:r>
        <w:rPr>
          <w:rFonts w:ascii="Calibri" w:hAnsi="Calibri"/>
          <w:b/>
          <w:i w:val="0"/>
          <w:sz w:val="38"/>
        </w:rPr>
      </w:r>
      <w:r>
        <w:rPr>
          <w:rFonts w:ascii="Calibri" w:hAnsi="Calibri"/>
          <w:b/>
          <w:i w:val="0"/>
          <w:sz w:val="38"/>
        </w:rPr>
        <w:t>Tính điểm</w:t>
      </w:r>
    </w:p>
    <w:p>
      <w:pPr>
        <w:jc w:val="center"/>
      </w:pPr>
      <w:r>
        <w:drawing>
          <wp:inline xmlns:a="http://schemas.openxmlformats.org/drawingml/2006/main" xmlns:pic="http://schemas.openxmlformats.org/drawingml/2006/picture">
            <wp:extent cx="3867150" cy="3867150"/>
            <wp:docPr id="28" name="Picture 28"/>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này, chúng ta sẽ hoàn thiện trò chơi </w:t>
      </w:r>
      <w:r>
        <w:rPr>
          <w:b w:val="0"/>
          <w:i/>
        </w:rPr>
        <w:t>Alien Invasion</w:t>
      </w:r>
      <w:r>
        <w:rPr>
          <w:b w:val="0"/>
          <w:i w:val="0"/>
        </w:rPr>
        <w:t>. Chúng ta sẽ thêm một nút Play để bắt đầu trò chơi theo ý muốn và để khởi động lại trò chơi sau khi kết thúc. Chúng ta cũng sẽ thay đổi trò chơi để nó tăng tốc khi người chơi lên cấp, và chúng ta sẽ triển khai một hệ thống tính điểm. Đến cuối chương này, bạn sẽ biết đủ để bắt đầu viết những trò chơi tăng độ khó khi người chơi tiến bộ và có hệ thống tính điểm hoàn chỉnh.</w:t>
      </w:r>
    </w:p>
    <w:p>
      <w:pPr>
        <w:pStyle w:val="Heading2"/>
      </w:pPr>
      <w:r>
        <w:rPr>
          <w:rFonts w:ascii="Calibri" w:hAnsi="Calibri"/>
          <w:b/>
          <w:i w:val="0"/>
          <w:sz w:val="32"/>
        </w:rPr>
        <w:t>Thêm nút Play</w:t>
      </w:r>
    </w:p>
    <w:p>
      <w:pPr>
        <w:spacing w:after="80"/>
      </w:pPr>
      <w:r>
        <w:rPr>
          <w:b w:val="0"/>
          <w:i w:val="0"/>
        </w:rPr>
        <w:t>Trong phần này, chúng ta sẽ thêm một nút Play xuất hiện trước khi trò chơi bắt đầu và xuất hiện lại khi trò chơi kết thúc để người chơi có thể chơi lại.</w:t>
      </w:r>
    </w:p>
    <w:p>
      <w:pPr>
        <w:spacing w:after="80"/>
      </w:pPr>
      <w:r>
        <w:rPr>
          <w:b w:val="0"/>
          <w:i w:val="0"/>
        </w:rPr>
        <w:t xml:space="preserve">Hiện tại, trò chơi bắt đầu ngay khi bạn chạy </w:t>
      </w:r>
      <w:r>
        <w:rPr>
          <w:b w:val="0"/>
          <w:i/>
        </w:rPr>
        <w:t>alien_invasion.py</w:t>
      </w:r>
      <w:r>
        <w:rPr>
          <w:b w:val="0"/>
          <w:i w:val="0"/>
        </w:rPr>
        <w:t xml:space="preserve">. Hãy để trò chơi bắt đầu ở trạng thái không hoạt động rồi nhắc người chơi nhấp vào nút Play để bắt đầu. Để làm điều này, hãy sửa phương thức </w:t>
      </w:r>
      <w:r>
        <w:rPr>
          <w:rFonts w:ascii="Consolas" w:hAnsi="Consolas"/>
          <w:b w:val="0"/>
          <w:i w:val="0"/>
          <w:sz w:val="20"/>
        </w:rPr>
        <w:t>__init__()</w:t>
      </w:r>
      <w:r>
        <w:rPr>
          <w:b w:val="0"/>
          <w:i w:val="0"/>
        </w:rPr>
        <w:t xml:space="preserve"> của </w:t>
      </w:r>
      <w:r>
        <w:rPr>
          <w:rFonts w:ascii="Consolas" w:hAnsi="Consolas"/>
          <w:b w:val="0"/>
          <w:i w:val="0"/>
          <w:sz w:val="20"/>
        </w:rPr>
        <w:t>AlienInvasion</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"""Initialize the game, and create game resources."""</w:t>
      </w:r>
      <w:r>
        <w:br/>
      </w:r>
      <w:r>
        <w:rPr>
          <w:b w:val="0"/>
          <w:i w:val="0"/>
        </w:rPr>
        <w:t xml:space="preserve">        pygame.init()</w:t>
      </w:r>
      <w:r>
        <w:br/>
      </w:r>
      <w:r>
        <w:rPr>
          <w:b w:val="0"/>
          <w:i/>
        </w:rPr>
        <w:t xml:space="preserve">        --snip--</w:t>
      </w:r>
      <w:r>
        <w:br/>
      </w:r>
      <w:r>
        <w:br/>
      </w:r>
      <w:r>
        <w:rPr>
          <w:b w:val="0"/>
          <w:i w:val="0"/>
        </w:rPr>
        <w:t xml:space="preserve">        # Start Alien Invasion in an inactive state.</w:t>
      </w:r>
      <w:r>
        <w:br/>
      </w:r>
      <w:r>
        <w:rPr>
          <w:b w:val="0"/>
          <w:i w:val="0"/>
        </w:rPr>
        <w:t xml:space="preserve">        self.game_active = False</w:t>
      </w:r>
    </w:p>
    <w:p>
      <w:pPr>
        <w:spacing w:after="80"/>
      </w:pPr>
      <w:r>
        <w:rPr>
          <w:b w:val="0"/>
          <w:i w:val="0"/>
        </w:rPr>
        <w:t>Bây giờ trò chơi sẽ bắt đầu ở trạng thái không hoạt động, và người chơi không có cách nào để bắt đầu cho đến khi chúng ta tạo một nút Play.</w:t>
      </w:r>
    </w:p>
    <w:p>
      <w:pPr>
        <w:pStyle w:val="Heading3"/>
      </w:pPr>
      <w:r>
        <w:rPr>
          <w:rFonts w:ascii="Calibri" w:hAnsi="Calibri"/>
          <w:b/>
          <w:i w:val="0"/>
          <w:sz w:val="27"/>
        </w:rPr>
        <w:t>Tạo lớp Button</w:t>
      </w:r>
    </w:p>
    <w:p>
      <w:pPr>
        <w:spacing w:after="80"/>
      </w:pPr>
      <w:r>
        <w:rPr>
          <w:b w:val="0"/>
          <w:i w:val="0"/>
        </w:rPr>
        <w:t xml:space="preserve">Vì Pygame không có phương thức tích hợp sẵn để tạo nút, chúng ta sẽ viết một lớp </w:t>
      </w:r>
      <w:r>
        <w:rPr>
          <w:rFonts w:ascii="Consolas" w:hAnsi="Consolas"/>
          <w:b w:val="0"/>
          <w:i w:val="0"/>
          <w:sz w:val="20"/>
        </w:rPr>
        <w:t>Button</w:t>
      </w:r>
      <w:r>
        <w:rPr>
          <w:b w:val="0"/>
          <w:i w:val="0"/>
        </w:rPr>
        <w:t xml:space="preserve"> để tạo một hình chữ nhật được tô đầy với một nhãn. Bạn có thể dùng đoạn mã này để tạo bất kỳ nút nào trong trò chơi. Đây là phần đầu tiên của lớp </w:t>
      </w:r>
      <w:r>
        <w:rPr>
          <w:rFonts w:ascii="Consolas" w:hAnsi="Consolas"/>
          <w:b w:val="0"/>
          <w:i w:val="0"/>
          <w:sz w:val="20"/>
        </w:rPr>
        <w:t>Button</w:t>
      </w:r>
      <w:r>
        <w:rPr>
          <w:b w:val="0"/>
          <w:i w:val="0"/>
        </w:rPr>
        <w:t xml:space="preserve">; hãy lưu nó thành </w:t>
      </w:r>
      <w:r>
        <w:rPr>
          <w:b w:val="0"/>
          <w:i/>
        </w:rPr>
        <w:t>button.py</w:t>
      </w:r>
      <w:r>
        <w:rPr>
          <w:b w:val="0"/>
          <w:i w:val="0"/>
        </w:rPr>
        <w:t>:</w:t>
      </w:r>
    </w:p>
    <w:p>
      <w:pPr>
        <w:spacing w:after="80"/>
      </w:pPr>
      <w:r>
        <w:rPr>
          <w:b w:val="0"/>
          <w:i w:val="0"/>
        </w:rPr>
        <w:t>button.py</w:t>
      </w:r>
    </w:p>
    <w:p>
      <w:pPr>
        <w:spacing w:after="0"/>
        <w:ind w:left="360"/>
        <w:shd w:val="clear" w:color="auto" w:fill="F2F2F2"/>
      </w:pPr>
      <w:r>
        <w:rPr>
          <w:rFonts w:ascii="Consolas" w:hAnsi="Consolas"/>
          <w:b w:val="0"/>
          <w:i w:val="0"/>
          <w:sz w:val="18"/>
        </w:rPr>
        <w:t>import pygame.font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Button:</w:t>
      </w:r>
    </w:p>
    <w:p>
      <w:pPr>
        <w:spacing w:after="0"/>
        <w:ind w:left="360"/>
        <w:shd w:val="clear" w:color="auto" w:fill="F2F2F2"/>
      </w:pPr>
      <w:r>
        <w:rPr>
          <w:rFonts w:ascii="Consolas" w:hAnsi="Consolas"/>
          <w:b w:val="0"/>
          <w:i w:val="0"/>
          <w:sz w:val="18"/>
        </w:rPr>
        <w:t xml:space="preserve">    """A class to build buttons for the game."""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ai_game, msg):</w:t>
      </w:r>
    </w:p>
    <w:p>
      <w:pPr>
        <w:spacing w:after="0"/>
        <w:ind w:left="360"/>
        <w:shd w:val="clear" w:color="auto" w:fill="F2F2F2"/>
      </w:pPr>
      <w:r>
        <w:rPr>
          <w:rFonts w:ascii="Consolas" w:hAnsi="Consolas"/>
          <w:b w:val="0"/>
          <w:i w:val="0"/>
          <w:sz w:val="18"/>
        </w:rPr>
        <w:t xml:space="preserve">        """Initialize button attributes."""</w:t>
      </w:r>
    </w:p>
    <w:p>
      <w:pPr>
        <w:spacing w:after="0"/>
        <w:ind w:left="360"/>
        <w:shd w:val="clear" w:color="auto" w:fill="F2F2F2"/>
      </w:pPr>
      <w:r>
        <w:rPr>
          <w:rFonts w:ascii="Consolas" w:hAnsi="Consolas"/>
          <w:b w:val="0"/>
          <w:i w:val="0"/>
          <w:sz w:val="18"/>
        </w:rPr>
        <w:t xml:space="preserve">        self.screen = ai_game.screen</w:t>
      </w:r>
    </w:p>
    <w:p>
      <w:pPr>
        <w:spacing w:after="0"/>
        <w:ind w:left="360"/>
        <w:shd w:val="clear" w:color="auto" w:fill="F2F2F2"/>
      </w:pPr>
      <w:r>
        <w:rPr>
          <w:rFonts w:ascii="Consolas" w:hAnsi="Consolas"/>
          <w:b w:val="0"/>
          <w:i w:val="0"/>
          <w:sz w:val="18"/>
        </w:rPr>
        <w:t xml:space="preserve">        self.screen_rect = self.screen.get_rect()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Set the dimensions and properties of the button.</w:t>
      </w:r>
    </w:p>
    <w:p>
      <w:pPr>
        <w:spacing w:after="0"/>
        <w:ind w:left="360"/>
        <w:shd w:val="clear" w:color="auto" w:fill="F2F2F2"/>
      </w:pPr>
      <w:r>
        <w:rPr>
          <w:rFonts w:ascii="Consolas" w:hAnsi="Consolas"/>
          <w:b w:val="0"/>
          <w:i w:val="0"/>
          <w:sz w:val="18"/>
        </w:rPr>
        <w:t>❷         self.width, self.height = 200, 50</w:t>
      </w:r>
    </w:p>
    <w:p>
      <w:pPr>
        <w:spacing w:after="0"/>
        <w:ind w:left="360"/>
        <w:shd w:val="clear" w:color="auto" w:fill="F2F2F2"/>
      </w:pPr>
      <w:r>
        <w:rPr>
          <w:rFonts w:ascii="Consolas" w:hAnsi="Consolas"/>
          <w:b w:val="0"/>
          <w:i w:val="0"/>
          <w:sz w:val="18"/>
        </w:rPr>
        <w:t xml:space="preserve">        self.button_color = (0, 135, 0)</w:t>
      </w:r>
    </w:p>
    <w:p>
      <w:pPr>
        <w:spacing w:after="0"/>
        <w:ind w:left="360"/>
        <w:shd w:val="clear" w:color="auto" w:fill="F2F2F2"/>
      </w:pPr>
      <w:r>
        <w:rPr>
          <w:rFonts w:ascii="Consolas" w:hAnsi="Consolas"/>
          <w:b w:val="0"/>
          <w:i w:val="0"/>
          <w:sz w:val="18"/>
        </w:rPr>
        <w:t xml:space="preserve">        self.text_color = (255, 255, 255)</w:t>
      </w:r>
    </w:p>
    <w:p>
      <w:pPr>
        <w:spacing w:after="0"/>
        <w:ind w:left="360"/>
        <w:shd w:val="clear" w:color="auto" w:fill="F2F2F2"/>
      </w:pPr>
      <w:r>
        <w:rPr>
          <w:rFonts w:ascii="Consolas" w:hAnsi="Consolas"/>
          <w:b w:val="0"/>
          <w:i w:val="0"/>
          <w:sz w:val="18"/>
        </w:rPr>
        <w:t>❸         self.font = pygame.font.SysFont(None, 48)</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Build the button's rect object and center it.</w:t>
      </w:r>
    </w:p>
    <w:p>
      <w:pPr>
        <w:spacing w:after="0"/>
        <w:ind w:left="360"/>
        <w:shd w:val="clear" w:color="auto" w:fill="F2F2F2"/>
      </w:pPr>
      <w:r>
        <w:rPr>
          <w:rFonts w:ascii="Consolas" w:hAnsi="Consolas"/>
          <w:b w:val="0"/>
          <w:i w:val="0"/>
          <w:sz w:val="18"/>
        </w:rPr>
        <w:t>❹         self.rect = pygame.Rect(0, 0, self.width, self.height)</w:t>
      </w:r>
    </w:p>
    <w:p>
      <w:pPr>
        <w:spacing w:after="0"/>
        <w:ind w:left="360"/>
        <w:shd w:val="clear" w:color="auto" w:fill="F2F2F2"/>
      </w:pPr>
      <w:r>
        <w:rPr>
          <w:rFonts w:ascii="Consolas" w:hAnsi="Consolas"/>
          <w:b w:val="0"/>
          <w:i w:val="0"/>
          <w:sz w:val="18"/>
        </w:rPr>
        <w:t xml:space="preserve">        self.rect.center = self.screen_rect.center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The button message needs to be prepped only once.</w:t>
      </w:r>
    </w:p>
    <w:p>
      <w:pPr>
        <w:spacing w:after="0"/>
        <w:ind w:left="360"/>
        <w:shd w:val="clear" w:color="auto" w:fill="F2F2F2"/>
      </w:pPr>
      <w:r>
        <w:rPr>
          <w:rFonts w:ascii="Consolas" w:hAnsi="Consolas"/>
          <w:b w:val="0"/>
          <w:i w:val="0"/>
          <w:sz w:val="18"/>
        </w:rPr>
        <w:t>❺         self._prep_msg(msg)</w:t>
      </w:r>
    </w:p>
    <w:p>
      <w:pPr>
        <w:spacing w:after="40"/>
      </w:pPr>
    </w:p>
    <w:p>
      <w:pPr>
        <w:spacing w:after="80"/>
      </w:pPr>
      <w:r>
        <w:rPr>
          <w:b w:val="0"/>
          <w:i w:val="0"/>
        </w:rPr>
        <w:t xml:space="preserve">Đầu tiên, chúng ta nhập mô-đun </w:t>
      </w:r>
      <w:r>
        <w:rPr>
          <w:rFonts w:ascii="Consolas" w:hAnsi="Consolas"/>
          <w:b w:val="0"/>
          <w:i w:val="0"/>
          <w:sz w:val="20"/>
        </w:rPr>
        <w:t>pygame.font</w:t>
      </w:r>
      <w:r>
        <w:rPr>
          <w:b w:val="0"/>
          <w:i w:val="0"/>
        </w:rPr>
        <w:t xml:space="preserve">, cho phép Pygame hiển thị văn bản lên màn hình. Phương thức </w:t>
      </w:r>
      <w:r>
        <w:rPr>
          <w:rFonts w:ascii="Consolas" w:hAnsi="Consolas"/>
          <w:b w:val="0"/>
          <w:i w:val="0"/>
          <w:sz w:val="20"/>
        </w:rPr>
        <w:t>__init__()</w:t>
      </w:r>
      <w:r>
        <w:rPr>
          <w:b w:val="0"/>
          <w:i w:val="0"/>
        </w:rPr>
        <w:t xml:space="preserve"> nhận các tham số </w:t>
      </w:r>
      <w:r>
        <w:rPr>
          <w:rFonts w:ascii="Consolas" w:hAnsi="Consolas"/>
          <w:b w:val="0"/>
          <w:i w:val="0"/>
          <w:sz w:val="20"/>
        </w:rPr>
        <w:t>self</w:t>
      </w:r>
      <w:r>
        <w:rPr>
          <w:b w:val="0"/>
          <w:i w:val="0"/>
        </w:rPr>
        <w:t xml:space="preserve">, đối tượng </w:t>
      </w:r>
      <w:r>
        <w:rPr>
          <w:rFonts w:ascii="Consolas" w:hAnsi="Consolas"/>
          <w:b w:val="0"/>
          <w:i w:val="0"/>
          <w:sz w:val="20"/>
        </w:rPr>
        <w:t>ai_game</w:t>
      </w:r>
      <w:r>
        <w:rPr>
          <w:b w:val="0"/>
          <w:i w:val="0"/>
        </w:rPr>
        <w:t xml:space="preserve">, và </w:t>
      </w:r>
      <w:r>
        <w:rPr>
          <w:rFonts w:ascii="Consolas" w:hAnsi="Consolas"/>
          <w:b w:val="0"/>
          <w:i w:val="0"/>
          <w:sz w:val="20"/>
        </w:rPr>
        <w:t>msg</w:t>
      </w:r>
      <w:r>
        <w:rPr>
          <w:b w:val="0"/>
          <w:i w:val="0"/>
        </w:rPr>
        <w:t xml:space="preserve">, chứa văn bản của nút ❶. Chúng ta đặt kích thước nút ❷, đặt </w:t>
      </w:r>
      <w:r>
        <w:rPr>
          <w:rFonts w:ascii="Consolas" w:hAnsi="Consolas"/>
          <w:b w:val="0"/>
          <w:i w:val="0"/>
          <w:sz w:val="20"/>
        </w:rPr>
        <w:t>button_color</w:t>
      </w:r>
      <w:r>
        <w:rPr>
          <w:b w:val="0"/>
          <w:i w:val="0"/>
        </w:rPr>
        <w:t xml:space="preserve"> để tô màu đối tượng </w:t>
      </w:r>
      <w:r>
        <w:rPr>
          <w:rFonts w:ascii="Consolas" w:hAnsi="Consolas"/>
          <w:b w:val="0"/>
          <w:i w:val="0"/>
          <w:sz w:val="20"/>
        </w:rPr>
        <w:t>rect</w:t>
      </w:r>
      <w:r>
        <w:rPr>
          <w:b w:val="0"/>
          <w:i w:val="0"/>
        </w:rPr>
        <w:t xml:space="preserve"> của nút thành màu xanh lá đậm, và đặt </w:t>
      </w:r>
      <w:r>
        <w:rPr>
          <w:rFonts w:ascii="Consolas" w:hAnsi="Consolas"/>
          <w:b w:val="0"/>
          <w:i w:val="0"/>
          <w:sz w:val="20"/>
        </w:rPr>
        <w:t>text_color</w:t>
      </w:r>
      <w:r>
        <w:rPr>
          <w:b w:val="0"/>
          <w:i w:val="0"/>
        </w:rPr>
        <w:t xml:space="preserve"> để hiển thị văn bản màu trắng.</w:t>
      </w:r>
    </w:p>
    <w:p>
      <w:pPr>
        <w:spacing w:after="80"/>
      </w:pPr>
      <w:r>
        <w:rPr>
          <w:b w:val="0"/>
          <w:i w:val="0"/>
        </w:rPr>
        <w:t xml:space="preserve">Tiếp theo, chúng ta chuẩn bị một thuộc tính </w:t>
      </w:r>
      <w:r>
        <w:rPr>
          <w:rFonts w:ascii="Consolas" w:hAnsi="Consolas"/>
          <w:b w:val="0"/>
          <w:i w:val="0"/>
          <w:sz w:val="20"/>
        </w:rPr>
        <w:t>font</w:t>
      </w:r>
      <w:r>
        <w:rPr>
          <w:b w:val="0"/>
          <w:i w:val="0"/>
        </w:rPr>
        <w:t xml:space="preserve"> để hiển thị văn bản ❸. Đối số </w:t>
      </w:r>
      <w:r>
        <w:rPr>
          <w:rFonts w:ascii="Consolas" w:hAnsi="Consolas"/>
          <w:b w:val="0"/>
          <w:i w:val="0"/>
          <w:sz w:val="20"/>
        </w:rPr>
        <w:t>None</w:t>
      </w:r>
      <w:r>
        <w:rPr>
          <w:b w:val="0"/>
          <w:i w:val="0"/>
        </w:rPr>
        <w:t xml:space="preserve"> bảo Pygame dùng phông chữ mặc định, và </w:t>
      </w:r>
      <w:r>
        <w:rPr>
          <w:rFonts w:ascii="Consolas" w:hAnsi="Consolas"/>
          <w:b w:val="0"/>
          <w:i w:val="0"/>
          <w:sz w:val="20"/>
        </w:rPr>
        <w:t>48</w:t>
      </w:r>
      <w:r>
        <w:rPr>
          <w:b w:val="0"/>
          <w:i w:val="0"/>
        </w:rPr>
        <w:t xml:space="preserve"> chỉ định kích thước của văn bản. Để căn giữa nút trên màn hình, chúng ta tạo một </w:t>
      </w:r>
      <w:r>
        <w:rPr>
          <w:rFonts w:ascii="Consolas" w:hAnsi="Consolas"/>
          <w:b w:val="0"/>
          <w:i w:val="0"/>
          <w:sz w:val="20"/>
        </w:rPr>
        <w:t>rect</w:t>
      </w:r>
      <w:r>
        <w:rPr>
          <w:b w:val="0"/>
          <w:i w:val="0"/>
        </w:rPr>
        <w:t xml:space="preserve"> cho nút ❹ và đặt thuộc tính </w:t>
      </w:r>
      <w:r>
        <w:rPr>
          <w:rFonts w:ascii="Consolas" w:hAnsi="Consolas"/>
          <w:b w:val="0"/>
          <w:i w:val="0"/>
          <w:sz w:val="20"/>
        </w:rPr>
        <w:t>center</w:t>
      </w:r>
      <w:r>
        <w:rPr>
          <w:b w:val="0"/>
          <w:i w:val="0"/>
        </w:rPr>
        <w:t xml:space="preserve"> của nó khớp với thuộc tính đó của màn hình.</w:t>
      </w:r>
    </w:p>
    <w:p>
      <w:pPr>
        <w:spacing w:after="80"/>
      </w:pPr>
      <w:r>
        <w:rPr>
          <w:b w:val="0"/>
          <w:i w:val="0"/>
        </w:rPr>
        <w:t xml:space="preserve">Pygame xử lý văn bản bằng cách hiển thị chuỗi bạn muốn hiển thị dưới dạng một hình ảnh. Cuối cùng, chúng ta gọi </w:t>
      </w:r>
      <w:r>
        <w:rPr>
          <w:rFonts w:ascii="Consolas" w:hAnsi="Consolas"/>
          <w:b w:val="0"/>
          <w:i w:val="0"/>
          <w:sz w:val="20"/>
        </w:rPr>
        <w:t>_prep_msg()</w:t>
      </w:r>
      <w:r>
        <w:rPr>
          <w:b w:val="0"/>
          <w:i w:val="0"/>
        </w:rPr>
        <w:t xml:space="preserve"> để xử lý việc hiển thị này ❺.</w:t>
      </w:r>
    </w:p>
    <w:p>
      <w:pPr>
        <w:spacing w:after="80"/>
      </w:pPr>
      <w:r>
        <w:rPr>
          <w:b w:val="0"/>
          <w:i w:val="0"/>
        </w:rPr>
        <w:t xml:space="preserve">Đây là mã cho </w:t>
      </w:r>
      <w:r>
        <w:rPr>
          <w:rFonts w:ascii="Consolas" w:hAnsi="Consolas"/>
          <w:b w:val="0"/>
          <w:i w:val="0"/>
          <w:sz w:val="20"/>
        </w:rPr>
        <w:t>_prep_msg()</w:t>
      </w:r>
      <w:r>
        <w:rPr>
          <w:b w:val="0"/>
          <w:i w:val="0"/>
        </w:rPr>
        <w:t>:</w:t>
      </w:r>
    </w:p>
    <w:p>
      <w:pPr>
        <w:spacing w:after="80"/>
      </w:pPr>
      <w:r>
        <w:rPr>
          <w:b w:val="0"/>
          <w:i w:val="0"/>
        </w:rPr>
        <w:t>button.py</w:t>
      </w:r>
    </w:p>
    <w:p>
      <w:pPr>
        <w:spacing w:after="80"/>
      </w:pPr>
      <w:r>
        <w:rPr>
          <w:b w:val="0"/>
          <w:i w:val="0"/>
        </w:rPr>
        <w:t>def _prep_msg(self, msg):</w:t>
      </w:r>
      <w:r>
        <w:br/>
      </w:r>
      <w:r>
        <w:rPr>
          <w:b w:val="0"/>
          <w:i w:val="0"/>
        </w:rPr>
        <w:t xml:space="preserve">        """Chuyển msg thành một hình ảnh đã kết xuất và căn giữa văn bản trên nút."""</w:t>
      </w:r>
      <w:r>
        <w:br/>
      </w:r>
      <w:r>
        <w:rPr>
          <w:b w:val="0"/>
          <w:i w:val="0"/>
        </w:rPr>
        <w:t>❶         self.msg_image = self.font.render(msg, True, self.text_color,</w:t>
      </w:r>
      <w:r>
        <w:br/>
      </w:r>
      <w:r>
        <w:rPr>
          <w:b w:val="0"/>
          <w:i w:val="0"/>
        </w:rPr>
        <w:t xml:space="preserve">                self.button_color)</w:t>
      </w:r>
      <w:r>
        <w:br/>
      </w:r>
      <w:r>
        <w:rPr>
          <w:b w:val="0"/>
          <w:i w:val="0"/>
        </w:rPr>
        <w:t>❷         self.msg_image_rect = self.msg_image.get_rect()</w:t>
      </w:r>
      <w:r>
        <w:br/>
      </w:r>
      <w:r>
        <w:rPr>
          <w:b w:val="0"/>
          <w:i w:val="0"/>
        </w:rPr>
        <w:t xml:space="preserve">        self.msg_image_rect.center = self.rect.center</w:t>
      </w:r>
    </w:p>
    <w:p>
      <w:pPr>
        <w:spacing w:after="80"/>
      </w:pPr>
      <w:r>
        <w:rPr>
          <w:b w:val="0"/>
          <w:i w:val="0"/>
        </w:rPr>
        <w:t xml:space="preserve">Phương thức </w:t>
      </w:r>
      <w:r>
        <w:rPr>
          <w:rFonts w:ascii="Consolas" w:hAnsi="Consolas"/>
          <w:b w:val="0"/>
          <w:i w:val="0"/>
          <w:sz w:val="20"/>
        </w:rPr>
        <w:t>_prep_msg()</w:t>
      </w:r>
      <w:r>
        <w:rPr>
          <w:b w:val="0"/>
          <w:i w:val="0"/>
        </w:rPr>
        <w:t xml:space="preserve"> cần một tham số </w:t>
      </w:r>
      <w:r>
        <w:rPr>
          <w:rFonts w:ascii="Consolas" w:hAnsi="Consolas"/>
          <w:b w:val="0"/>
          <w:i w:val="0"/>
          <w:sz w:val="20"/>
        </w:rPr>
        <w:t>self</w:t>
      </w:r>
      <w:r>
        <w:rPr>
          <w:b w:val="0"/>
          <w:i w:val="0"/>
        </w:rPr>
        <w:t xml:space="preserve"> và văn bản cần được kết xuất thành hình ảnh (</w:t>
      </w:r>
      <w:r>
        <w:rPr>
          <w:rFonts w:ascii="Consolas" w:hAnsi="Consolas"/>
          <w:b w:val="0"/>
          <w:i w:val="0"/>
          <w:sz w:val="20"/>
        </w:rPr>
        <w:t>msg</w:t>
      </w:r>
      <w:r>
        <w:rPr>
          <w:b w:val="0"/>
          <w:i w:val="0"/>
        </w:rPr>
        <w:t xml:space="preserve">). Lời gọi </w:t>
      </w:r>
      <w:r>
        <w:rPr>
          <w:rFonts w:ascii="Consolas" w:hAnsi="Consolas"/>
          <w:b w:val="0"/>
          <w:i w:val="0"/>
          <w:sz w:val="20"/>
        </w:rPr>
        <w:t>font.render()</w:t>
      </w:r>
      <w:r>
        <w:rPr>
          <w:b w:val="0"/>
          <w:i w:val="0"/>
        </w:rPr>
        <w:t xml:space="preserve"> chuyển văn bản được lưu trong </w:t>
      </w:r>
      <w:r>
        <w:rPr>
          <w:rFonts w:ascii="Consolas" w:hAnsi="Consolas"/>
          <w:b w:val="0"/>
          <w:i w:val="0"/>
          <w:sz w:val="20"/>
        </w:rPr>
        <w:t>msg</w:t>
      </w:r>
      <w:r>
        <w:rPr>
          <w:b w:val="0"/>
          <w:i w:val="0"/>
        </w:rPr>
        <w:t xml:space="preserve"> thành một hình ảnh, sau đó chúng ta lưu vào </w:t>
      </w:r>
      <w:r>
        <w:rPr>
          <w:rFonts w:ascii="Consolas" w:hAnsi="Consolas"/>
          <w:b w:val="0"/>
          <w:i w:val="0"/>
          <w:sz w:val="20"/>
        </w:rPr>
        <w:t>self.msg_image</w:t>
      </w:r>
      <w:r>
        <w:rPr>
          <w:b w:val="0"/>
          <w:i w:val="0"/>
        </w:rPr>
        <w:t xml:space="preserve"> ❶. Phương thức </w:t>
      </w:r>
      <w:r>
        <w:rPr>
          <w:rFonts w:ascii="Consolas" w:hAnsi="Consolas"/>
          <w:b w:val="0"/>
          <w:i w:val="0"/>
          <w:sz w:val="20"/>
        </w:rPr>
        <w:t>font.render()</w:t>
      </w:r>
      <w:r>
        <w:rPr>
          <w:b w:val="0"/>
          <w:i w:val="0"/>
        </w:rPr>
        <w:t xml:space="preserve"> cũng nhận một giá trị Boolean để bật hoặc tắt khử răng cưa (</w:t>
      </w:r>
      <w:r>
        <w:rPr>
          <w:b w:val="0"/>
          <w:i/>
        </w:rPr>
        <w:t>antialiasing</w:t>
      </w:r>
      <w:r>
        <w:rPr>
          <w:b w:val="0"/>
          <w:i w:val="0"/>
        </w:rPr>
        <w:t xml:space="preserve"> giúp các cạnh của văn bản mượt hơn). Các đối số còn lại là màu phông chữ và màu nền đã chỉ định. Chúng ta đặt khử răng cưa thành </w:t>
      </w:r>
      <w:r>
        <w:rPr>
          <w:rFonts w:ascii="Consolas" w:hAnsi="Consolas"/>
          <w:b w:val="0"/>
          <w:i w:val="0"/>
          <w:sz w:val="20"/>
        </w:rPr>
        <w:t>True</w:t>
      </w:r>
      <w:r>
        <w:rPr>
          <w:b w:val="0"/>
          <w:i w:val="0"/>
        </w:rPr>
        <w:t xml:space="preserve"> và đặt nền văn bản cùng màu với nút. (Nếu bạn không bao gồm màu nền, Pygame sẽ cố kết xuất phông chữ với nền trong suốt.)</w:t>
      </w:r>
    </w:p>
    <w:p>
      <w:pPr>
        <w:spacing w:after="80"/>
      </w:pPr>
      <w:r>
        <w:rPr>
          <w:b w:val="0"/>
          <w:i w:val="0"/>
        </w:rPr>
        <w:t xml:space="preserve">Chúng ta căn giữa hình ảnh văn bản trên nút bằng cách tạo một </w:t>
      </w:r>
      <w:r>
        <w:rPr>
          <w:rFonts w:ascii="Consolas" w:hAnsi="Consolas"/>
          <w:b w:val="0"/>
          <w:i w:val="0"/>
          <w:sz w:val="20"/>
        </w:rPr>
        <w:t>rect</w:t>
      </w:r>
      <w:r>
        <w:rPr>
          <w:b w:val="0"/>
          <w:i w:val="0"/>
        </w:rPr>
        <w:t xml:space="preserve"> từ hình ảnh và đặt thuộc tính </w:t>
      </w:r>
      <w:r>
        <w:rPr>
          <w:rFonts w:ascii="Consolas" w:hAnsi="Consolas"/>
          <w:b w:val="0"/>
          <w:i w:val="0"/>
          <w:sz w:val="20"/>
        </w:rPr>
        <w:t>center</w:t>
      </w:r>
      <w:r>
        <w:rPr>
          <w:b w:val="0"/>
          <w:i w:val="0"/>
        </w:rPr>
        <w:t xml:space="preserve"> của nó khớp với thuộc tính của nút ❷.</w:t>
      </w:r>
    </w:p>
    <w:p>
      <w:pPr>
        <w:spacing w:after="80"/>
      </w:pPr>
      <w:r>
        <w:rPr>
          <w:b w:val="0"/>
          <w:i w:val="0"/>
        </w:rPr>
        <w:t xml:space="preserve">Cuối cùng, chúng ta tạo một phương thức </w:t>
      </w:r>
      <w:r>
        <w:rPr>
          <w:rFonts w:ascii="Consolas" w:hAnsi="Consolas"/>
          <w:b w:val="0"/>
          <w:i w:val="0"/>
          <w:sz w:val="20"/>
        </w:rPr>
        <w:t>draw_button()</w:t>
      </w:r>
      <w:r>
        <w:rPr>
          <w:b w:val="0"/>
          <w:i w:val="0"/>
        </w:rPr>
        <w:t xml:space="preserve"> để có thể gọi nhằm hiển thị nút trên màn hình:</w:t>
      </w:r>
    </w:p>
    <w:p>
      <w:pPr>
        <w:spacing w:after="80"/>
      </w:pPr>
      <w:r>
        <w:rPr>
          <w:b w:val="0"/>
          <w:i w:val="0"/>
        </w:rPr>
        <w:t>button.py</w:t>
      </w:r>
    </w:p>
    <w:p>
      <w:pPr>
        <w:spacing w:after="80"/>
      </w:pPr>
      <w:r>
        <w:rPr>
          <w:b w:val="0"/>
          <w:i w:val="0"/>
        </w:rPr>
        <w:t>def draw_button(self):</w:t>
      </w:r>
      <w:r>
        <w:br/>
      </w:r>
      <w:r>
        <w:rPr>
          <w:b w:val="0"/>
          <w:i w:val="0"/>
        </w:rPr>
        <w:t xml:space="preserve">        """Vẽ nút trống rồi vẽ thông điệp."""</w:t>
      </w:r>
      <w:r>
        <w:br/>
      </w:r>
      <w:r>
        <w:rPr>
          <w:b w:val="0"/>
          <w:i w:val="0"/>
        </w:rPr>
        <w:t xml:space="preserve">        self.screen.fill(self.button_color, self.rect)</w:t>
      </w:r>
      <w:r>
        <w:br/>
      </w:r>
      <w:r>
        <w:rPr>
          <w:b w:val="0"/>
          <w:i w:val="0"/>
        </w:rPr>
        <w:t xml:space="preserve">        self.screen.blit(self.msg_image, self.msg_image_rect)</w:t>
      </w:r>
    </w:p>
    <w:p>
      <w:pPr>
        <w:spacing w:after="80"/>
      </w:pPr>
      <w:r>
        <w:rPr>
          <w:b w:val="0"/>
          <w:i w:val="0"/>
        </w:rPr>
        <w:t xml:space="preserve">Chúng ta gọi </w:t>
      </w:r>
      <w:r>
        <w:rPr>
          <w:rFonts w:ascii="Consolas" w:hAnsi="Consolas"/>
          <w:b w:val="0"/>
          <w:i w:val="0"/>
          <w:sz w:val="20"/>
        </w:rPr>
        <w:t>screen.fill()</w:t>
      </w:r>
      <w:r>
        <w:rPr>
          <w:b w:val="0"/>
          <w:i w:val="0"/>
        </w:rPr>
        <w:t xml:space="preserve"> để vẽ phần hình chữ nhật của nút. Sau đó chúng ta gọi </w:t>
      </w:r>
      <w:r>
        <w:rPr>
          <w:rFonts w:ascii="Consolas" w:hAnsi="Consolas"/>
          <w:b w:val="0"/>
          <w:i w:val="0"/>
          <w:sz w:val="20"/>
        </w:rPr>
        <w:t>screen.blit()</w:t>
      </w:r>
      <w:r>
        <w:rPr>
          <w:b w:val="0"/>
          <w:i w:val="0"/>
        </w:rPr>
        <w:t xml:space="preserve"> để vẽ hình ảnh văn bản lên màn hình, truyền vào một hình ảnh và đối tượng </w:t>
      </w:r>
      <w:r>
        <w:rPr>
          <w:rFonts w:ascii="Consolas" w:hAnsi="Consolas"/>
          <w:b w:val="0"/>
          <w:i w:val="0"/>
          <w:sz w:val="20"/>
        </w:rPr>
        <w:t>rect</w:t>
      </w:r>
      <w:r>
        <w:rPr>
          <w:b w:val="0"/>
          <w:i w:val="0"/>
        </w:rPr>
        <w:t xml:space="preserve"> gắn với hình ảnh đó. Điều này hoàn thiện lớp </w:t>
      </w:r>
      <w:r>
        <w:rPr>
          <w:rFonts w:ascii="Consolas" w:hAnsi="Consolas"/>
          <w:b w:val="0"/>
          <w:i w:val="0"/>
          <w:sz w:val="20"/>
        </w:rPr>
        <w:t>Button</w:t>
      </w:r>
      <w:r>
        <w:rPr>
          <w:b w:val="0"/>
          <w:i w:val="0"/>
        </w:rPr>
        <w:t>.</w:t>
      </w:r>
    </w:p>
    <w:p>
      <w:pPr>
        <w:pStyle w:val="Heading3"/>
      </w:pPr>
      <w:r>
        <w:rPr>
          <w:rFonts w:ascii="Calibri" w:hAnsi="Calibri"/>
          <w:b/>
          <w:i w:val="0"/>
          <w:sz w:val="27"/>
        </w:rPr>
        <w:t>Vẽ nút lên màn hình</w:t>
      </w:r>
    </w:p>
    <w:p>
      <w:pPr>
        <w:spacing w:after="80"/>
      </w:pPr>
      <w:r>
        <w:rPr>
          <w:b w:val="0"/>
          <w:i w:val="0"/>
        </w:rPr>
        <w:t xml:space="preserve">Chúng ta sẽ dùng lớp </w:t>
      </w:r>
      <w:r>
        <w:rPr>
          <w:rFonts w:ascii="Consolas" w:hAnsi="Consolas"/>
          <w:b w:val="0"/>
          <w:i w:val="0"/>
          <w:sz w:val="20"/>
        </w:rPr>
        <w:t>Button</w:t>
      </w:r>
      <w:r>
        <w:rPr>
          <w:b w:val="0"/>
          <w:i w:val="0"/>
        </w:rPr>
        <w:t xml:space="preserve"> để tạo một nút Play trong </w:t>
      </w:r>
      <w:r>
        <w:rPr>
          <w:rFonts w:ascii="Consolas" w:hAnsi="Consolas"/>
          <w:b w:val="0"/>
          <w:i w:val="0"/>
          <w:sz w:val="20"/>
        </w:rPr>
        <w:t>AlienInvasion</w:t>
      </w:r>
      <w:r>
        <w:rPr>
          <w:b w:val="0"/>
          <w:i w:val="0"/>
        </w:rPr>
        <w:t xml:space="preserve">. Đầu tiên, chúng ta sẽ cập nhật các câu lệnh </w:t>
      </w:r>
      <w:r>
        <w:rPr>
          <w:rFonts w:ascii="Consolas" w:hAnsi="Consolas"/>
          <w:b w:val="0"/>
          <w:i w:val="0"/>
          <w:sz w:val="20"/>
        </w:rPr>
        <w:t>import</w:t>
      </w:r>
      <w:r>
        <w:rPr>
          <w:b w:val="0"/>
          <w:i w:val="0"/>
        </w:rPr>
        <w:t>:</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from game_stats import GameStats</w:t>
      </w:r>
    </w:p>
    <w:p>
      <w:pPr>
        <w:spacing w:after="0"/>
        <w:ind w:left="360"/>
        <w:shd w:val="clear" w:color="auto" w:fill="F2F2F2"/>
      </w:pPr>
      <w:r>
        <w:rPr>
          <w:rFonts w:ascii="Consolas" w:hAnsi="Consolas"/>
          <w:b w:val="0"/>
          <w:i w:val="0"/>
          <w:sz w:val="18"/>
        </w:rPr>
        <w:t>from button import Button</w:t>
      </w:r>
    </w:p>
    <w:p>
      <w:pPr>
        <w:spacing w:after="40"/>
      </w:pPr>
    </w:p>
    <w:p>
      <w:pPr>
        <w:spacing w:after="80"/>
      </w:pPr>
      <w:r>
        <w:rPr>
          <w:b w:val="0"/>
          <w:i w:val="0"/>
        </w:rPr>
        <w:t xml:space="preserve">Vì chúng ta chỉ cần một nút Play, chúng ta sẽ tạo nút trong phương thức </w:t>
      </w:r>
      <w:r>
        <w:rPr>
          <w:rFonts w:ascii="Consolas" w:hAnsi="Consolas"/>
          <w:b w:val="0"/>
          <w:i w:val="0"/>
          <w:sz w:val="20"/>
        </w:rPr>
        <w:t>__init__()</w:t>
      </w:r>
      <w:r>
        <w:rPr>
          <w:b w:val="0"/>
          <w:i w:val="0"/>
        </w:rPr>
        <w:t xml:space="preserve"> của </w:t>
      </w:r>
      <w:r>
        <w:rPr>
          <w:rFonts w:ascii="Consolas" w:hAnsi="Consolas"/>
          <w:b w:val="0"/>
          <w:i w:val="0"/>
          <w:sz w:val="20"/>
        </w:rPr>
        <w:t>AlienInvasion</w:t>
      </w:r>
      <w:r>
        <w:rPr>
          <w:b w:val="0"/>
          <w:i w:val="0"/>
        </w:rPr>
        <w:t xml:space="preserve">. Chúng ta có thể đặt đoạn mã này ở cuối cùng của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self.game_active = False</w:t>
      </w:r>
      <w:r>
        <w:br/>
      </w:r>
      <w:r>
        <w:br/>
      </w:r>
      <w:r>
        <w:rPr>
          <w:b w:val="0"/>
          <w:i w:val="0"/>
        </w:rPr>
        <w:t xml:space="preserve">        # Tạo nút Play.</w:t>
      </w:r>
      <w:r>
        <w:br/>
      </w:r>
      <w:r>
        <w:rPr>
          <w:b w:val="0"/>
          <w:i w:val="0"/>
        </w:rPr>
        <w:t xml:space="preserve">        self.play_button = Button(self, "Play")</w:t>
      </w:r>
    </w:p>
    <w:p>
      <w:pPr>
        <w:spacing w:after="80"/>
      </w:pPr>
      <w:r>
        <w:rPr>
          <w:b w:val="0"/>
          <w:i w:val="0"/>
        </w:rPr>
        <w:t xml:space="preserve">Đoạn code này tạo ra một thực thể (instance) của </w:t>
      </w:r>
      <w:r>
        <w:rPr>
          <w:rFonts w:ascii="Consolas" w:hAnsi="Consolas"/>
          <w:b w:val="0"/>
          <w:i w:val="0"/>
          <w:sz w:val="20"/>
        </w:rPr>
        <w:t>Button</w:t>
      </w:r>
      <w:r>
        <w:rPr>
          <w:b w:val="0"/>
          <w:i w:val="0"/>
        </w:rPr>
        <w:t xml:space="preserve"> với nhãn </w:t>
      </w:r>
      <w:r>
        <w:rPr>
          <w:rFonts w:ascii="Consolas" w:hAnsi="Consolas"/>
          <w:b w:val="0"/>
          <w:i w:val="0"/>
          <w:sz w:val="20"/>
        </w:rPr>
        <w:t>Play</w:t>
      </w:r>
      <w:r>
        <w:rPr>
          <w:b w:val="0"/>
          <w:i w:val="0"/>
        </w:rPr>
        <w:t xml:space="preserve">, nhưng nó chưa vẽ nút đó lên màn hình. Để làm điều này, chúng ta sẽ gọi phương thức </w:t>
      </w:r>
      <w:r>
        <w:rPr>
          <w:rFonts w:ascii="Consolas" w:hAnsi="Consolas"/>
          <w:b w:val="0"/>
          <w:i w:val="0"/>
          <w:sz w:val="20"/>
        </w:rPr>
        <w:t>draw_button()</w:t>
      </w:r>
      <w:r>
        <w:rPr>
          <w:b w:val="0"/>
          <w:i w:val="0"/>
        </w:rPr>
        <w:t xml:space="preserve"> của nút trong </w:t>
      </w:r>
      <w:r>
        <w:rPr>
          <w:rFonts w:ascii="Consolas" w:hAnsi="Consolas"/>
          <w:b w:val="0"/>
          <w:i w:val="0"/>
          <w:sz w:val="20"/>
        </w:rPr>
        <w:t>_update_screen()</w:t>
      </w:r>
      <w:r>
        <w:rPr>
          <w:b w:val="0"/>
          <w:i w:val="0"/>
        </w:rPr>
        <w:t>:</w:t>
      </w:r>
    </w:p>
    <w:p>
      <w:pPr>
        <w:spacing w:after="80"/>
      </w:pPr>
      <w:r>
        <w:rPr>
          <w:b w:val="0"/>
          <w:i w:val="0"/>
        </w:rPr>
        <w:t>alien_invasion.py</w:t>
      </w:r>
    </w:p>
    <w:p>
      <w:pPr>
        <w:spacing w:after="80"/>
      </w:pPr>
      <w:r>
        <w:rPr>
          <w:b w:val="0"/>
          <w:i w:val="0"/>
        </w:rPr>
        <w:t>def _update_screen(self):</w:t>
      </w:r>
      <w:r>
        <w:br/>
      </w:r>
      <w:r>
        <w:rPr>
          <w:b w:val="0"/>
          <w:i w:val="0"/>
        </w:rPr>
        <w:t xml:space="preserve">        </w:t>
      </w:r>
      <w:r>
        <w:rPr>
          <w:b w:val="0"/>
          <w:i/>
        </w:rPr>
        <w:t>--snip--</w:t>
      </w:r>
      <w:r>
        <w:br/>
      </w:r>
      <w:r>
        <w:rPr>
          <w:b w:val="0"/>
          <w:i w:val="0"/>
        </w:rPr>
        <w:t xml:space="preserve">        self.aliens.draw(self.screen)</w:t>
      </w:r>
      <w:r>
        <w:br/>
      </w:r>
      <w:r>
        <w:br/>
      </w:r>
      <w:r>
        <w:rPr>
          <w:b w:val="0"/>
          <w:i w:val="0"/>
        </w:rPr>
        <w:t xml:space="preserve">        # Vẽ nút Play nếu game chưa bắt đầu.</w:t>
      </w:r>
      <w:r>
        <w:br/>
      </w:r>
      <w:r>
        <w:rPr>
          <w:b w:val="0"/>
          <w:i w:val="0"/>
        </w:rPr>
        <w:t xml:space="preserve">        if not self.game_active:</w:t>
      </w:r>
      <w:r>
        <w:br/>
      </w:r>
      <w:r>
        <w:rPr>
          <w:b w:val="0"/>
          <w:i w:val="0"/>
        </w:rPr>
        <w:t xml:space="preserve">            self.play_button.draw_button()</w:t>
      </w:r>
      <w:r>
        <w:br/>
      </w:r>
      <w:r>
        <w:br/>
      </w:r>
      <w:r>
        <w:rPr>
          <w:b w:val="0"/>
          <w:i w:val="0"/>
        </w:rPr>
        <w:t xml:space="preserve">        pygame.display.flip()</w:t>
      </w:r>
    </w:p>
    <w:p>
      <w:pPr>
        <w:spacing w:after="80"/>
      </w:pPr>
      <w:r>
        <w:rPr>
          <w:b w:val="0"/>
          <w:i w:val="0"/>
        </w:rPr>
        <w:t xml:space="preserve">Để nút Play hiển thị phía trên tất cả các phần tử khác trên màn hình, chúng ta vẽ nó sau khi tất cả các phần tử khác đã được vẽ xong nhưng trước khi lật sang màn hình mới. Chúng ta đặt nó trong một khối </w:t>
      </w:r>
      <w:r>
        <w:rPr>
          <w:rFonts w:ascii="Consolas" w:hAnsi="Consolas"/>
          <w:b w:val="0"/>
          <w:i w:val="0"/>
          <w:sz w:val="20"/>
        </w:rPr>
        <w:t>if</w:t>
      </w:r>
      <w:r>
        <w:rPr>
          <w:b w:val="0"/>
          <w:i w:val="0"/>
        </w:rPr>
        <w:t>, nên nút chỉ xuất hiện khi game chưa bắt đầu.</w:t>
      </w:r>
    </w:p>
    <w:p>
      <w:pPr>
        <w:spacing w:after="80"/>
      </w:pPr>
      <w:r>
        <w:rPr>
          <w:b w:val="0"/>
          <w:i w:val="0"/>
        </w:rPr>
        <w:t xml:space="preserve">Bây giờ khi bạn chạy </w:t>
      </w:r>
      <w:r>
        <w:rPr>
          <w:b w:val="0"/>
          <w:i/>
        </w:rPr>
        <w:t>Alien Invasion</w:t>
      </w:r>
      <w:r>
        <w:rPr>
          <w:b w:val="0"/>
          <w:i w:val="0"/>
        </w:rPr>
        <w:t>, bạn sẽ thấy một nút Play ở giữa màn hình, như trong Hình 14-1.</w:t>
      </w:r>
    </w:p>
    <w:p>
      <w:pPr>
        <w:jc w:val="center"/>
      </w:pPr>
      <w:r>
        <w:drawing>
          <wp:inline xmlns:a="http://schemas.openxmlformats.org/drawingml/2006/main" xmlns:pic="http://schemas.openxmlformats.org/drawingml/2006/picture">
            <wp:extent cx="5486400" cy="3783134"/>
            <wp:docPr id="29" name="Picture 29"/>
            <wp:cNvGraphicFramePr>
              <a:graphicFrameLocks noChangeAspect="1"/>
            </wp:cNvGraphicFramePr>
            <a:graphic>
              <a:graphicData uri="http://schemas.openxmlformats.org/drawingml/2006/picture">
                <pic:pic>
                  <pic:nvPicPr>
                    <pic:cNvPr id="0" name="image_rsrcBHU.jpg"/>
                    <pic:cNvPicPr/>
                  </pic:nvPicPr>
                  <pic:blipFill>
                    <a:blip r:embed="rId23"/>
                    <a:stretch>
                      <a:fillRect/>
                    </a:stretch>
                  </pic:blipFill>
                  <pic:spPr>
                    <a:xfrm>
                      <a:off x="0" y="0"/>
                      <a:ext cx="5486400" cy="3783134"/>
                    </a:xfrm>
                    <a:prstGeom prst="rect"/>
                  </pic:spPr>
                </pic:pic>
              </a:graphicData>
            </a:graphic>
          </wp:inline>
        </w:drawing>
      </w:r>
    </w:p>
    <w:p>
      <w:pPr>
        <w:spacing w:after="80"/>
      </w:pPr>
      <w:r>
        <w:rPr>
          <w:b w:val="0"/>
          <w:i w:val="0"/>
        </w:rPr>
        <w:t>Hình 14-1: Nút Play xuất hiện khi game chưa bắt đầu.</w:t>
      </w:r>
    </w:p>
    <w:p>
      <w:pPr>
        <w:pStyle w:val="Heading3"/>
      </w:pPr>
      <w:r>
        <w:rPr>
          <w:rFonts w:ascii="Calibri" w:hAnsi="Calibri"/>
          <w:b/>
          <w:i w:val="0"/>
          <w:sz w:val="27"/>
        </w:rPr>
        <w:t>Bắt đầu game</w:t>
      </w:r>
    </w:p>
    <w:p>
      <w:pPr>
        <w:spacing w:after="80"/>
      </w:pPr>
      <w:r>
        <w:rPr>
          <w:b w:val="0"/>
          <w:i w:val="0"/>
        </w:rPr>
        <w:t xml:space="preserve">Để bắt đầu một game mới khi người chơi nhấp vào Play, hãy thêm khối </w:t>
      </w:r>
      <w:r>
        <w:rPr>
          <w:rFonts w:ascii="Consolas" w:hAnsi="Consolas"/>
          <w:b w:val="0"/>
          <w:i w:val="0"/>
          <w:sz w:val="20"/>
        </w:rPr>
        <w:t>elif</w:t>
      </w:r>
      <w:r>
        <w:rPr>
          <w:b w:val="0"/>
          <w:i w:val="0"/>
        </w:rPr>
        <w:t xml:space="preserve"> sau vào cuối </w:t>
      </w:r>
      <w:r>
        <w:rPr>
          <w:rFonts w:ascii="Consolas" w:hAnsi="Consolas"/>
          <w:b w:val="0"/>
          <w:i w:val="0"/>
          <w:sz w:val="20"/>
        </w:rPr>
        <w:t>_check_events()</w:t>
      </w:r>
      <w:r>
        <w:rPr>
          <w:b w:val="0"/>
          <w:i w:val="0"/>
        </w:rPr>
        <w:t xml:space="preserve"> để theo dõi các sự kiện chuột trên nút:</w:t>
      </w:r>
    </w:p>
    <w:p>
      <w:pPr>
        <w:spacing w:after="80"/>
      </w:pPr>
      <w:r>
        <w:rPr>
          <w:b w:val="0"/>
          <w:i w:val="0"/>
        </w:rPr>
        <w:t>alien_invasion.py</w:t>
      </w:r>
    </w:p>
    <w:p>
      <w:pPr>
        <w:spacing w:after="80"/>
      </w:pPr>
      <w:r>
        <w:rPr>
          <w:b w:val="0"/>
          <w:i w:val="0"/>
        </w:rPr>
        <w:t>def _check_events(self):</w:t>
      </w:r>
      <w:r>
        <w:br/>
      </w:r>
      <w:r>
        <w:rPr>
          <w:b w:val="0"/>
          <w:i w:val="0"/>
        </w:rPr>
        <w:t xml:space="preserve">        """Phản hồi các lần nhấn phím và sự kiện chuột."""</w:t>
      </w:r>
      <w:r>
        <w:br/>
      </w:r>
      <w:r>
        <w:rPr>
          <w:b w:val="0"/>
          <w:i w:val="0"/>
        </w:rPr>
        <w:t xml:space="preserve">        for event in pygame.event.get():</w:t>
      </w:r>
      <w:r>
        <w:br/>
      </w:r>
      <w:r>
        <w:rPr>
          <w:b w:val="0"/>
          <w:i w:val="0"/>
        </w:rPr>
        <w:t xml:space="preserve">            if event.type == pygame.QUIT:</w:t>
      </w:r>
      <w:r>
        <w:br/>
      </w:r>
      <w:r>
        <w:rPr>
          <w:b w:val="0"/>
          <w:i w:val="0"/>
        </w:rPr>
        <w:t xml:space="preserve">                </w:t>
      </w:r>
      <w:r>
        <w:rPr>
          <w:b w:val="0"/>
          <w:i/>
        </w:rPr>
        <w:t>--snip--</w:t>
      </w:r>
      <w:r>
        <w:br/>
      </w:r>
      <w:r>
        <w:rPr>
          <w:b w:val="0"/>
          <w:i w:val="0"/>
        </w:rPr>
        <w:t>❶             elif event.type == pygame.MOUSEBUTTONDOWN:</w:t>
      </w:r>
      <w:r>
        <w:br/>
      </w:r>
      <w:r>
        <w:rPr>
          <w:b w:val="0"/>
          <w:i w:val="0"/>
        </w:rPr>
        <w:t>❷                 mouse_pos = pygame.mouse.get_pos()</w:t>
      </w:r>
      <w:r>
        <w:br/>
      </w:r>
      <w:r>
        <w:rPr>
          <w:b w:val="0"/>
          <w:i w:val="0"/>
        </w:rPr>
        <w:t>❸                 self._check_play_button(mouse_pos)</w:t>
      </w:r>
    </w:p>
    <w:p>
      <w:pPr>
        <w:spacing w:after="80"/>
      </w:pPr>
      <w:r>
        <w:rPr>
          <w:b w:val="0"/>
          <w:i w:val="0"/>
        </w:rPr>
        <w:t xml:space="preserve">Pygame phát hiện sự kiện </w:t>
      </w:r>
      <w:r>
        <w:rPr>
          <w:rFonts w:ascii="Consolas" w:hAnsi="Consolas"/>
          <w:b w:val="0"/>
          <w:i w:val="0"/>
          <w:sz w:val="20"/>
        </w:rPr>
        <w:t>MOUSEBUTTONDOWN</w:t>
      </w:r>
      <w:r>
        <w:rPr>
          <w:b w:val="0"/>
          <w:i w:val="0"/>
        </w:rPr>
        <w:t xml:space="preserve"> khi người chơi nhấp vào bất kỳ đâu trên màn hình ❶, nhưng chúng ta muốn giới hạn game chỉ phản hồi các cú nhấp chuột trên nút Play. Để làm được điều này, chúng ta dùng </w:t>
      </w:r>
      <w:r>
        <w:rPr>
          <w:rFonts w:ascii="Consolas" w:hAnsi="Consolas"/>
          <w:b w:val="0"/>
          <w:i w:val="0"/>
          <w:sz w:val="20"/>
        </w:rPr>
        <w:t>pygame.mouse.get_pos()</w:t>
      </w:r>
      <w:r>
        <w:rPr>
          <w:b w:val="0"/>
          <w:i w:val="0"/>
        </w:rPr>
        <w:t xml:space="preserve">, hàm này trả về một tuple chứa tọa độ </w:t>
      </w:r>
      <w:r>
        <w:rPr>
          <w:b w:val="0"/>
          <w:i/>
        </w:rPr>
        <w:t>x</w:t>
      </w:r>
      <w:r>
        <w:rPr>
          <w:b w:val="0"/>
          <w:i w:val="0"/>
        </w:rPr>
        <w:t xml:space="preserve"> và </w:t>
      </w:r>
      <w:r>
        <w:rPr>
          <w:b w:val="0"/>
          <w:i/>
        </w:rPr>
        <w:t>y</w:t>
      </w:r>
      <w:r>
        <w:rPr>
          <w:b w:val="0"/>
          <w:i w:val="0"/>
        </w:rPr>
        <w:t xml:space="preserve"> của con trỏ chuột tại thời điểm nhấp nút chuột ❷. Chúng ta gửi các giá trị này đến phương thức mới </w:t>
      </w:r>
      <w:r>
        <w:rPr>
          <w:rFonts w:ascii="Consolas" w:hAnsi="Consolas"/>
          <w:b w:val="0"/>
          <w:i w:val="0"/>
          <w:sz w:val="20"/>
        </w:rPr>
        <w:t>_check_play_button()</w:t>
      </w:r>
      <w:r>
        <w:rPr>
          <w:b w:val="0"/>
          <w:i w:val="0"/>
        </w:rPr>
        <w:t xml:space="preserve"> ❸.</w:t>
      </w:r>
    </w:p>
    <w:p>
      <w:pPr>
        <w:spacing w:after="80"/>
      </w:pPr>
      <w:r>
        <w:rPr>
          <w:b w:val="0"/>
          <w:i w:val="0"/>
        </w:rPr>
        <w:t xml:space="preserve">Đây là </w:t>
      </w:r>
      <w:r>
        <w:rPr>
          <w:rFonts w:ascii="Consolas" w:hAnsi="Consolas"/>
          <w:b w:val="0"/>
          <w:i w:val="0"/>
          <w:sz w:val="20"/>
        </w:rPr>
        <w:t>_check_play_button()</w:t>
      </w:r>
      <w:r>
        <w:rPr>
          <w:b w:val="0"/>
          <w:i w:val="0"/>
        </w:rPr>
        <w:t xml:space="preserve">, mà tôi chọn đặt sau </w:t>
      </w:r>
      <w:r>
        <w:rPr>
          <w:rFonts w:ascii="Consolas" w:hAnsi="Consolas"/>
          <w:b w:val="0"/>
          <w:i w:val="0"/>
          <w:sz w:val="20"/>
        </w:rPr>
        <w:t>_check_events()</w:t>
      </w:r>
      <w:r>
        <w:rPr>
          <w:b w:val="0"/>
          <w:i w:val="0"/>
        </w:rPr>
        <w:t>:</w:t>
      </w:r>
    </w:p>
    <w:p>
      <w:pPr>
        <w:spacing w:after="80"/>
      </w:pPr>
      <w:r>
        <w:rPr>
          <w:b w:val="0"/>
          <w:i w:val="0"/>
        </w:rPr>
        <w:t>alien_invasion.py</w:t>
      </w:r>
    </w:p>
    <w:p>
      <w:pPr>
        <w:spacing w:after="80"/>
      </w:pPr>
      <w:r>
        <w:rPr>
          <w:b w:val="0"/>
          <w:i w:val="0"/>
        </w:rPr>
        <w:t>def _check_play_button(self, mouse_pos):</w:t>
      </w:r>
      <w:r>
        <w:br/>
      </w:r>
      <w:r>
        <w:rPr>
          <w:b w:val="0"/>
          <w:i w:val="0"/>
        </w:rPr>
        <w:t xml:space="preserve">        """Bắt đầu game mới khi người chơi nhấp vào Play."""</w:t>
      </w:r>
      <w:r>
        <w:br/>
      </w:r>
      <w:r>
        <w:rPr>
          <w:b w:val="0"/>
          <w:i w:val="0"/>
        </w:rPr>
        <w:t>❶         if self.play_button.rect.collidepoint(mouse_pos):</w:t>
      </w:r>
      <w:r>
        <w:br/>
      </w:r>
      <w:r>
        <w:rPr>
          <w:b w:val="0"/>
          <w:i w:val="0"/>
        </w:rPr>
        <w:t xml:space="preserve">            self.game_active = True</w:t>
      </w:r>
    </w:p>
    <w:p>
      <w:pPr>
        <w:spacing w:after="80"/>
      </w:pPr>
      <w:r>
        <w:rPr>
          <w:b w:val="0"/>
          <w:i w:val="0"/>
        </w:rPr>
        <w:t xml:space="preserve">Ta dùng phương thức </w:t>
      </w:r>
      <w:r>
        <w:rPr>
          <w:rFonts w:ascii="Consolas" w:hAnsi="Consolas"/>
          <w:b w:val="0"/>
          <w:i w:val="0"/>
          <w:sz w:val="20"/>
        </w:rPr>
        <w:t>collidepoint()</w:t>
      </w:r>
      <w:r>
        <w:rPr>
          <w:b w:val="0"/>
          <w:i w:val="0"/>
        </w:rPr>
        <w:t xml:space="preserve"> của </w:t>
      </w:r>
      <w:r>
        <w:rPr>
          <w:rFonts w:ascii="Consolas" w:hAnsi="Consolas"/>
          <w:b w:val="0"/>
          <w:i w:val="0"/>
          <w:sz w:val="20"/>
        </w:rPr>
        <w:t>rect</w:t>
      </w:r>
      <w:r>
        <w:rPr>
          <w:b w:val="0"/>
          <w:i w:val="0"/>
        </w:rPr>
        <w:t xml:space="preserve"> để kiểm tra xem điểm nhấp chuột có nằm trong vùng được xác định bởi </w:t>
      </w:r>
      <w:r>
        <w:rPr>
          <w:rFonts w:ascii="Consolas" w:hAnsi="Consolas"/>
          <w:b w:val="0"/>
          <w:i w:val="0"/>
          <w:sz w:val="20"/>
        </w:rPr>
        <w:t>rect</w:t>
      </w:r>
      <w:r>
        <w:rPr>
          <w:b w:val="0"/>
          <w:i w:val="0"/>
        </w:rPr>
        <w:t xml:space="preserve"> của nút Play hay không ❶. Nếu đúng, ta đặt </w:t>
      </w:r>
      <w:r>
        <w:rPr>
          <w:rFonts w:ascii="Consolas" w:hAnsi="Consolas"/>
          <w:b w:val="0"/>
          <w:i w:val="0"/>
          <w:sz w:val="20"/>
        </w:rPr>
        <w:t>game_active</w:t>
      </w:r>
      <w:r>
        <w:rPr>
          <w:b w:val="0"/>
          <w:i w:val="0"/>
        </w:rPr>
        <w:t xml:space="preserve"> thành </w:t>
      </w:r>
      <w:r>
        <w:rPr>
          <w:rFonts w:ascii="Consolas" w:hAnsi="Consolas"/>
          <w:b w:val="0"/>
          <w:i w:val="0"/>
          <w:sz w:val="20"/>
        </w:rPr>
        <w:t>True</w:t>
      </w:r>
      <w:r>
        <w:rPr>
          <w:b w:val="0"/>
          <w:i w:val="0"/>
        </w:rPr>
        <w:t>, và trò chơi bắt đầu!</w:t>
      </w:r>
    </w:p>
    <w:p>
      <w:pPr>
        <w:spacing w:after="80"/>
      </w:pPr>
      <w:r>
        <w:rPr>
          <w:b w:val="0"/>
          <w:i w:val="0"/>
        </w:rPr>
        <w:t xml:space="preserve">Đến đây, bạn đã có thể bắt đầu và chơi trọn vẹn một ván game. Khi game kết thúc, giá trị của </w:t>
      </w:r>
      <w:r>
        <w:rPr>
          <w:rFonts w:ascii="Consolas" w:hAnsi="Consolas"/>
          <w:b w:val="0"/>
          <w:i w:val="0"/>
          <w:sz w:val="20"/>
        </w:rPr>
        <w:t>game_active</w:t>
      </w:r>
      <w:r>
        <w:rPr>
          <w:b w:val="0"/>
          <w:i w:val="0"/>
        </w:rPr>
        <w:t xml:space="preserve"> sẽ trở thành </w:t>
      </w:r>
      <w:r>
        <w:rPr>
          <w:rFonts w:ascii="Consolas" w:hAnsi="Consolas"/>
          <w:b w:val="0"/>
          <w:i w:val="0"/>
          <w:sz w:val="20"/>
        </w:rPr>
        <w:t>False</w:t>
      </w:r>
      <w:r>
        <w:rPr>
          <w:b w:val="0"/>
          <w:i w:val="0"/>
        </w:rPr>
        <w:t xml:space="preserve"> và nút Play sẽ xuất hiện trở lại.</w:t>
      </w:r>
    </w:p>
    <w:p>
      <w:pPr>
        <w:pStyle w:val="Heading3"/>
      </w:pPr>
      <w:r>
        <w:rPr>
          <w:rFonts w:ascii="Calibri" w:hAnsi="Calibri"/>
          <w:b/>
          <w:i w:val="0"/>
          <w:sz w:val="27"/>
        </w:rPr>
        <w:t>Đặt lại trò chơi</w:t>
      </w:r>
    </w:p>
    <w:p>
      <w:pPr>
        <w:spacing w:after="80"/>
      </w:pPr>
      <w:r>
        <w:rPr>
          <w:b w:val="0"/>
          <w:i w:val="0"/>
        </w:rPr>
        <w:t>Đoạn code nút Play mà ta vừa viết hoạt động tốt trong lần đầu người chơi nhấp vào Play. Nhưng nó không hoạt động sau khi ván game đầu tiên kết thúc, vì các điều kiện khiến game kết thúc vẫn chưa được đặt lại.</w:t>
      </w:r>
    </w:p>
    <w:p>
      <w:pPr>
        <w:spacing w:after="80"/>
      </w:pPr>
      <w:r>
        <w:rPr>
          <w:b w:val="0"/>
          <w:i w:val="0"/>
        </w:rPr>
        <w:t>Để đặt lại trò chơi mỗi khi người chơi nhấp vào Play, ta cần đặt lại thống kê trò chơi, xóa hết người ngoài hành tinh và đạn cũ, tạo một đội hình mới, và đưa tàu về giữa màn hình, như sau:</w:t>
      </w:r>
    </w:p>
    <w:p>
      <w:pPr>
        <w:spacing w:after="80"/>
      </w:pPr>
      <w:r>
        <w:rPr>
          <w:b w:val="0"/>
          <w:i w:val="0"/>
        </w:rPr>
        <w:t>alien_invasion.py</w:t>
      </w:r>
    </w:p>
    <w:p>
      <w:pPr>
        <w:spacing w:after="80"/>
      </w:pPr>
      <w:r>
        <w:rPr>
          <w:b w:val="0"/>
          <w:i w:val="0"/>
        </w:rPr>
        <w:t>def _check_play_button(self, mouse_pos):</w:t>
      </w:r>
      <w:r>
        <w:br/>
      </w:r>
      <w:r>
        <w:rPr>
          <w:b w:val="0"/>
          <w:i w:val="0"/>
        </w:rPr>
        <w:t xml:space="preserve">        """Bắt đầu ván game mới khi người chơi nhấp vào Play."""</w:t>
      </w:r>
      <w:r>
        <w:br/>
      </w:r>
      <w:r>
        <w:rPr>
          <w:b w:val="0"/>
          <w:i w:val="0"/>
        </w:rPr>
        <w:t xml:space="preserve">        if self.play_button.rect.collidepoint(mouse_pos):</w:t>
      </w:r>
      <w:r>
        <w:br/>
      </w:r>
      <w:r>
        <w:rPr>
          <w:b w:val="0"/>
          <w:i w:val="0"/>
        </w:rPr>
        <w:t xml:space="preserve">            # Đặt lại thống kê trò chơi.</w:t>
      </w:r>
      <w:r>
        <w:br/>
      </w:r>
      <w:r>
        <w:rPr>
          <w:b w:val="0"/>
          <w:i w:val="0"/>
        </w:rPr>
        <w:t>❶             self.stats.reset_stats()</w:t>
      </w:r>
      <w:r>
        <w:br/>
      </w:r>
      <w:r>
        <w:rPr>
          <w:b w:val="0"/>
          <w:i w:val="0"/>
        </w:rPr>
        <w:t xml:space="preserve">            self.game_active = True</w:t>
      </w:r>
      <w:r>
        <w:br/>
      </w:r>
      <w:r>
        <w:br/>
      </w:r>
      <w:r>
        <w:rPr>
          <w:b w:val="0"/>
          <w:i w:val="0"/>
        </w:rPr>
        <w:t xml:space="preserve">            # Xóa hết đạn và người ngoài hành tinh còn lại.</w:t>
      </w:r>
      <w:r>
        <w:br/>
      </w:r>
      <w:r>
        <w:rPr>
          <w:b w:val="0"/>
          <w:i w:val="0"/>
        </w:rPr>
        <w:t>❷             self.bullets.empty()</w:t>
      </w:r>
      <w:r>
        <w:br/>
      </w:r>
      <w:r>
        <w:rPr>
          <w:b w:val="0"/>
          <w:i w:val="0"/>
        </w:rPr>
        <w:t xml:space="preserve">            self.aliens.empty()</w:t>
      </w:r>
      <w:r>
        <w:br/>
      </w:r>
      <w:r>
        <w:br/>
      </w:r>
      <w:r>
        <w:rPr>
          <w:b w:val="0"/>
          <w:i w:val="0"/>
        </w:rPr>
        <w:t xml:space="preserve">            # Tạo đội hình mới và đưa tàu về giữa màn hình.</w:t>
      </w:r>
      <w:r>
        <w:br/>
      </w:r>
      <w:r>
        <w:rPr>
          <w:b w:val="0"/>
          <w:i w:val="0"/>
        </w:rPr>
        <w:t>❸             self._create_fleet()</w:t>
      </w:r>
      <w:r>
        <w:br/>
      </w:r>
      <w:r>
        <w:rPr>
          <w:b w:val="0"/>
          <w:i w:val="0"/>
        </w:rPr>
        <w:t xml:space="preserve">            self.ship.center_ship()</w:t>
      </w:r>
    </w:p>
    <w:p>
      <w:pPr>
        <w:spacing w:after="80"/>
      </w:pPr>
      <w:r>
        <w:rPr>
          <w:b w:val="0"/>
          <w:i w:val="0"/>
        </w:rPr>
        <w:t xml:space="preserve">Ta đặt lại thống kê trò chơi ❶, giúp người chơi có ba tàu mới. Sau đó ta đặt </w:t>
      </w:r>
      <w:r>
        <w:rPr>
          <w:rFonts w:ascii="Consolas" w:hAnsi="Consolas"/>
          <w:b w:val="0"/>
          <w:i w:val="0"/>
          <w:sz w:val="20"/>
        </w:rPr>
        <w:t>game_active</w:t>
      </w:r>
      <w:r>
        <w:rPr>
          <w:b w:val="0"/>
          <w:i w:val="0"/>
        </w:rPr>
        <w:t xml:space="preserve"> thành </w:t>
      </w:r>
      <w:r>
        <w:rPr>
          <w:rFonts w:ascii="Consolas" w:hAnsi="Consolas"/>
          <w:b w:val="0"/>
          <w:i w:val="0"/>
          <w:sz w:val="20"/>
        </w:rPr>
        <w:t>True</w:t>
      </w:r>
      <w:r>
        <w:rPr>
          <w:b w:val="0"/>
          <w:i w:val="0"/>
        </w:rPr>
        <w:t xml:space="preserve"> để trò chơi bắt đầu ngay khi code trong hàm này chạy xong. Ta làm rỗng các nhóm </w:t>
      </w:r>
      <w:r>
        <w:rPr>
          <w:rFonts w:ascii="Consolas" w:hAnsi="Consolas"/>
          <w:b w:val="0"/>
          <w:i w:val="0"/>
          <w:sz w:val="20"/>
        </w:rPr>
        <w:t>aliens</w:t>
      </w:r>
      <w:r>
        <w:rPr>
          <w:b w:val="0"/>
          <w:i w:val="0"/>
        </w:rPr>
        <w:t xml:space="preserve"> và </w:t>
      </w:r>
      <w:r>
        <w:rPr>
          <w:rFonts w:ascii="Consolas" w:hAnsi="Consolas"/>
          <w:b w:val="0"/>
          <w:i w:val="0"/>
          <w:sz w:val="20"/>
        </w:rPr>
        <w:t>bullets</w:t>
      </w:r>
      <w:r>
        <w:rPr>
          <w:b w:val="0"/>
          <w:i w:val="0"/>
        </w:rPr>
        <w:t xml:space="preserve"> ❷, rồi tạo một đội hình mới và đưa tàu về giữa màn hình ❸.</w:t>
      </w:r>
    </w:p>
    <w:p>
      <w:pPr>
        <w:spacing w:after="80"/>
      </w:pPr>
      <w:r>
        <w:rPr>
          <w:b w:val="0"/>
          <w:i w:val="0"/>
        </w:rPr>
        <w:t>Giờ thì trò chơi sẽ được đặt lại đúng cách mỗi khi bạn nhấp vào Play, cho phép bạn chơi bao nhiêu lần tùy thích!</w:t>
      </w:r>
    </w:p>
    <w:p>
      <w:pPr>
        <w:pStyle w:val="Heading3"/>
      </w:pPr>
      <w:r>
        <w:rPr>
          <w:rFonts w:ascii="Calibri" w:hAnsi="Calibri"/>
          <w:b/>
          <w:i w:val="0"/>
          <w:sz w:val="27"/>
        </w:rPr>
        <w:t>Vô hiệu hóa nút Play</w:t>
      </w:r>
    </w:p>
    <w:p>
      <w:pPr>
        <w:spacing w:after="80"/>
      </w:pPr>
      <w:r>
        <w:rPr>
          <w:b w:val="0"/>
          <w:i w:val="0"/>
        </w:rPr>
        <w:t>Một vấn đề với nút Play của ta là vùng nút trên màn hình vẫn tiếp tục phản hồi các cú nhấp chuột ngay cả khi nút Play không hiển thị. Nếu bạn vô tình nhấp vào vùng nút Play sau khi ván game bắt đầu, trò chơi sẽ khởi động lại!</w:t>
      </w:r>
    </w:p>
    <w:p>
      <w:pPr>
        <w:spacing w:after="80"/>
      </w:pPr>
      <w:r>
        <w:rPr>
          <w:b w:val="0"/>
          <w:i w:val="0"/>
        </w:rPr>
        <w:t xml:space="preserve">Để khắc phục điều này, hãy đặt trò chơi chỉ bắt đầu khi </w:t>
      </w:r>
      <w:r>
        <w:rPr>
          <w:rFonts w:ascii="Consolas" w:hAnsi="Consolas"/>
          <w:b w:val="0"/>
          <w:i w:val="0"/>
          <w:sz w:val="20"/>
        </w:rPr>
        <w:t>game_active</w:t>
      </w:r>
      <w:r>
        <w:rPr>
          <w:b w:val="0"/>
          <w:i w:val="0"/>
        </w:rPr>
        <w:t xml:space="preserve"> là </w:t>
      </w:r>
      <w:r>
        <w:rPr>
          <w:rFonts w:ascii="Consolas" w:hAnsi="Consolas"/>
          <w:b w:val="0"/>
          <w:i w:val="0"/>
          <w:sz w:val="20"/>
        </w:rPr>
        <w:t>False</w:t>
      </w:r>
      <w:r>
        <w:rPr>
          <w:b w:val="0"/>
          <w:i w:val="0"/>
        </w:rPr>
        <w:t>:</w:t>
      </w:r>
    </w:p>
    <w:p>
      <w:pPr>
        <w:spacing w:after="80"/>
      </w:pPr>
      <w:r>
        <w:rPr>
          <w:b w:val="0"/>
          <w:i w:val="0"/>
        </w:rPr>
        <w:t>alien_invasion.py</w:t>
      </w:r>
    </w:p>
    <w:p>
      <w:pPr>
        <w:spacing w:after="80"/>
      </w:pPr>
      <w:r>
        <w:rPr>
          <w:b w:val="0"/>
          <w:i w:val="0"/>
        </w:rPr>
        <w:t>def _check_play_button(self, mouse_pos):</w:t>
      </w:r>
      <w:r>
        <w:br/>
      </w:r>
      <w:r>
        <w:rPr>
          <w:b w:val="0"/>
          <w:i w:val="0"/>
        </w:rPr>
        <w:t xml:space="preserve">        """Bắt đầu ván game mới khi người chơi nhấp vào Play."""</w:t>
      </w:r>
      <w:r>
        <w:br/>
      </w:r>
      <w:r>
        <w:rPr>
          <w:b w:val="0"/>
          <w:i w:val="0"/>
        </w:rPr>
        <w:t>❶         button_clicked = self.play_button.rect.collidepoint(mouse_pos)</w:t>
      </w:r>
      <w:r>
        <w:br/>
      </w:r>
      <w:r>
        <w:rPr>
          <w:b w:val="0"/>
          <w:i w:val="0"/>
        </w:rPr>
        <w:t>❷         if button_clicked and not self.game_active:</w:t>
      </w:r>
      <w:r>
        <w:br/>
      </w:r>
      <w:r>
        <w:rPr>
          <w:b w:val="0"/>
          <w:i w:val="0"/>
        </w:rPr>
        <w:t xml:space="preserve">            # Đặt lại thống kê trò chơi.</w:t>
      </w:r>
      <w:r>
        <w:br/>
      </w:r>
      <w:r>
        <w:rPr>
          <w:b w:val="0"/>
          <w:i w:val="0"/>
        </w:rPr>
        <w:t xml:space="preserve">            self.stats.reset_stats()</w:t>
      </w:r>
      <w:r>
        <w:br/>
      </w:r>
      <w:r>
        <w:rPr>
          <w:b w:val="0"/>
          <w:i w:val="0"/>
        </w:rPr>
        <w:t xml:space="preserve">            </w:t>
      </w:r>
      <w:r>
        <w:rPr>
          <w:b w:val="0"/>
          <w:i/>
        </w:rPr>
        <w:t>--snip--</w:t>
      </w:r>
    </w:p>
    <w:p>
      <w:pPr>
        <w:spacing w:after="80"/>
      </w:pPr>
      <w:r>
        <w:rPr>
          <w:b w:val="0"/>
          <w:i w:val="0"/>
        </w:rPr>
        <w:t xml:space="preserve">Nút </w:t>
      </w:r>
      <w:r>
        <w:rPr>
          <w:rFonts w:ascii="Consolas" w:hAnsi="Consolas"/>
          <w:b w:val="0"/>
          <w:i w:val="0"/>
          <w:sz w:val="20"/>
        </w:rPr>
        <w:t>button_clicked</w:t>
      </w:r>
      <w:r>
        <w:rPr>
          <w:b w:val="0"/>
          <w:i w:val="0"/>
        </w:rPr>
        <w:t xml:space="preserve"> lưu một giá trị </w:t>
      </w:r>
      <w:r>
        <w:rPr>
          <w:rFonts w:ascii="Consolas" w:hAnsi="Consolas"/>
          <w:b w:val="0"/>
          <w:i w:val="0"/>
          <w:sz w:val="20"/>
        </w:rPr>
        <w:t>True</w:t>
      </w:r>
      <w:r>
        <w:rPr>
          <w:b w:val="0"/>
          <w:i w:val="0"/>
        </w:rPr>
        <w:t xml:space="preserve"> hoặc </w:t>
      </w:r>
      <w:r>
        <w:rPr>
          <w:rFonts w:ascii="Consolas" w:hAnsi="Consolas"/>
          <w:b w:val="0"/>
          <w:i w:val="0"/>
          <w:sz w:val="20"/>
        </w:rPr>
        <w:t>False</w:t>
      </w:r>
      <w:r>
        <w:rPr>
          <w:b w:val="0"/>
          <w:i w:val="0"/>
        </w:rPr>
        <w:t xml:space="preserve"> ❶, và trò chơi chỉ khởi động lại nếu nút Play được nhấn </w:t>
      </w:r>
      <w:r>
        <w:rPr>
          <w:b w:val="0"/>
          <w:i/>
        </w:rPr>
        <w:t>và</w:t>
      </w:r>
      <w:r>
        <w:rPr>
          <w:b w:val="0"/>
          <w:i w:val="0"/>
        </w:rPr>
        <w:t xml:space="preserve"> trò chơi hiện không hoạt động ❷. Để kiểm tra hành vi này, hãy bắt đầu một trò chơi mới và nhấn liên tục vào vị trí mà nút Play đáng lẽ phải ở đó. Nếu mọi thứ hoạt động đúng như mong đợi, việc nhấn vào vùng nút Play sẽ không ảnh hưởng gì đến trò chơi.</w:t>
      </w:r>
    </w:p>
    <w:p>
      <w:pPr>
        <w:pStyle w:val="Heading3"/>
      </w:pPr>
      <w:r>
        <w:rPr>
          <w:rFonts w:ascii="Calibri" w:hAnsi="Calibri"/>
          <w:b/>
          <w:i w:val="0"/>
          <w:sz w:val="27"/>
        </w:rPr>
        <w:t>Ẩn con trỏ chuột</w:t>
      </w:r>
    </w:p>
    <w:p>
      <w:pPr>
        <w:spacing w:after="80"/>
      </w:pPr>
      <w:r>
        <w:rPr>
          <w:b w:val="0"/>
          <w:i w:val="0"/>
        </w:rPr>
        <w:t xml:space="preserve">Chúng ta muốn con trỏ chuột hiển thị khi trò chơi không hoạt động, nhưng một khi trò chơi bắt đầu, nó chỉ gây vướng víu. Để khắc phục điều này, chúng ta sẽ làm cho nó ẩn đi khi trò chơi trở nên hoạt động. Chúng ta có thể làm điều này ở cuối khối </w:t>
      </w:r>
      <w:r>
        <w:rPr>
          <w:rFonts w:ascii="Consolas" w:hAnsi="Consolas"/>
          <w:b w:val="0"/>
          <w:i w:val="0"/>
          <w:sz w:val="20"/>
        </w:rPr>
        <w:t>if</w:t>
      </w:r>
      <w:r>
        <w:rPr>
          <w:b w:val="0"/>
          <w:i w:val="0"/>
        </w:rPr>
        <w:t xml:space="preserve"> trong </w:t>
      </w:r>
      <w:r>
        <w:rPr>
          <w:rFonts w:ascii="Consolas" w:hAnsi="Consolas"/>
          <w:b w:val="0"/>
          <w:i w:val="0"/>
          <w:sz w:val="20"/>
        </w:rPr>
        <w:t>_check_play_button()</w:t>
      </w:r>
      <w:r>
        <w:rPr>
          <w:b w:val="0"/>
          <w:i w:val="0"/>
        </w:rPr>
        <w:t>:</w:t>
      </w:r>
    </w:p>
    <w:p>
      <w:pPr>
        <w:spacing w:after="80"/>
      </w:pPr>
      <w:r>
        <w:rPr>
          <w:b w:val="0"/>
          <w:i w:val="0"/>
        </w:rPr>
        <w:t>alien_invasion.py</w:t>
      </w:r>
    </w:p>
    <w:p>
      <w:pPr>
        <w:spacing w:after="80"/>
      </w:pPr>
      <w:r>
        <w:rPr>
          <w:b w:val="0"/>
          <w:i w:val="0"/>
        </w:rPr>
        <w:t>def _check_play_button(self, mouse_pos):</w:t>
      </w:r>
      <w:r>
        <w:br/>
      </w:r>
      <w:r>
        <w:rPr>
          <w:b w:val="0"/>
          <w:i w:val="0"/>
        </w:rPr>
        <w:t xml:space="preserve">        """Start a new game when the player clicks Play."""</w:t>
      </w:r>
      <w:r>
        <w:br/>
      </w:r>
      <w:r>
        <w:rPr>
          <w:b w:val="0"/>
          <w:i w:val="0"/>
        </w:rPr>
        <w:t xml:space="preserve">        button_clicked = self.play_button.rect.collidepoint(mouse_pos)</w:t>
      </w:r>
      <w:r>
        <w:br/>
      </w:r>
      <w:r>
        <w:rPr>
          <w:b w:val="0"/>
          <w:i w:val="0"/>
        </w:rPr>
        <w:t xml:space="preserve">        if button_clicked and not self.game_active:</w:t>
      </w:r>
      <w:r>
        <w:br/>
      </w:r>
      <w:r>
        <w:rPr>
          <w:b w:val="0"/>
          <w:i w:val="0"/>
        </w:rPr>
        <w:t xml:space="preserve">            </w:t>
      </w:r>
      <w:r>
        <w:rPr>
          <w:b w:val="0"/>
          <w:i/>
        </w:rPr>
        <w:t>--snip--</w:t>
      </w:r>
      <w:r>
        <w:br/>
      </w:r>
      <w:r>
        <w:rPr>
          <w:b w:val="0"/>
          <w:i w:val="0"/>
        </w:rPr>
        <w:t xml:space="preserve">            # Hide the mouse cursor.</w:t>
      </w:r>
      <w:r>
        <w:br/>
      </w:r>
      <w:r>
        <w:rPr>
          <w:b w:val="0"/>
          <w:i w:val="0"/>
        </w:rPr>
        <w:t xml:space="preserve">            pygame.mouse.set_visible(False)</w:t>
      </w:r>
    </w:p>
    <w:p>
      <w:pPr>
        <w:spacing w:after="80"/>
      </w:pPr>
      <w:r>
        <w:rPr>
          <w:b w:val="0"/>
          <w:i w:val="0"/>
        </w:rPr>
        <w:t xml:space="preserve">Truyền </w:t>
      </w:r>
      <w:r>
        <w:rPr>
          <w:rFonts w:ascii="Consolas" w:hAnsi="Consolas"/>
          <w:b w:val="0"/>
          <w:i w:val="0"/>
          <w:sz w:val="20"/>
        </w:rPr>
        <w:t>False</w:t>
      </w:r>
      <w:r>
        <w:rPr>
          <w:b w:val="0"/>
          <w:i w:val="0"/>
        </w:rPr>
        <w:t xml:space="preserve"> vào </w:t>
      </w:r>
      <w:r>
        <w:rPr>
          <w:rFonts w:ascii="Consolas" w:hAnsi="Consolas"/>
          <w:b w:val="0"/>
          <w:i w:val="0"/>
          <w:sz w:val="20"/>
        </w:rPr>
        <w:t>set_visible()</w:t>
      </w:r>
      <w:r>
        <w:rPr>
          <w:b w:val="0"/>
          <w:i w:val="0"/>
        </w:rPr>
        <w:t xml:space="preserve"> sẽ bảo Pygame ẩn con trỏ khi chuột nằm trên cửa sổ trò chơi.</w:t>
      </w:r>
    </w:p>
    <w:p>
      <w:pPr>
        <w:spacing w:after="80"/>
      </w:pPr>
      <w:r>
        <w:rPr>
          <w:b w:val="0"/>
          <w:i w:val="0"/>
        </w:rPr>
        <w:t>Chúng ta sẽ làm cho con trỏ xuất hiện trở lại khi trò chơi kết thúc để người chơi có thể nhấn Play một lần nữa để bắt đầu trò chơi mới. Đây là đoạn mã để làm điều đó:</w:t>
      </w:r>
    </w:p>
    <w:p>
      <w:pPr>
        <w:spacing w:after="80"/>
      </w:pPr>
      <w:r>
        <w:rPr>
          <w:b w:val="0"/>
          <w:i w:val="0"/>
        </w:rPr>
        <w:t>alien_invasion.py</w:t>
      </w:r>
    </w:p>
    <w:p>
      <w:pPr>
        <w:spacing w:after="80"/>
      </w:pPr>
      <w:r>
        <w:rPr>
          <w:b w:val="0"/>
          <w:i w:val="0"/>
        </w:rPr>
        <w:t>def _ship_hit(self):</w:t>
      </w:r>
      <w:r>
        <w:br/>
      </w:r>
      <w:r>
        <w:rPr>
          <w:b w:val="0"/>
          <w:i w:val="0"/>
        </w:rPr>
        <w:t xml:space="preserve">        """Respond to ship being hit by alien."""</w:t>
      </w:r>
      <w:r>
        <w:br/>
      </w:r>
      <w:r>
        <w:rPr>
          <w:b w:val="0"/>
          <w:i w:val="0"/>
        </w:rPr>
        <w:t xml:space="preserve">        if self.stats.ships_left &gt; 0:</w:t>
      </w:r>
      <w:r>
        <w:br/>
      </w:r>
      <w:r>
        <w:rPr>
          <w:b w:val="0"/>
          <w:i w:val="0"/>
        </w:rPr>
        <w:t xml:space="preserve">            </w:t>
      </w:r>
      <w:r>
        <w:rPr>
          <w:b w:val="0"/>
          <w:i/>
        </w:rPr>
        <w:t>--snip--</w:t>
      </w:r>
      <w:r>
        <w:br/>
      </w:r>
      <w:r>
        <w:rPr>
          <w:b w:val="0"/>
          <w:i w:val="0"/>
        </w:rPr>
        <w:t xml:space="preserve">        else:</w:t>
      </w:r>
      <w:r>
        <w:br/>
      </w:r>
      <w:r>
        <w:rPr>
          <w:b w:val="0"/>
          <w:i w:val="0"/>
        </w:rPr>
        <w:t xml:space="preserve">            self.game_active = False</w:t>
      </w:r>
      <w:r>
        <w:br/>
      </w:r>
      <w:r>
        <w:rPr>
          <w:b w:val="0"/>
          <w:i w:val="0"/>
        </w:rPr>
        <w:t xml:space="preserve">            pygame.mouse.set_visible(True)</w:t>
      </w:r>
    </w:p>
    <w:p>
      <w:pPr>
        <w:spacing w:after="80"/>
      </w:pPr>
      <w:r>
        <w:rPr>
          <w:b w:val="0"/>
          <w:i w:val="0"/>
        </w:rPr>
        <w:t xml:space="preserve">Chúng ta làm cho con trỏ hiển thị trở lại ngay khi trò chơi trở nên không hoạt động, điều này xảy ra trong </w:t>
      </w:r>
      <w:r>
        <w:rPr>
          <w:rFonts w:ascii="Consolas" w:hAnsi="Consolas"/>
          <w:b w:val="0"/>
          <w:i w:val="0"/>
          <w:sz w:val="20"/>
        </w:rPr>
        <w:t>_ship_hit()</w:t>
      </w:r>
      <w:r>
        <w:rPr>
          <w:b w:val="0"/>
          <w:i w:val="0"/>
        </w:rPr>
        <w:t>. Việc chú ý đến những chi tiết như thế này làm cho trò chơi của bạn trông chuyên nghiệp hơn và cho phép người chơi tập trung vào việc chơi, thay vì phải loay hoay tìm hiểu giao diện người dùng.</w:t>
      </w:r>
    </w:p>
    <w:p>
      <w:pPr>
        <w:spacing w:before="120" w:after="40"/>
      </w:pPr>
      <w:r>
        <w:rPr>
          <w:b/>
          <w:sz w:val="21"/>
        </w:rPr>
        <w:t>Tự thực hành</w:t>
      </w:r>
    </w:p>
    <w:p>
      <w:pPr>
        <w:spacing w:after="80"/>
      </w:pPr>
      <w:r>
        <w:rPr>
          <w:b/>
          <w:i w:val="0"/>
        </w:rPr>
        <w:t>14-1. Nhấn P để chơi:</w:t>
      </w:r>
      <w:r>
        <w:rPr>
          <w:b w:val="0"/>
          <w:i w:val="0"/>
        </w:rPr>
        <w:t xml:space="preserve"> Vì </w:t>
      </w:r>
      <w:r>
        <w:rPr>
          <w:b w:val="0"/>
          <w:i/>
        </w:rPr>
        <w:t>Alien Invasion</w:t>
      </w:r>
      <w:r>
        <w:rPr>
          <w:b w:val="0"/>
          <w:i w:val="0"/>
        </w:rPr>
        <w:t xml:space="preserve"> sử dụng nhập liệu từ bàn phím để điều khiển tàu, sẽ rất hữu ích nếu bắt đầu trò chơi bằng một lần nhấn phím. Thêm mã cho phép người chơi nhấn P để bắt đầu. Có thể sẽ hữu ích nếu chuyển một số mã từ </w:t>
      </w:r>
      <w:r>
        <w:rPr>
          <w:rFonts w:ascii="Consolas" w:hAnsi="Consolas"/>
          <w:b w:val="0"/>
          <w:i w:val="0"/>
          <w:sz w:val="20"/>
        </w:rPr>
        <w:t>_check_play_button()</w:t>
      </w:r>
      <w:r>
        <w:rPr>
          <w:b w:val="0"/>
          <w:i w:val="0"/>
        </w:rPr>
        <w:t xml:space="preserve"> sang một phương thức </w:t>
      </w:r>
      <w:r>
        <w:rPr>
          <w:rFonts w:ascii="Consolas" w:hAnsi="Consolas"/>
          <w:b w:val="0"/>
          <w:i w:val="0"/>
          <w:sz w:val="20"/>
        </w:rPr>
        <w:t>_start_game()</w:t>
      </w:r>
      <w:r>
        <w:rPr>
          <w:b w:val="0"/>
          <w:i w:val="0"/>
        </w:rPr>
        <w:t xml:space="preserve"> có thể được gọi từ </w:t>
      </w:r>
      <w:r>
        <w:rPr>
          <w:rFonts w:ascii="Consolas" w:hAnsi="Consolas"/>
          <w:b w:val="0"/>
          <w:i w:val="0"/>
          <w:sz w:val="20"/>
        </w:rPr>
        <w:t>_check_play_button()</w:t>
      </w:r>
      <w:r>
        <w:rPr>
          <w:b w:val="0"/>
          <w:i w:val="0"/>
        </w:rPr>
        <w:t xml:space="preserve"> </w:t>
      </w:r>
      <w:r>
        <w:rPr>
          <w:b w:val="0"/>
          <w:i/>
        </w:rPr>
        <w:t>và</w:t>
      </w:r>
      <w:r>
        <w:rPr>
          <w:b w:val="0"/>
          <w:i w:val="0"/>
        </w:rPr>
        <w:t xml:space="preserve"> </w:t>
      </w:r>
      <w:r>
        <w:rPr>
          <w:rFonts w:ascii="Consolas" w:hAnsi="Consolas"/>
          <w:b w:val="0"/>
          <w:i w:val="0"/>
          <w:sz w:val="20"/>
        </w:rPr>
        <w:t>_check_keydown_events()</w:t>
      </w:r>
      <w:r>
        <w:rPr>
          <w:b w:val="0"/>
          <w:i w:val="0"/>
        </w:rPr>
        <w:t>.</w:t>
      </w:r>
    </w:p>
    <w:p>
      <w:pPr>
        <w:spacing w:after="80"/>
      </w:pPr>
      <w:r>
        <w:rPr>
          <w:b/>
          <w:i w:val="0"/>
        </w:rPr>
        <w:t>14-2. Luyện tập bắn mục tiêu:</w:t>
      </w:r>
      <w:r>
        <w:rPr>
          <w:b w:val="0"/>
          <w:i w:val="0"/>
        </w:rPr>
        <w:t xml:space="preserve"> Tạo một hình chữ nhật ở cạnh phải màn hình di chuyển lên xuống với tốc độ đều đặn. Sau đó ở phía bên trái màn hình, tạo một con tàu mà người chơi có thể di chuyển lên xuống trong khi bắn đạn vào mục tiêu hình chữ nhật. Thêm một nút Play để bắt đầu trò chơi, và khi người chơi bắn trượt mục tiêu ba lần, kết thúc trò chơi và làm cho nút Play xuất hiện trở lại. Cho phép người chơi khởi động lại trò chơi bằng nút Play này.</w:t>
      </w:r>
    </w:p>
    <w:p>
      <w:pPr>
        <w:pStyle w:val="Heading2"/>
      </w:pPr>
      <w:r>
        <w:rPr>
          <w:rFonts w:ascii="Calibri" w:hAnsi="Calibri"/>
          <w:b/>
          <w:i w:val="0"/>
          <w:sz w:val="32"/>
        </w:rPr>
        <w:t>Tăng cấp độ</w:t>
      </w:r>
    </w:p>
    <w:p>
      <w:pPr>
        <w:spacing w:after="80"/>
      </w:pPr>
      <w:r>
        <w:rPr>
          <w:b w:val="0"/>
          <w:i w:val="0"/>
        </w:rPr>
        <w:t>Trong game hiện tại của chúng ta, khi người chơi bắn hạ toàn bộ đội tàu ngoài hành tinh, người chơi sẽ lên một cấp mới, nhưng độ khó của game không thay đổi. Hãy làm cho mọi thứ sôi động hơn một chút và khiến game thử thách hơn bằng cách tăng tốc độ của game mỗi khi người chơi dọn sạch màn hình.</w:t>
      </w:r>
    </w:p>
    <w:p>
      <w:pPr>
        <w:pStyle w:val="Heading3"/>
      </w:pPr>
      <w:r>
        <w:rPr>
          <w:rFonts w:ascii="Calibri" w:hAnsi="Calibri"/>
          <w:b/>
          <w:i w:val="0"/>
          <w:sz w:val="27"/>
        </w:rPr>
        <w:t>Thay đổi các thiết lập tốc độ</w:t>
      </w:r>
    </w:p>
    <w:p>
      <w:pPr>
        <w:spacing w:after="80"/>
      </w:pPr>
      <w:r>
        <w:rPr>
          <w:b w:val="0"/>
          <w:i w:val="0"/>
        </w:rPr>
        <w:t xml:space="preserve">Đầu tiên chúng ta sẽ tổ chức lại lớp </w:t>
      </w:r>
      <w:r>
        <w:rPr>
          <w:rFonts w:ascii="Consolas" w:hAnsi="Consolas"/>
          <w:b w:val="0"/>
          <w:i w:val="0"/>
          <w:sz w:val="20"/>
        </w:rPr>
        <w:t>Settings</w:t>
      </w:r>
      <w:r>
        <w:rPr>
          <w:b w:val="0"/>
          <w:i w:val="0"/>
        </w:rPr>
        <w:t xml:space="preserve"> để nhóm các thiết lập của game thành loại tĩnh và loại động. Chúng ta cũng sẽ đảm bảo rằng mọi thiết lập thay đổi trong suốt game sẽ được đặt lại khi bắt đầu một game mới. Đây là phương thức </w:t>
      </w:r>
      <w:r>
        <w:rPr>
          <w:rFonts w:ascii="Consolas" w:hAnsi="Consolas"/>
          <w:b w:val="0"/>
          <w:i w:val="0"/>
          <w:sz w:val="20"/>
        </w:rPr>
        <w:t>__init__()</w:t>
      </w:r>
      <w:r>
        <w:rPr>
          <w:b w:val="0"/>
          <w:i w:val="0"/>
        </w:rPr>
        <w:t xml:space="preserve"> trong </w:t>
      </w:r>
      <w:r>
        <w:rPr>
          <w:b w:val="0"/>
          <w:i/>
        </w:rPr>
        <w:t>settings.py</w:t>
      </w:r>
      <w:r>
        <w:rPr>
          <w:b w:val="0"/>
          <w:i w:val="0"/>
        </w:rPr>
        <w:t>:</w:t>
      </w:r>
    </w:p>
    <w:p>
      <w:pPr>
        <w:spacing w:after="80"/>
      </w:pPr>
      <w:r>
        <w:rPr>
          <w:b w:val="0"/>
          <w:i w:val="0"/>
        </w:rPr>
        <w:t>settings.py</w:t>
      </w:r>
    </w:p>
    <w:p>
      <w:pPr>
        <w:spacing w:after="80"/>
      </w:pPr>
      <w:r>
        <w:rPr>
          <w:b w:val="0"/>
          <w:i w:val="0"/>
        </w:rPr>
        <w:t>def __init__(self):</w:t>
      </w:r>
      <w:r>
        <w:br/>
      </w:r>
      <w:r>
        <w:rPr>
          <w:b w:val="0"/>
          <w:i w:val="0"/>
        </w:rPr>
        <w:t xml:space="preserve">        """Initialize the game's static settings."""</w:t>
      </w:r>
      <w:r>
        <w:br/>
      </w:r>
      <w:r>
        <w:rPr>
          <w:b w:val="0"/>
          <w:i w:val="0"/>
        </w:rPr>
        <w:t xml:space="preserve">        # Screen settings</w:t>
      </w:r>
      <w:r>
        <w:br/>
      </w:r>
      <w:r>
        <w:rPr>
          <w:b w:val="0"/>
          <w:i w:val="0"/>
        </w:rPr>
        <w:t xml:space="preserve">        self.screen_width = 1200</w:t>
      </w:r>
      <w:r>
        <w:br/>
      </w:r>
      <w:r>
        <w:rPr>
          <w:b w:val="0"/>
          <w:i w:val="0"/>
        </w:rPr>
        <w:t xml:space="preserve">        self.screen_height = 800</w:t>
      </w:r>
      <w:r>
        <w:br/>
      </w:r>
      <w:r>
        <w:rPr>
          <w:b w:val="0"/>
          <w:i w:val="0"/>
        </w:rPr>
        <w:t xml:space="preserve">        self.bg_color = (230, 230, 230)</w:t>
      </w:r>
      <w:r>
        <w:br/>
      </w:r>
      <w:r>
        <w:br/>
      </w:r>
      <w:r>
        <w:rPr>
          <w:b w:val="0"/>
          <w:i w:val="0"/>
        </w:rPr>
        <w:t xml:space="preserve">        # Ship settings</w:t>
      </w:r>
      <w:r>
        <w:br/>
      </w:r>
      <w:r>
        <w:rPr>
          <w:b w:val="0"/>
          <w:i w:val="0"/>
        </w:rPr>
        <w:t xml:space="preserve">        self.ship_limit = 3</w:t>
      </w:r>
      <w:r>
        <w:br/>
      </w:r>
      <w:r>
        <w:br/>
      </w:r>
      <w:r>
        <w:rPr>
          <w:b w:val="0"/>
          <w:i w:val="0"/>
        </w:rPr>
        <w:t xml:space="preserve">        # Bullet settings</w:t>
      </w:r>
      <w:r>
        <w:br/>
      </w:r>
      <w:r>
        <w:rPr>
          <w:b w:val="0"/>
          <w:i w:val="0"/>
        </w:rPr>
        <w:t xml:space="preserve">        self.bullet_width = 3</w:t>
      </w:r>
      <w:r>
        <w:br/>
      </w:r>
      <w:r>
        <w:rPr>
          <w:b w:val="0"/>
          <w:i w:val="0"/>
        </w:rPr>
        <w:t xml:space="preserve">        self.bullet_height = 15</w:t>
      </w:r>
      <w:r>
        <w:br/>
      </w:r>
      <w:r>
        <w:rPr>
          <w:b w:val="0"/>
          <w:i w:val="0"/>
        </w:rPr>
        <w:t xml:space="preserve">        self.bullet_color = 60, 60, 60</w:t>
      </w:r>
      <w:r>
        <w:br/>
      </w:r>
      <w:r>
        <w:rPr>
          <w:b w:val="0"/>
          <w:i w:val="0"/>
        </w:rPr>
        <w:t xml:space="preserve">        self.bullets_allowed = 3</w:t>
      </w:r>
      <w:r>
        <w:br/>
      </w:r>
      <w:r>
        <w:br/>
      </w:r>
      <w:r>
        <w:rPr>
          <w:b w:val="0"/>
          <w:i w:val="0"/>
        </w:rPr>
        <w:t xml:space="preserve">        # Alien settings</w:t>
      </w:r>
      <w:r>
        <w:br/>
      </w:r>
      <w:r>
        <w:rPr>
          <w:b w:val="0"/>
          <w:i w:val="0"/>
        </w:rPr>
        <w:t xml:space="preserve">        self.fleet_drop_speed = 10</w:t>
      </w:r>
      <w:r>
        <w:br/>
      </w:r>
      <w:r>
        <w:br/>
      </w:r>
      <w:r>
        <w:rPr>
          <w:b w:val="0"/>
          <w:i w:val="0"/>
        </w:rPr>
        <w:t xml:space="preserve">        # How quickly the game speeds up</w:t>
      </w:r>
      <w:r>
        <w:br/>
      </w:r>
      <w:r>
        <w:rPr>
          <w:b w:val="0"/>
          <w:i w:val="0"/>
        </w:rPr>
        <w:t>❶         self.speedup_scale = 1.1</w:t>
      </w:r>
      <w:r>
        <w:br/>
      </w:r>
      <w:r>
        <w:br/>
      </w:r>
      <w:r>
        <w:rPr>
          <w:b w:val="0"/>
          <w:i w:val="0"/>
        </w:rPr>
        <w:t>❷         self.initialize_dynamic_settings()</w:t>
      </w:r>
    </w:p>
    <w:p>
      <w:pPr>
        <w:spacing w:after="80"/>
      </w:pPr>
      <w:r>
        <w:rPr>
          <w:b w:val="0"/>
          <w:i w:val="0"/>
        </w:rPr>
        <w:t xml:space="preserve">Chúng ta tiếp tục khởi tạo những thiết lập không đổi trong phương thức </w:t>
      </w:r>
      <w:r>
        <w:rPr>
          <w:rFonts w:ascii="Consolas" w:hAnsi="Consolas"/>
          <w:b w:val="0"/>
          <w:i w:val="0"/>
          <w:sz w:val="20"/>
        </w:rPr>
        <w:t>__init__()</w:t>
      </w:r>
      <w:r>
        <w:rPr>
          <w:b w:val="0"/>
          <w:i w:val="0"/>
        </w:rPr>
        <w:t xml:space="preserve">. Chúng ta thêm một thiết lập </w:t>
      </w:r>
      <w:r>
        <w:rPr>
          <w:rFonts w:ascii="Consolas" w:hAnsi="Consolas"/>
          <w:b w:val="0"/>
          <w:i w:val="0"/>
          <w:sz w:val="20"/>
        </w:rPr>
        <w:t>speedup_scale</w:t>
      </w:r>
      <w:r>
        <w:rPr>
          <w:b w:val="0"/>
          <w:i w:val="0"/>
        </w:rPr>
        <w:t xml:space="preserve"> ❶ để điều khiển tốc độ tăng tốc của game nhanh đến mức nào: giá trị 2 sẽ nhân đôi tốc độ game mỗi khi người chơi lên cấp mới; giá trị 1 sẽ giữ nguyên tốc độ. Một giá trị như </w:t>
      </w:r>
      <w:r>
        <w:rPr>
          <w:rFonts w:ascii="Consolas" w:hAnsi="Consolas"/>
          <w:b w:val="0"/>
          <w:i w:val="0"/>
          <w:sz w:val="20"/>
        </w:rPr>
        <w:t>1.1</w:t>
      </w:r>
      <w:r>
        <w:rPr>
          <w:b w:val="0"/>
          <w:i w:val="0"/>
        </w:rPr>
        <w:t xml:space="preserve"> sẽ tăng tốc độ vừa đủ để khiến game thử thách nhưng không đến mức bất khả thi. Cuối cùng, chúng ta gọi phương thức </w:t>
      </w:r>
      <w:r>
        <w:rPr>
          <w:rFonts w:ascii="Consolas" w:hAnsi="Consolas"/>
          <w:b w:val="0"/>
          <w:i w:val="0"/>
          <w:sz w:val="20"/>
        </w:rPr>
        <w:t>initialize_dynamic_settings()</w:t>
      </w:r>
      <w:r>
        <w:rPr>
          <w:b w:val="0"/>
          <w:i w:val="0"/>
        </w:rPr>
        <w:t xml:space="preserve"> để khởi tạo giá trị cho những thuộc tính cần thay đổi trong suốt game ❷.</w:t>
      </w:r>
    </w:p>
    <w:p>
      <w:pPr>
        <w:spacing w:after="80"/>
      </w:pPr>
      <w:r>
        <w:rPr>
          <w:b w:val="0"/>
          <w:i w:val="0"/>
        </w:rPr>
        <w:t xml:space="preserve">Đây là mã cho </w:t>
      </w:r>
      <w:r>
        <w:rPr>
          <w:rFonts w:ascii="Consolas" w:hAnsi="Consolas"/>
          <w:b w:val="0"/>
          <w:i w:val="0"/>
          <w:sz w:val="20"/>
        </w:rPr>
        <w:t>initialize_dynamic_settings()</w:t>
      </w:r>
      <w:r>
        <w:rPr>
          <w:b w:val="0"/>
          <w:i w:val="0"/>
        </w:rPr>
        <w:t>:</w:t>
      </w:r>
    </w:p>
    <w:p>
      <w:pPr>
        <w:spacing w:after="80"/>
      </w:pPr>
      <w:r>
        <w:rPr>
          <w:b w:val="0"/>
          <w:i w:val="0"/>
        </w:rPr>
        <w:t>settings.py</w:t>
      </w:r>
    </w:p>
    <w:p>
      <w:pPr>
        <w:spacing w:after="80"/>
      </w:pPr>
      <w:r>
        <w:rPr>
          <w:b w:val="0"/>
          <w:i w:val="0"/>
        </w:rPr>
        <w:t>def initialize_dynamic_settings(self):</w:t>
      </w:r>
      <w:r>
        <w:br/>
      </w:r>
      <w:r>
        <w:rPr>
          <w:b w:val="0"/>
          <w:i w:val="0"/>
        </w:rPr>
        <w:t xml:space="preserve">        """Initialize settings that change throughout the game."""</w:t>
      </w:r>
      <w:r>
        <w:br/>
      </w:r>
      <w:r>
        <w:rPr>
          <w:b w:val="0"/>
          <w:i w:val="0"/>
        </w:rPr>
        <w:t xml:space="preserve">        self.ship_speed = 1.5</w:t>
      </w:r>
      <w:r>
        <w:br/>
      </w:r>
      <w:r>
        <w:rPr>
          <w:b w:val="0"/>
          <w:i w:val="0"/>
        </w:rPr>
        <w:t xml:space="preserve">        self.bullet_speed = 2.5</w:t>
      </w:r>
      <w:r>
        <w:br/>
      </w:r>
      <w:r>
        <w:rPr>
          <w:b w:val="0"/>
          <w:i w:val="0"/>
        </w:rPr>
        <w:t xml:space="preserve">        self.alien_speed = 1.0</w:t>
      </w:r>
      <w:r>
        <w:br/>
      </w:r>
      <w:r>
        <w:br/>
      </w:r>
      <w:r>
        <w:rPr>
          <w:b w:val="0"/>
          <w:i w:val="0"/>
        </w:rPr>
        <w:t xml:space="preserve">        # fleet_direction of 1 represents right; -1 represents left.</w:t>
      </w:r>
      <w:r>
        <w:br/>
      </w:r>
      <w:r>
        <w:rPr>
          <w:b w:val="0"/>
          <w:i w:val="0"/>
        </w:rPr>
        <w:t xml:space="preserve">        self.fleet_direction = 1</w:t>
      </w:r>
    </w:p>
    <w:p>
      <w:pPr>
        <w:spacing w:after="80"/>
      </w:pPr>
      <w:r>
        <w:rPr>
          <w:b w:val="0"/>
          <w:i w:val="0"/>
        </w:rPr>
        <w:t xml:space="preserve">Phương thức này đặt các giá trị ban đầu cho tốc độ của tàu, đạn và người ngoài hành tinh. Chúng ta sẽ tăng những tốc độ này khi người chơi tiến xa hơn trong game và đặt lại chúng mỗi khi người chơi bắt đầu một game mới. Chúng ta đưa </w:t>
      </w:r>
      <w:r>
        <w:rPr>
          <w:rFonts w:ascii="Consolas" w:hAnsi="Consolas"/>
          <w:b w:val="0"/>
          <w:i w:val="0"/>
          <w:sz w:val="20"/>
        </w:rPr>
        <w:t>fleet_direction</w:t>
      </w:r>
      <w:r>
        <w:rPr>
          <w:b w:val="0"/>
          <w:i w:val="0"/>
        </w:rPr>
        <w:t xml:space="preserve"> vào phương thức này để người ngoài hành tinh luôn di chuyển sang phải khi bắt đầu một game mới. Chúng ta không cần tăng giá trị của </w:t>
      </w:r>
      <w:r>
        <w:rPr>
          <w:rFonts w:ascii="Consolas" w:hAnsi="Consolas"/>
          <w:b w:val="0"/>
          <w:i w:val="0"/>
          <w:sz w:val="20"/>
        </w:rPr>
        <w:t>fleet_drop_speed</w:t>
      </w:r>
      <w:r>
        <w:rPr>
          <w:b w:val="0"/>
          <w:i w:val="0"/>
        </w:rPr>
        <w:t>, vì khi người ngoài hành tinh di chuyển ngang màn hình nhanh hơn, chúng cũng sẽ đi xuống màn hình nhanh hơn.</w:t>
      </w:r>
    </w:p>
    <w:p>
      <w:pPr>
        <w:spacing w:after="80"/>
      </w:pPr>
      <w:r>
        <w:rPr>
          <w:b w:val="0"/>
          <w:i w:val="0"/>
        </w:rPr>
        <w:t xml:space="preserve">Để tăng tốc độ của tàu, đạn và người ngoài hành tinh mỗi khi người chơi lên cấp mới, chúng ta sẽ viết một phương thức mới tên là </w:t>
      </w:r>
      <w:r>
        <w:rPr>
          <w:rFonts w:ascii="Consolas" w:hAnsi="Consolas"/>
          <w:b w:val="0"/>
          <w:i w:val="0"/>
          <w:sz w:val="20"/>
        </w:rPr>
        <w:t>increase_speed()</w:t>
      </w:r>
      <w:r>
        <w:rPr>
          <w:b w:val="0"/>
          <w:i w:val="0"/>
        </w:rPr>
        <w:t>:</w:t>
      </w:r>
    </w:p>
    <w:p>
      <w:pPr>
        <w:spacing w:after="80"/>
      </w:pPr>
      <w:r>
        <w:rPr>
          <w:b w:val="0"/>
          <w:i w:val="0"/>
        </w:rPr>
        <w:t>settings.py</w:t>
      </w:r>
    </w:p>
    <w:p>
      <w:pPr>
        <w:spacing w:after="80"/>
      </w:pPr>
      <w:r>
        <w:rPr>
          <w:b w:val="0"/>
          <w:i w:val="0"/>
        </w:rPr>
        <w:t>def increase_speed(self):</w:t>
      </w:r>
      <w:r>
        <w:br/>
      </w:r>
      <w:r>
        <w:rPr>
          <w:b w:val="0"/>
          <w:i w:val="0"/>
        </w:rPr>
        <w:t xml:space="preserve">        """Increase speed settings."""</w:t>
      </w:r>
      <w:r>
        <w:br/>
      </w:r>
      <w:r>
        <w:rPr>
          <w:b w:val="0"/>
          <w:i w:val="0"/>
        </w:rPr>
        <w:t xml:space="preserve">        self.ship_speed *= self.speedup_scale</w:t>
      </w:r>
      <w:r>
        <w:br/>
      </w:r>
      <w:r>
        <w:rPr>
          <w:b w:val="0"/>
          <w:i w:val="0"/>
        </w:rPr>
        <w:t xml:space="preserve">        self.bullet_speed *= self.speedup_scale</w:t>
      </w:r>
      <w:r>
        <w:br/>
      </w:r>
      <w:r>
        <w:rPr>
          <w:b w:val="0"/>
          <w:i w:val="0"/>
        </w:rPr>
        <w:t xml:space="preserve">        self.alien_speed *= self.speedup_scale</w:t>
      </w:r>
    </w:p>
    <w:p>
      <w:pPr>
        <w:spacing w:after="80"/>
      </w:pPr>
      <w:r>
        <w:rPr>
          <w:b w:val="0"/>
          <w:i w:val="0"/>
        </w:rPr>
        <w:t xml:space="preserve">Để tăng tốc độ của những thành phần game này, chúng ta nhân mỗi thiết lập tốc độ với giá trị của </w:t>
      </w:r>
      <w:r>
        <w:rPr>
          <w:rFonts w:ascii="Consolas" w:hAnsi="Consolas"/>
          <w:b w:val="0"/>
          <w:i w:val="0"/>
          <w:sz w:val="20"/>
        </w:rPr>
        <w:t>speedup_scale</w:t>
      </w:r>
      <w:r>
        <w:rPr>
          <w:b w:val="0"/>
          <w:i w:val="0"/>
        </w:rPr>
        <w:t>.</w:t>
      </w:r>
    </w:p>
    <w:p>
      <w:pPr>
        <w:spacing w:after="80"/>
      </w:pPr>
      <w:r>
        <w:rPr>
          <w:b w:val="0"/>
          <w:i w:val="0"/>
        </w:rPr>
        <w:t xml:space="preserve">Chúng ta tăng nhịp độ của game bằng cách gọi </w:t>
      </w:r>
      <w:r>
        <w:rPr>
          <w:rFonts w:ascii="Consolas" w:hAnsi="Consolas"/>
          <w:b w:val="0"/>
          <w:i w:val="0"/>
          <w:sz w:val="20"/>
        </w:rPr>
        <w:t>increase_speed()</w:t>
      </w:r>
      <w:r>
        <w:rPr>
          <w:b w:val="0"/>
          <w:i w:val="0"/>
        </w:rPr>
        <w:t xml:space="preserve"> trong </w:t>
      </w:r>
      <w:r>
        <w:rPr>
          <w:rFonts w:ascii="Consolas" w:hAnsi="Consolas"/>
          <w:b w:val="0"/>
          <w:i w:val="0"/>
          <w:sz w:val="20"/>
        </w:rPr>
        <w:t>_check_bullet_alien_collisions()</w:t>
      </w:r>
      <w:r>
        <w:rPr>
          <w:b w:val="0"/>
          <w:i w:val="0"/>
        </w:rPr>
        <w:t xml:space="preserve"> khi con alien cuối cùng trong một đội đã bị bắn hạ:</w:t>
      </w:r>
    </w:p>
    <w:p>
      <w:pPr>
        <w:spacing w:after="80"/>
      </w:pPr>
      <w:r>
        <w:rPr>
          <w:b w:val="0"/>
          <w:i w:val="0"/>
        </w:rPr>
        <w:t>alien_invasion.py</w:t>
      </w:r>
    </w:p>
    <w:p>
      <w:pPr>
        <w:spacing w:after="80"/>
      </w:pPr>
      <w:r>
        <w:rPr>
          <w:b w:val="0"/>
          <w:i w:val="0"/>
        </w:rPr>
        <w:t>def _check_bullet_alien_collisions(self):</w:t>
      </w:r>
      <w:r>
        <w:br/>
      </w:r>
      <w:r>
        <w:rPr>
          <w:b w:val="0"/>
          <w:i w:val="0"/>
        </w:rPr>
        <w:t xml:space="preserve">        </w:t>
      </w:r>
      <w:r>
        <w:rPr>
          <w:b w:val="0"/>
          <w:i/>
        </w:rPr>
        <w:t>--snip--</w:t>
      </w:r>
      <w:r>
        <w:br/>
      </w:r>
      <w:r>
        <w:rPr>
          <w:b w:val="0"/>
          <w:i w:val="0"/>
        </w:rPr>
        <w:t xml:space="preserve">        if not self.aliens:</w:t>
      </w:r>
      <w:r>
        <w:br/>
      </w:r>
      <w:r>
        <w:rPr>
          <w:b w:val="0"/>
          <w:i w:val="0"/>
        </w:rPr>
        <w:t xml:space="preserve">            # Destroy existing bullets and create new fleet.</w:t>
      </w:r>
      <w:r>
        <w:br/>
      </w:r>
      <w:r>
        <w:rPr>
          <w:b w:val="0"/>
          <w:i w:val="0"/>
        </w:rPr>
        <w:t xml:space="preserve">            self.bullets.empty()</w:t>
      </w:r>
      <w:r>
        <w:br/>
      </w:r>
      <w:r>
        <w:rPr>
          <w:b w:val="0"/>
          <w:i w:val="0"/>
        </w:rPr>
        <w:t xml:space="preserve">            self._create_fleet()</w:t>
      </w:r>
      <w:r>
        <w:br/>
      </w:r>
      <w:r>
        <w:rPr>
          <w:b w:val="0"/>
          <w:i w:val="0"/>
        </w:rPr>
        <w:t xml:space="preserve">            self.settings.increase_speed()</w:t>
      </w:r>
    </w:p>
    <w:p>
      <w:pPr>
        <w:spacing w:after="80"/>
      </w:pPr>
      <w:r>
        <w:rPr>
          <w:b w:val="0"/>
          <w:i w:val="0"/>
        </w:rPr>
        <w:t xml:space="preserve">Chỉ cần thay đổi giá trị của các cài đặt tốc độ </w:t>
      </w:r>
      <w:r>
        <w:rPr>
          <w:rFonts w:ascii="Consolas" w:hAnsi="Consolas"/>
          <w:b w:val="0"/>
          <w:i w:val="0"/>
          <w:sz w:val="20"/>
        </w:rPr>
        <w:t>ship_speed</w:t>
      </w:r>
      <w:r>
        <w:rPr>
          <w:b w:val="0"/>
          <w:i w:val="0"/>
        </w:rPr>
        <w:t xml:space="preserve">, </w:t>
      </w:r>
      <w:r>
        <w:rPr>
          <w:rFonts w:ascii="Consolas" w:hAnsi="Consolas"/>
          <w:b w:val="0"/>
          <w:i w:val="0"/>
          <w:sz w:val="20"/>
        </w:rPr>
        <w:t>alien_speed</w:t>
      </w:r>
      <w:r>
        <w:rPr>
          <w:b w:val="0"/>
          <w:i w:val="0"/>
        </w:rPr>
        <w:t xml:space="preserve"> và </w:t>
      </w:r>
      <w:r>
        <w:rPr>
          <w:rFonts w:ascii="Consolas" w:hAnsi="Consolas"/>
          <w:b w:val="0"/>
          <w:i w:val="0"/>
          <w:sz w:val="20"/>
        </w:rPr>
        <w:t>bullet_speed</w:t>
      </w:r>
      <w:r>
        <w:rPr>
          <w:b w:val="0"/>
          <w:i w:val="0"/>
        </w:rPr>
        <w:t xml:space="preserve"> là đủ để tăng tốc toàn bộ game!</w:t>
      </w:r>
    </w:p>
    <w:p>
      <w:pPr>
        <w:pStyle w:val="Heading3"/>
      </w:pPr>
      <w:r>
        <w:rPr>
          <w:rFonts w:ascii="Calibri" w:hAnsi="Calibri"/>
          <w:b/>
          <w:i w:val="0"/>
          <w:sz w:val="27"/>
        </w:rPr>
        <w:t>Đặt lại tốc độ</w:t>
      </w:r>
    </w:p>
    <w:p>
      <w:pPr>
        <w:spacing w:after="80"/>
      </w:pPr>
      <w:r>
        <w:rPr>
          <w:b w:val="0"/>
          <w:i w:val="0"/>
        </w:rPr>
        <w:t>Giờ chúng ta cần đưa mọi cài đặt đã thay đổi trở về giá trị ban đầu mỗi khi người chơi bắt đầu một ván mới; nếu không, mỗi ván mới sẽ khởi đầu với các cài đặt tốc độ đã tăng của ván trước:</w:t>
      </w:r>
    </w:p>
    <w:p>
      <w:pPr>
        <w:spacing w:after="80"/>
      </w:pPr>
      <w:r>
        <w:rPr>
          <w:b w:val="0"/>
          <w:i w:val="0"/>
        </w:rPr>
        <w:t>alien_invasion.py</w:t>
      </w:r>
    </w:p>
    <w:p>
      <w:pPr>
        <w:spacing w:after="80"/>
      </w:pPr>
      <w:r>
        <w:rPr>
          <w:b w:val="0"/>
          <w:i w:val="0"/>
        </w:rPr>
        <w:t>def _check_play_button(self, mouse_pos):</w:t>
      </w:r>
      <w:r>
        <w:br/>
      </w:r>
      <w:r>
        <w:rPr>
          <w:b w:val="0"/>
          <w:i w:val="0"/>
        </w:rPr>
        <w:t xml:space="preserve">        """Start a new game when the player clicks Play."""</w:t>
      </w:r>
      <w:r>
        <w:br/>
      </w:r>
      <w:r>
        <w:rPr>
          <w:b w:val="0"/>
          <w:i w:val="0"/>
        </w:rPr>
        <w:t xml:space="preserve">        button_clicked = self.play_button.rect.collidepoint(mouse_pos)</w:t>
      </w:r>
      <w:r>
        <w:br/>
      </w:r>
      <w:r>
        <w:rPr>
          <w:b w:val="0"/>
          <w:i w:val="0"/>
        </w:rPr>
        <w:t xml:space="preserve">        if button_clicked and not self.game_active:</w:t>
      </w:r>
      <w:r>
        <w:br/>
      </w:r>
      <w:r>
        <w:rPr>
          <w:b w:val="0"/>
          <w:i w:val="0"/>
        </w:rPr>
        <w:t xml:space="preserve">            # Reset the game settings.</w:t>
      </w:r>
      <w:r>
        <w:br/>
      </w:r>
      <w:r>
        <w:rPr>
          <w:b w:val="0"/>
          <w:i w:val="0"/>
        </w:rPr>
        <w:t xml:space="preserve">            self.settings.initialize_dynamic_settings()</w:t>
      </w:r>
      <w:r>
        <w:br/>
      </w:r>
      <w:r>
        <w:rPr>
          <w:b w:val="0"/>
          <w:i w:val="0"/>
        </w:rPr>
        <w:t xml:space="preserve">            </w:t>
      </w:r>
      <w:r>
        <w:rPr>
          <w:b w:val="0"/>
          <w:i/>
        </w:rPr>
        <w:t>--snip--</w:t>
      </w:r>
    </w:p>
    <w:p>
      <w:pPr>
        <w:spacing w:after="80"/>
      </w:pPr>
      <w:r>
        <w:rPr>
          <w:b w:val="0"/>
          <w:i w:val="0"/>
        </w:rPr>
        <w:t xml:space="preserve">Chơi </w:t>
      </w:r>
      <w:r>
        <w:rPr>
          <w:b w:val="0"/>
          <w:i/>
        </w:rPr>
        <w:t>Alien Invasion</w:t>
      </w:r>
      <w:r>
        <w:rPr>
          <w:b w:val="0"/>
          <w:i w:val="0"/>
        </w:rPr>
        <w:t xml:space="preserve"> giờ đây hẳn sẽ thú vị và thử thách hơn. Mỗi lần bạn dọn sạch màn hình, game sẽ tăng tốc và trở nên khó hơn một chút. Nếu game trở nên quá khó quá nhanh, hãy giảm giá trị của </w:t>
      </w:r>
      <w:r>
        <w:rPr>
          <w:rFonts w:ascii="Consolas" w:hAnsi="Consolas"/>
          <w:b w:val="0"/>
          <w:i w:val="0"/>
          <w:sz w:val="20"/>
        </w:rPr>
        <w:t>settings.speedup_scale</w:t>
      </w:r>
      <w:r>
        <w:rPr>
          <w:b w:val="0"/>
          <w:i w:val="0"/>
        </w:rPr>
        <w:t>. Hoặc nếu game chưa đủ thử thách, hãy tăng giá trị đó lên một chút. Hãy tìm điểm cân bằng bằng cách tăng độ khó trong một khoảng thời gian hợp lý. Vài màn đầu tiên nên dễ, vài màn tiếp theo nên thử thách nhưng vẫn làm được, và những màn sau đó nên khó đến mức gần như bất khả thi.</w:t>
      </w:r>
    </w:p>
    <w:p>
      <w:pPr>
        <w:spacing w:before="120" w:after="40"/>
      </w:pPr>
      <w:r>
        <w:rPr>
          <w:b/>
          <w:sz w:val="21"/>
        </w:rPr>
        <w:t>Tự thực hành</w:t>
      </w:r>
    </w:p>
    <w:p>
      <w:pPr>
        <w:spacing w:after="80"/>
      </w:pPr>
      <w:r>
        <w:rPr>
          <w:b/>
          <w:i w:val="0"/>
        </w:rPr>
        <w:t>14-3. Luyện bắn bia thử thách:</w:t>
      </w:r>
      <w:r>
        <w:rPr>
          <w:b w:val="0"/>
          <w:i w:val="0"/>
        </w:rPr>
        <w:t xml:space="preserve"> Bắt đầu từ bài làm của bạn ở Bài tập 14-2 (trang 283). Hãy làm cho bia di chuyển nhanh hơn khi game tiến triển, và đặt lại bia về tốc độ ban đầu khi người chơi nhấn Play.</w:t>
      </w:r>
    </w:p>
    <w:p>
      <w:pPr>
        <w:spacing w:after="80"/>
      </w:pPr>
      <w:r>
        <w:rPr>
          <w:b/>
          <w:i w:val="0"/>
        </w:rPr>
        <w:t>14-4. Các cấp độ khó:</w:t>
      </w:r>
      <w:r>
        <w:rPr>
          <w:b w:val="0"/>
          <w:i w:val="0"/>
        </w:rPr>
        <w:t xml:space="preserve"> Tạo một bộ nút cho </w:t>
      </w:r>
      <w:r>
        <w:rPr>
          <w:b w:val="0"/>
          <w:i/>
        </w:rPr>
        <w:t>Alien Invasion</w:t>
      </w:r>
      <w:r>
        <w:rPr>
          <w:b w:val="0"/>
          <w:i w:val="0"/>
        </w:rPr>
        <w:t xml:space="preserve"> cho phép người chơi chọn cấp độ khó khởi đầu phù hợp cho game. Mỗi nút nên gán các giá trị thích hợp cho các thuộc tính trong </w:t>
      </w:r>
      <w:r>
        <w:rPr>
          <w:rFonts w:ascii="Consolas" w:hAnsi="Consolas"/>
          <w:b w:val="0"/>
          <w:i w:val="0"/>
          <w:sz w:val="20"/>
        </w:rPr>
        <w:t>Settings</w:t>
      </w:r>
      <w:r>
        <w:rPr>
          <w:b w:val="0"/>
          <w:i w:val="0"/>
        </w:rPr>
        <w:t xml:space="preserve"> cần thiết để tạo ra các cấp độ khó khác nhau.</w:t>
      </w:r>
    </w:p>
    <w:p>
      <w:pPr>
        <w:pStyle w:val="Heading2"/>
      </w:pPr>
      <w:r>
        <w:rPr>
          <w:rFonts w:ascii="Calibri" w:hAnsi="Calibri"/>
          <w:b/>
          <w:i w:val="0"/>
          <w:sz w:val="32"/>
        </w:rPr>
        <w:t>Tính điểm</w:t>
      </w:r>
    </w:p>
    <w:p>
      <w:pPr>
        <w:spacing w:after="80"/>
      </w:pPr>
      <w:r>
        <w:rPr>
          <w:b w:val="0"/>
          <w:i w:val="0"/>
        </w:rPr>
        <w:t>Hãy triển khai một hệ thống tính điểm để theo dõi điểm số của game theo thời gian thực và hiển thị điểm cao nhất, cấp độ, cùng số tàu còn lại.</w:t>
      </w:r>
    </w:p>
    <w:p>
      <w:pPr>
        <w:spacing w:after="80"/>
      </w:pPr>
      <w:r>
        <w:rPr>
          <w:b w:val="0"/>
          <w:i w:val="0"/>
        </w:rPr>
        <w:t xml:space="preserve">Điểm số là một chỉ số thống kê trong game, nên chúng ta sẽ thêm thuộc tính </w:t>
      </w:r>
      <w:r>
        <w:rPr>
          <w:rFonts w:ascii="Consolas" w:hAnsi="Consolas"/>
          <w:b w:val="0"/>
          <w:i w:val="0"/>
          <w:sz w:val="20"/>
        </w:rPr>
        <w:t>score</w:t>
      </w:r>
      <w:r>
        <w:rPr>
          <w:b w:val="0"/>
          <w:i w:val="0"/>
        </w:rPr>
        <w:t xml:space="preserve"> vào </w:t>
      </w:r>
      <w:r>
        <w:rPr>
          <w:rFonts w:ascii="Consolas" w:hAnsi="Consolas"/>
          <w:b w:val="0"/>
          <w:i w:val="0"/>
          <w:sz w:val="20"/>
        </w:rPr>
        <w:t>GameStats</w:t>
      </w:r>
      <w:r>
        <w:rPr>
          <w:b w:val="0"/>
          <w:i w:val="0"/>
        </w:rPr>
        <w:t>:</w:t>
      </w:r>
    </w:p>
    <w:p>
      <w:pPr>
        <w:spacing w:after="80"/>
      </w:pPr>
      <w:r>
        <w:rPr>
          <w:b w:val="0"/>
          <w:i w:val="0"/>
        </w:rPr>
        <w:t>game_stats.py</w:t>
      </w:r>
    </w:p>
    <w:p>
      <w:pPr>
        <w:spacing w:after="0"/>
        <w:ind w:left="360"/>
        <w:shd w:val="clear" w:color="auto" w:fill="F2F2F2"/>
      </w:pPr>
      <w:r>
        <w:rPr>
          <w:rFonts w:ascii="Consolas" w:hAnsi="Consolas"/>
          <w:b w:val="0"/>
          <w:i w:val="0"/>
          <w:sz w:val="18"/>
        </w:rPr>
        <w:t>class GameStats: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def reset_stats(self):</w:t>
      </w:r>
    </w:p>
    <w:p>
      <w:pPr>
        <w:spacing w:after="0"/>
        <w:ind w:left="360"/>
        <w:shd w:val="clear" w:color="auto" w:fill="F2F2F2"/>
      </w:pPr>
      <w:r>
        <w:rPr>
          <w:rFonts w:ascii="Consolas" w:hAnsi="Consolas"/>
          <w:b w:val="0"/>
          <w:i w:val="0"/>
          <w:sz w:val="18"/>
        </w:rPr>
        <w:t xml:space="preserve">        """Initialize statistics that can change during the game."""</w:t>
      </w:r>
    </w:p>
    <w:p>
      <w:pPr>
        <w:spacing w:after="0"/>
        <w:ind w:left="360"/>
        <w:shd w:val="clear" w:color="auto" w:fill="F2F2F2"/>
      </w:pPr>
      <w:r>
        <w:rPr>
          <w:rFonts w:ascii="Consolas" w:hAnsi="Consolas"/>
          <w:b w:val="0"/>
          <w:i w:val="0"/>
          <w:sz w:val="18"/>
        </w:rPr>
        <w:t xml:space="preserve">        self.ships_left = self.ai_settings.ship_limit</w:t>
      </w:r>
    </w:p>
    <w:p>
      <w:pPr>
        <w:spacing w:after="0"/>
        <w:ind w:left="360"/>
        <w:shd w:val="clear" w:color="auto" w:fill="F2F2F2"/>
      </w:pPr>
      <w:r>
        <w:rPr>
          <w:rFonts w:ascii="Consolas" w:hAnsi="Consolas"/>
          <w:b w:val="0"/>
          <w:i w:val="0"/>
          <w:sz w:val="18"/>
        </w:rPr>
        <w:t xml:space="preserve">        self.score = 0</w:t>
      </w:r>
    </w:p>
    <w:p>
      <w:pPr>
        <w:spacing w:after="40"/>
      </w:pPr>
    </w:p>
    <w:p>
      <w:pPr>
        <w:spacing w:after="80"/>
      </w:pPr>
      <w:r>
        <w:rPr>
          <w:b w:val="0"/>
          <w:i w:val="0"/>
        </w:rPr>
        <w:t xml:space="preserve">Để đặt lại điểm số mỗi khi bắt đầu ván mới, chúng ta khởi tạo </w:t>
      </w:r>
      <w:r>
        <w:rPr>
          <w:rFonts w:ascii="Consolas" w:hAnsi="Consolas"/>
          <w:b w:val="0"/>
          <w:i w:val="0"/>
          <w:sz w:val="20"/>
        </w:rPr>
        <w:t>score</w:t>
      </w:r>
      <w:r>
        <w:rPr>
          <w:b w:val="0"/>
          <w:i w:val="0"/>
        </w:rPr>
        <w:t xml:space="preserve"> trong </w:t>
      </w:r>
      <w:r>
        <w:rPr>
          <w:rFonts w:ascii="Consolas" w:hAnsi="Consolas"/>
          <w:b w:val="0"/>
          <w:i w:val="0"/>
          <w:sz w:val="20"/>
        </w:rPr>
        <w:t>reset_stats()</w:t>
      </w:r>
      <w:r>
        <w:rPr>
          <w:b w:val="0"/>
          <w:i w:val="0"/>
        </w:rPr>
        <w:t xml:space="preserve"> thay vì trong </w:t>
      </w:r>
      <w:r>
        <w:rPr>
          <w:rFonts w:ascii="Consolas" w:hAnsi="Consolas"/>
          <w:b w:val="0"/>
          <w:i w:val="0"/>
          <w:sz w:val="20"/>
        </w:rPr>
        <w:t>__init__()</w:t>
      </w:r>
      <w:r>
        <w:rPr>
          <w:b w:val="0"/>
          <w:i w:val="0"/>
        </w:rPr>
        <w:t>.</w:t>
      </w:r>
    </w:p>
    <w:p>
      <w:pPr>
        <w:pStyle w:val="Heading3"/>
      </w:pPr>
      <w:r>
        <w:rPr>
          <w:rFonts w:ascii="Calibri" w:hAnsi="Calibri"/>
          <w:b/>
          <w:i w:val="0"/>
          <w:sz w:val="27"/>
        </w:rPr>
        <w:t>Hiển thị điểm số</w:t>
      </w:r>
    </w:p>
    <w:p>
      <w:pPr>
        <w:spacing w:after="80"/>
      </w:pPr>
      <w:r>
        <w:rPr>
          <w:b w:val="0"/>
          <w:i w:val="0"/>
        </w:rPr>
        <w:t xml:space="preserve">Để hiển thị điểm số trên màn hình, trước tiên chúng ta tạo một lớp mới, </w:t>
      </w:r>
      <w:r>
        <w:rPr>
          <w:rFonts w:ascii="Consolas" w:hAnsi="Consolas"/>
          <w:b w:val="0"/>
          <w:i w:val="0"/>
          <w:sz w:val="20"/>
        </w:rPr>
        <w:t>Scoreboard</w:t>
      </w:r>
      <w:r>
        <w:rPr>
          <w:b w:val="0"/>
          <w:i w:val="0"/>
        </w:rPr>
        <w:t xml:space="preserve">. Hiện tại, lớp này chỉ hiển thị điểm số hiện tại. Về sau, chúng ta sẽ dùng nó để báo cáo cả điểm cao nhất, cấp độ và số tàu còn lại nữa. Đây là phần đầu tiên của lớp; hãy lưu nó thành </w:t>
      </w:r>
      <w:r>
        <w:rPr>
          <w:b w:val="0"/>
          <w:i/>
        </w:rPr>
        <w:t>scoreboard.py</w:t>
      </w:r>
      <w:r>
        <w:rPr>
          <w:b w:val="0"/>
          <w:i w:val="0"/>
        </w:rPr>
        <w:t>:</w:t>
      </w:r>
    </w:p>
    <w:p>
      <w:pPr>
        <w:spacing w:after="80"/>
      </w:pPr>
      <w:r>
        <w:rPr>
          <w:b w:val="0"/>
          <w:i w:val="0"/>
        </w:rPr>
        <w:t>scoreboard.py</w:t>
      </w:r>
    </w:p>
    <w:p>
      <w:pPr>
        <w:spacing w:after="0"/>
        <w:ind w:left="360"/>
        <w:shd w:val="clear" w:color="auto" w:fill="F2F2F2"/>
      </w:pPr>
      <w:r>
        <w:rPr>
          <w:rFonts w:ascii="Consolas" w:hAnsi="Consolas"/>
          <w:b w:val="0"/>
          <w:i w:val="0"/>
          <w:sz w:val="18"/>
        </w:rPr>
        <w:t>import pygame.font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Scoreboard:</w:t>
      </w:r>
    </w:p>
    <w:p>
      <w:pPr>
        <w:spacing w:after="0"/>
        <w:ind w:left="360"/>
        <w:shd w:val="clear" w:color="auto" w:fill="F2F2F2"/>
      </w:pPr>
      <w:r>
        <w:rPr>
          <w:rFonts w:ascii="Consolas" w:hAnsi="Consolas"/>
          <w:b w:val="0"/>
          <w:i w:val="0"/>
          <w:sz w:val="18"/>
        </w:rPr>
        <w:t xml:space="preserve">    """A class to report scoring information."""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ai_game):</w:t>
      </w:r>
    </w:p>
    <w:p>
      <w:pPr>
        <w:spacing w:after="0"/>
        <w:ind w:left="360"/>
        <w:shd w:val="clear" w:color="auto" w:fill="F2F2F2"/>
      </w:pPr>
      <w:r>
        <w:rPr>
          <w:rFonts w:ascii="Consolas" w:hAnsi="Consolas"/>
          <w:b w:val="0"/>
          <w:i w:val="0"/>
          <w:sz w:val="18"/>
        </w:rPr>
        <w:t xml:space="preserve">        """Initialize scorekeeping attributes."""</w:t>
      </w:r>
    </w:p>
    <w:p>
      <w:pPr>
        <w:spacing w:after="0"/>
        <w:ind w:left="360"/>
        <w:shd w:val="clear" w:color="auto" w:fill="F2F2F2"/>
      </w:pPr>
      <w:r>
        <w:rPr>
          <w:rFonts w:ascii="Consolas" w:hAnsi="Consolas"/>
          <w:b w:val="0"/>
          <w:i w:val="0"/>
          <w:sz w:val="18"/>
        </w:rPr>
        <w:t xml:space="preserve">        self.screen = ai_game.screen</w:t>
      </w:r>
    </w:p>
    <w:p>
      <w:pPr>
        <w:spacing w:after="0"/>
        <w:ind w:left="360"/>
        <w:shd w:val="clear" w:color="auto" w:fill="F2F2F2"/>
      </w:pPr>
      <w:r>
        <w:rPr>
          <w:rFonts w:ascii="Consolas" w:hAnsi="Consolas"/>
          <w:b w:val="0"/>
          <w:i w:val="0"/>
          <w:sz w:val="18"/>
        </w:rPr>
        <w:t xml:space="preserve">        self.screen_rect = self.screen.get_rect()</w:t>
      </w:r>
    </w:p>
    <w:p>
      <w:pPr>
        <w:spacing w:after="0"/>
        <w:ind w:left="360"/>
        <w:shd w:val="clear" w:color="auto" w:fill="F2F2F2"/>
      </w:pPr>
      <w:r>
        <w:rPr>
          <w:rFonts w:ascii="Consolas" w:hAnsi="Consolas"/>
          <w:b w:val="0"/>
          <w:i w:val="0"/>
          <w:sz w:val="18"/>
        </w:rPr>
        <w:t xml:space="preserve">        self.settings = ai_game.settings</w:t>
      </w:r>
    </w:p>
    <w:p>
      <w:pPr>
        <w:spacing w:after="0"/>
        <w:ind w:left="360"/>
        <w:shd w:val="clear" w:color="auto" w:fill="F2F2F2"/>
      </w:pPr>
      <w:r>
        <w:rPr>
          <w:rFonts w:ascii="Consolas" w:hAnsi="Consolas"/>
          <w:b w:val="0"/>
          <w:i w:val="0"/>
          <w:sz w:val="18"/>
        </w:rPr>
        <w:t xml:space="preserve">        self.stats = ai_game.stats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Font settings for scoring information.</w:t>
      </w:r>
    </w:p>
    <w:p>
      <w:pPr>
        <w:spacing w:after="0"/>
        <w:ind w:left="360"/>
        <w:shd w:val="clear" w:color="auto" w:fill="F2F2F2"/>
      </w:pPr>
      <w:r>
        <w:rPr>
          <w:rFonts w:ascii="Consolas" w:hAnsi="Consolas"/>
          <w:b w:val="0"/>
          <w:i w:val="0"/>
          <w:sz w:val="18"/>
        </w:rPr>
        <w:t>❷         self.text_color = (30, 30, 30)</w:t>
      </w:r>
    </w:p>
    <w:p>
      <w:pPr>
        <w:spacing w:after="0"/>
        <w:ind w:left="360"/>
        <w:shd w:val="clear" w:color="auto" w:fill="F2F2F2"/>
      </w:pPr>
      <w:r>
        <w:rPr>
          <w:rFonts w:ascii="Consolas" w:hAnsi="Consolas"/>
          <w:b w:val="0"/>
          <w:i w:val="0"/>
          <w:sz w:val="18"/>
        </w:rPr>
        <w:t>❸         self.font = pygame.font.SysFont(None, 48)</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Prepare the initial score image.</w:t>
      </w:r>
    </w:p>
    <w:p>
      <w:pPr>
        <w:spacing w:after="0"/>
        <w:ind w:left="360"/>
        <w:shd w:val="clear" w:color="auto" w:fill="F2F2F2"/>
      </w:pPr>
      <w:r>
        <w:rPr>
          <w:rFonts w:ascii="Consolas" w:hAnsi="Consolas"/>
          <w:b w:val="0"/>
          <w:i w:val="0"/>
          <w:sz w:val="18"/>
        </w:rPr>
        <w:t>❹         self.prep_score()</w:t>
      </w:r>
    </w:p>
    <w:p>
      <w:pPr>
        <w:spacing w:after="40"/>
      </w:pPr>
    </w:p>
    <w:p>
      <w:pPr>
        <w:spacing w:after="80"/>
      </w:pPr>
      <w:r>
        <w:rPr>
          <w:b w:val="0"/>
          <w:i w:val="0"/>
        </w:rPr>
        <w:t xml:space="preserve">Vì </w:t>
      </w:r>
      <w:r>
        <w:rPr>
          <w:rFonts w:ascii="Consolas" w:hAnsi="Consolas"/>
          <w:b w:val="0"/>
          <w:i w:val="0"/>
          <w:sz w:val="20"/>
        </w:rPr>
        <w:t>Scoreboard</w:t>
      </w:r>
      <w:r>
        <w:rPr>
          <w:b w:val="0"/>
          <w:i w:val="0"/>
        </w:rPr>
        <w:t xml:space="preserve"> ghi văn bản lên màn hình, chúng ta bắt đầu bằng việc nhập mô-đun </w:t>
      </w:r>
      <w:r>
        <w:rPr>
          <w:rFonts w:ascii="Consolas" w:hAnsi="Consolas"/>
          <w:b w:val="0"/>
          <w:i w:val="0"/>
          <w:sz w:val="20"/>
        </w:rPr>
        <w:t>pygame.font</w:t>
      </w:r>
      <w:r>
        <w:rPr>
          <w:b w:val="0"/>
          <w:i w:val="0"/>
        </w:rPr>
        <w:t xml:space="preserve">. Tiếp theo, chúng ta truyền tham số </w:t>
      </w:r>
      <w:r>
        <w:rPr>
          <w:rFonts w:ascii="Consolas" w:hAnsi="Consolas"/>
          <w:b w:val="0"/>
          <w:i w:val="0"/>
          <w:sz w:val="20"/>
        </w:rPr>
        <w:t>ai_game</w:t>
      </w:r>
      <w:r>
        <w:rPr>
          <w:b w:val="0"/>
          <w:i w:val="0"/>
        </w:rPr>
        <w:t xml:space="preserve"> cho </w:t>
      </w:r>
      <w:r>
        <w:rPr>
          <w:rFonts w:ascii="Consolas" w:hAnsi="Consolas"/>
          <w:b w:val="0"/>
          <w:i w:val="0"/>
          <w:sz w:val="20"/>
        </w:rPr>
        <w:t>__init__()</w:t>
      </w:r>
      <w:r>
        <w:rPr>
          <w:b w:val="0"/>
          <w:i w:val="0"/>
        </w:rPr>
        <w:t xml:space="preserve"> để nó có thể truy cập các đối tượng </w:t>
      </w:r>
      <w:r>
        <w:rPr>
          <w:rFonts w:ascii="Consolas" w:hAnsi="Consolas"/>
          <w:b w:val="0"/>
          <w:i w:val="0"/>
          <w:sz w:val="20"/>
        </w:rPr>
        <w:t>settings</w:t>
      </w:r>
      <w:r>
        <w:rPr>
          <w:b w:val="0"/>
          <w:i w:val="0"/>
        </w:rPr>
        <w:t xml:space="preserve">, </w:t>
      </w:r>
      <w:r>
        <w:rPr>
          <w:rFonts w:ascii="Consolas" w:hAnsi="Consolas"/>
          <w:b w:val="0"/>
          <w:i w:val="0"/>
          <w:sz w:val="20"/>
        </w:rPr>
        <w:t>screen</w:t>
      </w:r>
      <w:r>
        <w:rPr>
          <w:b w:val="0"/>
          <w:i w:val="0"/>
        </w:rPr>
        <w:t xml:space="preserve"> và </w:t>
      </w:r>
      <w:r>
        <w:rPr>
          <w:rFonts w:ascii="Consolas" w:hAnsi="Consolas"/>
          <w:b w:val="0"/>
          <w:i w:val="0"/>
          <w:sz w:val="20"/>
        </w:rPr>
        <w:t>stats</w:t>
      </w:r>
      <w:r>
        <w:rPr>
          <w:b w:val="0"/>
          <w:i w:val="0"/>
        </w:rPr>
        <w:t>, những thứ nó cần để báo cáo các giá trị mà chúng ta đang theo dõi ❶. Sau đó chúng ta đặt màu chữ ❷ và tạo một đối tượng font ❸.</w:t>
      </w:r>
    </w:p>
    <w:p>
      <w:pPr>
        <w:spacing w:after="80"/>
      </w:pPr>
      <w:r>
        <w:rPr>
          <w:b w:val="0"/>
          <w:i w:val="0"/>
        </w:rPr>
        <w:t xml:space="preserve">Để biến văn bản cần hiển thị thành hình ảnh, chúng ta gọi </w:t>
      </w:r>
      <w:r>
        <w:rPr>
          <w:rFonts w:ascii="Consolas" w:hAnsi="Consolas"/>
          <w:b w:val="0"/>
          <w:i w:val="0"/>
          <w:sz w:val="20"/>
        </w:rPr>
        <w:t>prep_score()</w:t>
      </w:r>
      <w:r>
        <w:rPr>
          <w:b w:val="0"/>
          <w:i w:val="0"/>
        </w:rPr>
        <w:t xml:space="preserve"> ❹, phương thức mà chúng ta định nghĩa ở đây:</w:t>
      </w:r>
    </w:p>
    <w:p>
      <w:pPr>
        <w:spacing w:after="80"/>
      </w:pPr>
      <w:r>
        <w:rPr>
          <w:b w:val="0"/>
          <w:i w:val="0"/>
        </w:rPr>
        <w:t>scoreboard.py</w:t>
      </w:r>
    </w:p>
    <w:p>
      <w:pPr>
        <w:spacing w:after="80"/>
      </w:pPr>
      <w:r>
        <w:rPr>
          <w:b w:val="0"/>
          <w:i w:val="0"/>
        </w:rPr>
        <w:t>def prep_score(self):</w:t>
      </w:r>
      <w:r>
        <w:br/>
      </w:r>
      <w:r>
        <w:rPr>
          <w:b w:val="0"/>
          <w:i w:val="0"/>
        </w:rPr>
        <w:t xml:space="preserve">        """Chuyển điểm số thành hình ảnh đã kết xuất."""</w:t>
      </w:r>
      <w:r>
        <w:br/>
      </w:r>
      <w:r>
        <w:rPr>
          <w:b w:val="0"/>
          <w:i w:val="0"/>
        </w:rPr>
        <w:t>❶         score_str = str(self.stats.score)</w:t>
      </w:r>
      <w:r>
        <w:br/>
      </w:r>
      <w:r>
        <w:rPr>
          <w:b w:val="0"/>
          <w:i w:val="0"/>
        </w:rPr>
        <w:t>❷         self.score_image = self.font.render(score_str, True,</w:t>
      </w:r>
      <w:r>
        <w:br/>
      </w:r>
      <w:r>
        <w:rPr>
          <w:b w:val="0"/>
          <w:i w:val="0"/>
        </w:rPr>
        <w:t xml:space="preserve">                self.text_color, self.settings.bg_color)</w:t>
      </w:r>
      <w:r>
        <w:br/>
      </w:r>
      <w:r>
        <w:br/>
      </w:r>
      <w:r>
        <w:rPr>
          <w:b w:val="0"/>
          <w:i w:val="0"/>
        </w:rPr>
        <w:t xml:space="preserve">        # Hiển thị điểm số ở góc trên bên phải màn hình.</w:t>
      </w:r>
      <w:r>
        <w:br/>
      </w:r>
      <w:r>
        <w:rPr>
          <w:b w:val="0"/>
          <w:i w:val="0"/>
        </w:rPr>
        <w:t>❸         self.score_rect = self.score_image.get_rect()</w:t>
      </w:r>
      <w:r>
        <w:br/>
      </w:r>
      <w:r>
        <w:rPr>
          <w:b w:val="0"/>
          <w:i w:val="0"/>
        </w:rPr>
        <w:t>❹         self.score_rect.right = self.screen_rect.right - 20</w:t>
      </w:r>
      <w:r>
        <w:br/>
      </w:r>
      <w:r>
        <w:rPr>
          <w:b w:val="0"/>
          <w:i w:val="0"/>
        </w:rPr>
        <w:t>❺         self.score_rect.top = 20</w:t>
      </w:r>
    </w:p>
    <w:p>
      <w:pPr>
        <w:spacing w:after="80"/>
      </w:pPr>
      <w:r>
        <w:rPr>
          <w:b w:val="0"/>
          <w:i w:val="0"/>
        </w:rPr>
        <w:t xml:space="preserve">Trong </w:t>
      </w:r>
      <w:r>
        <w:rPr>
          <w:rFonts w:ascii="Consolas" w:hAnsi="Consolas"/>
          <w:b w:val="0"/>
          <w:i w:val="0"/>
          <w:sz w:val="20"/>
        </w:rPr>
        <w:t>prep_score()</w:t>
      </w:r>
      <w:r>
        <w:rPr>
          <w:b w:val="0"/>
          <w:i w:val="0"/>
        </w:rPr>
        <w:t xml:space="preserve">, chúng ta chuyển giá trị số </w:t>
      </w:r>
      <w:r>
        <w:rPr>
          <w:rFonts w:ascii="Consolas" w:hAnsi="Consolas"/>
          <w:b w:val="0"/>
          <w:i w:val="0"/>
          <w:sz w:val="20"/>
        </w:rPr>
        <w:t>stats.score</w:t>
      </w:r>
      <w:r>
        <w:rPr>
          <w:b w:val="0"/>
          <w:i w:val="0"/>
        </w:rPr>
        <w:t xml:space="preserve"> thành chuỗi ❶ rồi truyền chuỗi này cho </w:t>
      </w:r>
      <w:r>
        <w:rPr>
          <w:rFonts w:ascii="Consolas" w:hAnsi="Consolas"/>
          <w:b w:val="0"/>
          <w:i w:val="0"/>
          <w:sz w:val="20"/>
        </w:rPr>
        <w:t>render()</w:t>
      </w:r>
      <w:r>
        <w:rPr>
          <w:b w:val="0"/>
          <w:i w:val="0"/>
        </w:rPr>
        <w:t xml:space="preserve">, phương thức tạo ra hình ảnh ❷. Để hiển thị điểm số rõ ràng trên màn hình, chúng ta truyền màu nền của màn hình và màu chữ cho </w:t>
      </w:r>
      <w:r>
        <w:rPr>
          <w:rFonts w:ascii="Consolas" w:hAnsi="Consolas"/>
          <w:b w:val="0"/>
          <w:i w:val="0"/>
          <w:sz w:val="20"/>
        </w:rPr>
        <w:t>render()</w:t>
      </w:r>
      <w:r>
        <w:rPr>
          <w:b w:val="0"/>
          <w:i w:val="0"/>
        </w:rPr>
        <w:t>.</w:t>
      </w:r>
    </w:p>
    <w:p>
      <w:pPr>
        <w:spacing w:after="80"/>
      </w:pPr>
      <w:r>
        <w:rPr>
          <w:b w:val="0"/>
          <w:i w:val="0"/>
        </w:rPr>
        <w:t xml:space="preserve">Chúng ta sẽ đặt điểm số ở góc trên bên phải màn hình và để nó mở rộng sang bên trái khi điểm số tăng lên và độ rộng của con số lớn dần. Để đảm bảo điểm số luôn thẳng hàng với cạnh phải màn hình, chúng ta tạo một </w:t>
      </w:r>
      <w:r>
        <w:rPr>
          <w:rFonts w:ascii="Consolas" w:hAnsi="Consolas"/>
          <w:b w:val="0"/>
          <w:i w:val="0"/>
          <w:sz w:val="20"/>
        </w:rPr>
        <w:t>rect</w:t>
      </w:r>
      <w:r>
        <w:rPr>
          <w:b w:val="0"/>
          <w:i w:val="0"/>
        </w:rPr>
        <w:t xml:space="preserve"> tên là </w:t>
      </w:r>
      <w:r>
        <w:rPr>
          <w:rFonts w:ascii="Consolas" w:hAnsi="Consolas"/>
          <w:b w:val="0"/>
          <w:i w:val="0"/>
          <w:sz w:val="20"/>
        </w:rPr>
        <w:t>score_rect</w:t>
      </w:r>
      <w:r>
        <w:rPr>
          <w:b w:val="0"/>
          <w:i w:val="0"/>
        </w:rPr>
        <w:t xml:space="preserve"> ❸ và đặt cạnh phải của nó cách cạnh phải màn hình 20 pixel ❹. Sau đó chúng ta đặt cạnh trên cách đỉnh màn hình 20 pixel ❺.</w:t>
      </w:r>
    </w:p>
    <w:p>
      <w:pPr>
        <w:spacing w:after="80"/>
      </w:pPr>
      <w:r>
        <w:rPr>
          <w:b w:val="0"/>
          <w:i w:val="0"/>
        </w:rPr>
        <w:t xml:space="preserve">Tiếp theo chúng ta tạo phương thức </w:t>
      </w:r>
      <w:r>
        <w:rPr>
          <w:rFonts w:ascii="Consolas" w:hAnsi="Consolas"/>
          <w:b w:val="0"/>
          <w:i w:val="0"/>
          <w:sz w:val="20"/>
        </w:rPr>
        <w:t>show_score()</w:t>
      </w:r>
      <w:r>
        <w:rPr>
          <w:b w:val="0"/>
          <w:i w:val="0"/>
        </w:rPr>
        <w:t xml:space="preserve"> để hiển thị hình ảnh điểm số đã kết xuất:</w:t>
      </w:r>
    </w:p>
    <w:p>
      <w:pPr>
        <w:spacing w:after="80"/>
      </w:pPr>
      <w:r>
        <w:rPr>
          <w:b w:val="0"/>
          <w:i w:val="0"/>
        </w:rPr>
        <w:t>scoreboard.py</w:t>
      </w:r>
    </w:p>
    <w:p>
      <w:pPr>
        <w:spacing w:after="80"/>
      </w:pPr>
      <w:r>
        <w:rPr>
          <w:b w:val="0"/>
          <w:i w:val="0"/>
        </w:rPr>
        <w:t>def show_score(self):</w:t>
      </w:r>
      <w:r>
        <w:br/>
      </w:r>
      <w:r>
        <w:rPr>
          <w:b w:val="0"/>
          <w:i w:val="0"/>
        </w:rPr>
        <w:t xml:space="preserve">        """Vẽ điểm số lên màn hình."""</w:t>
      </w:r>
      <w:r>
        <w:br/>
      </w:r>
      <w:r>
        <w:rPr>
          <w:b w:val="0"/>
          <w:i w:val="0"/>
        </w:rPr>
        <w:t xml:space="preserve">        self.screen.blit(self.score_image, self.score_rect)</w:t>
      </w:r>
    </w:p>
    <w:p>
      <w:pPr>
        <w:spacing w:after="80"/>
      </w:pPr>
      <w:r>
        <w:rPr>
          <w:b w:val="0"/>
          <w:i w:val="0"/>
        </w:rPr>
        <w:t xml:space="preserve">Phương thức này vẽ hình ảnh điểm số lên màn hình tại vị trí mà </w:t>
      </w:r>
      <w:r>
        <w:rPr>
          <w:rFonts w:ascii="Consolas" w:hAnsi="Consolas"/>
          <w:b w:val="0"/>
          <w:i w:val="0"/>
          <w:sz w:val="20"/>
        </w:rPr>
        <w:t>score_rect</w:t>
      </w:r>
      <w:r>
        <w:rPr>
          <w:b w:val="0"/>
          <w:i w:val="0"/>
        </w:rPr>
        <w:t xml:space="preserve"> chỉ định.</w:t>
      </w:r>
    </w:p>
    <w:p>
      <w:pPr>
        <w:pStyle w:val="Heading3"/>
      </w:pPr>
      <w:r>
        <w:rPr>
          <w:rFonts w:ascii="Calibri" w:hAnsi="Calibri"/>
          <w:b/>
          <w:i w:val="0"/>
          <w:sz w:val="27"/>
        </w:rPr>
        <w:t>Tạo bảng điểm</w:t>
      </w:r>
    </w:p>
    <w:p>
      <w:pPr>
        <w:spacing w:after="80"/>
      </w:pPr>
      <w:r>
        <w:rPr>
          <w:b w:val="0"/>
          <w:i w:val="0"/>
        </w:rPr>
        <w:t xml:space="preserve">Để hiển thị điểm số, chúng ta sẽ tạo một thực thể (instance) </w:t>
      </w:r>
      <w:r>
        <w:rPr>
          <w:rFonts w:ascii="Consolas" w:hAnsi="Consolas"/>
          <w:b w:val="0"/>
          <w:i w:val="0"/>
          <w:sz w:val="20"/>
        </w:rPr>
        <w:t>Scoreboard</w:t>
      </w:r>
      <w:r>
        <w:rPr>
          <w:b w:val="0"/>
          <w:i w:val="0"/>
        </w:rPr>
        <w:t xml:space="preserve"> trong </w:t>
      </w:r>
      <w:r>
        <w:rPr>
          <w:rFonts w:ascii="Consolas" w:hAnsi="Consolas"/>
          <w:b w:val="0"/>
          <w:i w:val="0"/>
          <w:sz w:val="20"/>
        </w:rPr>
        <w:t>AlienInvasion</w:t>
      </w:r>
      <w:r>
        <w:rPr>
          <w:b w:val="0"/>
          <w:i w:val="0"/>
        </w:rPr>
        <w:t xml:space="preserve">. Đầu tiên, hãy cập nhật các câu lệnh </w:t>
      </w:r>
      <w:r>
        <w:rPr>
          <w:rFonts w:ascii="Consolas" w:hAnsi="Consolas"/>
          <w:b w:val="0"/>
          <w:i w:val="0"/>
          <w:sz w:val="20"/>
        </w:rPr>
        <w:t>import</w:t>
      </w:r>
      <w:r>
        <w:rPr>
          <w:b w:val="0"/>
          <w:i w:val="0"/>
        </w:rPr>
        <w:t>:</w:t>
      </w:r>
    </w:p>
    <w:p>
      <w:pPr>
        <w:spacing w:after="80"/>
      </w:pPr>
      <w:r>
        <w:rPr>
          <w:b w:val="0"/>
          <w:i w:val="0"/>
        </w:rPr>
        <w:t>alien_invasion.py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from game_stats import GameStats</w:t>
      </w:r>
    </w:p>
    <w:p>
      <w:pPr>
        <w:spacing w:after="0"/>
        <w:ind w:left="360"/>
        <w:shd w:val="clear" w:color="auto" w:fill="F2F2F2"/>
      </w:pPr>
      <w:r>
        <w:rPr>
          <w:rFonts w:ascii="Consolas" w:hAnsi="Consolas"/>
          <w:b w:val="0"/>
          <w:i w:val="0"/>
          <w:sz w:val="18"/>
        </w:rPr>
        <w:t>from scoreboard import Scoreboard</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Tiếp theo, chúng ta tạo một thực thể của </w:t>
      </w:r>
      <w:r>
        <w:rPr>
          <w:rFonts w:ascii="Consolas" w:hAnsi="Consolas"/>
          <w:b w:val="0"/>
          <w:i w:val="0"/>
          <w:sz w:val="20"/>
        </w:rPr>
        <w:t>Scoreboard</w:t>
      </w:r>
      <w:r>
        <w:rPr>
          <w:b w:val="0"/>
          <w:i w:val="0"/>
        </w:rPr>
        <w:t xml:space="preserve"> trong </w:t>
      </w:r>
      <w:r>
        <w:rPr>
          <w:rFonts w:ascii="Consolas" w:hAnsi="Consolas"/>
          <w:b w:val="0"/>
          <w:i w:val="0"/>
          <w:sz w:val="20"/>
        </w:rPr>
        <w:t>__init__()</w:t>
      </w:r>
      <w:r>
        <w:rPr>
          <w:b w:val="0"/>
          <w:i w:val="0"/>
        </w:rPr>
        <w:t>:</w:t>
      </w:r>
    </w:p>
    <w:p>
      <w:pPr>
        <w:spacing w:after="80"/>
      </w:pPr>
      <w:r>
        <w:rPr>
          <w:b w:val="0"/>
          <w:i w:val="0"/>
        </w:rPr>
        <w:t>alien_invasion.py</w:t>
      </w:r>
    </w:p>
    <w:p>
      <w:pPr>
        <w:spacing w:after="80"/>
      </w:pPr>
      <w:r>
        <w:rPr>
          <w:b w:val="0"/>
          <w:i w:val="0"/>
        </w:rPr>
        <w:t>def __init__(self):</w:t>
      </w:r>
      <w:r>
        <w:br/>
      </w:r>
      <w:r>
        <w:rPr>
          <w:b w:val="0"/>
          <w:i w:val="0"/>
        </w:rPr>
        <w:t xml:space="preserve">        </w:t>
      </w:r>
      <w:r>
        <w:rPr>
          <w:b w:val="0"/>
          <w:i/>
        </w:rPr>
        <w:t>--snip--</w:t>
      </w:r>
      <w:r>
        <w:br/>
      </w:r>
      <w:r>
        <w:rPr>
          <w:b w:val="0"/>
          <w:i w:val="0"/>
        </w:rPr>
        <w:t xml:space="preserve">        pygame.display.set_caption("Alien Invasion")</w:t>
      </w:r>
      <w:r>
        <w:br/>
      </w:r>
      <w:r>
        <w:br/>
      </w:r>
      <w:r>
        <w:rPr>
          <w:b w:val="0"/>
          <w:i w:val="0"/>
        </w:rPr>
        <w:t xml:space="preserve">        # Tạo một thực thể để lưu trữ số liệu thống kê trò chơi,</w:t>
      </w:r>
      <w:r>
        <w:br/>
      </w:r>
      <w:r>
        <w:rPr>
          <w:b w:val="0"/>
          <w:i w:val="0"/>
        </w:rPr>
        <w:t xml:space="preserve">        #   và tạo một bảng điểm.</w:t>
      </w:r>
      <w:r>
        <w:br/>
      </w:r>
      <w:r>
        <w:rPr>
          <w:b w:val="0"/>
          <w:i w:val="0"/>
        </w:rPr>
        <w:t xml:space="preserve">        self.stats = GameStats(self)</w:t>
      </w:r>
      <w:r>
        <w:br/>
      </w:r>
      <w:r>
        <w:rPr>
          <w:b w:val="0"/>
          <w:i w:val="0"/>
        </w:rPr>
        <w:t xml:space="preserve">        self.sb = Scoreboard(self)</w:t>
      </w:r>
      <w:r>
        <w:br/>
      </w:r>
      <w:r>
        <w:rPr>
          <w:b w:val="0"/>
          <w:i w:val="0"/>
        </w:rPr>
        <w:t xml:space="preserve">        </w:t>
      </w:r>
      <w:r>
        <w:rPr>
          <w:b w:val="0"/>
          <w:i/>
        </w:rPr>
        <w:t>--snip--</w:t>
      </w:r>
    </w:p>
    <w:p>
      <w:pPr>
        <w:spacing w:after="80"/>
      </w:pPr>
      <w:r>
        <w:rPr>
          <w:b w:val="0"/>
          <w:i w:val="0"/>
        </w:rPr>
        <w:t xml:space="preserve">Sau đó chúng ta vẽ bảng điểm lên màn hình trong </w:t>
      </w:r>
      <w:r>
        <w:rPr>
          <w:rFonts w:ascii="Consolas" w:hAnsi="Consolas"/>
          <w:b w:val="0"/>
          <w:i w:val="0"/>
          <w:sz w:val="20"/>
        </w:rPr>
        <w:t>_update_screen()</w:t>
      </w:r>
      <w:r>
        <w:rPr>
          <w:b w:val="0"/>
          <w:i w:val="0"/>
        </w:rPr>
        <w:t>:</w:t>
      </w:r>
    </w:p>
    <w:p>
      <w:pPr>
        <w:spacing w:after="80"/>
      </w:pPr>
      <w:r>
        <w:rPr>
          <w:b w:val="0"/>
          <w:i w:val="0"/>
        </w:rPr>
        <w:t>alien_invasion.py</w:t>
      </w:r>
    </w:p>
    <w:p>
      <w:pPr>
        <w:spacing w:after="80"/>
      </w:pPr>
      <w:r>
        <w:rPr>
          <w:b w:val="0"/>
          <w:i w:val="0"/>
        </w:rPr>
        <w:t>def _update_screen(self):</w:t>
      </w:r>
      <w:r>
        <w:br/>
      </w:r>
      <w:r>
        <w:rPr>
          <w:b w:val="0"/>
          <w:i w:val="0"/>
        </w:rPr>
        <w:t xml:space="preserve">        </w:t>
      </w:r>
      <w:r>
        <w:rPr>
          <w:b w:val="0"/>
          <w:i/>
        </w:rPr>
        <w:t>--snip--</w:t>
      </w:r>
      <w:r>
        <w:br/>
      </w:r>
      <w:r>
        <w:rPr>
          <w:b w:val="0"/>
          <w:i w:val="0"/>
        </w:rPr>
        <w:t xml:space="preserve">        self.aliens.draw(self.screen)</w:t>
      </w:r>
      <w:r>
        <w:br/>
      </w:r>
      <w:r>
        <w:br/>
      </w:r>
      <w:r>
        <w:rPr>
          <w:b w:val="0"/>
          <w:i w:val="0"/>
        </w:rPr>
        <w:t xml:space="preserve">        # Vẽ thông tin điểm số.</w:t>
      </w:r>
      <w:r>
        <w:br/>
      </w:r>
      <w:r>
        <w:rPr>
          <w:b w:val="0"/>
          <w:i w:val="0"/>
        </w:rPr>
        <w:t xml:space="preserve">        self.sb.show_score()</w:t>
      </w:r>
      <w:r>
        <w:br/>
      </w:r>
      <w:r>
        <w:br/>
      </w:r>
      <w:r>
        <w:rPr>
          <w:b w:val="0"/>
          <w:i w:val="0"/>
        </w:rPr>
        <w:t xml:space="preserve">        # Vẽ nút Play nếu trò chơi đang không hoạt động.</w:t>
      </w:r>
      <w:r>
        <w:br/>
      </w:r>
      <w:r>
        <w:rPr>
          <w:b w:val="0"/>
          <w:i w:val="0"/>
        </w:rPr>
        <w:t xml:space="preserve">        </w:t>
      </w:r>
      <w:r>
        <w:rPr>
          <w:b w:val="0"/>
          <w:i/>
        </w:rPr>
        <w:t>--snip--</w:t>
      </w:r>
    </w:p>
    <w:p>
      <w:pPr>
        <w:spacing w:after="80"/>
      </w:pPr>
      <w:r>
        <w:rPr>
          <w:b w:val="0"/>
          <w:i w:val="0"/>
        </w:rPr>
        <w:t xml:space="preserve">Chúng ta gọi </w:t>
      </w:r>
      <w:r>
        <w:rPr>
          <w:rFonts w:ascii="Consolas" w:hAnsi="Consolas"/>
          <w:b w:val="0"/>
          <w:i w:val="0"/>
          <w:sz w:val="20"/>
        </w:rPr>
        <w:t>show_score()</w:t>
      </w:r>
      <w:r>
        <w:rPr>
          <w:b w:val="0"/>
          <w:i w:val="0"/>
        </w:rPr>
        <w:t xml:space="preserve"> ngay trước khi vẽ nút Play.</w:t>
      </w:r>
    </w:p>
    <w:p>
      <w:pPr>
        <w:spacing w:after="80"/>
      </w:pPr>
      <w:r>
        <w:rPr>
          <w:b w:val="0"/>
          <w:i w:val="0"/>
        </w:rPr>
        <w:t xml:space="preserve">Khi bạn chạy </w:t>
      </w:r>
      <w:r>
        <w:rPr>
          <w:b w:val="0"/>
          <w:i/>
        </w:rPr>
        <w:t>Alien Invasion</w:t>
      </w:r>
      <w:r>
        <w:rPr>
          <w:b w:val="0"/>
          <w:i w:val="0"/>
        </w:rPr>
        <w:t xml:space="preserve"> bây giờ, một số 0 sẽ xuất hiện ở góc trên bên phải màn hình. (Ở thời điểm này, chúng ta chỉ muốn chắc chắn rằng điểm số xuất hiện đúng vị trí trước khi phát triển hệ thống tính điểm thêm.) Hình 14-2 cho thấy điểm số như nó xuất hiện trước khi trò chơi bắt đầu.</w:t>
      </w:r>
    </w:p>
    <w:p>
      <w:pPr>
        <w:spacing w:after="80"/>
      </w:pPr>
      <w:r>
        <w:rPr>
          <w:b w:val="0"/>
          <w:i w:val="0"/>
        </w:rPr>
        <w:t>Tiếp theo, chúng ta sẽ gán giá trị điểm cho mỗi người ngoài hành tinh!</w:t>
      </w:r>
    </w:p>
    <w:p>
      <w:pPr>
        <w:jc w:val="center"/>
      </w:pPr>
      <w:r>
        <w:drawing>
          <wp:inline xmlns:a="http://schemas.openxmlformats.org/drawingml/2006/main" xmlns:pic="http://schemas.openxmlformats.org/drawingml/2006/picture">
            <wp:extent cx="5486400" cy="3783134"/>
            <wp:docPr id="30" name="Picture 30"/>
            <wp:cNvGraphicFramePr>
              <a:graphicFrameLocks noChangeAspect="1"/>
            </wp:cNvGraphicFramePr>
            <a:graphic>
              <a:graphicData uri="http://schemas.openxmlformats.org/drawingml/2006/picture">
                <pic:pic>
                  <pic:nvPicPr>
                    <pic:cNvPr id="0" name="image_rsrcBHV.jpg"/>
                    <pic:cNvPicPr/>
                  </pic:nvPicPr>
                  <pic:blipFill>
                    <a:blip r:embed="rId24"/>
                    <a:stretch>
                      <a:fillRect/>
                    </a:stretch>
                  </pic:blipFill>
                  <pic:spPr>
                    <a:xfrm>
                      <a:off x="0" y="0"/>
                      <a:ext cx="5486400" cy="3783134"/>
                    </a:xfrm>
                    <a:prstGeom prst="rect"/>
                  </pic:spPr>
                </pic:pic>
              </a:graphicData>
            </a:graphic>
          </wp:inline>
        </w:drawing>
      </w:r>
    </w:p>
    <w:p>
      <w:pPr>
        <w:spacing w:after="80"/>
      </w:pPr>
      <w:r>
        <w:rPr>
          <w:b w:val="0"/>
          <w:i w:val="0"/>
        </w:rPr>
        <w:t>Hình 14-2: Điểm số xuất hiện ở góc trên bên phải màn hình.</w:t>
      </w:r>
    </w:p>
    <w:p>
      <w:pPr>
        <w:pStyle w:val="Heading3"/>
      </w:pPr>
      <w:r>
        <w:rPr>
          <w:rFonts w:ascii="Calibri" w:hAnsi="Calibri"/>
          <w:b/>
          <w:i w:val="0"/>
          <w:sz w:val="27"/>
        </w:rPr>
        <w:t>Cập nhật điểm số khi người ngoài hành tinh bị bắn hạ</w:t>
      </w:r>
    </w:p>
    <w:p>
      <w:pPr>
        <w:spacing w:after="80"/>
      </w:pPr>
      <w:r>
        <w:rPr>
          <w:b w:val="0"/>
          <w:i w:val="0"/>
        </w:rPr>
        <w:t xml:space="preserve">Để hiển thị điểm số trực tiếp trên màn hình, chúng ta cập nhật giá trị của </w:t>
      </w:r>
      <w:r>
        <w:rPr>
          <w:rFonts w:ascii="Consolas" w:hAnsi="Consolas"/>
          <w:b w:val="0"/>
          <w:i w:val="0"/>
          <w:sz w:val="20"/>
        </w:rPr>
        <w:t>stats.score</w:t>
      </w:r>
      <w:r>
        <w:rPr>
          <w:b w:val="0"/>
          <w:i w:val="0"/>
        </w:rPr>
        <w:t xml:space="preserve"> mỗi khi một người ngoài hành tinh bị bắn trúng, rồi gọi </w:t>
      </w:r>
      <w:r>
        <w:rPr>
          <w:rFonts w:ascii="Consolas" w:hAnsi="Consolas"/>
          <w:b w:val="0"/>
          <w:i w:val="0"/>
          <w:sz w:val="20"/>
        </w:rPr>
        <w:t>prep_score()</w:t>
      </w:r>
      <w:r>
        <w:rPr>
          <w:b w:val="0"/>
          <w:i w:val="0"/>
        </w:rPr>
        <w:t xml:space="preserve"> để cập nhật hình ảnh điểm số. Nhưng trước tiên, hãy xác định xem người chơi được bao nhiêu điểm mỗi lần bắn hạ một người ngoài hành tinh:</w:t>
      </w:r>
    </w:p>
    <w:p>
      <w:pPr>
        <w:spacing w:after="80"/>
      </w:pPr>
      <w:r>
        <w:rPr>
          <w:b w:val="0"/>
          <w:i w:val="0"/>
        </w:rPr>
        <w:t>settings.py</w:t>
      </w:r>
    </w:p>
    <w:p>
      <w:pPr>
        <w:spacing w:after="80"/>
      </w:pPr>
      <w:r>
        <w:rPr>
          <w:b w:val="0"/>
          <w:i w:val="0"/>
        </w:rPr>
        <w:t>def initialize_dynamic_settings(self):</w:t>
      </w:r>
      <w:r>
        <w:br/>
      </w:r>
      <w:r>
        <w:rPr>
          <w:b w:val="0"/>
          <w:i w:val="0"/>
        </w:rPr>
        <w:t xml:space="preserve">        </w:t>
      </w:r>
      <w:r>
        <w:rPr>
          <w:b w:val="0"/>
          <w:i/>
        </w:rPr>
        <w:t>--snip--</w:t>
      </w:r>
      <w:r>
        <w:br/>
      </w:r>
      <w:r>
        <w:br/>
      </w:r>
      <w:r>
        <w:rPr>
          <w:b w:val="0"/>
          <w:i w:val="0"/>
        </w:rPr>
        <w:t xml:space="preserve">        # Scoring settings</w:t>
      </w:r>
      <w:r>
        <w:br/>
      </w:r>
      <w:r>
        <w:rPr>
          <w:b w:val="0"/>
          <w:i w:val="0"/>
        </w:rPr>
        <w:t xml:space="preserve">        self.alien_points = 50</w:t>
      </w:r>
    </w:p>
    <w:p>
      <w:pPr>
        <w:spacing w:after="80"/>
      </w:pPr>
      <w:r>
        <w:rPr>
          <w:b w:val="0"/>
          <w:i w:val="0"/>
        </w:rPr>
        <w:t xml:space="preserve">Chúng ta sẽ tăng giá trị điểm của mỗi người ngoài hành tinh khi trò chơi tiến triển. Để đảm bảo giá trị điểm này được đặt lại mỗi khi bắt đầu ván mới, chúng ta đặt giá trị trong </w:t>
      </w:r>
      <w:r>
        <w:rPr>
          <w:rFonts w:ascii="Consolas" w:hAnsi="Consolas"/>
          <w:b w:val="0"/>
          <w:i w:val="0"/>
          <w:sz w:val="20"/>
        </w:rPr>
        <w:t>initialize_dynamic_settings()</w:t>
      </w:r>
      <w:r>
        <w:rPr>
          <w:b w:val="0"/>
          <w:i w:val="0"/>
        </w:rPr>
        <w:t>.</w:t>
      </w:r>
    </w:p>
    <w:p>
      <w:pPr>
        <w:spacing w:after="80"/>
      </w:pPr>
      <w:r>
        <w:rPr>
          <w:b w:val="0"/>
          <w:i w:val="0"/>
        </w:rPr>
        <w:t xml:space="preserve">Hãy cập nhật điểm số trong </w:t>
      </w:r>
      <w:r>
        <w:rPr>
          <w:rFonts w:ascii="Consolas" w:hAnsi="Consolas"/>
          <w:b w:val="0"/>
          <w:i w:val="0"/>
          <w:sz w:val="20"/>
        </w:rPr>
        <w:t>_check_bullet_alien_collisions()</w:t>
      </w:r>
      <w:r>
        <w:rPr>
          <w:b w:val="0"/>
          <w:i w:val="0"/>
        </w:rPr>
        <w:t xml:space="preserve"> mỗi khi một người ngoài hành tinh bị bắn hạ:</w:t>
      </w:r>
    </w:p>
    <w:p>
      <w:pPr>
        <w:spacing w:after="80"/>
      </w:pPr>
      <w:r>
        <w:rPr>
          <w:b w:val="0"/>
          <w:i w:val="0"/>
        </w:rPr>
        <w:t>alien_invasion.py</w:t>
      </w:r>
    </w:p>
    <w:p>
      <w:pPr>
        <w:spacing w:after="80"/>
      </w:pPr>
      <w:r>
        <w:rPr>
          <w:b w:val="0"/>
          <w:i w:val="0"/>
        </w:rPr>
        <w:t>def _check_bullet_alien_collisions(self):</w:t>
      </w:r>
      <w:r>
        <w:br/>
      </w:r>
      <w:r>
        <w:rPr>
          <w:b w:val="0"/>
          <w:i w:val="0"/>
        </w:rPr>
        <w:t xml:space="preserve">        """Respond to bullet-alien collisions."""</w:t>
      </w:r>
      <w:r>
        <w:br/>
      </w:r>
      <w:r>
        <w:rPr>
          <w:b w:val="0"/>
          <w:i w:val="0"/>
        </w:rPr>
        <w:t xml:space="preserve">        # Remove any bullets and aliens that have collided.</w:t>
      </w:r>
      <w:r>
        <w:br/>
      </w:r>
      <w:r>
        <w:rPr>
          <w:b w:val="0"/>
          <w:i w:val="0"/>
        </w:rPr>
        <w:t xml:space="preserve">        collisions = pygame.sprite.groupcollide(</w:t>
      </w:r>
      <w:r>
        <w:br/>
      </w:r>
      <w:r>
        <w:rPr>
          <w:b w:val="0"/>
          <w:i w:val="0"/>
        </w:rPr>
        <w:t xml:space="preserve">                self.bullets, self.aliens, True, True)</w:t>
      </w:r>
      <w:r>
        <w:br/>
      </w:r>
      <w:r>
        <w:br/>
      </w:r>
      <w:r>
        <w:rPr>
          <w:b w:val="0"/>
          <w:i w:val="0"/>
        </w:rPr>
        <w:t xml:space="preserve">        if collisions:</w:t>
      </w:r>
      <w:r>
        <w:br/>
      </w:r>
      <w:r>
        <w:rPr>
          <w:b w:val="0"/>
          <w:i w:val="0"/>
        </w:rPr>
        <w:t xml:space="preserve">            self.stats.score += self.settings.alien_points</w:t>
      </w:r>
      <w:r>
        <w:br/>
      </w:r>
      <w:r>
        <w:rPr>
          <w:b w:val="0"/>
          <w:i w:val="0"/>
        </w:rPr>
        <w:t xml:space="preserve">            self.sb.prep_score()</w:t>
      </w:r>
      <w:r>
        <w:br/>
      </w:r>
      <w:r>
        <w:rPr>
          <w:b w:val="0"/>
          <w:i w:val="0"/>
        </w:rPr>
        <w:t xml:space="preserve">        </w:t>
      </w:r>
      <w:r>
        <w:rPr>
          <w:b w:val="0"/>
          <w:i/>
        </w:rPr>
        <w:t>--snip--</w:t>
      </w:r>
    </w:p>
    <w:p>
      <w:pPr>
        <w:spacing w:after="80"/>
      </w:pPr>
      <w:r>
        <w:rPr>
          <w:b w:val="0"/>
          <w:i w:val="0"/>
        </w:rPr>
        <w:t xml:space="preserve">Khi một viên đạn bắn trúng một người ngoài hành tinh, Pygame trả về một từ điển (dictionary) </w:t>
      </w:r>
      <w:r>
        <w:rPr>
          <w:rFonts w:ascii="Consolas" w:hAnsi="Consolas"/>
          <w:b w:val="0"/>
          <w:i w:val="0"/>
          <w:sz w:val="20"/>
        </w:rPr>
        <w:t>collisions</w:t>
      </w:r>
      <w:r>
        <w:rPr>
          <w:b w:val="0"/>
          <w:i w:val="0"/>
        </w:rPr>
        <w:t xml:space="preserve">. Chúng ta kiểm tra xem từ điển đó có tồn tại không, và nếu có, giá trị điểm của người ngoài hành tinh sẽ được cộng vào điểm số. Sau đó chúng ta gọi </w:t>
      </w:r>
      <w:r>
        <w:rPr>
          <w:rFonts w:ascii="Consolas" w:hAnsi="Consolas"/>
          <w:b w:val="0"/>
          <w:i w:val="0"/>
          <w:sz w:val="20"/>
        </w:rPr>
        <w:t>prep_score()</w:t>
      </w:r>
      <w:r>
        <w:rPr>
          <w:b w:val="0"/>
          <w:i w:val="0"/>
        </w:rPr>
        <w:t xml:space="preserve"> để tạo hình ảnh mới cho điểm số đã cập nhật.</w:t>
      </w:r>
    </w:p>
    <w:p>
      <w:pPr>
        <w:spacing w:after="80"/>
      </w:pPr>
      <w:r>
        <w:rPr>
          <w:b w:val="0"/>
          <w:i w:val="0"/>
        </w:rPr>
        <w:t xml:space="preserve">Giờ thì khi bạn chơi </w:t>
      </w:r>
      <w:r>
        <w:rPr>
          <w:b w:val="0"/>
          <w:i/>
        </w:rPr>
        <w:t>Alien Invasion</w:t>
      </w:r>
      <w:r>
        <w:rPr>
          <w:b w:val="0"/>
          <w:i w:val="0"/>
        </w:rPr>
        <w:t>, bạn sẽ có thể ghi điểm liên tục!</w:t>
      </w:r>
    </w:p>
    <w:p>
      <w:pPr>
        <w:pStyle w:val="Heading3"/>
      </w:pPr>
      <w:r>
        <w:rPr>
          <w:rFonts w:ascii="Calibri" w:hAnsi="Calibri"/>
          <w:b/>
          <w:i w:val="0"/>
          <w:sz w:val="27"/>
        </w:rPr>
        <w:t>Đặt lại điểm số</w:t>
      </w:r>
    </w:p>
    <w:p>
      <w:pPr>
        <w:spacing w:after="80"/>
      </w:pPr>
      <w:r>
        <w:rPr>
          <w:b w:val="0"/>
          <w:i w:val="0"/>
        </w:rPr>
        <w:t xml:space="preserve">Hiện tại, chúng ta chỉ chuẩn bị điểm số mới </w:t>
      </w:r>
      <w:r>
        <w:rPr>
          <w:b w:val="0"/>
          <w:i/>
        </w:rPr>
        <w:t>sau khi</w:t>
      </w:r>
      <w:r>
        <w:rPr>
          <w:b w:val="0"/>
          <w:i w:val="0"/>
        </w:rPr>
        <w:t xml:space="preserve"> một người ngoài hành tinh bị bắn trúng, cách này hoạt động tốt trong phần lớn thời gian chơi. Nhưng khi bắt đầu ván mới, chúng ta vẫn sẽ thấy điểm số của ván cũ cho đến khi người ngoài hành tinh đầu tiên bị bắn trúng.</w:t>
      </w:r>
    </w:p>
    <w:p>
      <w:pPr>
        <w:spacing w:after="80"/>
      </w:pPr>
      <w:r>
        <w:rPr>
          <w:b w:val="0"/>
          <w:i w:val="0"/>
        </w:rPr>
        <w:t>Chúng ta có thể khắc phục điều này bằng cách chuẩn bị điểm số khi bắt đầu ván mới:</w:t>
      </w:r>
    </w:p>
    <w:p>
      <w:pPr>
        <w:spacing w:after="80"/>
      </w:pPr>
      <w:r>
        <w:rPr>
          <w:b w:val="0"/>
          <w:i w:val="0"/>
        </w:rPr>
        <w:t>alien_invasion.py</w:t>
      </w:r>
    </w:p>
    <w:p>
      <w:pPr>
        <w:spacing w:after="80"/>
      </w:pPr>
      <w:r>
        <w:rPr>
          <w:b w:val="0"/>
          <w:i w:val="0"/>
        </w:rPr>
        <w:t>def _check_play_button(self, mouse_pos):</w:t>
      </w:r>
      <w:r>
        <w:br/>
      </w:r>
      <w:r>
        <w:rPr>
          <w:b w:val="0"/>
          <w:i w:val="0"/>
        </w:rPr>
        <w:t xml:space="preserve">        </w:t>
      </w:r>
      <w:r>
        <w:rPr>
          <w:b w:val="0"/>
          <w:i/>
        </w:rPr>
        <w:t>--snip--</w:t>
      </w:r>
      <w:r>
        <w:br/>
      </w:r>
      <w:r>
        <w:rPr>
          <w:b w:val="0"/>
          <w:i w:val="0"/>
        </w:rPr>
        <w:t xml:space="preserve">        if button_clicked and not self.game_active:</w:t>
      </w:r>
      <w:r>
        <w:br/>
      </w:r>
      <w:r>
        <w:rPr>
          <w:b w:val="0"/>
          <w:i w:val="0"/>
        </w:rPr>
        <w:t xml:space="preserve">            </w:t>
      </w:r>
      <w:r>
        <w:rPr>
          <w:b w:val="0"/>
          <w:i/>
        </w:rPr>
        <w:t>--snip--</w:t>
      </w:r>
      <w:r>
        <w:br/>
      </w:r>
      <w:r>
        <w:rPr>
          <w:b w:val="0"/>
          <w:i w:val="0"/>
        </w:rPr>
        <w:t xml:space="preserve">            # Đặt lại số liệu thống kê của trò chơi.</w:t>
      </w:r>
      <w:r>
        <w:br/>
      </w:r>
      <w:r>
        <w:rPr>
          <w:b w:val="0"/>
          <w:i w:val="0"/>
        </w:rPr>
        <w:t xml:space="preserve">            self.stats.reset_stats()</w:t>
      </w:r>
      <w:r>
        <w:br/>
      </w:r>
      <w:r>
        <w:rPr>
          <w:b w:val="0"/>
          <w:i w:val="0"/>
        </w:rPr>
        <w:t xml:space="preserve">            self.sb.prep_score()</w:t>
      </w:r>
      <w:r>
        <w:br/>
      </w:r>
      <w:r>
        <w:rPr>
          <w:b w:val="0"/>
          <w:i w:val="0"/>
        </w:rPr>
        <w:t xml:space="preserve">            </w:t>
      </w:r>
      <w:r>
        <w:rPr>
          <w:b w:val="0"/>
          <w:i/>
        </w:rPr>
        <w:t>--snip--</w:t>
      </w:r>
    </w:p>
    <w:p>
      <w:pPr>
        <w:spacing w:after="80"/>
      </w:pPr>
      <w:r>
        <w:rPr>
          <w:b w:val="0"/>
          <w:i w:val="0"/>
        </w:rPr>
        <w:t xml:space="preserve">Chúng ta gọi </w:t>
      </w:r>
      <w:r>
        <w:rPr>
          <w:rFonts w:ascii="Consolas" w:hAnsi="Consolas"/>
          <w:b w:val="0"/>
          <w:i w:val="0"/>
          <w:sz w:val="20"/>
        </w:rPr>
        <w:t>prep_score()</w:t>
      </w:r>
      <w:r>
        <w:rPr>
          <w:b w:val="0"/>
          <w:i w:val="0"/>
        </w:rPr>
        <w:t xml:space="preserve"> sau khi đặt lại số liệu thống kê trò chơi khi bắt đầu một ván mới. Việc này chuẩn bị bảng điểm với số điểm là 0.</w:t>
      </w:r>
    </w:p>
    <w:p>
      <w:pPr>
        <w:pStyle w:val="Heading3"/>
      </w:pPr>
      <w:r>
        <w:rPr>
          <w:rFonts w:ascii="Calibri" w:hAnsi="Calibri"/>
          <w:b/>
          <w:i w:val="0"/>
          <w:sz w:val="27"/>
        </w:rPr>
        <w:t>Đảm bảo tính điểm cho mọi cú bắn trúng</w:t>
      </w:r>
    </w:p>
    <w:p>
      <w:pPr>
        <w:spacing w:after="80"/>
      </w:pPr>
      <w:r>
        <w:rPr>
          <w:b w:val="0"/>
          <w:i w:val="0"/>
        </w:rPr>
        <w:t>Với đoạn mã hiện tại, chương trình của chúng ta có thể bỏ sót việc tính điểm cho một số người ngoài hành tinh. Ví dụ, nếu hai viên đạn va chạm với người ngoài hành tinh trong cùng một lượt lặp hoặc nếu chúng ta tạo một viên đạn siêu rộng để bắn trúng nhiều người ngoài hành tinh, người chơi sẽ chỉ nhận được điểm khi bắn trúng một trong số đó. Để khắc phục điều này, hãy tinh chỉnh cách phát hiện va chạm giữa đạn và người ngoài hành tinh.</w:t>
      </w:r>
    </w:p>
    <w:p>
      <w:pPr>
        <w:spacing w:after="80"/>
      </w:pPr>
      <w:r>
        <w:rPr>
          <w:b w:val="0"/>
          <w:i w:val="0"/>
        </w:rPr>
        <w:t xml:space="preserve">Trong </w:t>
      </w:r>
      <w:r>
        <w:rPr>
          <w:rFonts w:ascii="Consolas" w:hAnsi="Consolas"/>
          <w:b w:val="0"/>
          <w:i w:val="0"/>
          <w:sz w:val="20"/>
        </w:rPr>
        <w:t>_check_bullet_alien_collisions()</w:t>
      </w:r>
      <w:r>
        <w:rPr>
          <w:b w:val="0"/>
          <w:i w:val="0"/>
        </w:rPr>
        <w:t xml:space="preserve">, bất kỳ viên đạn nào va chạm với người ngoài hành tinh đều trở thành một khóa trong từ điển </w:t>
      </w:r>
      <w:r>
        <w:rPr>
          <w:rFonts w:ascii="Consolas" w:hAnsi="Consolas"/>
          <w:b w:val="0"/>
          <w:i w:val="0"/>
          <w:sz w:val="20"/>
        </w:rPr>
        <w:t>collisions</w:t>
      </w:r>
      <w:r>
        <w:rPr>
          <w:b w:val="0"/>
          <w:i w:val="0"/>
        </w:rPr>
        <w:t xml:space="preserve">. Giá trị gắn với mỗi viên đạn là một danh sách những người ngoài hành tinh mà nó đã va chạm. Chúng ta lặp qua các giá trị trong từ điển </w:t>
      </w:r>
      <w:r>
        <w:rPr>
          <w:rFonts w:ascii="Consolas" w:hAnsi="Consolas"/>
          <w:b w:val="0"/>
          <w:i w:val="0"/>
          <w:sz w:val="20"/>
        </w:rPr>
        <w:t>collisions</w:t>
      </w:r>
      <w:r>
        <w:rPr>
          <w:b w:val="0"/>
          <w:i w:val="0"/>
        </w:rPr>
        <w:t xml:space="preserve"> để đảm bảo cộng điểm cho mỗi người ngoài hành tinh bị bắn trúng:</w:t>
      </w:r>
    </w:p>
    <w:p>
      <w:pPr>
        <w:spacing w:after="80"/>
      </w:pPr>
      <w:r>
        <w:rPr>
          <w:b w:val="0"/>
          <w:i w:val="0"/>
        </w:rPr>
        <w:t>alien_invasion.py</w:t>
      </w:r>
    </w:p>
    <w:p>
      <w:pPr>
        <w:spacing w:after="80"/>
      </w:pPr>
      <w:r>
        <w:rPr>
          <w:b w:val="0"/>
          <w:i w:val="0"/>
        </w:rPr>
        <w:t>def _check_bullet_alien_collisions(self):</w:t>
      </w:r>
      <w:r>
        <w:br/>
      </w:r>
      <w:r>
        <w:rPr>
          <w:b w:val="0"/>
          <w:i w:val="0"/>
        </w:rPr>
        <w:t xml:space="preserve">        </w:t>
      </w:r>
      <w:r>
        <w:rPr>
          <w:b w:val="0"/>
          <w:i/>
        </w:rPr>
        <w:t>--snip--</w:t>
      </w:r>
      <w:r>
        <w:br/>
      </w:r>
      <w:r>
        <w:rPr>
          <w:b w:val="0"/>
          <w:i w:val="0"/>
        </w:rPr>
        <w:t xml:space="preserve">        if collisions:</w:t>
      </w:r>
      <w:r>
        <w:br/>
      </w:r>
      <w:r>
        <w:rPr>
          <w:b w:val="0"/>
          <w:i w:val="0"/>
        </w:rPr>
        <w:t xml:space="preserve">            for aliens in collisions.values():</w:t>
      </w:r>
      <w:r>
        <w:br/>
      </w:r>
      <w:r>
        <w:rPr>
          <w:b w:val="0"/>
          <w:i w:val="0"/>
        </w:rPr>
        <w:t xml:space="preserve">                self.stats.score += self.settings.alien_points * len(aliens)</w:t>
      </w:r>
      <w:r>
        <w:br/>
      </w:r>
      <w:r>
        <w:rPr>
          <w:b w:val="0"/>
          <w:i w:val="0"/>
        </w:rPr>
        <w:t xml:space="preserve">            self.sb.prep_score()</w:t>
      </w:r>
      <w:r>
        <w:br/>
      </w:r>
      <w:r>
        <w:rPr>
          <w:b w:val="0"/>
          <w:i w:val="0"/>
        </w:rPr>
        <w:t xml:space="preserve">    </w:t>
      </w:r>
      <w:r>
        <w:rPr>
          <w:b w:val="0"/>
          <w:i/>
        </w:rPr>
        <w:t>--snip--</w:t>
      </w:r>
    </w:p>
    <w:p>
      <w:pPr>
        <w:spacing w:after="80"/>
      </w:pPr>
      <w:r>
        <w:rPr>
          <w:b w:val="0"/>
          <w:i w:val="0"/>
        </w:rPr>
        <w:t xml:space="preserve">Nếu từ điển </w:t>
      </w:r>
      <w:r>
        <w:rPr>
          <w:rFonts w:ascii="Consolas" w:hAnsi="Consolas"/>
          <w:b w:val="0"/>
          <w:i w:val="0"/>
          <w:sz w:val="20"/>
        </w:rPr>
        <w:t>collisions</w:t>
      </w:r>
      <w:r>
        <w:rPr>
          <w:b w:val="0"/>
          <w:i w:val="0"/>
        </w:rPr>
        <w:t xml:space="preserve"> đã được định nghĩa, chúng ta lặp qua tất cả các giá trị trong từ điển. Hãy nhớ rằng mỗi giá trị là một danh sách những người ngoài hành tinh bị bắn trúng bởi một viên đạn. Chúng ta nhân giá trị của mỗi người ngoài hành tinh với số lượng người ngoài hành tinh trong mỗi danh sách rồi cộng số tiền này vào điểm hiện tại. Để kiểm tra điều này, hãy đổi chiều rộng của viên đạn thành 300 pixel và xác nhận rằng bạn nhận được điểm cho mỗi người ngoài hành tinh bị bắn trúng bởi những viên đạn siêu rộng của mình; sau đó đưa chiều rộng viên đạn trở lại giá trị bình thường.</w:t>
      </w:r>
    </w:p>
    <w:p>
      <w:pPr>
        <w:pStyle w:val="Heading3"/>
      </w:pPr>
      <w:r>
        <w:rPr>
          <w:rFonts w:ascii="Calibri" w:hAnsi="Calibri"/>
          <w:b/>
          <w:i w:val="0"/>
          <w:sz w:val="27"/>
        </w:rPr>
        <w:t>Tăng giá trị điểm</w:t>
      </w:r>
    </w:p>
    <w:p>
      <w:pPr>
        <w:spacing w:after="80"/>
      </w:pPr>
      <w:r>
        <w:rPr>
          <w:b w:val="0"/>
          <w:i w:val="0"/>
        </w:rPr>
        <w:t>Vì trò chơi trở nên khó hơn mỗi khi người chơi đạt đến một cấp độ mới, những người ngoài hành tinh ở các cấp độ sau nên đáng giá nhiều điểm hơn. Để thực hiện chức năng này, chúng ta sẽ thêm mã để tăng giá trị điểm khi tốc độ của trò chơi tăng lên:</w:t>
      </w:r>
    </w:p>
    <w:p>
      <w:pPr>
        <w:spacing w:after="80"/>
      </w:pPr>
      <w:r>
        <w:rPr>
          <w:b w:val="0"/>
          <w:i w:val="0"/>
        </w:rPr>
        <w:t>settings.py</w:t>
      </w:r>
    </w:p>
    <w:p>
      <w:pPr>
        <w:spacing w:after="0"/>
        <w:ind w:left="360"/>
        <w:shd w:val="clear" w:color="auto" w:fill="F2F2F2"/>
      </w:pPr>
      <w:r>
        <w:rPr>
          <w:rFonts w:ascii="Consolas" w:hAnsi="Consolas"/>
          <w:b w:val="0"/>
          <w:i w:val="0"/>
          <w:sz w:val="18"/>
        </w:rPr>
        <w:t>class Settings:</w:t>
      </w:r>
    </w:p>
    <w:p>
      <w:pPr>
        <w:spacing w:after="0"/>
        <w:ind w:left="360"/>
        <w:shd w:val="clear" w:color="auto" w:fill="F2F2F2"/>
      </w:pPr>
      <w:r>
        <w:rPr>
          <w:rFonts w:ascii="Consolas" w:hAnsi="Consolas"/>
          <w:b w:val="0"/>
          <w:i w:val="0"/>
          <w:sz w:val="18"/>
        </w:rPr>
        <w:t xml:space="preserve">    """A class to store all settings for Alien Invasion."""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How quickly the game speeds up</w:t>
      </w:r>
    </w:p>
    <w:p>
      <w:pPr>
        <w:spacing w:after="0"/>
        <w:ind w:left="360"/>
        <w:shd w:val="clear" w:color="auto" w:fill="F2F2F2"/>
      </w:pPr>
      <w:r>
        <w:rPr>
          <w:rFonts w:ascii="Consolas" w:hAnsi="Consolas"/>
          <w:b w:val="0"/>
          <w:i w:val="0"/>
          <w:sz w:val="18"/>
        </w:rPr>
        <w:t xml:space="preserve">        self.speedup_scale = 1.1</w:t>
      </w:r>
    </w:p>
    <w:p>
      <w:pPr>
        <w:spacing w:after="0"/>
        <w:ind w:left="360"/>
        <w:shd w:val="clear" w:color="auto" w:fill="F2F2F2"/>
      </w:pPr>
      <w:r>
        <w:rPr>
          <w:rFonts w:ascii="Consolas" w:hAnsi="Consolas"/>
          <w:b w:val="0"/>
          <w:i w:val="0"/>
          <w:sz w:val="18"/>
        </w:rPr>
        <w:t xml:space="preserve">        # How quickly the alien point values increase</w:t>
      </w:r>
    </w:p>
    <w:p>
      <w:pPr>
        <w:spacing w:after="0"/>
        <w:ind w:left="360"/>
        <w:shd w:val="clear" w:color="auto" w:fill="F2F2F2"/>
      </w:pPr>
      <w:r>
        <w:rPr>
          <w:rFonts w:ascii="Consolas" w:hAnsi="Consolas"/>
          <w:b w:val="0"/>
          <w:i w:val="0"/>
          <w:sz w:val="18"/>
        </w:rPr>
        <w:t>❶         self.score_scale = 1.5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self.initialize_dynamic_settings()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initialize_dynamic_settings(self):</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increase_speed(self):</w:t>
      </w:r>
    </w:p>
    <w:p>
      <w:pPr>
        <w:spacing w:after="0"/>
        <w:ind w:left="360"/>
        <w:shd w:val="clear" w:color="auto" w:fill="F2F2F2"/>
      </w:pPr>
      <w:r>
        <w:rPr>
          <w:rFonts w:ascii="Consolas" w:hAnsi="Consolas"/>
          <w:b w:val="0"/>
          <w:i w:val="0"/>
          <w:sz w:val="18"/>
        </w:rPr>
        <w:t xml:space="preserve">        """Increase speed settings and alien point values."""</w:t>
      </w:r>
    </w:p>
    <w:p>
      <w:pPr>
        <w:spacing w:after="0"/>
        <w:ind w:left="360"/>
        <w:shd w:val="clear" w:color="auto" w:fill="F2F2F2"/>
      </w:pPr>
      <w:r>
        <w:rPr>
          <w:rFonts w:ascii="Consolas" w:hAnsi="Consolas"/>
          <w:b w:val="0"/>
          <w:i w:val="0"/>
          <w:sz w:val="18"/>
        </w:rPr>
        <w:t xml:space="preserve">        self.ship_speed *= self.speedup_scale</w:t>
      </w:r>
    </w:p>
    <w:p>
      <w:pPr>
        <w:spacing w:after="0"/>
        <w:ind w:left="360"/>
        <w:shd w:val="clear" w:color="auto" w:fill="F2F2F2"/>
      </w:pPr>
      <w:r>
        <w:rPr>
          <w:rFonts w:ascii="Consolas" w:hAnsi="Consolas"/>
          <w:b w:val="0"/>
          <w:i w:val="0"/>
          <w:sz w:val="18"/>
        </w:rPr>
        <w:t xml:space="preserve">        self.bullet_speed *= self.speedup_scale</w:t>
      </w:r>
    </w:p>
    <w:p>
      <w:pPr>
        <w:spacing w:after="0"/>
        <w:ind w:left="360"/>
        <w:shd w:val="clear" w:color="auto" w:fill="F2F2F2"/>
      </w:pPr>
      <w:r>
        <w:rPr>
          <w:rFonts w:ascii="Consolas" w:hAnsi="Consolas"/>
          <w:b w:val="0"/>
          <w:i w:val="0"/>
          <w:sz w:val="18"/>
        </w:rPr>
        <w:t xml:space="preserve">        self.alien_speed *= self.speedup_scale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self.alien_points = int(self.alien_points * self.score_scale)</w:t>
      </w:r>
    </w:p>
    <w:p>
      <w:pPr>
        <w:spacing w:after="40"/>
      </w:pPr>
    </w:p>
    <w:p>
      <w:pPr>
        <w:spacing w:after="80"/>
      </w:pPr>
      <w:r>
        <w:rPr>
          <w:b w:val="0"/>
          <w:i w:val="0"/>
        </w:rPr>
        <w:t xml:space="preserve">Chúng ta định nghĩa một tỷ lệ mà tại đó điểm tăng lên, gọi là </w:t>
      </w:r>
      <w:r>
        <w:rPr>
          <w:rFonts w:ascii="Consolas" w:hAnsi="Consolas"/>
          <w:b w:val="0"/>
          <w:i w:val="0"/>
          <w:sz w:val="20"/>
        </w:rPr>
        <w:t>score_scale</w:t>
      </w:r>
      <w:r>
        <w:rPr>
          <w:b w:val="0"/>
          <w:i w:val="0"/>
        </w:rPr>
        <w:t xml:space="preserve"> ❶. Một sự gia tăng nhỏ về tốc độ (</w:t>
      </w:r>
      <w:r>
        <w:rPr>
          <w:rFonts w:ascii="Consolas" w:hAnsi="Consolas"/>
          <w:b w:val="0"/>
          <w:i w:val="0"/>
          <w:sz w:val="20"/>
        </w:rPr>
        <w:t>1.1</w:t>
      </w:r>
      <w:r>
        <w:rPr>
          <w:b w:val="0"/>
          <w:i w:val="0"/>
        </w:rPr>
        <w:t>) khiến trò chơi trở nên thử thách nhanh chóng. Nhưng để thấy sự khác biệt rõ rệt hơn về điểm số, chúng ta cần thay đổi giá trị điểm của người ngoài hành tinh với một lượng lớn hơn (</w:t>
      </w:r>
      <w:r>
        <w:rPr>
          <w:rFonts w:ascii="Consolas" w:hAnsi="Consolas"/>
          <w:b w:val="0"/>
          <w:i w:val="0"/>
          <w:sz w:val="20"/>
        </w:rPr>
        <w:t>1.5</w:t>
      </w:r>
      <w:r>
        <w:rPr>
          <w:b w:val="0"/>
          <w:i w:val="0"/>
        </w:rPr>
        <w:t xml:space="preserve">). Giờ đây khi chúng ta tăng tốc độ của trò chơi, chúng ta cũng tăng giá trị điểm của mỗi cú bắn trúng ❷. Chúng ta dùng hàm </w:t>
      </w:r>
      <w:r>
        <w:rPr>
          <w:rFonts w:ascii="Consolas" w:hAnsi="Consolas"/>
          <w:b w:val="0"/>
          <w:i w:val="0"/>
          <w:sz w:val="20"/>
        </w:rPr>
        <w:t>int()</w:t>
      </w:r>
      <w:r>
        <w:rPr>
          <w:b w:val="0"/>
          <w:i w:val="0"/>
        </w:rPr>
        <w:t xml:space="preserve"> để tăng giá trị điểm theo số nguyên.</w:t>
      </w:r>
    </w:p>
    <w:p>
      <w:pPr>
        <w:spacing w:after="80"/>
      </w:pPr>
      <w:r>
        <w:rPr>
          <w:b w:val="0"/>
          <w:i w:val="0"/>
        </w:rPr>
        <w:t xml:space="preserve">Để xem giá trị của mỗi người ngoài hành tinh, hãy thêm một lời gọi </w:t>
      </w:r>
      <w:r>
        <w:rPr>
          <w:rFonts w:ascii="Consolas" w:hAnsi="Consolas"/>
          <w:b w:val="0"/>
          <w:i w:val="0"/>
          <w:sz w:val="20"/>
        </w:rPr>
        <w:t>print()</w:t>
      </w:r>
      <w:r>
        <w:rPr>
          <w:b w:val="0"/>
          <w:i w:val="0"/>
        </w:rPr>
        <w:t xml:space="preserve"> vào phương thức </w:t>
      </w:r>
      <w:r>
        <w:rPr>
          <w:rFonts w:ascii="Consolas" w:hAnsi="Consolas"/>
          <w:b w:val="0"/>
          <w:i w:val="0"/>
          <w:sz w:val="20"/>
        </w:rPr>
        <w:t>increase_speed()</w:t>
      </w:r>
      <w:r>
        <w:rPr>
          <w:b w:val="0"/>
          <w:i w:val="0"/>
        </w:rPr>
        <w:t xml:space="preserve"> trong </w:t>
      </w:r>
      <w:r>
        <w:rPr>
          <w:rFonts w:ascii="Consolas" w:hAnsi="Consolas"/>
          <w:b w:val="0"/>
          <w:i w:val="0"/>
          <w:sz w:val="20"/>
        </w:rPr>
        <w:t>Settings</w:t>
      </w:r>
      <w:r>
        <w:rPr>
          <w:b w:val="0"/>
          <w:i w:val="0"/>
        </w:rPr>
        <w:t>:</w:t>
      </w:r>
    </w:p>
    <w:p>
      <w:pPr>
        <w:spacing w:after="80"/>
      </w:pPr>
      <w:r>
        <w:rPr>
          <w:b w:val="0"/>
          <w:i w:val="0"/>
        </w:rPr>
        <w:t>settings.py</w:t>
      </w:r>
    </w:p>
    <w:p>
      <w:pPr>
        <w:spacing w:after="80"/>
      </w:pPr>
      <w:r>
        <w:rPr>
          <w:b w:val="0"/>
          <w:i w:val="0"/>
        </w:rPr>
        <w:t>def increase_speed(self):</w:t>
      </w:r>
      <w:r>
        <w:br/>
      </w:r>
      <w:r>
        <w:rPr>
          <w:b w:val="0"/>
          <w:i w:val="0"/>
        </w:rPr>
        <w:t xml:space="preserve">        </w:t>
      </w:r>
      <w:r>
        <w:rPr>
          <w:b w:val="0"/>
          <w:i/>
        </w:rPr>
        <w:t>--snip--</w:t>
      </w:r>
      <w:r>
        <w:br/>
      </w:r>
      <w:r>
        <w:rPr>
          <w:b w:val="0"/>
          <w:i w:val="0"/>
        </w:rPr>
        <w:t xml:space="preserve">        self.alien_points = int(self.alien_points * self.score_scale)</w:t>
      </w:r>
      <w:r>
        <w:br/>
      </w:r>
      <w:r>
        <w:rPr>
          <w:b w:val="0"/>
          <w:i w:val="0"/>
        </w:rPr>
        <w:t xml:space="preserve">        print(self.alien_points)</w:t>
      </w:r>
    </w:p>
    <w:p>
      <w:pPr>
        <w:spacing w:after="80"/>
      </w:pPr>
      <w:r>
        <w:rPr>
          <w:b w:val="0"/>
          <w:i w:val="0"/>
        </w:rPr>
        <w:t>Giá trị điểm mới sẽ hiện ra trong terminal mỗi khi bạn lên cấp độ mới.</w:t>
      </w:r>
    </w:p>
    <w:p>
      <w:pPr>
        <w:spacing w:before="120" w:after="40"/>
      </w:pPr>
      <w:r>
        <w:rPr>
          <w:b/>
          <w:sz w:val="21"/>
        </w:rPr>
        <w:t>Ghi chú</w:t>
      </w:r>
    </w:p>
    <w:p>
      <w:pPr>
        <w:spacing w:after="80"/>
      </w:pPr>
      <w:r>
        <w:rPr>
          <w:b w:val="0"/>
          <w:i w:val="0"/>
        </w:rPr>
        <w:t xml:space="preserve">Nhớ xóa lệnh gọi </w:t>
      </w:r>
      <w:r>
        <w:rPr>
          <w:rFonts w:ascii="Consolas" w:hAnsi="Consolas"/>
          <w:b w:val="0"/>
          <w:i w:val="0"/>
          <w:sz w:val="20"/>
        </w:rPr>
        <w:t>print()</w:t>
      </w:r>
      <w:r>
        <w:rPr>
          <w:b w:val="0"/>
          <w:i w:val="0"/>
        </w:rPr>
        <w:t xml:space="preserve"> sau khi đã kiểm tra xong rằng giá trị điểm đang tăng lên, nếu không nó có thể ảnh hưởng đến hiệu năng của game và khiến người chơi mất tập trung.</w:t>
      </w:r>
    </w:p>
    <w:p>
      <w:pPr>
        <w:pStyle w:val="Heading3"/>
      </w:pPr>
      <w:r>
        <w:rPr>
          <w:rFonts w:ascii="Calibri" w:hAnsi="Calibri"/>
          <w:b/>
          <w:i w:val="0"/>
          <w:sz w:val="27"/>
        </w:rPr>
        <w:t>Làm tròn điểm số</w:t>
      </w:r>
    </w:p>
    <w:p>
      <w:pPr>
        <w:spacing w:after="80"/>
      </w:pPr>
      <w:r>
        <w:rPr>
          <w:b w:val="0"/>
          <w:i w:val="0"/>
        </w:rPr>
        <w:t xml:space="preserve">Hầu hết các game bắn súng kiểu arcade đều hiển thị điểm số dưới dạng bội số của 10, nên ta cũng làm theo cách đó với điểm số của mình. Ngoài ra, hãy định dạng điểm số để có dấu phẩy phân cách khi số lớn. Ta sẽ thực hiện thay đổi này trong </w:t>
      </w:r>
      <w:r>
        <w:rPr>
          <w:rFonts w:ascii="Consolas" w:hAnsi="Consolas"/>
          <w:b w:val="0"/>
          <w:i w:val="0"/>
          <w:sz w:val="20"/>
        </w:rPr>
        <w:t>Scoreboard</w:t>
      </w:r>
      <w:r>
        <w:rPr>
          <w:b w:val="0"/>
          <w:i w:val="0"/>
        </w:rPr>
        <w:t>:</w:t>
      </w:r>
    </w:p>
    <w:p>
      <w:pPr>
        <w:spacing w:after="80"/>
      </w:pPr>
      <w:r>
        <w:rPr>
          <w:b w:val="0"/>
          <w:i w:val="0"/>
        </w:rPr>
        <w:t>scoreboard.py</w:t>
      </w:r>
    </w:p>
    <w:p>
      <w:pPr>
        <w:spacing w:after="80"/>
      </w:pPr>
      <w:r>
        <w:rPr>
          <w:b w:val="0"/>
          <w:i w:val="0"/>
        </w:rPr>
        <w:t>def prep_score(self):</w:t>
      </w:r>
      <w:r>
        <w:br/>
      </w:r>
      <w:r>
        <w:rPr>
          <w:b w:val="0"/>
          <w:i w:val="0"/>
        </w:rPr>
        <w:t xml:space="preserve">        """Turn the score into a rendered image."""</w:t>
      </w:r>
      <w:r>
        <w:br/>
      </w:r>
      <w:r>
        <w:rPr>
          <w:b w:val="0"/>
          <w:i w:val="0"/>
        </w:rPr>
        <w:t xml:space="preserve">        rounded_score = round(self.stats.score, -1)</w:t>
      </w:r>
      <w:r>
        <w:br/>
      </w:r>
      <w:r>
        <w:rPr>
          <w:b w:val="0"/>
          <w:i w:val="0"/>
        </w:rPr>
        <w:t xml:space="preserve">        score_str = f"{rounded_score:,}"</w:t>
      </w:r>
      <w:r>
        <w:br/>
      </w:r>
      <w:r>
        <w:rPr>
          <w:b w:val="0"/>
          <w:i w:val="0"/>
        </w:rPr>
        <w:t xml:space="preserve">        self.score_image = self.font.render(score_str, True,</w:t>
      </w:r>
      <w:r>
        <w:br/>
      </w:r>
      <w:r>
        <w:rPr>
          <w:b w:val="0"/>
          <w:i w:val="0"/>
        </w:rPr>
        <w:t xml:space="preserve">                self.text_color, self.settings.bg_color)</w:t>
      </w:r>
      <w:r>
        <w:br/>
      </w:r>
      <w:r>
        <w:rPr>
          <w:b w:val="0"/>
          <w:i w:val="0"/>
        </w:rPr>
        <w:t xml:space="preserve">        </w:t>
      </w:r>
      <w:r>
        <w:rPr>
          <w:b w:val="0"/>
          <w:i/>
        </w:rPr>
        <w:t>--snip--</w:t>
      </w:r>
    </w:p>
    <w:p>
      <w:pPr>
        <w:spacing w:after="80"/>
      </w:pPr>
      <w:r>
        <w:rPr>
          <w:b w:val="0"/>
          <w:i w:val="0"/>
        </w:rPr>
        <w:t xml:space="preserve">Hàm </w:t>
      </w:r>
      <w:r>
        <w:rPr>
          <w:rFonts w:ascii="Consolas" w:hAnsi="Consolas"/>
          <w:b w:val="0"/>
          <w:i w:val="0"/>
          <w:sz w:val="20"/>
        </w:rPr>
        <w:t>round()</w:t>
      </w:r>
      <w:r>
        <w:rPr>
          <w:b w:val="0"/>
          <w:i w:val="0"/>
        </w:rPr>
        <w:t xml:space="preserve"> thông thường sẽ làm tròn một số thực (float) đến số chữ số thập phân được cho ở đối số thứ hai. Tuy nhiên, khi bạn truyền một số âm làm đối số thứ hai, </w:t>
      </w:r>
      <w:r>
        <w:rPr>
          <w:rFonts w:ascii="Consolas" w:hAnsi="Consolas"/>
          <w:b w:val="0"/>
          <w:i w:val="0"/>
          <w:sz w:val="20"/>
        </w:rPr>
        <w:t>round()</w:t>
      </w:r>
      <w:r>
        <w:rPr>
          <w:b w:val="0"/>
          <w:i w:val="0"/>
        </w:rPr>
        <w:t xml:space="preserve"> sẽ làm tròn giá trị đến hàng chục, hàng trăm, hàng nghìn gần nhất, v.v. Đoạn code này bảo Python làm tròn giá trị của </w:t>
      </w:r>
      <w:r>
        <w:rPr>
          <w:rFonts w:ascii="Consolas" w:hAnsi="Consolas"/>
          <w:b w:val="0"/>
          <w:i w:val="0"/>
          <w:sz w:val="20"/>
        </w:rPr>
        <w:t>stats.score</w:t>
      </w:r>
      <w:r>
        <w:rPr>
          <w:b w:val="0"/>
          <w:i w:val="0"/>
        </w:rPr>
        <w:t xml:space="preserve"> đến hàng chục gần nhất rồi gán cho </w:t>
      </w:r>
      <w:r>
        <w:rPr>
          <w:rFonts w:ascii="Consolas" w:hAnsi="Consolas"/>
          <w:b w:val="0"/>
          <w:i w:val="0"/>
          <w:sz w:val="20"/>
        </w:rPr>
        <w:t>rounded_score</w:t>
      </w:r>
      <w:r>
        <w:rPr>
          <w:b w:val="0"/>
          <w:i w:val="0"/>
        </w:rPr>
        <w:t>.</w:t>
      </w:r>
    </w:p>
    <w:p>
      <w:pPr>
        <w:spacing w:after="80"/>
      </w:pPr>
      <w:r>
        <w:rPr>
          <w:b w:val="0"/>
          <w:i w:val="0"/>
        </w:rPr>
        <w:t xml:space="preserve">Sau đó ta dùng một bộ chỉ định định dạng (format specifier) trong f-string cho điểm số. </w:t>
      </w:r>
      <w:r>
        <w:rPr>
          <w:b w:val="0"/>
          <w:i/>
        </w:rPr>
        <w:t>Bộ chỉ định định dạng</w:t>
      </w:r>
      <w:r>
        <w:rPr>
          <w:b w:val="0"/>
          <w:i w:val="0"/>
        </w:rPr>
        <w:t xml:space="preserve"> là một chuỗi ký tự đặc biệt giúp thay đổi cách hiển thị giá trị của một biến. Trong trường hợp này, chuỗi </w:t>
      </w:r>
      <w:r>
        <w:rPr>
          <w:rFonts w:ascii="Consolas" w:hAnsi="Consolas"/>
          <w:b w:val="0"/>
          <w:i w:val="0"/>
          <w:sz w:val="20"/>
        </w:rPr>
        <w:t>:,</w:t>
      </w:r>
      <w:r>
        <w:rPr>
          <w:b w:val="0"/>
          <w:i w:val="0"/>
        </w:rPr>
        <w:t xml:space="preserve"> bảo Python chèn dấu phẩy vào những vị trí thích hợp trong giá trị số được cung cấp. Kết quả là ta có những chuỗi như </w:t>
      </w:r>
      <w:r>
        <w:rPr>
          <w:rFonts w:ascii="Consolas" w:hAnsi="Consolas"/>
          <w:b w:val="0"/>
          <w:i w:val="0"/>
          <w:sz w:val="20"/>
        </w:rPr>
        <w:t>1,000,000</w:t>
      </w:r>
      <w:r>
        <w:rPr>
          <w:b w:val="0"/>
          <w:i w:val="0"/>
        </w:rPr>
        <w:t xml:space="preserve"> thay vì </w:t>
      </w:r>
      <w:r>
        <w:rPr>
          <w:rFonts w:ascii="Consolas" w:hAnsi="Consolas"/>
          <w:b w:val="0"/>
          <w:i w:val="0"/>
          <w:sz w:val="20"/>
        </w:rPr>
        <w:t>1000000</w:t>
      </w:r>
      <w:r>
        <w:rPr>
          <w:b w:val="0"/>
          <w:i w:val="0"/>
        </w:rPr>
        <w:t>.</w:t>
      </w:r>
    </w:p>
    <w:p>
      <w:pPr>
        <w:spacing w:after="80"/>
      </w:pPr>
      <w:r>
        <w:rPr>
          <w:b w:val="0"/>
          <w:i w:val="0"/>
        </w:rPr>
        <w:t>Giờ khi chạy game, bạn sẽ thấy điểm số được làm tròn và định dạng gọn gàng ngay cả khi bạn ghi được rất nhiều điểm, như trong Hình 14-3.</w:t>
      </w:r>
    </w:p>
    <w:p>
      <w:pPr>
        <w:jc w:val="center"/>
      </w:pPr>
      <w:r>
        <w:drawing>
          <wp:inline xmlns:a="http://schemas.openxmlformats.org/drawingml/2006/main" xmlns:pic="http://schemas.openxmlformats.org/drawingml/2006/picture">
            <wp:extent cx="5486400" cy="3783134"/>
            <wp:docPr id="31" name="Picture 31"/>
            <wp:cNvGraphicFramePr>
              <a:graphicFrameLocks noChangeAspect="1"/>
            </wp:cNvGraphicFramePr>
            <a:graphic>
              <a:graphicData uri="http://schemas.openxmlformats.org/drawingml/2006/picture">
                <pic:pic>
                  <pic:nvPicPr>
                    <pic:cNvPr id="0" name="image_rsrcBHW.jpg"/>
                    <pic:cNvPicPr/>
                  </pic:nvPicPr>
                  <pic:blipFill>
                    <a:blip r:embed="rId25"/>
                    <a:stretch>
                      <a:fillRect/>
                    </a:stretch>
                  </pic:blipFill>
                  <pic:spPr>
                    <a:xfrm>
                      <a:off x="0" y="0"/>
                      <a:ext cx="5486400" cy="3783134"/>
                    </a:xfrm>
                    <a:prstGeom prst="rect"/>
                  </pic:spPr>
                </pic:pic>
              </a:graphicData>
            </a:graphic>
          </wp:inline>
        </w:drawing>
      </w:r>
    </w:p>
    <w:p>
      <w:pPr>
        <w:spacing w:after="80"/>
      </w:pPr>
      <w:r>
        <w:rPr>
          <w:b w:val="0"/>
          <w:i w:val="0"/>
        </w:rPr>
        <w:t>Hình 14-3: Điểm số được làm tròn với dấu phẩy phân cách</w:t>
      </w:r>
    </w:p>
    <w:p>
      <w:pPr>
        <w:pStyle w:val="Heading3"/>
      </w:pPr>
      <w:r>
        <w:rPr>
          <w:rFonts w:ascii="Calibri" w:hAnsi="Calibri"/>
          <w:b/>
          <w:i w:val="0"/>
          <w:sz w:val="27"/>
        </w:rPr>
        <w:t>Điểm cao</w:t>
      </w:r>
    </w:p>
    <w:p>
      <w:pPr>
        <w:spacing w:after="80"/>
      </w:pPr>
      <w:r>
        <w:rPr>
          <w:b w:val="0"/>
          <w:i w:val="0"/>
        </w:rPr>
        <w:t xml:space="preserve">Mọi người chơi đều muốn phá kỷ lục điểm cao của game, nên hãy theo dõi và hiển thị điểm cao để cho người chơi có mục tiêu phấn đấu. Chúng ta sẽ lưu điểm cao trong </w:t>
      </w:r>
      <w:r>
        <w:rPr>
          <w:rFonts w:ascii="Consolas" w:hAnsi="Consolas"/>
          <w:b w:val="0"/>
          <w:i w:val="0"/>
          <w:sz w:val="20"/>
        </w:rPr>
        <w:t>GameStats</w:t>
      </w:r>
      <w:r>
        <w:rPr>
          <w:b w:val="0"/>
          <w:i w:val="0"/>
        </w:rPr>
        <w:t>:</w:t>
      </w:r>
    </w:p>
    <w:p>
      <w:pPr>
        <w:spacing w:after="80"/>
      </w:pPr>
      <w:r>
        <w:rPr>
          <w:b w:val="0"/>
          <w:i w:val="0"/>
        </w:rPr>
        <w:t>game_stats.py</w:t>
      </w:r>
    </w:p>
    <w:p>
      <w:pPr>
        <w:spacing w:after="80"/>
      </w:pPr>
      <w:r>
        <w:rPr>
          <w:b w:val="0"/>
          <w:i w:val="0"/>
        </w:rPr>
        <w:t>def __init__(self, ai_game):</w:t>
      </w:r>
      <w:r>
        <w:br/>
      </w:r>
      <w:r>
        <w:rPr>
          <w:b w:val="0"/>
          <w:i w:val="0"/>
        </w:rPr>
        <w:t xml:space="preserve">        </w:t>
      </w:r>
      <w:r>
        <w:rPr>
          <w:b w:val="0"/>
          <w:i/>
        </w:rPr>
        <w:t>--snip--</w:t>
      </w:r>
      <w:r>
        <w:br/>
      </w:r>
      <w:r>
        <w:rPr>
          <w:b w:val="0"/>
          <w:i w:val="0"/>
        </w:rPr>
        <w:t xml:space="preserve">        # Điểm cao không bao giờ được đặt lại.</w:t>
      </w:r>
      <w:r>
        <w:br/>
      </w:r>
      <w:r>
        <w:rPr>
          <w:b w:val="0"/>
          <w:i w:val="0"/>
        </w:rPr>
        <w:t xml:space="preserve">        self.high_score = 0</w:t>
      </w:r>
    </w:p>
    <w:p>
      <w:pPr>
        <w:spacing w:after="80"/>
      </w:pPr>
      <w:r>
        <w:rPr>
          <w:b w:val="0"/>
          <w:i w:val="0"/>
        </w:rPr>
        <w:t xml:space="preserve">Vì điểm cao không bao giờ được đặt lại, chúng ta khởi tạo </w:t>
      </w:r>
      <w:r>
        <w:rPr>
          <w:rFonts w:ascii="Consolas" w:hAnsi="Consolas"/>
          <w:b w:val="0"/>
          <w:i w:val="0"/>
          <w:sz w:val="20"/>
        </w:rPr>
        <w:t>high_score</w:t>
      </w:r>
      <w:r>
        <w:rPr>
          <w:b w:val="0"/>
          <w:i w:val="0"/>
        </w:rPr>
        <w:t xml:space="preserve"> trong </w:t>
      </w:r>
      <w:r>
        <w:rPr>
          <w:rFonts w:ascii="Consolas" w:hAnsi="Consolas"/>
          <w:b w:val="0"/>
          <w:i w:val="0"/>
          <w:sz w:val="20"/>
        </w:rPr>
        <w:t>__init__()</w:t>
      </w:r>
      <w:r>
        <w:rPr>
          <w:b w:val="0"/>
          <w:i w:val="0"/>
        </w:rPr>
        <w:t xml:space="preserve"> thay vì trong </w:t>
      </w:r>
      <w:r>
        <w:rPr>
          <w:rFonts w:ascii="Consolas" w:hAnsi="Consolas"/>
          <w:b w:val="0"/>
          <w:i w:val="0"/>
          <w:sz w:val="20"/>
        </w:rPr>
        <w:t>reset_stats()</w:t>
      </w:r>
      <w:r>
        <w:rPr>
          <w:b w:val="0"/>
          <w:i w:val="0"/>
        </w:rPr>
        <w:t>.</w:t>
      </w:r>
    </w:p>
    <w:p>
      <w:pPr>
        <w:spacing w:after="80"/>
      </w:pPr>
      <w:r>
        <w:rPr>
          <w:b w:val="0"/>
          <w:i w:val="0"/>
        </w:rPr>
        <w:t xml:space="preserve">Tiếp theo, chúng ta sẽ sửa </w:t>
      </w:r>
      <w:r>
        <w:rPr>
          <w:rFonts w:ascii="Consolas" w:hAnsi="Consolas"/>
          <w:b w:val="0"/>
          <w:i w:val="0"/>
          <w:sz w:val="20"/>
        </w:rPr>
        <w:t>Scoreboard</w:t>
      </w:r>
      <w:r>
        <w:rPr>
          <w:b w:val="0"/>
          <w:i w:val="0"/>
        </w:rPr>
        <w:t xml:space="preserve"> để hiển thị điểm cao. Hãy bắt đầu với phương thức </w:t>
      </w:r>
      <w:r>
        <w:rPr>
          <w:rFonts w:ascii="Consolas" w:hAnsi="Consolas"/>
          <w:b w:val="0"/>
          <w:i w:val="0"/>
          <w:sz w:val="20"/>
        </w:rPr>
        <w:t>__init__()</w:t>
      </w:r>
      <w:r>
        <w:rPr>
          <w:b w:val="0"/>
          <w:i w:val="0"/>
        </w:rPr>
        <w:t>:</w:t>
      </w:r>
    </w:p>
    <w:p>
      <w:pPr>
        <w:spacing w:after="80"/>
      </w:pPr>
      <w:r>
        <w:rPr>
          <w:b w:val="0"/>
          <w:i w:val="0"/>
        </w:rPr>
        <w:t>scoreboard.py</w:t>
      </w:r>
    </w:p>
    <w:p>
      <w:pPr>
        <w:spacing w:after="80"/>
      </w:pPr>
      <w:r>
        <w:rPr>
          <w:b w:val="0"/>
          <w:i w:val="0"/>
        </w:rPr>
        <w:t>def __init__(self, ai_game):</w:t>
      </w:r>
      <w:r>
        <w:br/>
      </w:r>
      <w:r>
        <w:rPr>
          <w:b w:val="0"/>
          <w:i w:val="0"/>
        </w:rPr>
        <w:t xml:space="preserve">        </w:t>
      </w:r>
      <w:r>
        <w:rPr>
          <w:b w:val="0"/>
          <w:i/>
        </w:rPr>
        <w:t>--snip--</w:t>
      </w:r>
      <w:r>
        <w:br/>
      </w:r>
      <w:r>
        <w:rPr>
          <w:b w:val="0"/>
          <w:i w:val="0"/>
        </w:rPr>
        <w:t xml:space="preserve">        # Chuẩn bị các hình ảnh điểm ban đầu.</w:t>
      </w:r>
      <w:r>
        <w:br/>
      </w:r>
      <w:r>
        <w:rPr>
          <w:b w:val="0"/>
          <w:i w:val="0"/>
        </w:rPr>
        <w:t xml:space="preserve">        self.prep_score()</w:t>
      </w:r>
      <w:r>
        <w:br/>
      </w:r>
      <w:r>
        <w:rPr>
          <w:b w:val="0"/>
          <w:i w:val="0"/>
        </w:rPr>
        <w:t>❶         self.prep_high_score()</w:t>
      </w:r>
    </w:p>
    <w:p>
      <w:pPr>
        <w:spacing w:after="80"/>
      </w:pPr>
      <w:r>
        <w:rPr>
          <w:b w:val="0"/>
          <w:i w:val="0"/>
        </w:rPr>
        <w:t xml:space="preserve">Điểm cao sẽ được hiển thị tách biệt với điểm số, nên chúng ta cần một phương thức mới, </w:t>
      </w:r>
      <w:r>
        <w:rPr>
          <w:rFonts w:ascii="Consolas" w:hAnsi="Consolas"/>
          <w:b w:val="0"/>
          <w:i w:val="0"/>
          <w:sz w:val="20"/>
        </w:rPr>
        <w:t>prep_high_score()</w:t>
      </w:r>
      <w:r>
        <w:rPr>
          <w:b w:val="0"/>
          <w:i w:val="0"/>
        </w:rPr>
        <w:t>, để chuẩn bị hình ảnh điểm cao ❶.</w:t>
      </w:r>
    </w:p>
    <w:p>
      <w:pPr>
        <w:spacing w:after="80"/>
      </w:pPr>
      <w:r>
        <w:rPr>
          <w:b w:val="0"/>
          <w:i w:val="0"/>
        </w:rPr>
        <w:t xml:space="preserve">Đây là phương thức </w:t>
      </w:r>
      <w:r>
        <w:rPr>
          <w:rFonts w:ascii="Consolas" w:hAnsi="Consolas"/>
          <w:b w:val="0"/>
          <w:i w:val="0"/>
          <w:sz w:val="20"/>
        </w:rPr>
        <w:t>prep_high_score()</w:t>
      </w:r>
      <w:r>
        <w:rPr>
          <w:b w:val="0"/>
          <w:i w:val="0"/>
        </w:rPr>
        <w:t>:</w:t>
      </w:r>
    </w:p>
    <w:p>
      <w:pPr>
        <w:spacing w:after="80"/>
      </w:pPr>
      <w:r>
        <w:rPr>
          <w:b w:val="0"/>
          <w:i w:val="0"/>
        </w:rPr>
        <w:t>scoreboard.py</w:t>
      </w:r>
    </w:p>
    <w:p>
      <w:pPr>
        <w:spacing w:after="80"/>
      </w:pPr>
      <w:r>
        <w:rPr>
          <w:b w:val="0"/>
          <w:i w:val="0"/>
        </w:rPr>
        <w:t>def prep_high_score(self):</w:t>
      </w:r>
      <w:r>
        <w:br/>
      </w:r>
      <w:r>
        <w:rPr>
          <w:b w:val="0"/>
          <w:i w:val="0"/>
        </w:rPr>
        <w:t xml:space="preserve">        """Chuyển điểm cao thành hình ảnh được kết xuất."""</w:t>
      </w:r>
      <w:r>
        <w:br/>
      </w:r>
      <w:r>
        <w:rPr>
          <w:b w:val="0"/>
          <w:i w:val="0"/>
        </w:rPr>
        <w:t>❶         high_score = round(self.stats.high_score, -1)</w:t>
      </w:r>
      <w:r>
        <w:br/>
      </w:r>
      <w:r>
        <w:rPr>
          <w:b w:val="0"/>
          <w:i w:val="0"/>
        </w:rPr>
        <w:t xml:space="preserve">        high_score_str = f"{high_score:,}"</w:t>
      </w:r>
      <w:r>
        <w:br/>
      </w:r>
      <w:r>
        <w:rPr>
          <w:b w:val="0"/>
          <w:i w:val="0"/>
        </w:rPr>
        <w:t>❷         self.high_score_image = self.font.render(high_score_str, True,</w:t>
      </w:r>
      <w:r>
        <w:br/>
      </w:r>
      <w:r>
        <w:rPr>
          <w:b w:val="0"/>
          <w:i w:val="0"/>
        </w:rPr>
        <w:t xml:space="preserve">                self.text_color, self.settings.bg_color)</w:t>
      </w:r>
      <w:r>
        <w:br/>
      </w:r>
      <w:r>
        <w:br/>
      </w:r>
      <w:r>
        <w:rPr>
          <w:b w:val="0"/>
          <w:i w:val="0"/>
        </w:rPr>
        <w:t xml:space="preserve">        # Căn giữa điểm cao ở phía trên màn hình.</w:t>
      </w:r>
      <w:r>
        <w:br/>
      </w:r>
      <w:r>
        <w:rPr>
          <w:b w:val="0"/>
          <w:i w:val="0"/>
        </w:rPr>
        <w:t xml:space="preserve">        self.high_score_rect = self.high_score_image.get_rect()</w:t>
      </w:r>
      <w:r>
        <w:br/>
      </w:r>
      <w:r>
        <w:rPr>
          <w:b w:val="0"/>
          <w:i w:val="0"/>
        </w:rPr>
        <w:t>❸         self.high_score_rect.centerx = self.screen_rect.centerx</w:t>
      </w:r>
      <w:r>
        <w:br/>
      </w:r>
      <w:r>
        <w:rPr>
          <w:b w:val="0"/>
          <w:i w:val="0"/>
        </w:rPr>
        <w:t>❹         self.high_score_rect.top = self.score_rect.top</w:t>
      </w:r>
    </w:p>
    <w:p>
      <w:pPr>
        <w:spacing w:after="80"/>
      </w:pPr>
      <w:r>
        <w:rPr>
          <w:b w:val="0"/>
          <w:i w:val="0"/>
        </w:rPr>
        <w:t xml:space="preserve">Chúng ta làm tròn điểm cao đến hàng chục gần nhất và định dạng nó với dấu phẩy ❶. Sau đó chúng ta tạo một hình ảnh từ điểm cao ❷, căn giữa </w:t>
      </w:r>
      <w:r>
        <w:rPr>
          <w:rFonts w:ascii="Consolas" w:hAnsi="Consolas"/>
          <w:b w:val="0"/>
          <w:i w:val="0"/>
          <w:sz w:val="20"/>
        </w:rPr>
        <w:t>rect</w:t>
      </w:r>
      <w:r>
        <w:rPr>
          <w:b w:val="0"/>
          <w:i w:val="0"/>
        </w:rPr>
        <w:t xml:space="preserve"> điểm cao theo chiều ngang ❸, và đặt thuộc tính </w:t>
      </w:r>
      <w:r>
        <w:rPr>
          <w:rFonts w:ascii="Consolas" w:hAnsi="Consolas"/>
          <w:b w:val="0"/>
          <w:i w:val="0"/>
          <w:sz w:val="20"/>
        </w:rPr>
        <w:t>top</w:t>
      </w:r>
      <w:r>
        <w:rPr>
          <w:b w:val="0"/>
          <w:i w:val="0"/>
        </w:rPr>
        <w:t xml:space="preserve"> của nó khớp với phần trên của hình ảnh điểm số ❹.</w:t>
      </w:r>
    </w:p>
    <w:p>
      <w:pPr>
        <w:spacing w:after="80"/>
      </w:pPr>
      <w:r>
        <w:rPr>
          <w:b w:val="0"/>
          <w:i w:val="0"/>
        </w:rPr>
        <w:t xml:space="preserve">Phương thức </w:t>
      </w:r>
      <w:r>
        <w:rPr>
          <w:rFonts w:ascii="Consolas" w:hAnsi="Consolas"/>
          <w:b w:val="0"/>
          <w:i w:val="0"/>
          <w:sz w:val="20"/>
        </w:rPr>
        <w:t>show_score()</w:t>
      </w:r>
      <w:r>
        <w:rPr>
          <w:b w:val="0"/>
          <w:i w:val="0"/>
        </w:rPr>
        <w:t xml:space="preserve"> giờ đây vẽ điểm hiện tại ở góc trên bên phải và điểm cao ở chính giữa phía trên màn hình:</w:t>
      </w:r>
    </w:p>
    <w:p>
      <w:pPr>
        <w:spacing w:after="80"/>
      </w:pPr>
      <w:r>
        <w:rPr>
          <w:b w:val="0"/>
          <w:i w:val="0"/>
        </w:rPr>
        <w:t>scoreboard.py</w:t>
      </w:r>
    </w:p>
    <w:p>
      <w:pPr>
        <w:spacing w:after="80"/>
      </w:pPr>
      <w:r>
        <w:rPr>
          <w:b w:val="0"/>
          <w:i w:val="0"/>
        </w:rPr>
        <w:t>def show_score(self):</w:t>
      </w:r>
      <w:r>
        <w:br/>
      </w:r>
      <w:r>
        <w:rPr>
          <w:b w:val="0"/>
          <w:i w:val="0"/>
        </w:rPr>
        <w:t xml:space="preserve">        """Vẽ điểm số lên màn hình."""</w:t>
      </w:r>
      <w:r>
        <w:br/>
      </w:r>
      <w:r>
        <w:rPr>
          <w:b w:val="0"/>
          <w:i w:val="0"/>
        </w:rPr>
        <w:t xml:space="preserve">        self.screen.blit(self.score_image, self.score_rect)</w:t>
      </w:r>
      <w:r>
        <w:br/>
      </w:r>
      <w:r>
        <w:rPr>
          <w:b w:val="0"/>
          <w:i w:val="0"/>
        </w:rPr>
        <w:t xml:space="preserve">        self.screen.blit(self.high_score_image, self.high_score_rect)</w:t>
      </w:r>
    </w:p>
    <w:p>
      <w:pPr>
        <w:spacing w:after="80"/>
      </w:pPr>
      <w:r>
        <w:rPr>
          <w:b w:val="0"/>
          <w:i w:val="0"/>
        </w:rPr>
        <w:t xml:space="preserve">Để kiểm tra điểm cao, chúng ta sẽ viết một phương thức mới, </w:t>
      </w:r>
      <w:r>
        <w:rPr>
          <w:rFonts w:ascii="Consolas" w:hAnsi="Consolas"/>
          <w:b w:val="0"/>
          <w:i w:val="0"/>
          <w:sz w:val="20"/>
        </w:rPr>
        <w:t>check_high_score()</w:t>
      </w:r>
      <w:r>
        <w:rPr>
          <w:b w:val="0"/>
          <w:i w:val="0"/>
        </w:rPr>
        <w:t xml:space="preserve">, trong </w:t>
      </w:r>
      <w:r>
        <w:rPr>
          <w:rFonts w:ascii="Consolas" w:hAnsi="Consolas"/>
          <w:b w:val="0"/>
          <w:i w:val="0"/>
          <w:sz w:val="20"/>
        </w:rPr>
        <w:t>Scoreboard</w:t>
      </w:r>
      <w:r>
        <w:rPr>
          <w:b w:val="0"/>
          <w:i w:val="0"/>
        </w:rPr>
        <w:t>:</w:t>
      </w:r>
    </w:p>
    <w:p>
      <w:pPr>
        <w:spacing w:after="80"/>
      </w:pPr>
      <w:r>
        <w:rPr>
          <w:b w:val="0"/>
          <w:i w:val="0"/>
        </w:rPr>
        <w:t>scoreboard.py</w:t>
      </w:r>
    </w:p>
    <w:p>
      <w:pPr>
        <w:spacing w:after="80"/>
      </w:pPr>
      <w:r>
        <w:rPr>
          <w:b w:val="0"/>
          <w:i w:val="0"/>
        </w:rPr>
        <w:t>def check_high_score(self):</w:t>
      </w:r>
      <w:r>
        <w:br/>
      </w:r>
      <w:r>
        <w:rPr>
          <w:b w:val="0"/>
          <w:i w:val="0"/>
        </w:rPr>
        <w:t xml:space="preserve">        """Kiểm tra xem có điểm cao mới không."""</w:t>
      </w:r>
      <w:r>
        <w:br/>
      </w:r>
      <w:r>
        <w:rPr>
          <w:b w:val="0"/>
          <w:i w:val="0"/>
        </w:rPr>
        <w:t xml:space="preserve">        if self.stats.score &gt; self.stats.high_score:</w:t>
      </w:r>
      <w:r>
        <w:br/>
      </w:r>
      <w:r>
        <w:rPr>
          <w:b w:val="0"/>
          <w:i w:val="0"/>
        </w:rPr>
        <w:t xml:space="preserve">            self.stats.high_score = self.stats.score</w:t>
      </w:r>
      <w:r>
        <w:br/>
      </w:r>
      <w:r>
        <w:rPr>
          <w:b w:val="0"/>
          <w:i w:val="0"/>
        </w:rPr>
        <w:t xml:space="preserve">            self.prep_high_score()</w:t>
      </w:r>
    </w:p>
    <w:p>
      <w:pPr>
        <w:spacing w:after="80"/>
      </w:pPr>
      <w:r>
        <w:rPr>
          <w:b w:val="0"/>
          <w:i w:val="0"/>
        </w:rPr>
        <w:t xml:space="preserve">Phương thức </w:t>
      </w:r>
      <w:r>
        <w:rPr>
          <w:rFonts w:ascii="Consolas" w:hAnsi="Consolas"/>
          <w:b w:val="0"/>
          <w:i w:val="0"/>
          <w:sz w:val="20"/>
        </w:rPr>
        <w:t>check_high_score()</w:t>
      </w:r>
      <w:r>
        <w:rPr>
          <w:b w:val="0"/>
          <w:i w:val="0"/>
        </w:rPr>
        <w:t xml:space="preserve"> so sánh điểm hiện tại với điểm cao. Nếu điểm hiện tại lớn hơn, chúng ta cập nhật giá trị của </w:t>
      </w:r>
      <w:r>
        <w:rPr>
          <w:rFonts w:ascii="Consolas" w:hAnsi="Consolas"/>
          <w:b w:val="0"/>
          <w:i w:val="0"/>
          <w:sz w:val="20"/>
        </w:rPr>
        <w:t>high_score</w:t>
      </w:r>
      <w:r>
        <w:rPr>
          <w:b w:val="0"/>
          <w:i w:val="0"/>
        </w:rPr>
        <w:t xml:space="preserve"> và gọi </w:t>
      </w:r>
      <w:r>
        <w:rPr>
          <w:rFonts w:ascii="Consolas" w:hAnsi="Consolas"/>
          <w:b w:val="0"/>
          <w:i w:val="0"/>
          <w:sz w:val="20"/>
        </w:rPr>
        <w:t>prep_high_score()</w:t>
      </w:r>
      <w:r>
        <w:rPr>
          <w:b w:val="0"/>
          <w:i w:val="0"/>
        </w:rPr>
        <w:t xml:space="preserve"> để cập nhật hình ảnh điểm cao.</w:t>
      </w:r>
    </w:p>
    <w:p>
      <w:pPr>
        <w:spacing w:after="80"/>
      </w:pPr>
      <w:r>
        <w:rPr>
          <w:b w:val="0"/>
          <w:i w:val="0"/>
        </w:rPr>
        <w:t xml:space="preserve">Chúng ta cần gọi </w:t>
      </w:r>
      <w:r>
        <w:rPr>
          <w:rFonts w:ascii="Consolas" w:hAnsi="Consolas"/>
          <w:b w:val="0"/>
          <w:i w:val="0"/>
          <w:sz w:val="20"/>
        </w:rPr>
        <w:t>check_high_score()</w:t>
      </w:r>
      <w:r>
        <w:rPr>
          <w:b w:val="0"/>
          <w:i w:val="0"/>
        </w:rPr>
        <w:t xml:space="preserve"> mỗi khi bắn trúng một người ngoài hành tinh sau khi cập nhật điểm trong </w:t>
      </w:r>
      <w:r>
        <w:rPr>
          <w:rFonts w:ascii="Consolas" w:hAnsi="Consolas"/>
          <w:b w:val="0"/>
          <w:i w:val="0"/>
          <w:sz w:val="20"/>
        </w:rPr>
        <w:t>_check_bullet_alien_collisions()</w:t>
      </w:r>
      <w:r>
        <w:rPr>
          <w:b w:val="0"/>
          <w:i w:val="0"/>
        </w:rPr>
        <w:t>:</w:t>
      </w:r>
    </w:p>
    <w:p>
      <w:pPr>
        <w:spacing w:after="80"/>
      </w:pPr>
      <w:r>
        <w:rPr>
          <w:b w:val="0"/>
          <w:i w:val="0"/>
        </w:rPr>
        <w:t>alien_invasion.py</w:t>
      </w:r>
    </w:p>
    <w:p>
      <w:pPr>
        <w:spacing w:after="80"/>
      </w:pPr>
      <w:r>
        <w:rPr>
          <w:b w:val="0"/>
          <w:i w:val="0"/>
        </w:rPr>
        <w:t>def _check_bullet_alien_collisions(self):</w:t>
      </w:r>
      <w:r>
        <w:br/>
      </w:r>
      <w:r>
        <w:rPr>
          <w:b w:val="0"/>
          <w:i w:val="0"/>
        </w:rPr>
        <w:t xml:space="preserve">        </w:t>
      </w:r>
      <w:r>
        <w:rPr>
          <w:b w:val="0"/>
          <w:i/>
        </w:rPr>
        <w:t>--snip--</w:t>
      </w:r>
      <w:r>
        <w:br/>
      </w:r>
      <w:r>
        <w:rPr>
          <w:b w:val="0"/>
          <w:i w:val="0"/>
        </w:rPr>
        <w:t xml:space="preserve">        if collisions:</w:t>
      </w:r>
      <w:r>
        <w:br/>
      </w:r>
      <w:r>
        <w:rPr>
          <w:b w:val="0"/>
          <w:i w:val="0"/>
        </w:rPr>
        <w:t xml:space="preserve">            for aliens in collisions.values():</w:t>
      </w:r>
      <w:r>
        <w:br/>
      </w:r>
      <w:r>
        <w:rPr>
          <w:b w:val="0"/>
          <w:i w:val="0"/>
        </w:rPr>
        <w:t xml:space="preserve">                self.stats.score += self.settings.alien_points * len(aliens)</w:t>
      </w:r>
      <w:r>
        <w:br/>
      </w:r>
      <w:r>
        <w:rPr>
          <w:b w:val="0"/>
          <w:i w:val="0"/>
        </w:rPr>
        <w:t xml:space="preserve">            self.sb.prep_score()</w:t>
      </w:r>
      <w:r>
        <w:br/>
      </w:r>
      <w:r>
        <w:rPr>
          <w:b w:val="0"/>
          <w:i w:val="0"/>
        </w:rPr>
        <w:t xml:space="preserve">            self.sb.check_high_score()</w:t>
      </w:r>
      <w:r>
        <w:br/>
      </w:r>
      <w:r>
        <w:rPr>
          <w:b w:val="0"/>
          <w:i w:val="0"/>
        </w:rPr>
        <w:t xml:space="preserve">        </w:t>
      </w:r>
      <w:r>
        <w:rPr>
          <w:b w:val="0"/>
          <w:i/>
        </w:rPr>
        <w:t>--snip--</w:t>
      </w:r>
    </w:p>
    <w:p>
      <w:pPr>
        <w:spacing w:after="80"/>
      </w:pPr>
      <w:r>
        <w:rPr>
          <w:b w:val="0"/>
          <w:i w:val="0"/>
        </w:rPr>
        <w:t xml:space="preserve">Chúng ta gọi </w:t>
      </w:r>
      <w:r>
        <w:rPr>
          <w:rFonts w:ascii="Consolas" w:hAnsi="Consolas"/>
          <w:b w:val="0"/>
          <w:i w:val="0"/>
          <w:sz w:val="20"/>
        </w:rPr>
        <w:t>check_high_score()</w:t>
      </w:r>
      <w:r>
        <w:rPr>
          <w:b w:val="0"/>
          <w:i w:val="0"/>
        </w:rPr>
        <w:t xml:space="preserve"> khi từ điển </w:t>
      </w:r>
      <w:r>
        <w:rPr>
          <w:rFonts w:ascii="Consolas" w:hAnsi="Consolas"/>
          <w:b w:val="0"/>
          <w:i w:val="0"/>
          <w:sz w:val="20"/>
        </w:rPr>
        <w:t>collisions</w:t>
      </w:r>
      <w:r>
        <w:rPr>
          <w:b w:val="0"/>
          <w:i w:val="0"/>
        </w:rPr>
        <w:t xml:space="preserve"> tồn tại, và làm điều đó sau khi cập nhật điểm cho tất cả những người ngoài hành tinh đã bị bắn trúng.</w:t>
      </w:r>
    </w:p>
    <w:p>
      <w:pPr>
        <w:spacing w:after="80"/>
      </w:pPr>
      <w:r>
        <w:rPr>
          <w:b w:val="0"/>
          <w:i w:val="0"/>
        </w:rPr>
        <w:t xml:space="preserve">Lần đầu tiên bạn chơi </w:t>
      </w:r>
      <w:r>
        <w:rPr>
          <w:b w:val="0"/>
          <w:i/>
        </w:rPr>
        <w:t>Alien Invasion</w:t>
      </w:r>
      <w:r>
        <w:rPr>
          <w:b w:val="0"/>
          <w:i w:val="0"/>
        </w:rPr>
        <w:t>, điểm của bạn sẽ là điểm cao, nên nó sẽ được hiển thị vừa là điểm hiện tại vừa là điểm cao. Nhưng khi bạn bắt đầu ván thứ hai, điểm cao của bạn sẽ xuất hiện ở giữa và điểm hiện tại sẽ xuất hiện ở bên phải, như trong Hình 14-4.</w:t>
      </w:r>
    </w:p>
    <w:p>
      <w:pPr>
        <w:jc w:val="center"/>
      </w:pPr>
      <w:r>
        <w:drawing>
          <wp:inline xmlns:a="http://schemas.openxmlformats.org/drawingml/2006/main" xmlns:pic="http://schemas.openxmlformats.org/drawingml/2006/picture">
            <wp:extent cx="5486400" cy="3783134"/>
            <wp:docPr id="32" name="Picture 32"/>
            <wp:cNvGraphicFramePr>
              <a:graphicFrameLocks noChangeAspect="1"/>
            </wp:cNvGraphicFramePr>
            <a:graphic>
              <a:graphicData uri="http://schemas.openxmlformats.org/drawingml/2006/picture">
                <pic:pic>
                  <pic:nvPicPr>
                    <pic:cNvPr id="0" name="image_rsrcBHX.jpg"/>
                    <pic:cNvPicPr/>
                  </pic:nvPicPr>
                  <pic:blipFill>
                    <a:blip r:embed="rId26"/>
                    <a:stretch>
                      <a:fillRect/>
                    </a:stretch>
                  </pic:blipFill>
                  <pic:spPr>
                    <a:xfrm>
                      <a:off x="0" y="0"/>
                      <a:ext cx="5486400" cy="3783134"/>
                    </a:xfrm>
                    <a:prstGeom prst="rect"/>
                  </pic:spPr>
                </pic:pic>
              </a:graphicData>
            </a:graphic>
          </wp:inline>
        </w:drawing>
      </w:r>
    </w:p>
    <w:p>
      <w:pPr>
        <w:spacing w:after="80"/>
      </w:pPr>
      <w:r>
        <w:rPr>
          <w:b w:val="0"/>
          <w:i w:val="0"/>
        </w:rPr>
        <w:t>Hình 14-4: Điểm cao được hiển thị ở giữa phía trên màn hình.</w:t>
      </w:r>
    </w:p>
    <w:p>
      <w:pPr>
        <w:pStyle w:val="Heading3"/>
      </w:pPr>
      <w:r>
        <w:rPr>
          <w:rFonts w:ascii="Calibri" w:hAnsi="Calibri"/>
          <w:b/>
          <w:i w:val="0"/>
          <w:sz w:val="27"/>
        </w:rPr>
        <w:t>Hiển thị cấp độ</w:t>
      </w:r>
    </w:p>
    <w:p>
      <w:pPr>
        <w:spacing w:after="80"/>
      </w:pPr>
      <w:r>
        <w:rPr>
          <w:b w:val="0"/>
          <w:i w:val="0"/>
        </w:rPr>
        <w:t xml:space="preserve">Để hiển thị cấp độ của người chơi trong game, trước tiên chúng ta cần một thuộc tính trong </w:t>
      </w:r>
      <w:r>
        <w:rPr>
          <w:rFonts w:ascii="Consolas" w:hAnsi="Consolas"/>
          <w:b w:val="0"/>
          <w:i w:val="0"/>
          <w:sz w:val="20"/>
        </w:rPr>
        <w:t>GameStats</w:t>
      </w:r>
      <w:r>
        <w:rPr>
          <w:b w:val="0"/>
          <w:i w:val="0"/>
        </w:rPr>
        <w:t xml:space="preserve"> đại diện cho cấp độ hiện tại. Để đặt lại cấp độ khi bắt đầu mỗi ván mới, hãy khởi tạo nó trong </w:t>
      </w:r>
      <w:r>
        <w:rPr>
          <w:rFonts w:ascii="Consolas" w:hAnsi="Consolas"/>
          <w:b w:val="0"/>
          <w:i w:val="0"/>
          <w:sz w:val="20"/>
        </w:rPr>
        <w:t>reset_stats()</w:t>
      </w:r>
      <w:r>
        <w:rPr>
          <w:b w:val="0"/>
          <w:i w:val="0"/>
        </w:rPr>
        <w:t>:</w:t>
      </w:r>
    </w:p>
    <w:p>
      <w:pPr>
        <w:spacing w:after="80"/>
      </w:pPr>
      <w:r>
        <w:rPr>
          <w:b w:val="0"/>
          <w:i w:val="0"/>
        </w:rPr>
        <w:t>game_stats.py</w:t>
      </w:r>
    </w:p>
    <w:p>
      <w:pPr>
        <w:spacing w:after="80"/>
      </w:pPr>
      <w:r>
        <w:rPr>
          <w:b w:val="0"/>
          <w:i w:val="0"/>
        </w:rPr>
        <w:t>def reset_stats(self):</w:t>
      </w:r>
      <w:r>
        <w:br/>
      </w:r>
      <w:r>
        <w:rPr>
          <w:b w:val="0"/>
          <w:i w:val="0"/>
        </w:rPr>
        <w:t xml:space="preserve">        """Khởi tạo các chỉ số có thể thay đổi trong suốt trò chơi."""</w:t>
      </w:r>
      <w:r>
        <w:br/>
      </w:r>
      <w:r>
        <w:rPr>
          <w:b w:val="0"/>
          <w:i w:val="0"/>
        </w:rPr>
        <w:t xml:space="preserve">        self.ships_left = self.settings.ship_limit</w:t>
      </w:r>
      <w:r>
        <w:br/>
      </w:r>
      <w:r>
        <w:rPr>
          <w:b w:val="0"/>
          <w:i w:val="0"/>
        </w:rPr>
        <w:t xml:space="preserve">        self.score = 0</w:t>
      </w:r>
      <w:r>
        <w:br/>
      </w:r>
      <w:r>
        <w:rPr>
          <w:b w:val="0"/>
          <w:i w:val="0"/>
        </w:rPr>
        <w:t xml:space="preserve">        self.level = 1</w:t>
      </w:r>
    </w:p>
    <w:p>
      <w:pPr>
        <w:spacing w:after="80"/>
      </w:pPr>
      <w:r>
        <w:rPr>
          <w:b w:val="0"/>
          <w:i w:val="0"/>
        </w:rPr>
        <w:t xml:space="preserve">Để </w:t>
      </w:r>
      <w:r>
        <w:rPr>
          <w:rFonts w:ascii="Consolas" w:hAnsi="Consolas"/>
          <w:b w:val="0"/>
          <w:i w:val="0"/>
          <w:sz w:val="20"/>
        </w:rPr>
        <w:t>Scoreboard</w:t>
      </w:r>
      <w:r>
        <w:rPr>
          <w:b w:val="0"/>
          <w:i w:val="0"/>
        </w:rPr>
        <w:t xml:space="preserve"> hiển thị cấp độ hiện tại, ta gọi một phương thức mới, </w:t>
      </w:r>
      <w:r>
        <w:rPr>
          <w:rFonts w:ascii="Consolas" w:hAnsi="Consolas"/>
          <w:b w:val="0"/>
          <w:i w:val="0"/>
          <w:sz w:val="20"/>
        </w:rPr>
        <w:t>prep_level()</w:t>
      </w:r>
      <w:r>
        <w:rPr>
          <w:b w:val="0"/>
          <w:i w:val="0"/>
        </w:rPr>
        <w:t xml:space="preserve">, từ </w:t>
      </w:r>
      <w:r>
        <w:rPr>
          <w:rFonts w:ascii="Consolas" w:hAnsi="Consolas"/>
          <w:b w:val="0"/>
          <w:i w:val="0"/>
          <w:sz w:val="20"/>
        </w:rPr>
        <w:t>__init__()</w:t>
      </w:r>
      <w:r>
        <w:rPr>
          <w:b w:val="0"/>
          <w:i w:val="0"/>
        </w:rPr>
        <w:t>:</w:t>
      </w:r>
    </w:p>
    <w:p>
      <w:pPr>
        <w:spacing w:after="80"/>
      </w:pPr>
      <w:r>
        <w:rPr>
          <w:b w:val="0"/>
          <w:i w:val="0"/>
        </w:rPr>
        <w:t>scoreboard.py</w:t>
      </w:r>
    </w:p>
    <w:p>
      <w:pPr>
        <w:spacing w:after="80"/>
      </w:pPr>
      <w:r>
        <w:rPr>
          <w:b w:val="0"/>
          <w:i w:val="0"/>
        </w:rPr>
        <w:t>def __init__(self, ai_game):</w:t>
      </w:r>
      <w:r>
        <w:br/>
      </w:r>
      <w:r>
        <w:rPr>
          <w:b w:val="0"/>
          <w:i w:val="0"/>
        </w:rPr>
        <w:t xml:space="preserve">        </w:t>
      </w:r>
      <w:r>
        <w:rPr>
          <w:b w:val="0"/>
          <w:i/>
        </w:rPr>
        <w:t>--snip--</w:t>
      </w:r>
      <w:r>
        <w:br/>
      </w:r>
      <w:r>
        <w:rPr>
          <w:b w:val="0"/>
          <w:i w:val="0"/>
        </w:rPr>
        <w:t xml:space="preserve">        self.prep_high_score()</w:t>
      </w:r>
      <w:r>
        <w:br/>
      </w:r>
      <w:r>
        <w:rPr>
          <w:b w:val="0"/>
          <w:i w:val="0"/>
        </w:rPr>
        <w:t xml:space="preserve">        self.prep_level()</w:t>
      </w:r>
    </w:p>
    <w:p>
      <w:pPr>
        <w:spacing w:after="80"/>
      </w:pPr>
      <w:r>
        <w:rPr>
          <w:b w:val="0"/>
          <w:i w:val="0"/>
        </w:rPr>
        <w:t xml:space="preserve">Đây là </w:t>
      </w:r>
      <w:r>
        <w:rPr>
          <w:rFonts w:ascii="Consolas" w:hAnsi="Consolas"/>
          <w:b w:val="0"/>
          <w:i w:val="0"/>
          <w:sz w:val="20"/>
        </w:rPr>
        <w:t>prep_level()</w:t>
      </w:r>
      <w:r>
        <w:rPr>
          <w:b w:val="0"/>
          <w:i w:val="0"/>
        </w:rPr>
        <w:t>:</w:t>
      </w:r>
    </w:p>
    <w:p>
      <w:pPr>
        <w:spacing w:after="80"/>
      </w:pPr>
      <w:r>
        <w:rPr>
          <w:b w:val="0"/>
          <w:i w:val="0"/>
        </w:rPr>
        <w:t>scoreboard.py</w:t>
      </w:r>
    </w:p>
    <w:p>
      <w:pPr>
        <w:spacing w:after="80"/>
      </w:pPr>
      <w:r>
        <w:rPr>
          <w:b w:val="0"/>
          <w:i w:val="0"/>
        </w:rPr>
        <w:t>def prep_level(self):</w:t>
      </w:r>
      <w:r>
        <w:br/>
      </w:r>
      <w:r>
        <w:rPr>
          <w:b w:val="0"/>
          <w:i w:val="0"/>
        </w:rPr>
        <w:t xml:space="preserve">        """Chuyển cấp độ thành một hình ảnh đã kết xuất."""</w:t>
      </w:r>
      <w:r>
        <w:br/>
      </w:r>
      <w:r>
        <w:rPr>
          <w:b w:val="0"/>
          <w:i w:val="0"/>
        </w:rPr>
        <w:t xml:space="preserve">        level_str = str(self.stats.level)</w:t>
      </w:r>
      <w:r>
        <w:br/>
      </w:r>
      <w:r>
        <w:rPr>
          <w:b w:val="0"/>
          <w:i w:val="0"/>
        </w:rPr>
        <w:t>❶         self.level_image = self.font.render(level_str, True,</w:t>
      </w:r>
      <w:r>
        <w:br/>
      </w:r>
      <w:r>
        <w:rPr>
          <w:b w:val="0"/>
          <w:i w:val="0"/>
        </w:rPr>
        <w:t xml:space="preserve">                self.text_color, self.settings.bg_color)</w:t>
      </w:r>
      <w:r>
        <w:br/>
      </w:r>
      <w:r>
        <w:br/>
      </w:r>
      <w:r>
        <w:rPr>
          <w:b w:val="0"/>
          <w:i w:val="0"/>
        </w:rPr>
        <w:t xml:space="preserve">        # Đặt vị trí cấp độ bên dưới điểm số.</w:t>
      </w:r>
      <w:r>
        <w:br/>
      </w:r>
      <w:r>
        <w:rPr>
          <w:b w:val="0"/>
          <w:i w:val="0"/>
        </w:rPr>
        <w:t xml:space="preserve">        self.level_rect = self.level_image.get_rect()</w:t>
      </w:r>
      <w:r>
        <w:br/>
      </w:r>
      <w:r>
        <w:rPr>
          <w:b w:val="0"/>
          <w:i w:val="0"/>
        </w:rPr>
        <w:t>❷         self.level_rect.right = self.score_rect.right</w:t>
      </w:r>
      <w:r>
        <w:br/>
      </w:r>
      <w:r>
        <w:rPr>
          <w:b w:val="0"/>
          <w:i w:val="0"/>
        </w:rPr>
        <w:t>❸         self.level_rect.top = self.score_rect.bottom + 10</w:t>
      </w:r>
    </w:p>
    <w:p>
      <w:pPr>
        <w:spacing w:after="80"/>
      </w:pPr>
      <w:r>
        <w:rPr>
          <w:b w:val="0"/>
          <w:i w:val="0"/>
        </w:rPr>
        <w:t xml:space="preserve">Phương thức </w:t>
      </w:r>
      <w:r>
        <w:rPr>
          <w:rFonts w:ascii="Consolas" w:hAnsi="Consolas"/>
          <w:b w:val="0"/>
          <w:i w:val="0"/>
          <w:sz w:val="20"/>
        </w:rPr>
        <w:t>prep_level()</w:t>
      </w:r>
      <w:r>
        <w:rPr>
          <w:b w:val="0"/>
          <w:i w:val="0"/>
        </w:rPr>
        <w:t xml:space="preserve"> tạo một hình ảnh từ giá trị được lưu trong </w:t>
      </w:r>
      <w:r>
        <w:rPr>
          <w:rFonts w:ascii="Consolas" w:hAnsi="Consolas"/>
          <w:b w:val="0"/>
          <w:i w:val="0"/>
          <w:sz w:val="20"/>
        </w:rPr>
        <w:t>stats.level</w:t>
      </w:r>
      <w:r>
        <w:rPr>
          <w:b w:val="0"/>
          <w:i w:val="0"/>
        </w:rPr>
        <w:t xml:space="preserve"> ❶ và đặt thuộc tính </w:t>
      </w:r>
      <w:r>
        <w:rPr>
          <w:rFonts w:ascii="Consolas" w:hAnsi="Consolas"/>
          <w:b w:val="0"/>
          <w:i w:val="0"/>
          <w:sz w:val="20"/>
        </w:rPr>
        <w:t>right</w:t>
      </w:r>
      <w:r>
        <w:rPr>
          <w:b w:val="0"/>
          <w:i w:val="0"/>
        </w:rPr>
        <w:t xml:space="preserve"> của hình ảnh khớp với thuộc tính </w:t>
      </w:r>
      <w:r>
        <w:rPr>
          <w:rFonts w:ascii="Consolas" w:hAnsi="Consolas"/>
          <w:b w:val="0"/>
          <w:i w:val="0"/>
          <w:sz w:val="20"/>
        </w:rPr>
        <w:t>right</w:t>
      </w:r>
      <w:r>
        <w:rPr>
          <w:b w:val="0"/>
          <w:i w:val="0"/>
        </w:rPr>
        <w:t xml:space="preserve"> của điểm số ❷. Sau đó, nó đặt thuộc tính </w:t>
      </w:r>
      <w:r>
        <w:rPr>
          <w:rFonts w:ascii="Consolas" w:hAnsi="Consolas"/>
          <w:b w:val="0"/>
          <w:i w:val="0"/>
          <w:sz w:val="20"/>
        </w:rPr>
        <w:t>top</w:t>
      </w:r>
      <w:r>
        <w:rPr>
          <w:b w:val="0"/>
          <w:i w:val="0"/>
        </w:rPr>
        <w:t xml:space="preserve"> cách 10 pixel bên dưới đáy của hình ảnh điểm số để tạo khoảng trống giữa điểm số và cấp độ ❸.</w:t>
      </w:r>
    </w:p>
    <w:p>
      <w:pPr>
        <w:spacing w:after="80"/>
      </w:pPr>
      <w:r>
        <w:rPr>
          <w:b w:val="0"/>
          <w:i w:val="0"/>
        </w:rPr>
        <w:t xml:space="preserve">Ta cũng cần cập nhật </w:t>
      </w:r>
      <w:r>
        <w:rPr>
          <w:rFonts w:ascii="Consolas" w:hAnsi="Consolas"/>
          <w:b w:val="0"/>
          <w:i w:val="0"/>
          <w:sz w:val="20"/>
        </w:rPr>
        <w:t>show_score()</w:t>
      </w:r>
      <w:r>
        <w:rPr>
          <w:b w:val="0"/>
          <w:i w:val="0"/>
        </w:rPr>
        <w:t>:</w:t>
      </w:r>
    </w:p>
    <w:p>
      <w:pPr>
        <w:spacing w:after="80"/>
      </w:pPr>
      <w:r>
        <w:rPr>
          <w:b w:val="0"/>
          <w:i w:val="0"/>
        </w:rPr>
        <w:t>scoreboard.py</w:t>
      </w:r>
    </w:p>
    <w:p>
      <w:pPr>
        <w:spacing w:after="80"/>
      </w:pPr>
      <w:r>
        <w:rPr>
          <w:b w:val="0"/>
          <w:i w:val="0"/>
        </w:rPr>
        <w:t>def show_score(self):</w:t>
      </w:r>
      <w:r>
        <w:br/>
      </w:r>
      <w:r>
        <w:rPr>
          <w:b w:val="0"/>
          <w:i w:val="0"/>
        </w:rPr>
        <w:t xml:space="preserve">        """Vẽ điểm số và cấp độ lên màn hình."""</w:t>
      </w:r>
      <w:r>
        <w:br/>
      </w:r>
      <w:r>
        <w:rPr>
          <w:b w:val="0"/>
          <w:i w:val="0"/>
        </w:rPr>
        <w:t xml:space="preserve">        self.screen.blit(self.score_image, self.score_rect)</w:t>
      </w:r>
      <w:r>
        <w:br/>
      </w:r>
      <w:r>
        <w:rPr>
          <w:b w:val="0"/>
          <w:i w:val="0"/>
        </w:rPr>
        <w:t xml:space="preserve">        self.screen.blit(self.high_score_image, self.high_score_rect)</w:t>
      </w:r>
      <w:r>
        <w:br/>
      </w:r>
      <w:r>
        <w:rPr>
          <w:b w:val="0"/>
          <w:i w:val="0"/>
        </w:rPr>
        <w:t xml:space="preserve">        self.screen.blit(self.level_image, self.level_rect)</w:t>
      </w:r>
    </w:p>
    <w:p>
      <w:pPr>
        <w:spacing w:after="80"/>
      </w:pPr>
      <w:r>
        <w:rPr>
          <w:b w:val="0"/>
          <w:i w:val="0"/>
        </w:rPr>
        <w:t>Dòng mới này vẽ hình ảnh cấp độ lên màn hình.</w:t>
      </w:r>
    </w:p>
    <w:p>
      <w:pPr>
        <w:spacing w:after="80"/>
      </w:pPr>
      <w:r>
        <w:rPr>
          <w:b w:val="0"/>
          <w:i w:val="0"/>
        </w:rPr>
        <w:t xml:space="preserve">Ta sẽ tăng </w:t>
      </w:r>
      <w:r>
        <w:rPr>
          <w:rFonts w:ascii="Consolas" w:hAnsi="Consolas"/>
          <w:b w:val="0"/>
          <w:i w:val="0"/>
          <w:sz w:val="20"/>
        </w:rPr>
        <w:t>stats.level</w:t>
      </w:r>
      <w:r>
        <w:rPr>
          <w:b w:val="0"/>
          <w:i w:val="0"/>
        </w:rPr>
        <w:t xml:space="preserve"> và cập nhật hình ảnh cấp độ trong </w:t>
      </w:r>
      <w:r>
        <w:rPr>
          <w:rFonts w:ascii="Consolas" w:hAnsi="Consolas"/>
          <w:b w:val="0"/>
          <w:i w:val="0"/>
          <w:sz w:val="20"/>
        </w:rPr>
        <w:t>_check_bullet_alien_collisions()</w:t>
      </w:r>
      <w:r>
        <w:rPr>
          <w:b w:val="0"/>
          <w:i w:val="0"/>
        </w:rPr>
        <w:t>:</w:t>
      </w:r>
    </w:p>
    <w:p>
      <w:pPr>
        <w:spacing w:after="80"/>
      </w:pPr>
      <w:r>
        <w:rPr>
          <w:b w:val="0"/>
          <w:i w:val="0"/>
        </w:rPr>
        <w:t>alien_invasion.py</w:t>
      </w:r>
    </w:p>
    <w:p>
      <w:pPr>
        <w:spacing w:after="80"/>
      </w:pPr>
      <w:r>
        <w:rPr>
          <w:b w:val="0"/>
          <w:i w:val="0"/>
        </w:rPr>
        <w:t>def _check_bullet_alien_collisions(self):</w:t>
      </w:r>
      <w:r>
        <w:br/>
      </w:r>
      <w:r>
        <w:rPr>
          <w:b w:val="0"/>
          <w:i w:val="0"/>
        </w:rPr>
        <w:t xml:space="preserve">        </w:t>
      </w:r>
      <w:r>
        <w:rPr>
          <w:b w:val="0"/>
          <w:i/>
        </w:rPr>
        <w:t>--snip--</w:t>
      </w:r>
      <w:r>
        <w:br/>
      </w:r>
      <w:r>
        <w:rPr>
          <w:b w:val="0"/>
          <w:i w:val="0"/>
        </w:rPr>
        <w:t xml:space="preserve">        if not self.aliens:</w:t>
      </w:r>
      <w:r>
        <w:br/>
      </w:r>
      <w:r>
        <w:rPr>
          <w:b w:val="0"/>
          <w:i w:val="0"/>
        </w:rPr>
        <w:t xml:space="preserve">            # Destroy existing bullets and create new fleet.</w:t>
      </w:r>
      <w:r>
        <w:br/>
      </w:r>
      <w:r>
        <w:rPr>
          <w:b w:val="0"/>
          <w:i w:val="0"/>
        </w:rPr>
        <w:t xml:space="preserve">            self.bullets.empty()</w:t>
      </w:r>
      <w:r>
        <w:br/>
      </w:r>
      <w:r>
        <w:rPr>
          <w:b w:val="0"/>
          <w:i w:val="0"/>
        </w:rPr>
        <w:t xml:space="preserve">            self._create_fleet()</w:t>
      </w:r>
      <w:r>
        <w:br/>
      </w:r>
      <w:r>
        <w:rPr>
          <w:b w:val="0"/>
          <w:i w:val="0"/>
        </w:rPr>
        <w:t xml:space="preserve">            self.settings.increase_speed()</w:t>
      </w:r>
      <w:r>
        <w:br/>
      </w:r>
      <w:r>
        <w:br/>
      </w:r>
      <w:r>
        <w:rPr>
          <w:b w:val="0"/>
          <w:i w:val="0"/>
        </w:rPr>
        <w:t xml:space="preserve">            # Increase level.</w:t>
      </w:r>
      <w:r>
        <w:br/>
      </w:r>
      <w:r>
        <w:rPr>
          <w:b w:val="0"/>
          <w:i w:val="0"/>
        </w:rPr>
        <w:t xml:space="preserve">            self.stats.level += 1</w:t>
      </w:r>
      <w:r>
        <w:br/>
      </w:r>
      <w:r>
        <w:rPr>
          <w:b w:val="0"/>
          <w:i w:val="0"/>
        </w:rPr>
        <w:t xml:space="preserve">            self.sb.prep_level()</w:t>
      </w:r>
    </w:p>
    <w:p>
      <w:pPr>
        <w:spacing w:after="80"/>
      </w:pPr>
      <w:r>
        <w:rPr>
          <w:b w:val="0"/>
          <w:i w:val="0"/>
        </w:rPr>
        <w:t xml:space="preserve">Nếu cả một đội bị tiêu diệt, ta tăng giá trị của </w:t>
      </w:r>
      <w:r>
        <w:rPr>
          <w:rFonts w:ascii="Consolas" w:hAnsi="Consolas"/>
          <w:b w:val="0"/>
          <w:i w:val="0"/>
          <w:sz w:val="20"/>
        </w:rPr>
        <w:t>stats.level</w:t>
      </w:r>
      <w:r>
        <w:rPr>
          <w:b w:val="0"/>
          <w:i w:val="0"/>
        </w:rPr>
        <w:t xml:space="preserve"> và gọi </w:t>
      </w:r>
      <w:r>
        <w:rPr>
          <w:rFonts w:ascii="Consolas" w:hAnsi="Consolas"/>
          <w:b w:val="0"/>
          <w:i w:val="0"/>
          <w:sz w:val="20"/>
        </w:rPr>
        <w:t>prep_level()</w:t>
      </w:r>
      <w:r>
        <w:rPr>
          <w:b w:val="0"/>
          <w:i w:val="0"/>
        </w:rPr>
        <w:t xml:space="preserve"> để đảm bảo cấp độ mới hiển thị đúng.</w:t>
      </w:r>
    </w:p>
    <w:p>
      <w:pPr>
        <w:spacing w:after="80"/>
      </w:pPr>
      <w:r>
        <w:rPr>
          <w:b w:val="0"/>
          <w:i w:val="0"/>
        </w:rPr>
        <w:t xml:space="preserve">Để đảm bảo hình ảnh cấp độ cập nhật đúng khi bắt đầu ván mới, ta cũng gọi </w:t>
      </w:r>
      <w:r>
        <w:rPr>
          <w:rFonts w:ascii="Consolas" w:hAnsi="Consolas"/>
          <w:b w:val="0"/>
          <w:i w:val="0"/>
          <w:sz w:val="20"/>
        </w:rPr>
        <w:t>prep_level()</w:t>
      </w:r>
      <w:r>
        <w:rPr>
          <w:b w:val="0"/>
          <w:i w:val="0"/>
        </w:rPr>
        <w:t xml:space="preserve"> khi người chơi bấm nút Play:</w:t>
      </w:r>
    </w:p>
    <w:p>
      <w:pPr>
        <w:spacing w:after="80"/>
      </w:pPr>
      <w:r>
        <w:rPr>
          <w:b w:val="0"/>
          <w:i w:val="0"/>
        </w:rPr>
        <w:t>alien_invasion.py</w:t>
      </w:r>
    </w:p>
    <w:p>
      <w:pPr>
        <w:spacing w:after="80"/>
      </w:pPr>
      <w:r>
        <w:rPr>
          <w:b w:val="0"/>
          <w:i w:val="0"/>
        </w:rPr>
        <w:t>def _check_play_button(self, mouse_pos):</w:t>
      </w:r>
      <w:r>
        <w:br/>
      </w:r>
      <w:r>
        <w:rPr>
          <w:b w:val="0"/>
          <w:i w:val="0"/>
        </w:rPr>
        <w:t xml:space="preserve">        </w:t>
      </w:r>
      <w:r>
        <w:rPr>
          <w:b w:val="0"/>
          <w:i/>
        </w:rPr>
        <w:t>--snip--</w:t>
      </w:r>
      <w:r>
        <w:br/>
      </w:r>
      <w:r>
        <w:rPr>
          <w:b w:val="0"/>
          <w:i w:val="0"/>
        </w:rPr>
        <w:t xml:space="preserve">        if button_clicked and not self.game_active:</w:t>
      </w:r>
      <w:r>
        <w:br/>
      </w:r>
      <w:r>
        <w:rPr>
          <w:b w:val="0"/>
          <w:i w:val="0"/>
        </w:rPr>
        <w:t xml:space="preserve">            </w:t>
      </w:r>
      <w:r>
        <w:rPr>
          <w:b w:val="0"/>
          <w:i/>
        </w:rPr>
        <w:t>--snip--</w:t>
      </w:r>
      <w:r>
        <w:br/>
      </w:r>
      <w:r>
        <w:rPr>
          <w:b w:val="0"/>
          <w:i w:val="0"/>
        </w:rPr>
        <w:t xml:space="preserve">            self.sb.prep_score()</w:t>
      </w:r>
      <w:r>
        <w:br/>
      </w:r>
      <w:r>
        <w:rPr>
          <w:b w:val="0"/>
          <w:i w:val="0"/>
        </w:rPr>
        <w:t xml:space="preserve">            self.sb.prep_level()</w:t>
      </w:r>
      <w:r>
        <w:br/>
      </w:r>
      <w:r>
        <w:rPr>
          <w:b w:val="0"/>
          <w:i w:val="0"/>
        </w:rPr>
        <w:t xml:space="preserve">            </w:t>
      </w:r>
      <w:r>
        <w:rPr>
          <w:b w:val="0"/>
          <w:i/>
        </w:rPr>
        <w:t>--snip--</w:t>
      </w:r>
    </w:p>
    <w:p>
      <w:pPr>
        <w:spacing w:after="80"/>
      </w:pPr>
      <w:r>
        <w:rPr>
          <w:b w:val="0"/>
          <w:i w:val="0"/>
        </w:rPr>
        <w:t xml:space="preserve">Ta gọi </w:t>
      </w:r>
      <w:r>
        <w:rPr>
          <w:rFonts w:ascii="Consolas" w:hAnsi="Consolas"/>
          <w:b w:val="0"/>
          <w:i w:val="0"/>
          <w:sz w:val="20"/>
        </w:rPr>
        <w:t>prep_level()</w:t>
      </w:r>
      <w:r>
        <w:rPr>
          <w:b w:val="0"/>
          <w:i w:val="0"/>
        </w:rPr>
        <w:t xml:space="preserve"> ngay sau khi gọi </w:t>
      </w:r>
      <w:r>
        <w:rPr>
          <w:rFonts w:ascii="Consolas" w:hAnsi="Consolas"/>
          <w:b w:val="0"/>
          <w:i w:val="0"/>
          <w:sz w:val="20"/>
        </w:rPr>
        <w:t>prep_score()</w:t>
      </w:r>
      <w:r>
        <w:rPr>
          <w:b w:val="0"/>
          <w:i w:val="0"/>
        </w:rPr>
        <w:t>.</w:t>
      </w:r>
    </w:p>
    <w:p>
      <w:pPr>
        <w:spacing w:after="80"/>
      </w:pPr>
      <w:r>
        <w:rPr>
          <w:b w:val="0"/>
          <w:i w:val="0"/>
        </w:rPr>
        <w:t>Giờ bạn sẽ thấy mình đã hoàn thành bao nhiêu cấp độ, như trong Hình 14-5.</w:t>
      </w:r>
    </w:p>
    <w:p>
      <w:pPr>
        <w:jc w:val="center"/>
      </w:pPr>
      <w:r>
        <w:drawing>
          <wp:inline xmlns:a="http://schemas.openxmlformats.org/drawingml/2006/main" xmlns:pic="http://schemas.openxmlformats.org/drawingml/2006/picture">
            <wp:extent cx="5486400" cy="3783134"/>
            <wp:docPr id="33" name="Picture 33"/>
            <wp:cNvGraphicFramePr>
              <a:graphicFrameLocks noChangeAspect="1"/>
            </wp:cNvGraphicFramePr>
            <a:graphic>
              <a:graphicData uri="http://schemas.openxmlformats.org/drawingml/2006/picture">
                <pic:pic>
                  <pic:nvPicPr>
                    <pic:cNvPr id="0" name="image_rsrcBHY.jpg"/>
                    <pic:cNvPicPr/>
                  </pic:nvPicPr>
                  <pic:blipFill>
                    <a:blip r:embed="rId27"/>
                    <a:stretch>
                      <a:fillRect/>
                    </a:stretch>
                  </pic:blipFill>
                  <pic:spPr>
                    <a:xfrm>
                      <a:off x="0" y="0"/>
                      <a:ext cx="5486400" cy="3783134"/>
                    </a:xfrm>
                    <a:prstGeom prst="rect"/>
                  </pic:spPr>
                </pic:pic>
              </a:graphicData>
            </a:graphic>
          </wp:inline>
        </w:drawing>
      </w:r>
    </w:p>
    <w:p>
      <w:pPr>
        <w:spacing w:after="80"/>
      </w:pPr>
      <w:r>
        <w:rPr>
          <w:b w:val="0"/>
          <w:i w:val="0"/>
        </w:rPr>
        <w:t>Hình 14-5: Cấp độ hiện tại xuất hiện ngay bên dưới điểm số hiện tại.</w:t>
      </w:r>
    </w:p>
    <w:p>
      <w:pPr>
        <w:spacing w:before="120" w:after="40"/>
      </w:pPr>
      <w:r>
        <w:rPr>
          <w:b/>
          <w:sz w:val="21"/>
        </w:rPr>
        <w:t>Ghi chú</w:t>
      </w:r>
    </w:p>
    <w:p>
      <w:pPr>
        <w:spacing w:after="80"/>
      </w:pPr>
      <w:r>
        <w:rPr>
          <w:b w:val="0"/>
          <w:i w:val="0"/>
        </w:rPr>
        <w:t xml:space="preserve">Trong một số trò chơi kinh điển, điểm số có nhãn, chẳng hạn như Score, High Score và Level. Ta đã bỏ qua các nhãn này vì ý nghĩa của từng con số trở nên rõ ràng ngay khi bạn chơi trò chơi. Để thêm các nhãn này, hãy thêm chúng vào các chuỗi điểm số ngay trước lời gọi </w:t>
      </w:r>
      <w:r>
        <w:rPr>
          <w:rFonts w:ascii="Consolas" w:hAnsi="Consolas"/>
          <w:b w:val="0"/>
          <w:i w:val="0"/>
          <w:sz w:val="20"/>
        </w:rPr>
        <w:t>font.render()</w:t>
      </w:r>
      <w:r>
        <w:rPr>
          <w:b w:val="0"/>
          <w:i w:val="0"/>
        </w:rPr>
        <w:t xml:space="preserve"> trong </w:t>
      </w:r>
      <w:r>
        <w:rPr>
          <w:rFonts w:ascii="Consolas" w:hAnsi="Consolas"/>
          <w:b w:val="0"/>
          <w:i w:val="0"/>
          <w:sz w:val="20"/>
        </w:rPr>
        <w:t>Scoreboard</w:t>
      </w:r>
      <w:r>
        <w:rPr>
          <w:b w:val="0"/>
          <w:i w:val="0"/>
        </w:rPr>
        <w:t>.</w:t>
      </w:r>
    </w:p>
    <w:p>
      <w:pPr>
        <w:pStyle w:val="Heading3"/>
      </w:pPr>
      <w:r>
        <w:rPr>
          <w:rFonts w:ascii="Calibri" w:hAnsi="Calibri"/>
          <w:b/>
          <w:i w:val="0"/>
          <w:sz w:val="27"/>
        </w:rPr>
        <w:t>Hiển thị số lượng tàu</w:t>
      </w:r>
    </w:p>
    <w:p>
      <w:pPr>
        <w:spacing w:after="80"/>
      </w:pPr>
      <w:r>
        <w:rPr>
          <w:b w:val="0"/>
          <w:i w:val="0"/>
        </w:rPr>
        <w:t>Cuối cùng, hãy hiển thị số lượng tàu còn lại của người chơi, nhưng lần này, hãy dùng hình ảnh đồ họa. Để làm vậy, ta sẽ vẽ các tàu ở góc trên bên trái màn hình để biểu thị số tàu còn lại, giống như nhiều trò chơi arcade kinh điển vẫn làm.</w:t>
      </w:r>
    </w:p>
    <w:p>
      <w:pPr>
        <w:spacing w:after="80"/>
      </w:pPr>
      <w:r>
        <w:rPr>
          <w:b w:val="0"/>
          <w:i w:val="0"/>
        </w:rPr>
        <w:t xml:space="preserve">Đầu tiên, ta cần cho </w:t>
      </w:r>
      <w:r>
        <w:rPr>
          <w:rFonts w:ascii="Consolas" w:hAnsi="Consolas"/>
          <w:b w:val="0"/>
          <w:i w:val="0"/>
          <w:sz w:val="20"/>
        </w:rPr>
        <w:t>Ship</w:t>
      </w:r>
      <w:r>
        <w:rPr>
          <w:b w:val="0"/>
          <w:i w:val="0"/>
        </w:rPr>
        <w:t xml:space="preserve"> kế thừa từ </w:t>
      </w:r>
      <w:r>
        <w:rPr>
          <w:rFonts w:ascii="Consolas" w:hAnsi="Consolas"/>
          <w:b w:val="0"/>
          <w:i w:val="0"/>
          <w:sz w:val="20"/>
        </w:rPr>
        <w:t>Sprite</w:t>
      </w:r>
      <w:r>
        <w:rPr>
          <w:b w:val="0"/>
          <w:i w:val="0"/>
        </w:rPr>
        <w:t xml:space="preserve"> để có thể tạo một nhóm các tàu:</w:t>
      </w:r>
    </w:p>
    <w:p>
      <w:pPr>
        <w:spacing w:after="80"/>
      </w:pPr>
      <w:r>
        <w:rPr>
          <w:b w:val="0"/>
          <w:i w:val="0"/>
        </w:rPr>
        <w:t>ship.py</w:t>
      </w:r>
    </w:p>
    <w:p>
      <w:pPr>
        <w:spacing w:after="0"/>
        <w:ind w:left="360"/>
        <w:shd w:val="clear" w:color="auto" w:fill="F2F2F2"/>
      </w:pPr>
      <w:r>
        <w:rPr>
          <w:rFonts w:ascii="Consolas" w:hAnsi="Consolas"/>
          <w:b w:val="0"/>
          <w:i w:val="0"/>
          <w:sz w:val="18"/>
        </w:rPr>
        <w:t>import pygame</w:t>
      </w:r>
    </w:p>
    <w:p>
      <w:pPr>
        <w:spacing w:after="0"/>
        <w:ind w:left="360"/>
        <w:shd w:val="clear" w:color="auto" w:fill="F2F2F2"/>
      </w:pPr>
      <w:r>
        <w:rPr>
          <w:rFonts w:ascii="Consolas" w:hAnsi="Consolas"/>
          <w:b w:val="0"/>
          <w:i w:val="0"/>
          <w:sz w:val="18"/>
        </w:rPr>
        <w:t>from pygame.sprite import Sprite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class Ship(Sprite):</w:t>
      </w:r>
    </w:p>
    <w:p>
      <w:pPr>
        <w:spacing w:after="0"/>
        <w:ind w:left="360"/>
        <w:shd w:val="clear" w:color="auto" w:fill="F2F2F2"/>
      </w:pPr>
      <w:r>
        <w:rPr>
          <w:rFonts w:ascii="Consolas" w:hAnsi="Consolas"/>
          <w:b w:val="0"/>
          <w:i w:val="0"/>
          <w:sz w:val="18"/>
        </w:rPr>
        <w:t xml:space="preserve">    """A class to manage the ship."""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__init__(self, ai_game):</w:t>
      </w:r>
    </w:p>
    <w:p>
      <w:pPr>
        <w:spacing w:after="0"/>
        <w:ind w:left="360"/>
        <w:shd w:val="clear" w:color="auto" w:fill="F2F2F2"/>
      </w:pPr>
      <w:r>
        <w:rPr>
          <w:rFonts w:ascii="Consolas" w:hAnsi="Consolas"/>
          <w:b w:val="0"/>
          <w:i w:val="0"/>
          <w:sz w:val="18"/>
        </w:rPr>
        <w:t xml:space="preserve">        """Initialize the ship and set its starting position."""</w:t>
      </w:r>
    </w:p>
    <w:p>
      <w:pPr>
        <w:spacing w:after="0"/>
        <w:ind w:left="360"/>
        <w:shd w:val="clear" w:color="auto" w:fill="F2F2F2"/>
      </w:pPr>
      <w:r>
        <w:rPr>
          <w:rFonts w:ascii="Consolas" w:hAnsi="Consolas"/>
          <w:b w:val="0"/>
          <w:i w:val="0"/>
          <w:sz w:val="18"/>
        </w:rPr>
        <w:t>❷         super().__init__()</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Ở đây chúng ta import </w:t>
      </w:r>
      <w:r>
        <w:rPr>
          <w:rFonts w:ascii="Consolas" w:hAnsi="Consolas"/>
          <w:b w:val="0"/>
          <w:i w:val="0"/>
          <w:sz w:val="20"/>
        </w:rPr>
        <w:t>Sprite</w:t>
      </w:r>
      <w:r>
        <w:rPr>
          <w:b w:val="0"/>
          <w:i w:val="0"/>
        </w:rPr>
        <w:t xml:space="preserve">, đảm bảo rằng </w:t>
      </w:r>
      <w:r>
        <w:rPr>
          <w:rFonts w:ascii="Consolas" w:hAnsi="Consolas"/>
          <w:b w:val="0"/>
          <w:i w:val="0"/>
          <w:sz w:val="20"/>
        </w:rPr>
        <w:t>Ship</w:t>
      </w:r>
      <w:r>
        <w:rPr>
          <w:b w:val="0"/>
          <w:i w:val="0"/>
        </w:rPr>
        <w:t xml:space="preserve"> kế thừa từ </w:t>
      </w:r>
      <w:r>
        <w:rPr>
          <w:rFonts w:ascii="Consolas" w:hAnsi="Consolas"/>
          <w:b w:val="0"/>
          <w:i w:val="0"/>
          <w:sz w:val="20"/>
        </w:rPr>
        <w:t>Sprite</w:t>
      </w:r>
      <w:r>
        <w:rPr>
          <w:b w:val="0"/>
          <w:i w:val="0"/>
        </w:rPr>
        <w:t xml:space="preserve"> ❶, và gọi </w:t>
      </w:r>
      <w:r>
        <w:rPr>
          <w:rFonts w:ascii="Consolas" w:hAnsi="Consolas"/>
          <w:b w:val="0"/>
          <w:i w:val="0"/>
          <w:sz w:val="20"/>
        </w:rPr>
        <w:t>super()</w:t>
      </w:r>
      <w:r>
        <w:rPr>
          <w:b w:val="0"/>
          <w:i w:val="0"/>
        </w:rPr>
        <w:t xml:space="preserve"> ở đầu </w:t>
      </w:r>
      <w:r>
        <w:rPr>
          <w:rFonts w:ascii="Consolas" w:hAnsi="Consolas"/>
          <w:b w:val="0"/>
          <w:i w:val="0"/>
          <w:sz w:val="20"/>
        </w:rPr>
        <w:t>__init__()</w:t>
      </w:r>
      <w:r>
        <w:rPr>
          <w:b w:val="0"/>
          <w:i w:val="0"/>
        </w:rPr>
        <w:t xml:space="preserve"> ❷.</w:t>
      </w:r>
    </w:p>
    <w:p>
      <w:pPr>
        <w:spacing w:after="80"/>
      </w:pPr>
      <w:r>
        <w:rPr>
          <w:b w:val="0"/>
          <w:i w:val="0"/>
        </w:rPr>
        <w:t xml:space="preserve">Tiếp theo, chúng ta cần sửa </w:t>
      </w:r>
      <w:r>
        <w:rPr>
          <w:rFonts w:ascii="Consolas" w:hAnsi="Consolas"/>
          <w:b w:val="0"/>
          <w:i w:val="0"/>
          <w:sz w:val="20"/>
        </w:rPr>
        <w:t>Scoreboard</w:t>
      </w:r>
      <w:r>
        <w:rPr>
          <w:b w:val="0"/>
          <w:i w:val="0"/>
        </w:rPr>
        <w:t xml:space="preserve"> để tạo một nhóm tàu mà chúng ta có thể hiển thị. Đây là các câu lệnh </w:t>
      </w:r>
      <w:r>
        <w:rPr>
          <w:rFonts w:ascii="Consolas" w:hAnsi="Consolas"/>
          <w:b w:val="0"/>
          <w:i w:val="0"/>
          <w:sz w:val="20"/>
        </w:rPr>
        <w:t>import</w:t>
      </w:r>
      <w:r>
        <w:rPr>
          <w:b w:val="0"/>
          <w:i w:val="0"/>
        </w:rPr>
        <w:t xml:space="preserve"> cho </w:t>
      </w:r>
      <w:r>
        <w:rPr>
          <w:rFonts w:ascii="Consolas" w:hAnsi="Consolas"/>
          <w:b w:val="0"/>
          <w:i w:val="0"/>
          <w:sz w:val="20"/>
        </w:rPr>
        <w:t>Scoreboard</w:t>
      </w:r>
      <w:r>
        <w:rPr>
          <w:b w:val="0"/>
          <w:i w:val="0"/>
        </w:rPr>
        <w:t>:</w:t>
      </w:r>
    </w:p>
    <w:p>
      <w:pPr>
        <w:spacing w:after="80"/>
      </w:pPr>
      <w:r>
        <w:rPr>
          <w:b w:val="0"/>
          <w:i w:val="0"/>
        </w:rPr>
        <w:t>scoreboard.py</w:t>
      </w:r>
    </w:p>
    <w:p>
      <w:pPr>
        <w:spacing w:after="0"/>
        <w:ind w:left="360"/>
        <w:shd w:val="clear" w:color="auto" w:fill="F2F2F2"/>
      </w:pPr>
      <w:r>
        <w:rPr>
          <w:rFonts w:ascii="Consolas" w:hAnsi="Consolas"/>
          <w:b w:val="0"/>
          <w:i w:val="0"/>
          <w:sz w:val="18"/>
        </w:rPr>
        <w:t>import pygame.font</w:t>
      </w:r>
    </w:p>
    <w:p>
      <w:pPr>
        <w:spacing w:after="0"/>
        <w:ind w:left="360"/>
        <w:shd w:val="clear" w:color="auto" w:fill="F2F2F2"/>
      </w:pPr>
      <w:r>
        <w:rPr>
          <w:rFonts w:ascii="Consolas" w:hAnsi="Consolas"/>
          <w:b w:val="0"/>
          <w:i w:val="0"/>
          <w:sz w:val="18"/>
        </w:rPr>
        <w:t>from pygame.sprite import Group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ship import Ship</w:t>
      </w:r>
    </w:p>
    <w:p>
      <w:pPr>
        <w:spacing w:after="40"/>
      </w:pPr>
    </w:p>
    <w:p>
      <w:pPr>
        <w:spacing w:after="80"/>
      </w:pPr>
      <w:r>
        <w:rPr>
          <w:b w:val="0"/>
          <w:i w:val="0"/>
        </w:rPr>
        <w:t xml:space="preserve">Vì chúng ta đang tạo một nhóm tàu, chúng ta import các lớp </w:t>
      </w:r>
      <w:r>
        <w:rPr>
          <w:rFonts w:ascii="Consolas" w:hAnsi="Consolas"/>
          <w:b w:val="0"/>
          <w:i w:val="0"/>
          <w:sz w:val="20"/>
        </w:rPr>
        <w:t>Group</w:t>
      </w:r>
      <w:r>
        <w:rPr>
          <w:b w:val="0"/>
          <w:i w:val="0"/>
        </w:rPr>
        <w:t xml:space="preserve"> và </w:t>
      </w:r>
      <w:r>
        <w:rPr>
          <w:rFonts w:ascii="Consolas" w:hAnsi="Consolas"/>
          <w:b w:val="0"/>
          <w:i w:val="0"/>
          <w:sz w:val="20"/>
        </w:rPr>
        <w:t>Ship</w:t>
      </w:r>
      <w:r>
        <w:rPr>
          <w:b w:val="0"/>
          <w:i w:val="0"/>
        </w:rPr>
        <w:t>.</w:t>
      </w:r>
    </w:p>
    <w:p>
      <w:pPr>
        <w:spacing w:after="80"/>
      </w:pPr>
      <w:r>
        <w:rPr>
          <w:b w:val="0"/>
          <w:i w:val="0"/>
        </w:rPr>
        <w:t xml:space="preserve">Đây là </w:t>
      </w:r>
      <w:r>
        <w:rPr>
          <w:rFonts w:ascii="Consolas" w:hAnsi="Consolas"/>
          <w:b w:val="0"/>
          <w:i w:val="0"/>
          <w:sz w:val="20"/>
        </w:rPr>
        <w:t>__init__()</w:t>
      </w:r>
      <w:r>
        <w:rPr>
          <w:b w:val="0"/>
          <w:i w:val="0"/>
        </w:rPr>
        <w:t>:</w:t>
      </w:r>
    </w:p>
    <w:p>
      <w:pPr>
        <w:spacing w:after="80"/>
      </w:pPr>
      <w:r>
        <w:rPr>
          <w:b w:val="0"/>
          <w:i w:val="0"/>
        </w:rPr>
        <w:t>scoreboard.py</w:t>
      </w:r>
    </w:p>
    <w:p>
      <w:pPr>
        <w:spacing w:after="80"/>
      </w:pPr>
      <w:r>
        <w:rPr>
          <w:b w:val="0"/>
          <w:i w:val="0"/>
        </w:rPr>
        <w:t>def __init__(self, ai_game):</w:t>
      </w:r>
      <w:r>
        <w:br/>
      </w:r>
      <w:r>
        <w:rPr>
          <w:b w:val="0"/>
          <w:i w:val="0"/>
        </w:rPr>
        <w:t xml:space="preserve">        """Initialize scorekeeping attributes."""</w:t>
      </w:r>
      <w:r>
        <w:br/>
      </w:r>
      <w:r>
        <w:rPr>
          <w:b w:val="0"/>
          <w:i w:val="0"/>
        </w:rPr>
        <w:t xml:space="preserve">        self.ai_game = ai_game</w:t>
      </w:r>
      <w:r>
        <w:br/>
      </w:r>
      <w:r>
        <w:rPr>
          <w:b w:val="0"/>
          <w:i w:val="0"/>
        </w:rPr>
        <w:t xml:space="preserve">        self.screen = ai_game.screen</w:t>
      </w:r>
      <w:r>
        <w:br/>
      </w:r>
      <w:r>
        <w:rPr>
          <w:b w:val="0"/>
          <w:i w:val="0"/>
        </w:rPr>
        <w:t xml:space="preserve">        </w:t>
      </w:r>
      <w:r>
        <w:rPr>
          <w:b w:val="0"/>
          <w:i/>
        </w:rPr>
        <w:t>--snip--</w:t>
      </w:r>
      <w:r>
        <w:br/>
      </w:r>
      <w:r>
        <w:rPr>
          <w:b w:val="0"/>
          <w:i w:val="0"/>
        </w:rPr>
        <w:t xml:space="preserve">        self.prep_level()</w:t>
      </w:r>
      <w:r>
        <w:br/>
      </w:r>
      <w:r>
        <w:rPr>
          <w:b w:val="0"/>
          <w:i w:val="0"/>
        </w:rPr>
        <w:t xml:space="preserve">        self.prep_ships()</w:t>
      </w:r>
    </w:p>
    <w:p>
      <w:pPr>
        <w:spacing w:after="80"/>
      </w:pPr>
      <w:r>
        <w:rPr>
          <w:b w:val="0"/>
          <w:i w:val="0"/>
        </w:rPr>
        <w:t xml:space="preserve">Chúng ta gán instance của game cho một thuộc tính, vì chúng ta sẽ cần nó để tạo một số tàu. Chúng ta gọi </w:t>
      </w:r>
      <w:r>
        <w:rPr>
          <w:rFonts w:ascii="Consolas" w:hAnsi="Consolas"/>
          <w:b w:val="0"/>
          <w:i w:val="0"/>
          <w:sz w:val="20"/>
        </w:rPr>
        <w:t>prep_ships()</w:t>
      </w:r>
      <w:r>
        <w:rPr>
          <w:b w:val="0"/>
          <w:i w:val="0"/>
        </w:rPr>
        <w:t xml:space="preserve"> sau lời gọi </w:t>
      </w:r>
      <w:r>
        <w:rPr>
          <w:rFonts w:ascii="Consolas" w:hAnsi="Consolas"/>
          <w:b w:val="0"/>
          <w:i w:val="0"/>
          <w:sz w:val="20"/>
        </w:rPr>
        <w:t>prep_level()</w:t>
      </w:r>
      <w:r>
        <w:rPr>
          <w:b w:val="0"/>
          <w:i w:val="0"/>
        </w:rPr>
        <w:t>.</w:t>
      </w:r>
    </w:p>
    <w:p>
      <w:pPr>
        <w:spacing w:after="80"/>
      </w:pPr>
      <w:r>
        <w:rPr>
          <w:b w:val="0"/>
          <w:i w:val="0"/>
        </w:rPr>
        <w:t xml:space="preserve">Đây là </w:t>
      </w:r>
      <w:r>
        <w:rPr>
          <w:rFonts w:ascii="Consolas" w:hAnsi="Consolas"/>
          <w:b w:val="0"/>
          <w:i w:val="0"/>
          <w:sz w:val="20"/>
        </w:rPr>
        <w:t>prep_ships()</w:t>
      </w:r>
      <w:r>
        <w:rPr>
          <w:b w:val="0"/>
          <w:i w:val="0"/>
        </w:rPr>
        <w:t>:</w:t>
      </w:r>
    </w:p>
    <w:p>
      <w:pPr>
        <w:spacing w:after="80"/>
      </w:pPr>
      <w:r>
        <w:rPr>
          <w:b w:val="0"/>
          <w:i w:val="0"/>
        </w:rPr>
        <w:t>scoreboard.py</w:t>
      </w:r>
    </w:p>
    <w:p>
      <w:pPr>
        <w:spacing w:after="80"/>
      </w:pPr>
      <w:r>
        <w:rPr>
          <w:b w:val="0"/>
          <w:i w:val="0"/>
        </w:rPr>
        <w:t>def prep_ships(self):</w:t>
      </w:r>
      <w:r>
        <w:br/>
      </w:r>
      <w:r>
        <w:rPr>
          <w:b w:val="0"/>
          <w:i w:val="0"/>
        </w:rPr>
        <w:t xml:space="preserve">        """Show how many ships are left."""</w:t>
      </w:r>
      <w:r>
        <w:br/>
      </w:r>
      <w:r>
        <w:rPr>
          <w:b w:val="0"/>
          <w:i w:val="0"/>
        </w:rPr>
        <w:t>❶         self.ships = Group()</w:t>
      </w:r>
      <w:r>
        <w:br/>
      </w:r>
      <w:r>
        <w:rPr>
          <w:b w:val="0"/>
          <w:i w:val="0"/>
        </w:rPr>
        <w:t>❷         for ship_number in range(self.stats.ships_left):</w:t>
      </w:r>
      <w:r>
        <w:br/>
      </w:r>
      <w:r>
        <w:rPr>
          <w:b w:val="0"/>
          <w:i w:val="0"/>
        </w:rPr>
        <w:t xml:space="preserve">            ship = Ship(self.ai_game)</w:t>
      </w:r>
      <w:r>
        <w:br/>
      </w:r>
      <w:r>
        <w:rPr>
          <w:b w:val="0"/>
          <w:i w:val="0"/>
        </w:rPr>
        <w:t>❸             ship.rect.x = 10 + ship_number * ship.rect.width</w:t>
      </w:r>
      <w:r>
        <w:br/>
      </w:r>
      <w:r>
        <w:rPr>
          <w:b w:val="0"/>
          <w:i w:val="0"/>
        </w:rPr>
        <w:t>❹             ship.rect.y = 10</w:t>
      </w:r>
      <w:r>
        <w:br/>
      </w:r>
      <w:r>
        <w:rPr>
          <w:b w:val="0"/>
          <w:i w:val="0"/>
        </w:rPr>
        <w:t>❺             self.ships.add(ship)</w:t>
      </w:r>
    </w:p>
    <w:p>
      <w:pPr>
        <w:spacing w:after="80"/>
      </w:pPr>
      <w:r>
        <w:rPr>
          <w:b w:val="0"/>
          <w:i w:val="0"/>
        </w:rPr>
        <w:t xml:space="preserve">Phương thức </w:t>
      </w:r>
      <w:r>
        <w:rPr>
          <w:rFonts w:ascii="Consolas" w:hAnsi="Consolas"/>
          <w:b w:val="0"/>
          <w:i w:val="0"/>
          <w:sz w:val="20"/>
        </w:rPr>
        <w:t>prep_ships()</w:t>
      </w:r>
      <w:r>
        <w:rPr>
          <w:b w:val="0"/>
          <w:i w:val="0"/>
        </w:rPr>
        <w:t xml:space="preserve"> tạo một nhóm rỗng, </w:t>
      </w:r>
      <w:r>
        <w:rPr>
          <w:rFonts w:ascii="Consolas" w:hAnsi="Consolas"/>
          <w:b w:val="0"/>
          <w:i w:val="0"/>
          <w:sz w:val="20"/>
        </w:rPr>
        <w:t>self.ships</w:t>
      </w:r>
      <w:r>
        <w:rPr>
          <w:b w:val="0"/>
          <w:i w:val="0"/>
        </w:rPr>
        <w:t xml:space="preserve">, để chứa các instance của tàu ❶. Để lấp đầy nhóm này, một vòng lặp chạy một lần cho mỗi tàu mà người chơi còn lại ❷. Bên trong vòng lặp, chúng ta tạo một tàu mới và đặt giá trị tọa độ </w:t>
      </w:r>
      <w:r>
        <w:rPr>
          <w:b w:val="0"/>
          <w:i/>
        </w:rPr>
        <w:t>x</w:t>
      </w:r>
      <w:r>
        <w:rPr>
          <w:b w:val="0"/>
          <w:i w:val="0"/>
        </w:rPr>
        <w:t xml:space="preserve"> của mỗi tàu sao cho các tàu xuất hiện cạnh nhau với lề 10 pixel ở phía bên trái của nhóm tàu ❸. Chúng ta đặt giá trị tọa độ </w:t>
      </w:r>
      <w:r>
        <w:rPr>
          <w:b w:val="0"/>
          <w:i/>
        </w:rPr>
        <w:t>y</w:t>
      </w:r>
      <w:r>
        <w:rPr>
          <w:b w:val="0"/>
          <w:i w:val="0"/>
        </w:rPr>
        <w:t xml:space="preserve"> cách 10 pixel tính từ đỉnh màn hình để các tàu xuất hiện ở góc trên bên trái của màn hình ❹. Sau đó chúng ta thêm mỗi tàu mới vào nhóm </w:t>
      </w:r>
      <w:r>
        <w:rPr>
          <w:rFonts w:ascii="Consolas" w:hAnsi="Consolas"/>
          <w:b w:val="0"/>
          <w:i w:val="0"/>
          <w:sz w:val="20"/>
        </w:rPr>
        <w:t>ships</w:t>
      </w:r>
      <w:r>
        <w:rPr>
          <w:b w:val="0"/>
          <w:i w:val="0"/>
        </w:rPr>
        <w:t xml:space="preserve"> ❺.</w:t>
      </w:r>
    </w:p>
    <w:p>
      <w:pPr>
        <w:spacing w:after="80"/>
      </w:pPr>
      <w:r>
        <w:rPr>
          <w:b w:val="0"/>
          <w:i w:val="0"/>
        </w:rPr>
        <w:t>Bây giờ chúng ta cần vẽ các tàu lên màn hình:</w:t>
      </w:r>
    </w:p>
    <w:p>
      <w:pPr>
        <w:spacing w:after="80"/>
      </w:pPr>
      <w:r>
        <w:rPr>
          <w:b w:val="0"/>
          <w:i w:val="0"/>
        </w:rPr>
        <w:t>scoreboard.py</w:t>
      </w:r>
    </w:p>
    <w:p>
      <w:pPr>
        <w:spacing w:after="80"/>
      </w:pPr>
      <w:r>
        <w:rPr>
          <w:b w:val="0"/>
          <w:i w:val="0"/>
        </w:rPr>
        <w:t>def show_score(self):</w:t>
      </w:r>
      <w:r>
        <w:br/>
      </w:r>
      <w:r>
        <w:rPr>
          <w:b w:val="0"/>
          <w:i w:val="0"/>
        </w:rPr>
        <w:t xml:space="preserve">        """Vẽ điểm số, cấp độ và số tàu lên màn hình."""</w:t>
      </w:r>
      <w:r>
        <w:br/>
      </w:r>
      <w:r>
        <w:rPr>
          <w:b w:val="0"/>
          <w:i w:val="0"/>
        </w:rPr>
        <w:t xml:space="preserve">        self.screen.blit(self.score_image, self.score_rect)</w:t>
      </w:r>
      <w:r>
        <w:br/>
      </w:r>
      <w:r>
        <w:rPr>
          <w:b w:val="0"/>
          <w:i w:val="0"/>
        </w:rPr>
        <w:t xml:space="preserve">        self.screen.blit(self.high_score_image, self.high_score_rect)</w:t>
      </w:r>
      <w:r>
        <w:br/>
      </w:r>
      <w:r>
        <w:rPr>
          <w:b w:val="0"/>
          <w:i w:val="0"/>
        </w:rPr>
        <w:t xml:space="preserve">        self.screen.blit(self.level_image, self.level_rect)</w:t>
      </w:r>
      <w:r>
        <w:br/>
      </w:r>
      <w:r>
        <w:rPr>
          <w:b w:val="0"/>
          <w:i w:val="0"/>
        </w:rPr>
        <w:t xml:space="preserve">        self.ships.draw(self.screen)</w:t>
      </w:r>
    </w:p>
    <w:p>
      <w:pPr>
        <w:spacing w:after="80"/>
      </w:pPr>
      <w:r>
        <w:rPr>
          <w:b w:val="0"/>
          <w:i w:val="0"/>
        </w:rPr>
        <w:t xml:space="preserve">Để hiển thị các tàu lên màn hình, ta gọi </w:t>
      </w:r>
      <w:r>
        <w:rPr>
          <w:rFonts w:ascii="Consolas" w:hAnsi="Consolas"/>
          <w:b w:val="0"/>
          <w:i w:val="0"/>
          <w:sz w:val="20"/>
        </w:rPr>
        <w:t>draw()</w:t>
      </w:r>
      <w:r>
        <w:rPr>
          <w:b w:val="0"/>
          <w:i w:val="0"/>
        </w:rPr>
        <w:t xml:space="preserve"> trên nhóm, và Pygame sẽ vẽ từng tàu một.</w:t>
      </w:r>
    </w:p>
    <w:p>
      <w:pPr>
        <w:spacing w:after="80"/>
      </w:pPr>
      <w:r>
        <w:rPr>
          <w:b w:val="0"/>
          <w:i w:val="0"/>
        </w:rPr>
        <w:t xml:space="preserve">Để cho người chơi biết họ có bao nhiêu tàu khi bắt đầu, ta gọi </w:t>
      </w:r>
      <w:r>
        <w:rPr>
          <w:rFonts w:ascii="Consolas" w:hAnsi="Consolas"/>
          <w:b w:val="0"/>
          <w:i w:val="0"/>
          <w:sz w:val="20"/>
        </w:rPr>
        <w:t>prep_ships()</w:t>
      </w:r>
      <w:r>
        <w:rPr>
          <w:b w:val="0"/>
          <w:i w:val="0"/>
        </w:rPr>
        <w:t xml:space="preserve"> mỗi khi ván mới khởi động. Ta làm điều này trong </w:t>
      </w:r>
      <w:r>
        <w:rPr>
          <w:rFonts w:ascii="Consolas" w:hAnsi="Consolas"/>
          <w:b w:val="0"/>
          <w:i w:val="0"/>
          <w:sz w:val="20"/>
        </w:rPr>
        <w:t>_check_play_button()</w:t>
      </w:r>
      <w:r>
        <w:rPr>
          <w:b w:val="0"/>
          <w:i w:val="0"/>
        </w:rPr>
        <w:t xml:space="preserve"> thuộc </w:t>
      </w:r>
      <w:r>
        <w:rPr>
          <w:rFonts w:ascii="Consolas" w:hAnsi="Consolas"/>
          <w:b w:val="0"/>
          <w:i w:val="0"/>
          <w:sz w:val="20"/>
        </w:rPr>
        <w:t>AlienInvasion</w:t>
      </w:r>
      <w:r>
        <w:rPr>
          <w:b w:val="0"/>
          <w:i w:val="0"/>
        </w:rPr>
        <w:t>:</w:t>
      </w:r>
    </w:p>
    <w:p>
      <w:pPr>
        <w:spacing w:after="80"/>
      </w:pPr>
      <w:r>
        <w:rPr>
          <w:b w:val="0"/>
          <w:i w:val="0"/>
        </w:rPr>
        <w:t>alien_invasion.py</w:t>
      </w:r>
    </w:p>
    <w:p>
      <w:pPr>
        <w:spacing w:after="80"/>
      </w:pPr>
      <w:r>
        <w:rPr>
          <w:b w:val="0"/>
          <w:i w:val="0"/>
        </w:rPr>
        <w:t>def _check_play_button(self, mouse_pos):</w:t>
      </w:r>
      <w:r>
        <w:br/>
      </w:r>
      <w:r>
        <w:rPr>
          <w:b w:val="0"/>
          <w:i w:val="0"/>
        </w:rPr>
        <w:t xml:space="preserve">        </w:t>
      </w:r>
      <w:r>
        <w:rPr>
          <w:b w:val="0"/>
          <w:i/>
        </w:rPr>
        <w:t>--snip--</w:t>
      </w:r>
      <w:r>
        <w:br/>
      </w:r>
      <w:r>
        <w:rPr>
          <w:b w:val="0"/>
          <w:i w:val="0"/>
        </w:rPr>
        <w:t xml:space="preserve">        if button_clicked and not self.game_active:</w:t>
      </w:r>
      <w:r>
        <w:br/>
      </w:r>
      <w:r>
        <w:rPr>
          <w:b w:val="0"/>
          <w:i w:val="0"/>
        </w:rPr>
        <w:t xml:space="preserve">            </w:t>
      </w:r>
      <w:r>
        <w:rPr>
          <w:b w:val="0"/>
          <w:i/>
        </w:rPr>
        <w:t>--snip--</w:t>
      </w:r>
      <w:r>
        <w:br/>
      </w:r>
      <w:r>
        <w:rPr>
          <w:b w:val="0"/>
          <w:i w:val="0"/>
        </w:rPr>
        <w:t xml:space="preserve">            self.sb.prep_level()</w:t>
      </w:r>
      <w:r>
        <w:br/>
      </w:r>
      <w:r>
        <w:rPr>
          <w:b w:val="0"/>
          <w:i w:val="0"/>
        </w:rPr>
        <w:t xml:space="preserve">            self.sb.prep_ships()</w:t>
      </w:r>
      <w:r>
        <w:br/>
      </w:r>
      <w:r>
        <w:rPr>
          <w:b w:val="0"/>
          <w:i w:val="0"/>
        </w:rPr>
        <w:t xml:space="preserve">            </w:t>
      </w:r>
      <w:r>
        <w:rPr>
          <w:b w:val="0"/>
          <w:i/>
        </w:rPr>
        <w:t>--snip--</w:t>
      </w:r>
    </w:p>
    <w:p>
      <w:pPr>
        <w:spacing w:after="80"/>
      </w:pPr>
      <w:r>
        <w:rPr>
          <w:b w:val="0"/>
          <w:i w:val="0"/>
        </w:rPr>
        <w:t xml:space="preserve">Ta cũng gọi </w:t>
      </w:r>
      <w:r>
        <w:rPr>
          <w:rFonts w:ascii="Consolas" w:hAnsi="Consolas"/>
          <w:b w:val="0"/>
          <w:i w:val="0"/>
          <w:sz w:val="20"/>
        </w:rPr>
        <w:t>prep_ships()</w:t>
      </w:r>
      <w:r>
        <w:rPr>
          <w:b w:val="0"/>
          <w:i w:val="0"/>
        </w:rPr>
        <w:t xml:space="preserve"> khi một tàu bị bắn trúng, để cập nhật hình ảnh các tàu hiển thị khi người chơi mất một tàu:</w:t>
      </w:r>
    </w:p>
    <w:p>
      <w:pPr>
        <w:spacing w:after="80"/>
      </w:pPr>
      <w:r>
        <w:rPr>
          <w:b w:val="0"/>
          <w:i w:val="0"/>
        </w:rPr>
        <w:t>alien_invasion.py</w:t>
      </w:r>
    </w:p>
    <w:p>
      <w:pPr>
        <w:spacing w:after="80"/>
      </w:pPr>
      <w:r>
        <w:rPr>
          <w:b w:val="0"/>
          <w:i w:val="0"/>
        </w:rPr>
        <w:t>def _ship_hit(self):</w:t>
      </w:r>
      <w:r>
        <w:br/>
      </w:r>
      <w:r>
        <w:rPr>
          <w:b w:val="0"/>
          <w:i w:val="0"/>
        </w:rPr>
        <w:t xml:space="preserve">        """Xử lý khi tàu bị người ngoài hành tinh bắn trúng."""</w:t>
      </w:r>
      <w:r>
        <w:br/>
      </w:r>
      <w:r>
        <w:rPr>
          <w:b w:val="0"/>
          <w:i w:val="0"/>
        </w:rPr>
        <w:t xml:space="preserve">        if self.stats.ships_left &gt; 0:</w:t>
      </w:r>
      <w:r>
        <w:br/>
      </w:r>
      <w:r>
        <w:rPr>
          <w:b w:val="0"/>
          <w:i w:val="0"/>
        </w:rPr>
        <w:t xml:space="preserve">            # Giảm ships_left, và cập nhật bảng điểm.</w:t>
      </w:r>
      <w:r>
        <w:br/>
      </w:r>
      <w:r>
        <w:rPr>
          <w:b w:val="0"/>
          <w:i w:val="0"/>
        </w:rPr>
        <w:t xml:space="preserve">            self.stats.ships_left -= 1</w:t>
      </w:r>
      <w:r>
        <w:br/>
      </w:r>
      <w:r>
        <w:rPr>
          <w:b w:val="0"/>
          <w:i w:val="0"/>
        </w:rPr>
        <w:t xml:space="preserve">            self.sb.prep_ships()</w:t>
      </w:r>
      <w:r>
        <w:br/>
      </w:r>
      <w:r>
        <w:rPr>
          <w:b w:val="0"/>
          <w:i w:val="0"/>
        </w:rPr>
        <w:t xml:space="preserve">            </w:t>
      </w:r>
      <w:r>
        <w:rPr>
          <w:b w:val="0"/>
          <w:i/>
        </w:rPr>
        <w:t>--snip--</w:t>
      </w:r>
    </w:p>
    <w:p>
      <w:pPr>
        <w:spacing w:after="80"/>
      </w:pPr>
      <w:r>
        <w:rPr>
          <w:b w:val="0"/>
          <w:i w:val="0"/>
        </w:rPr>
        <w:t xml:space="preserve">Ta gọi </w:t>
      </w:r>
      <w:r>
        <w:rPr>
          <w:rFonts w:ascii="Consolas" w:hAnsi="Consolas"/>
          <w:b w:val="0"/>
          <w:i w:val="0"/>
          <w:sz w:val="20"/>
        </w:rPr>
        <w:t>prep_ships()</w:t>
      </w:r>
      <w:r>
        <w:rPr>
          <w:b w:val="0"/>
          <w:i w:val="0"/>
        </w:rPr>
        <w:t xml:space="preserve"> sau khi giảm giá trị của </w:t>
      </w:r>
      <w:r>
        <w:rPr>
          <w:rFonts w:ascii="Consolas" w:hAnsi="Consolas"/>
          <w:b w:val="0"/>
          <w:i w:val="0"/>
          <w:sz w:val="20"/>
        </w:rPr>
        <w:t>ships_left</w:t>
      </w:r>
      <w:r>
        <w:rPr>
          <w:b w:val="0"/>
          <w:i w:val="0"/>
        </w:rPr>
        <w:t>, để số tàu còn lại đúng được hiển thị mỗi lần một tàu bị phá hủy.</w:t>
      </w:r>
    </w:p>
    <w:p>
      <w:pPr>
        <w:spacing w:after="80"/>
      </w:pPr>
      <w:r>
        <w:rPr>
          <w:b w:val="0"/>
          <w:i w:val="0"/>
        </w:rPr>
        <w:t>Hình 14-6 cho thấy hệ thống tính điểm hoàn chỉnh, với số tàu còn lại được hiển thị ở góc trên bên trái màn hình.</w:t>
      </w:r>
    </w:p>
    <w:p>
      <w:pPr>
        <w:jc w:val="center"/>
      </w:pPr>
      <w:r>
        <w:drawing>
          <wp:inline xmlns:a="http://schemas.openxmlformats.org/drawingml/2006/main" xmlns:pic="http://schemas.openxmlformats.org/drawingml/2006/picture">
            <wp:extent cx="5486400" cy="3783134"/>
            <wp:docPr id="34" name="Picture 34"/>
            <wp:cNvGraphicFramePr>
              <a:graphicFrameLocks noChangeAspect="1"/>
            </wp:cNvGraphicFramePr>
            <a:graphic>
              <a:graphicData uri="http://schemas.openxmlformats.org/drawingml/2006/picture">
                <pic:pic>
                  <pic:nvPicPr>
                    <pic:cNvPr id="0" name="image_rsrcBHZ.jpg"/>
                    <pic:cNvPicPr/>
                  </pic:nvPicPr>
                  <pic:blipFill>
                    <a:blip r:embed="rId28"/>
                    <a:stretch>
                      <a:fillRect/>
                    </a:stretch>
                  </pic:blipFill>
                  <pic:spPr>
                    <a:xfrm>
                      <a:off x="0" y="0"/>
                      <a:ext cx="5486400" cy="3783134"/>
                    </a:xfrm>
                    <a:prstGeom prst="rect"/>
                  </pic:spPr>
                </pic:pic>
              </a:graphicData>
            </a:graphic>
          </wp:inline>
        </w:drawing>
      </w:r>
    </w:p>
    <w:p>
      <w:pPr>
        <w:spacing w:after="80"/>
      </w:pPr>
      <w:r>
        <w:rPr>
          <w:b w:val="0"/>
          <w:i w:val="0"/>
        </w:rPr>
        <w:t>Hình 14-6: Hệ thống tính điểm hoàn chỉnh cho Alien Invasion</w:t>
      </w:r>
    </w:p>
    <w:p>
      <w:pPr>
        <w:spacing w:before="120" w:after="40"/>
      </w:pPr>
      <w:r>
        <w:rPr>
          <w:b/>
          <w:sz w:val="21"/>
        </w:rPr>
        <w:t>Tự thực hành</w:t>
      </w:r>
    </w:p>
    <w:p>
      <w:pPr>
        <w:spacing w:after="80"/>
      </w:pPr>
      <w:r>
        <w:rPr>
          <w:b/>
          <w:i w:val="0"/>
        </w:rPr>
        <w:t>14-5. Điểm cao nhất mọi thời đại:</w:t>
      </w:r>
      <w:r>
        <w:rPr>
          <w:b w:val="0"/>
          <w:i w:val="0"/>
        </w:rPr>
        <w:t xml:space="preserve"> Điểm cao sẽ bị đặt lại mỗi khi người chơi đóng rồi khởi động lại </w:t>
      </w:r>
      <w:r>
        <w:rPr>
          <w:b w:val="0"/>
          <w:i/>
        </w:rPr>
        <w:t>Alien Invasion</w:t>
      </w:r>
      <w:r>
        <w:rPr>
          <w:b w:val="0"/>
          <w:i w:val="0"/>
        </w:rPr>
        <w:t xml:space="preserve">. Hãy khắc phục điều này bằng cách ghi điểm cao vào một tệp trước khi gọi </w:t>
      </w:r>
      <w:r>
        <w:rPr>
          <w:rFonts w:ascii="Consolas" w:hAnsi="Consolas"/>
          <w:b w:val="0"/>
          <w:i w:val="0"/>
          <w:sz w:val="20"/>
        </w:rPr>
        <w:t>sys.exit()</w:t>
      </w:r>
      <w:r>
        <w:rPr>
          <w:b w:val="0"/>
          <w:i w:val="0"/>
        </w:rPr>
        <w:t xml:space="preserve"> và đọc điểm cao đó vào khi khởi tạo giá trị của nó trong </w:t>
      </w:r>
      <w:r>
        <w:rPr>
          <w:rFonts w:ascii="Consolas" w:hAnsi="Consolas"/>
          <w:b w:val="0"/>
          <w:i w:val="0"/>
          <w:sz w:val="20"/>
        </w:rPr>
        <w:t>GameStats</w:t>
      </w:r>
      <w:r>
        <w:rPr>
          <w:b w:val="0"/>
          <w:i w:val="0"/>
        </w:rPr>
        <w:t>.</w:t>
      </w:r>
    </w:p>
    <w:p>
      <w:pPr>
        <w:spacing w:after="80"/>
      </w:pPr>
      <w:r>
        <w:rPr>
          <w:b/>
          <w:i w:val="0"/>
        </w:rPr>
        <w:t>14-6. Tái cấu trúc mã:</w:t>
      </w:r>
      <w:r>
        <w:rPr>
          <w:b w:val="0"/>
          <w:i w:val="0"/>
        </w:rPr>
        <w:t xml:space="preserve"> Hãy tìm những phương thức đang làm nhiều hơn một việc, rồi tái cấu trúc chúng để sắp xếp mã của bạn gọn gàng và hiệu quả hơn. Ví dụ, hãy chuyển một phần mã trong </w:t>
      </w:r>
      <w:r>
        <w:rPr>
          <w:rFonts w:ascii="Consolas" w:hAnsi="Consolas"/>
          <w:b w:val="0"/>
          <w:i w:val="0"/>
          <w:sz w:val="20"/>
        </w:rPr>
        <w:t>_check_bullet_alien_collisions()</w:t>
      </w:r>
      <w:r>
        <w:rPr>
          <w:b w:val="0"/>
          <w:i w:val="0"/>
        </w:rPr>
        <w:t xml:space="preserve">, đoạn khởi động cấp độ mới khi cả đàn người ngoài hành tinh bị tiêu diệt, sang một hàm tên là </w:t>
      </w:r>
      <w:r>
        <w:rPr>
          <w:rFonts w:ascii="Consolas" w:hAnsi="Consolas"/>
          <w:b w:val="0"/>
          <w:i w:val="0"/>
          <w:sz w:val="20"/>
        </w:rPr>
        <w:t>start_new_level()</w:t>
      </w:r>
      <w:r>
        <w:rPr>
          <w:b w:val="0"/>
          <w:i w:val="0"/>
        </w:rPr>
        <w:t xml:space="preserve">. Ngoài ra, hãy chuyển bốn lời gọi phương thức riêng lẻ trong phương thức </w:t>
      </w:r>
      <w:r>
        <w:rPr>
          <w:rFonts w:ascii="Consolas" w:hAnsi="Consolas"/>
          <w:b w:val="0"/>
          <w:i w:val="0"/>
          <w:sz w:val="20"/>
        </w:rPr>
        <w:t>__init__()</w:t>
      </w:r>
      <w:r>
        <w:rPr>
          <w:b w:val="0"/>
          <w:i w:val="0"/>
        </w:rPr>
        <w:t xml:space="preserve"> của </w:t>
      </w:r>
      <w:r>
        <w:rPr>
          <w:rFonts w:ascii="Consolas" w:hAnsi="Consolas"/>
          <w:b w:val="0"/>
          <w:i w:val="0"/>
          <w:sz w:val="20"/>
        </w:rPr>
        <w:t>Scoreboard</w:t>
      </w:r>
      <w:r>
        <w:rPr>
          <w:b w:val="0"/>
          <w:i w:val="0"/>
        </w:rPr>
        <w:t xml:space="preserve"> sang một phương thức tên là </w:t>
      </w:r>
      <w:r>
        <w:rPr>
          <w:rFonts w:ascii="Consolas" w:hAnsi="Consolas"/>
          <w:b w:val="0"/>
          <w:i w:val="0"/>
          <w:sz w:val="20"/>
        </w:rPr>
        <w:t>prep_images()</w:t>
      </w:r>
      <w:r>
        <w:rPr>
          <w:b w:val="0"/>
          <w:i w:val="0"/>
        </w:rPr>
        <w:t xml:space="preserve"> để rút ngắn </w:t>
      </w:r>
      <w:r>
        <w:rPr>
          <w:rFonts w:ascii="Consolas" w:hAnsi="Consolas"/>
          <w:b w:val="0"/>
          <w:i w:val="0"/>
          <w:sz w:val="20"/>
        </w:rPr>
        <w:t>__init__()</w:t>
      </w:r>
      <w:r>
        <w:rPr>
          <w:b w:val="0"/>
          <w:i w:val="0"/>
        </w:rPr>
        <w:t xml:space="preserve">. Phương thức </w:t>
      </w:r>
      <w:r>
        <w:rPr>
          <w:rFonts w:ascii="Consolas" w:hAnsi="Consolas"/>
          <w:b w:val="0"/>
          <w:i w:val="0"/>
          <w:sz w:val="20"/>
        </w:rPr>
        <w:t>prep_images()</w:t>
      </w:r>
      <w:r>
        <w:rPr>
          <w:b w:val="0"/>
          <w:i w:val="0"/>
        </w:rPr>
        <w:t xml:space="preserve"> cũng có thể giúp đơn giản hóa </w:t>
      </w:r>
      <w:r>
        <w:rPr>
          <w:rFonts w:ascii="Consolas" w:hAnsi="Consolas"/>
          <w:b w:val="0"/>
          <w:i w:val="0"/>
          <w:sz w:val="20"/>
        </w:rPr>
        <w:t>_check_play_button()</w:t>
      </w:r>
      <w:r>
        <w:rPr>
          <w:b w:val="0"/>
          <w:i w:val="0"/>
        </w:rPr>
        <w:t xml:space="preserve"> hoặc </w:t>
      </w:r>
      <w:r>
        <w:rPr>
          <w:rFonts w:ascii="Consolas" w:hAnsi="Consolas"/>
          <w:b w:val="0"/>
          <w:i w:val="0"/>
          <w:sz w:val="20"/>
        </w:rPr>
        <w:t>start_game()</w:t>
      </w:r>
      <w:r>
        <w:rPr>
          <w:b w:val="0"/>
          <w:i w:val="0"/>
        </w:rPr>
        <w:t xml:space="preserve"> nếu bạn đã tái cấu trúc </w:t>
      </w:r>
      <w:r>
        <w:rPr>
          <w:rFonts w:ascii="Consolas" w:hAnsi="Consolas"/>
          <w:b w:val="0"/>
          <w:i w:val="0"/>
          <w:sz w:val="20"/>
        </w:rPr>
        <w:t>_check_play_button()</w:t>
      </w:r>
      <w:r>
        <w:rPr>
          <w:b w:val="0"/>
          <w:i w:val="0"/>
        </w:rPr>
        <w:t xml:space="preserve"> rồi.</w:t>
      </w:r>
    </w:p>
    <w:p>
      <w:pPr>
        <w:pStyle w:val="Heading2"/>
      </w:pPr>
      <w:r>
        <w:rPr>
          <w:rFonts w:ascii="Calibri" w:hAnsi="Calibri"/>
          <w:b/>
          <w:i w:val="0"/>
          <w:sz w:val="32"/>
        </w:rPr>
        <w:t>ghi chú</w:t>
      </w:r>
    </w:p>
    <w:p>
      <w:pPr>
        <w:spacing w:after="80"/>
      </w:pPr>
      <w:r>
        <w:rPr>
          <w:b w:val="0"/>
          <w:i w:val="0"/>
        </w:rPr>
        <w:t>Trước khi thử tái cấu trúc (refactor) dự án, hãy xem Phụ lục D để biết cách khôi phục dự án về trạng thái hoạt động được nếu bạn vô tình tạo ra lỗi trong quá trình tái cấu trúc.</w:t>
      </w:r>
    </w:p>
    <w:p>
      <w:pPr>
        <w:spacing w:after="80"/>
      </w:pPr>
      <w:r>
        <w:rPr>
          <w:b/>
          <w:i w:val="0"/>
        </w:rPr>
        <w:t>14-7. Mở rộng trò chơi:</w:t>
      </w:r>
      <w:r>
        <w:rPr>
          <w:b w:val="0"/>
          <w:i w:val="0"/>
        </w:rPr>
        <w:t xml:space="preserve"> Hãy nghĩ cách mở rộng </w:t>
      </w:r>
      <w:r>
        <w:rPr>
          <w:b w:val="0"/>
          <w:i/>
        </w:rPr>
        <w:t>Alien Invasion</w:t>
      </w:r>
      <w:r>
        <w:rPr>
          <w:b w:val="0"/>
          <w:i w:val="0"/>
        </w:rPr>
        <w:t xml:space="preserve">. Ví dụ, bạn có thể lập trình để người ngoài hành tinh bắn đạn xuống tàu của bạn. Bạn cũng có thể thêm khiên (shield) cho tàu để nấp phía sau, và những tấm khiên này có thể bị phá hủy bởi đạn từ cả hai phía. Hoặc bạn có thể dùng thứ gì đó như mô-đun </w:t>
      </w:r>
      <w:r>
        <w:rPr>
          <w:rFonts w:ascii="Consolas" w:hAnsi="Consolas"/>
          <w:b w:val="0"/>
          <w:i w:val="0"/>
          <w:sz w:val="20"/>
        </w:rPr>
        <w:t>pygame.mixer</w:t>
      </w:r>
      <w:r>
        <w:rPr>
          <w:b w:val="0"/>
          <w:i w:val="0"/>
        </w:rPr>
        <w:t xml:space="preserve"> để thêm hiệu ứng âm thanh, chẳng hạn như tiếng nổ và tiếng bắn.</w:t>
      </w:r>
    </w:p>
    <w:p>
      <w:pPr>
        <w:spacing w:after="80"/>
      </w:pPr>
      <w:r>
        <w:rPr>
          <w:b/>
          <w:i w:val="0"/>
        </w:rPr>
        <w:t>14-8. Sideways Shooter, phiên bản cuối:</w:t>
      </w:r>
      <w:r>
        <w:rPr>
          <w:b w:val="0"/>
          <w:i w:val="0"/>
        </w:rPr>
        <w:t xml:space="preserve"> Tiếp tục phát triển </w:t>
      </w:r>
      <w:r>
        <w:rPr>
          <w:b w:val="0"/>
          <w:i/>
        </w:rPr>
        <w:t>Sideways Shooter</w:t>
      </w:r>
      <w:r>
        <w:rPr>
          <w:b w:val="0"/>
          <w:i w:val="0"/>
        </w:rPr>
        <w:t>, sử dụng mọi thứ chúng ta đã làm trong dự án này. Thêm nút Play, cho trò chơi tăng tốc vào những thời điểm thích hợp, và xây dựng hệ thống tính điểm. Nhớ tái cấu trúc mã của bạn trong quá trình làm, và tìm cơ hội tùy biến trò chơi vượt xa những gì đã trình bày trong chương này.</w:t>
      </w:r>
    </w:p>
    <w:p>
      <w:pPr>
        <w:pStyle w:val="Heading2"/>
      </w:pPr>
      <w:r>
        <w:rPr>
          <w:rFonts w:ascii="Calibri" w:hAnsi="Calibri"/>
          <w:b/>
          <w:i w:val="0"/>
          <w:sz w:val="32"/>
        </w:rPr>
        <w:t>Tóm tắt</w:t>
      </w:r>
    </w:p>
    <w:p>
      <w:pPr>
        <w:spacing w:after="80"/>
      </w:pPr>
      <w:r>
        <w:rPr>
          <w:b w:val="0"/>
          <w:i w:val="0"/>
        </w:rPr>
        <w:t>Trong chương này, bạn đã học cách triển khai nút Play để bắt đầu một ván chơi mới. Bạn cũng đã học cách phát hiện sự kiện chuột và ẩn con trỏ trong các trò chơi đang hoạt động. Bạn có thể dùng những gì đã học để tạo các nút khác, chẳng hạn như nút Help hiển thị hướng dẫn cách chơi trò chơi của bạn. Bạn cũng đã học cách thay đổi tốc độ của trò chơi khi nó tiến triển, triển khai hệ thống tính điểm tăng dần, và hiển thị thông tin bằng cả cách dạng văn bản lẫn phi văn bản.</w:t>
      </w:r>
    </w:p>
    <w:p>
      <w:pPr>
        <w:pStyle w:val="Heading1"/>
      </w:pPr>
      <w:r>
        <w:rPr>
          <w:rFonts w:ascii="Calibri" w:hAnsi="Calibri"/>
          <w:b/>
          <w:i w:val="0"/>
          <w:sz w:val="38"/>
        </w:rPr>
        <w:t>15</w:t>
      </w:r>
      <w:r>
        <w:rPr>
          <w:rFonts w:ascii="Calibri" w:hAnsi="Calibri"/>
          <w:b/>
          <w:i w:val="0"/>
          <w:sz w:val="38"/>
        </w:rPr>
      </w:r>
      <w:r>
        <w:rPr>
          <w:rFonts w:ascii="Calibri" w:hAnsi="Calibri"/>
          <w:b/>
          <w:i w:val="0"/>
          <w:sz w:val="38"/>
        </w:rPr>
        <w:t>Tạo dữ liệu</w:t>
      </w:r>
    </w:p>
    <w:p>
      <w:pPr>
        <w:jc w:val="center"/>
      </w:pPr>
      <w:r>
        <w:drawing>
          <wp:inline xmlns:a="http://schemas.openxmlformats.org/drawingml/2006/main" xmlns:pic="http://schemas.openxmlformats.org/drawingml/2006/picture">
            <wp:extent cx="3867150" cy="3867150"/>
            <wp:docPr id="35" name="Picture 35"/>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rPr>
        <w:t>Trực quan hóa dữ liệu (data visualization)</w:t>
      </w:r>
      <w:r>
        <w:rPr>
          <w:b w:val="0"/>
          <w:i w:val="0"/>
        </w:rPr>
        <w:t xml:space="preserve"> là việc sử dụng các biểu diễn trực quan để khám phá và trình bày các mẫu (pattern) trong tập dữ liệu. Nó gắn bó chặt chẽ với </w:t>
      </w:r>
      <w:r>
        <w:rPr>
          <w:b w:val="0"/>
          <w:i/>
        </w:rPr>
        <w:t>phân tích dữ liệu (data analysis)</w:t>
      </w:r>
      <w:r>
        <w:rPr>
          <w:b w:val="0"/>
          <w:i w:val="0"/>
        </w:rPr>
        <w:t>, tức là dùng mã để khám phá các mẫu và mối liên hệ trong một tập dữ liệu. Một tập dữ liệu có thể chỉ là một danh sách nhỏ các con số vừa vặn trong một dòng mã, hoặc cũng có thể là hàng terabyte dữ liệu bao gồm nhiều loại thông tin khác nhau.</w:t>
      </w:r>
    </w:p>
    <w:p>
      <w:pPr>
        <w:spacing w:after="80"/>
      </w:pPr>
      <w:r>
        <w:rPr>
          <w:b w:val="0"/>
          <w:i w:val="0"/>
        </w:rPr>
        <w:t>Tạo ra những hình trực quan hóa dữ liệu hiệu quả không chỉ là làm cho thông tin trông đẹp mắt. Khi một biểu diễn của tập dữ liệu vừa đơn giản vừa hấp dẫn về mặt thị giác, ý nghĩa của nó sẽ trở nên rõ ràng với người xem. Mọi người sẽ nhìn thấy những mẫu và ý nghĩa trong tập dữ liệu của bạn mà họ chưa từng biết là có tồn tại.</w:t>
      </w:r>
    </w:p>
    <w:p>
      <w:pPr>
        <w:spacing w:after="80"/>
      </w:pPr>
      <w:r>
        <w:rPr>
          <w:b w:val="0"/>
          <w:i w:val="0"/>
        </w:rPr>
        <w:t>Thật may, bạn không cần một siêu máy tính để trực quan hóa dữ liệu phức tạp. Python hiệu quả đến mức chỉ với một chiếc laptop, bạn có thể nhanh chóng khám phá những tập dữ liệu chứa hàng triệu điểm dữ liệu riêng lẻ. Những điểm dữ liệu này không nhất thiết phải là con số; với những kiến thức cơ bản bạn đã học ở phần đầu của cuốn sách này, bạn cũng có thể phân tích dữ liệu phi số.</w:t>
      </w:r>
    </w:p>
    <w:p>
      <w:pPr>
        <w:spacing w:after="80"/>
      </w:pPr>
      <w:r>
        <w:rPr>
          <w:b w:val="0"/>
          <w:i w:val="0"/>
        </w:rPr>
        <w:t>Người ta dùng Python cho công việc đòi hỏi xử lý dữ liệu nặng trong di truyền học, nghiên cứu khí hậu, phân tích chính trị và kinh tế, và nhiều lĩnh vực khác nữa. Các nhà khoa học dữ liệu đã viết ra một loạt công cụ trực quan hóa và phân tích ấn tượng bằng Python, nhiều công cụ trong số đó cũng có sẵn cho bạn. Một trong những công cụ phổ biến nhất là Matplotlib, một thư viện vẽ đồ thị toán học. Trong chương này, chúng ta sẽ dùng Matplotlib để tạo những đồ thị đơn giản, chẳng hạn như đồ thị đường (line graph) và biểu đồ phân tán (scatter plot). Sau đó chúng ta sẽ tạo một tập dữ liệu thú vị hơn dựa trên khái niệm bước đi ngẫu nhiên (random walk)—một hình trực quan hóa được sinh ra từ một chuỗi các quyết định ngẫu nhiên.</w:t>
      </w:r>
    </w:p>
    <w:p>
      <w:pPr>
        <w:spacing w:after="80"/>
      </w:pPr>
      <w:r>
        <w:rPr>
          <w:b w:val="0"/>
          <w:i w:val="0"/>
        </w:rPr>
        <w:t>Chúng ta cũng sẽ dùng một gói (package) tên là Plotly, thứ tạo ra những hình trực quan hóa hoạt động tốt trên các thiết bị số, để phân tích kết quả của việc gieo xúc xắc. Plotly tạo ra những hình trực quan hóa tự động thay đổi kích thước để phù hợp với nhiều loại thiết bị hiển thị. Những hình trực quan hóa này cũng có thể bao gồm một số tính năng tương tác, chẳng hạn như làm nổi bật những khía cạnh cụ thể của tập dữ liệu khi người dùng di chuột qua các phần khác nhau của hình. Học cách dùng Matplotlib và Plotly sẽ giúp bạn bắt đầu trực quan hóa những loại dữ liệu mà bạn quan tâm nhất.</w:t>
      </w:r>
    </w:p>
    <w:p>
      <w:pPr>
        <w:pStyle w:val="Heading2"/>
      </w:pPr>
      <w:r>
        <w:rPr>
          <w:rFonts w:ascii="Calibri" w:hAnsi="Calibri"/>
          <w:b/>
          <w:i w:val="0"/>
          <w:sz w:val="32"/>
        </w:rPr>
        <w:t>Cài đặt Matplotlib</w:t>
      </w:r>
    </w:p>
    <w:p>
      <w:pPr>
        <w:spacing w:after="80"/>
      </w:pPr>
      <w:r>
        <w:rPr>
          <w:b w:val="0"/>
          <w:i w:val="0"/>
        </w:rPr>
        <w:t>Để dùng Matplotlib cho bộ hình trực quan hóa đầu tiên của bạn, bạn cần cài đặt nó bằng pip, giống như chúng ta đã làm với pytest ở Chương 11 (xem "Cài đặt pytest bằng pip" ở trang 210).</w:t>
      </w:r>
    </w:p>
    <w:p>
      <w:pPr>
        <w:spacing w:after="80"/>
      </w:pPr>
      <w:r>
        <w:rPr>
          <w:b w:val="0"/>
          <w:i w:val="0"/>
        </w:rPr>
        <w:t>Để cài đặt Matplotlib, hãy nhập lệnh sau tại dấu nhắc terminal:</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matplotlib</w:t>
      </w:r>
    </w:p>
    <w:p>
      <w:pPr>
        <w:spacing w:after="40"/>
      </w:pPr>
    </w:p>
    <w:p>
      <w:pPr>
        <w:spacing w:after="80"/>
      </w:pPr>
      <w:r>
        <w:rPr>
          <w:b w:val="0"/>
          <w:i w:val="0"/>
        </w:rPr>
        <w:t xml:space="preserve">Nếu bạn dùng lệnh khác thay vì </w:t>
      </w:r>
      <w:r>
        <w:rPr>
          <w:rFonts w:ascii="Consolas" w:hAnsi="Consolas"/>
          <w:b/>
          <w:i w:val="0"/>
          <w:sz w:val="20"/>
        </w:rPr>
        <w:t>python</w:t>
      </w:r>
      <w:r>
        <w:rPr>
          <w:b w:val="0"/>
          <w:i w:val="0"/>
        </w:rPr>
        <w:t xml:space="preserve"> để chạy chương trình hoặc mở phiên terminal, chẳng hạn như </w:t>
      </w:r>
      <w:r>
        <w:rPr>
          <w:rFonts w:ascii="Consolas" w:hAnsi="Consolas"/>
          <w:b/>
          <w:i w:val="0"/>
          <w:sz w:val="20"/>
        </w:rPr>
        <w:t>python3</w:t>
      </w:r>
      <w:r>
        <w:rPr>
          <w:b w:val="0"/>
          <w:i w:val="0"/>
        </w:rPr>
        <w:t>, thì lệnh của bạn sẽ trông như thế này:</w:t>
      </w:r>
    </w:p>
    <w:p>
      <w:pPr>
        <w:spacing w:after="0"/>
        <w:ind w:left="360"/>
        <w:shd w:val="clear" w:color="auto" w:fill="F2F2F2"/>
      </w:pPr>
      <w:r>
        <w:rPr>
          <w:rFonts w:ascii="Consolas" w:hAnsi="Consolas"/>
          <w:b w:val="0"/>
          <w:i w:val="0"/>
          <w:sz w:val="18"/>
        </w:rPr>
        <w:t xml:space="preserve">$ </w:t>
      </w:r>
      <w:r>
        <w:rPr>
          <w:rFonts w:ascii="Consolas" w:hAnsi="Consolas"/>
          <w:b/>
          <w:i w:val="0"/>
          <w:sz w:val="18"/>
        </w:rPr>
        <w:t>python3 -m pip install --user matplotlib</w:t>
      </w:r>
    </w:p>
    <w:p>
      <w:pPr>
        <w:spacing w:after="40"/>
      </w:pPr>
    </w:p>
    <w:p>
      <w:pPr>
        <w:spacing w:after="80"/>
      </w:pPr>
      <w:r>
        <w:rPr>
          <w:b w:val="0"/>
          <w:i w:val="0"/>
        </w:rPr>
        <w:t xml:space="preserve">Để xem những kiểu trực quan hóa (visualization) bạn có thể tạo bằng Matplotlib, hãy truy cập trang chủ Matplotlib tại https://matplotlib.org và nhấp vào </w:t>
      </w:r>
      <w:r>
        <w:rPr>
          <w:b/>
          <w:i w:val="0"/>
        </w:rPr>
        <w:t>Plot types</w:t>
      </w:r>
      <w:r>
        <w:rPr>
          <w:b w:val="0"/>
          <w:i w:val="0"/>
        </w:rPr>
        <w:t>. Khi bạn nhấp vào một trực quan hóa trong thư viện, bạn sẽ thấy đoạn mã được dùng để tạo biểu đồ đó.</w:t>
      </w:r>
    </w:p>
    <w:p>
      <w:pPr>
        <w:pStyle w:val="Heading2"/>
      </w:pPr>
      <w:r>
        <w:rPr>
          <w:rFonts w:ascii="Calibri" w:hAnsi="Calibri"/>
          <w:b/>
          <w:i w:val="0"/>
          <w:sz w:val="32"/>
        </w:rPr>
        <w:t>Vẽ một biểu đồ đường đơn giản</w:t>
      </w:r>
    </w:p>
    <w:p>
      <w:pPr>
        <w:spacing w:after="80"/>
      </w:pPr>
      <w:r>
        <w:rPr>
          <w:b w:val="0"/>
          <w:i w:val="0"/>
        </w:rPr>
        <w:t>Hãy cùng vẽ một biểu đồ đường đơn giản bằng Matplotlib rồi tùy chỉnh nó để tạo ra một trực quan hóa dữ liệu mang tính thông tin hơn. Chúng ta sẽ dùng dãy số chính phương 1, 4, 9, 16 và 25 làm dữ liệu cho biểu đồ.</w:t>
      </w:r>
    </w:p>
    <w:p>
      <w:pPr>
        <w:spacing w:after="80"/>
      </w:pPr>
      <w:r>
        <w:rPr>
          <w:b w:val="0"/>
          <w:i w:val="0"/>
        </w:rPr>
        <w:t>Để tạo một biểu đồ đường đơn giản, hãy chỉ định những con số bạn muốn làm việc cùng và để Matplotlib lo phần còn lại:</w:t>
      </w:r>
    </w:p>
    <w:p>
      <w:pPr>
        <w:spacing w:after="80"/>
      </w:pPr>
      <w:r>
        <w:rPr>
          <w:b w:val="0"/>
          <w:i w:val="0"/>
        </w:rPr>
        <w:t>mpl_squares.py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squares = [1, 4, 9, 16, 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fig, ax = plt.subplots()</w:t>
      </w:r>
    </w:p>
    <w:p>
      <w:pPr>
        <w:spacing w:after="0"/>
        <w:ind w:left="360"/>
        <w:shd w:val="clear" w:color="auto" w:fill="F2F2F2"/>
      </w:pPr>
      <w:r>
        <w:rPr>
          <w:rFonts w:ascii="Consolas" w:hAnsi="Consolas"/>
          <w:b w:val="0"/>
          <w:i w:val="0"/>
          <w:sz w:val="18"/>
        </w:rPr>
        <w:t>ax.plot(squares)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Đầu tiên chúng ta nhập mô-đun </w:t>
      </w:r>
      <w:r>
        <w:rPr>
          <w:rFonts w:ascii="Consolas" w:hAnsi="Consolas"/>
          <w:b w:val="0"/>
          <w:i w:val="0"/>
          <w:sz w:val="20"/>
        </w:rPr>
        <w:t>pyplot</w:t>
      </w:r>
      <w:r>
        <w:rPr>
          <w:b w:val="0"/>
          <w:i w:val="0"/>
        </w:rPr>
        <w:t xml:space="preserve"> với bí danh </w:t>
      </w:r>
      <w:r>
        <w:rPr>
          <w:rFonts w:ascii="Consolas" w:hAnsi="Consolas"/>
          <w:b w:val="0"/>
          <w:i w:val="0"/>
          <w:sz w:val="20"/>
        </w:rPr>
        <w:t>plt</w:t>
      </w:r>
      <w:r>
        <w:rPr>
          <w:b w:val="0"/>
          <w:i w:val="0"/>
        </w:rPr>
        <w:t xml:space="preserve"> để không phải gõ </w:t>
      </w:r>
      <w:r>
        <w:rPr>
          <w:rFonts w:ascii="Consolas" w:hAnsi="Consolas"/>
          <w:b w:val="0"/>
          <w:i w:val="0"/>
          <w:sz w:val="20"/>
        </w:rPr>
        <w:t>pyplot</w:t>
      </w:r>
      <w:r>
        <w:rPr>
          <w:b w:val="0"/>
          <w:i w:val="0"/>
        </w:rPr>
        <w:t xml:space="preserve"> nhiều lần. (Bạn sẽ thường thấy quy ước này trong các ví dụ trên mạng, nên chúng ta cũng dùng ở đây.) Mô-đun </w:t>
      </w:r>
      <w:r>
        <w:rPr>
          <w:rFonts w:ascii="Consolas" w:hAnsi="Consolas"/>
          <w:b w:val="0"/>
          <w:i w:val="0"/>
          <w:sz w:val="20"/>
        </w:rPr>
        <w:t>pyplot</w:t>
      </w:r>
      <w:r>
        <w:rPr>
          <w:b w:val="0"/>
          <w:i w:val="0"/>
        </w:rPr>
        <w:t xml:space="preserve"> chứa nhiều hàm giúp tạo biểu đồ và đồ thị.</w:t>
      </w:r>
    </w:p>
    <w:p>
      <w:pPr>
        <w:spacing w:after="80"/>
      </w:pPr>
      <w:r>
        <w:rPr>
          <w:b w:val="0"/>
          <w:i w:val="0"/>
        </w:rPr>
        <w:t xml:space="preserve">Chúng ta tạo một danh sách tên là </w:t>
      </w:r>
      <w:r>
        <w:rPr>
          <w:rFonts w:ascii="Consolas" w:hAnsi="Consolas"/>
          <w:b w:val="0"/>
          <w:i w:val="0"/>
          <w:sz w:val="20"/>
        </w:rPr>
        <w:t>squares</w:t>
      </w:r>
      <w:r>
        <w:rPr>
          <w:b w:val="0"/>
          <w:i w:val="0"/>
        </w:rPr>
        <w:t xml:space="preserve"> để chứa dữ liệu sẽ vẽ. Sau đó, theo một quy ước phổ biến khác của Matplotlib, ta gọi hàm </w:t>
      </w:r>
      <w:r>
        <w:rPr>
          <w:rFonts w:ascii="Consolas" w:hAnsi="Consolas"/>
          <w:b w:val="0"/>
          <w:i w:val="0"/>
          <w:sz w:val="20"/>
        </w:rPr>
        <w:t>subplots()</w:t>
      </w:r>
      <w:r>
        <w:rPr>
          <w:b w:val="0"/>
          <w:i w:val="0"/>
        </w:rPr>
        <w:t xml:space="preserve"> ❶. Hàm này có thể tạo một hoặc nhiều đồ thị trong cùng một hình. Biến </w:t>
      </w:r>
      <w:r>
        <w:rPr>
          <w:rFonts w:ascii="Consolas" w:hAnsi="Consolas"/>
          <w:b w:val="0"/>
          <w:i w:val="0"/>
          <w:sz w:val="20"/>
        </w:rPr>
        <w:t>fig</w:t>
      </w:r>
      <w:r>
        <w:rPr>
          <w:b w:val="0"/>
          <w:i w:val="0"/>
        </w:rPr>
        <w:t xml:space="preserve"> đại diện cho toàn bộ </w:t>
      </w:r>
      <w:r>
        <w:rPr>
          <w:b w:val="0"/>
          <w:i/>
        </w:rPr>
        <w:t>figure</w:t>
      </w:r>
      <w:r>
        <w:rPr>
          <w:b w:val="0"/>
          <w:i w:val="0"/>
        </w:rPr>
        <w:t xml:space="preserve"> (hình), tức là tập hợp các đồ thị được tạo ra. Biến </w:t>
      </w:r>
      <w:r>
        <w:rPr>
          <w:rFonts w:ascii="Consolas" w:hAnsi="Consolas"/>
          <w:b w:val="0"/>
          <w:i w:val="0"/>
          <w:sz w:val="20"/>
        </w:rPr>
        <w:t>ax</w:t>
      </w:r>
      <w:r>
        <w:rPr>
          <w:b w:val="0"/>
          <w:i w:val="0"/>
        </w:rPr>
        <w:t xml:space="preserve"> đại diện cho một đồ thị đơn lẻ trong hình; đây là biến chúng ta sẽ dùng nhiều nhất khi định nghĩa và tùy chỉnh một đồ thị đơn.</w:t>
      </w:r>
    </w:p>
    <w:p>
      <w:pPr>
        <w:spacing w:after="80"/>
      </w:pPr>
      <w:r>
        <w:rPr>
          <w:b w:val="0"/>
          <w:i w:val="0"/>
        </w:rPr>
        <w:t xml:space="preserve">Tiếp theo, chúng ta dùng phương thức </w:t>
      </w:r>
      <w:r>
        <w:rPr>
          <w:rFonts w:ascii="Consolas" w:hAnsi="Consolas"/>
          <w:b w:val="0"/>
          <w:i w:val="0"/>
          <w:sz w:val="20"/>
        </w:rPr>
        <w:t>plot()</w:t>
      </w:r>
      <w:r>
        <w:rPr>
          <w:b w:val="0"/>
          <w:i w:val="0"/>
        </w:rPr>
        <w:t xml:space="preserve">, phương thức này sẽ cố gắng vẽ dữ liệu được đưa vào theo một cách có ý nghĩa. Hàm </w:t>
      </w:r>
      <w:r>
        <w:rPr>
          <w:rFonts w:ascii="Consolas" w:hAnsi="Consolas"/>
          <w:b w:val="0"/>
          <w:i w:val="0"/>
          <w:sz w:val="20"/>
        </w:rPr>
        <w:t>plt.show()</w:t>
      </w:r>
      <w:r>
        <w:rPr>
          <w:b w:val="0"/>
          <w:i w:val="0"/>
        </w:rPr>
        <w:t xml:space="preserve"> mở trình xem của Matplotlib và hiển thị đồ thị, như trong Hình 15-1. Trình xem cho phép bạn phóng to và di chuyển quanh đồ thị, và bạn có thể lưu bất kỳ hình ảnh đồ thị nào bạn muốn bằng cách nhấp vào biểu tượng đĩa.</w:t>
      </w:r>
    </w:p>
    <w:p>
      <w:pPr>
        <w:jc w:val="center"/>
      </w:pPr>
      <w:r>
        <w:drawing>
          <wp:inline xmlns:a="http://schemas.openxmlformats.org/drawingml/2006/main" xmlns:pic="http://schemas.openxmlformats.org/drawingml/2006/picture">
            <wp:extent cx="5486400" cy="3264961"/>
            <wp:docPr id="36" name="Picture 36"/>
            <wp:cNvGraphicFramePr>
              <a:graphicFrameLocks noChangeAspect="1"/>
            </wp:cNvGraphicFramePr>
            <a:graphic>
              <a:graphicData uri="http://schemas.openxmlformats.org/drawingml/2006/picture">
                <pic:pic>
                  <pic:nvPicPr>
                    <pic:cNvPr id="0" name="image_rsrcBJ0.jpg"/>
                    <pic:cNvPicPr/>
                  </pic:nvPicPr>
                  <pic:blipFill>
                    <a:blip r:embed="rId29"/>
                    <a:stretch>
                      <a:fillRect/>
                    </a:stretch>
                  </pic:blipFill>
                  <pic:spPr>
                    <a:xfrm>
                      <a:off x="0" y="0"/>
                      <a:ext cx="5486400" cy="3264961"/>
                    </a:xfrm>
                    <a:prstGeom prst="rect"/>
                  </pic:spPr>
                </pic:pic>
              </a:graphicData>
            </a:graphic>
          </wp:inline>
        </w:drawing>
      </w:r>
    </w:p>
    <w:p>
      <w:pPr>
        <w:spacing w:after="80"/>
      </w:pPr>
      <w:r>
        <w:rPr>
          <w:b w:val="0"/>
          <w:i w:val="0"/>
        </w:rPr>
        <w:t>Hình 15-1: Một trong những đồ thị đơn giản nhất bạn có thể tạo bằng Matplotlib</w:t>
      </w:r>
    </w:p>
    <w:p>
      <w:pPr>
        <w:pStyle w:val="Heading3"/>
      </w:pPr>
      <w:r>
        <w:rPr>
          <w:rFonts w:ascii="Calibri" w:hAnsi="Calibri"/>
          <w:b/>
          <w:i w:val="0"/>
          <w:sz w:val="27"/>
        </w:rPr>
        <w:t>Thay đổi kiểu nhãn và độ dày đường</w:t>
      </w:r>
    </w:p>
    <w:p>
      <w:pPr>
        <w:spacing w:after="80"/>
      </w:pPr>
      <w:r>
        <w:rPr>
          <w:b w:val="0"/>
          <w:i w:val="0"/>
        </w:rPr>
        <w:t>Mặc dù đồ thị trong Hình 15-1 cho thấy các con số đang tăng lên, nhưng kiểu nhãn quá nhỏ và đường vẽ hơi mảnh nên khó đọc. May thay, Matplotlib cho phép bạn điều chỉnh mọi đặc điểm của một trực quan hóa.</w:t>
      </w:r>
    </w:p>
    <w:p>
      <w:pPr>
        <w:spacing w:after="80"/>
      </w:pPr>
      <w:r>
        <w:rPr>
          <w:b w:val="0"/>
          <w:i w:val="0"/>
        </w:rPr>
        <w:t>Chúng ta sẽ dùng một vài tùy chỉnh có sẵn để cải thiện khả năng đọc của đồ thị này. Hãy bắt đầu bằng việc thêm tiêu đề và đặt nhãn cho các trục:</w:t>
      </w:r>
    </w:p>
    <w:p>
      <w:pPr>
        <w:spacing w:after="80"/>
      </w:pPr>
      <w:r>
        <w:rPr>
          <w:b w:val="0"/>
          <w:i w:val="0"/>
        </w:rPr>
        <w:t>mpl_squares.py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squares = [1, 4, 9, 16, 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❶ ax.plot(squares, linewidth=3)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val="0"/>
          <w:sz w:val="18"/>
        </w:rPr>
        <w:t>❷ ax.set_title("Square Numbers", fontsize=24)</w:t>
      </w:r>
    </w:p>
    <w:p>
      <w:pPr>
        <w:spacing w:after="0"/>
        <w:ind w:left="360"/>
        <w:shd w:val="clear" w:color="auto" w:fill="F2F2F2"/>
      </w:pPr>
      <w:r>
        <w:rPr>
          <w:rFonts w:ascii="Consolas" w:hAnsi="Consolas"/>
          <w:b w:val="0"/>
          <w:i w:val="0"/>
          <w:sz w:val="18"/>
        </w:rPr>
        <w:t>❸ ax.set_xlabel("Value", fontsize=14)</w:t>
      </w:r>
    </w:p>
    <w:p>
      <w:pPr>
        <w:spacing w:after="0"/>
        <w:ind w:left="360"/>
        <w:shd w:val="clear" w:color="auto" w:fill="F2F2F2"/>
      </w:pPr>
      <w:r>
        <w:rPr>
          <w:rFonts w:ascii="Consolas" w:hAnsi="Consolas"/>
          <w:b w:val="0"/>
          <w:i w:val="0"/>
          <w:sz w:val="18"/>
        </w:rPr>
        <w:t>ax.set_ylabel("Square of Value", fontsize=14)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size of tick labels.</w:t>
      </w:r>
    </w:p>
    <w:p>
      <w:pPr>
        <w:spacing w:after="0"/>
        <w:ind w:left="360"/>
        <w:shd w:val="clear" w:color="auto" w:fill="F2F2F2"/>
      </w:pPr>
      <w:r>
        <w:rPr>
          <w:rFonts w:ascii="Consolas" w:hAnsi="Consolas"/>
          <w:b w:val="0"/>
          <w:i w:val="0"/>
          <w:sz w:val="18"/>
        </w:rPr>
        <w:t>❹ ax.tick_params(labelsize=14)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Tham số </w:t>
      </w:r>
      <w:r>
        <w:rPr>
          <w:rFonts w:ascii="Consolas" w:hAnsi="Consolas"/>
          <w:b w:val="0"/>
          <w:i w:val="0"/>
          <w:sz w:val="20"/>
        </w:rPr>
        <w:t>linewidth</w:t>
      </w:r>
      <w:r>
        <w:rPr>
          <w:b w:val="0"/>
          <w:i w:val="0"/>
        </w:rPr>
        <w:t xml:space="preserve"> điều khiển độ dày của đường mà </w:t>
      </w:r>
      <w:r>
        <w:rPr>
          <w:rFonts w:ascii="Consolas" w:hAnsi="Consolas"/>
          <w:b w:val="0"/>
          <w:i w:val="0"/>
          <w:sz w:val="20"/>
        </w:rPr>
        <w:t>plot()</w:t>
      </w:r>
      <w:r>
        <w:rPr>
          <w:b w:val="0"/>
          <w:i w:val="0"/>
        </w:rPr>
        <w:t xml:space="preserve"> tạo ra ❶. Sau khi một biểu đồ đã được tạo, có rất nhiều phương thức sẵn có để chỉnh sửa biểu đồ trước khi nó được hiển thị. Phương thức </w:t>
      </w:r>
      <w:r>
        <w:rPr>
          <w:rFonts w:ascii="Consolas" w:hAnsi="Consolas"/>
          <w:b w:val="0"/>
          <w:i w:val="0"/>
          <w:sz w:val="20"/>
        </w:rPr>
        <w:t>set_title()</w:t>
      </w:r>
      <w:r>
        <w:rPr>
          <w:b w:val="0"/>
          <w:i w:val="0"/>
        </w:rPr>
        <w:t xml:space="preserve"> đặt tiêu đề tổng thể cho biểu đồ ❷. Các tham số </w:t>
      </w:r>
      <w:r>
        <w:rPr>
          <w:rFonts w:ascii="Consolas" w:hAnsi="Consolas"/>
          <w:b w:val="0"/>
          <w:i w:val="0"/>
          <w:sz w:val="20"/>
        </w:rPr>
        <w:t>fontsize</w:t>
      </w:r>
      <w:r>
        <w:rPr>
          <w:b w:val="0"/>
          <w:i w:val="0"/>
        </w:rPr>
        <w:t>, xuất hiện lặp đi lặp lại trong suốt đoạn mã, điều khiển kích thước chữ trong nhiều thành phần khác nhau trên biểu đồ.</w:t>
      </w:r>
    </w:p>
    <w:p>
      <w:pPr>
        <w:spacing w:after="80"/>
      </w:pPr>
      <w:r>
        <w:rPr>
          <w:b w:val="0"/>
          <w:i w:val="0"/>
        </w:rPr>
        <w:t xml:space="preserve">Các phương thức </w:t>
      </w:r>
      <w:r>
        <w:rPr>
          <w:rFonts w:ascii="Consolas" w:hAnsi="Consolas"/>
          <w:b w:val="0"/>
          <w:i w:val="0"/>
          <w:sz w:val="20"/>
        </w:rPr>
        <w:t>set_xlabel()</w:t>
      </w:r>
      <w:r>
        <w:rPr>
          <w:b w:val="0"/>
          <w:i w:val="0"/>
        </w:rPr>
        <w:t xml:space="preserve"> và </w:t>
      </w:r>
      <w:r>
        <w:rPr>
          <w:rFonts w:ascii="Consolas" w:hAnsi="Consolas"/>
          <w:b w:val="0"/>
          <w:i w:val="0"/>
          <w:sz w:val="20"/>
        </w:rPr>
        <w:t>set_ylabel()</w:t>
      </w:r>
      <w:r>
        <w:rPr>
          <w:b w:val="0"/>
          <w:i w:val="0"/>
        </w:rPr>
        <w:t xml:space="preserve"> cho phép bạn đặt tiêu đề cho từng trục ❸, và phương thức </w:t>
      </w:r>
      <w:r>
        <w:rPr>
          <w:rFonts w:ascii="Consolas" w:hAnsi="Consolas"/>
          <w:b w:val="0"/>
          <w:i w:val="0"/>
          <w:sz w:val="20"/>
        </w:rPr>
        <w:t>tick_params()</w:t>
      </w:r>
      <w:r>
        <w:rPr>
          <w:b w:val="0"/>
          <w:i w:val="0"/>
        </w:rPr>
        <w:t xml:space="preserve"> định dạng các vạch chia ❹. Ở đây </w:t>
      </w:r>
      <w:r>
        <w:rPr>
          <w:rFonts w:ascii="Consolas" w:hAnsi="Consolas"/>
          <w:b w:val="0"/>
          <w:i w:val="0"/>
          <w:sz w:val="20"/>
        </w:rPr>
        <w:t>tick_params()</w:t>
      </w:r>
      <w:r>
        <w:rPr>
          <w:b w:val="0"/>
          <w:i w:val="0"/>
        </w:rPr>
        <w:t xml:space="preserve"> đặt cỡ chữ của nhãn vạch chia thành 14 trên cả hai trục.</w:t>
      </w:r>
    </w:p>
    <w:p>
      <w:pPr>
        <w:spacing w:after="80"/>
      </w:pPr>
      <w:r>
        <w:rPr>
          <w:b w:val="0"/>
          <w:i w:val="0"/>
        </w:rPr>
        <w:t>Như bạn thấy trong Hình 15-2, biểu đồ thu được dễ đọc hơn nhiều. Cỡ chữ của nhãn lớn hơn, và đường đồ thị dày hơn. Việc thử nghiệm với những giá trị này để xem cái nào cho ra biểu đồ đẹp nhất thường rất đáng làm.</w:t>
      </w:r>
    </w:p>
    <w:p>
      <w:pPr>
        <w:jc w:val="center"/>
      </w:pPr>
      <w:r>
        <w:drawing>
          <wp:inline xmlns:a="http://schemas.openxmlformats.org/drawingml/2006/main" xmlns:pic="http://schemas.openxmlformats.org/drawingml/2006/picture">
            <wp:extent cx="5486400" cy="3267456"/>
            <wp:docPr id="37" name="Picture 37"/>
            <wp:cNvGraphicFramePr>
              <a:graphicFrameLocks noChangeAspect="1"/>
            </wp:cNvGraphicFramePr>
            <a:graphic>
              <a:graphicData uri="http://schemas.openxmlformats.org/drawingml/2006/picture">
                <pic:pic>
                  <pic:nvPicPr>
                    <pic:cNvPr id="0" name="image_rsrcBJ1.jpg"/>
                    <pic:cNvPicPr/>
                  </pic:nvPicPr>
                  <pic:blipFill>
                    <a:blip r:embed="rId30"/>
                    <a:stretch>
                      <a:fillRect/>
                    </a:stretch>
                  </pic:blipFill>
                  <pic:spPr>
                    <a:xfrm>
                      <a:off x="0" y="0"/>
                      <a:ext cx="5486400" cy="3267456"/>
                    </a:xfrm>
                    <a:prstGeom prst="rect"/>
                  </pic:spPr>
                </pic:pic>
              </a:graphicData>
            </a:graphic>
          </wp:inline>
        </w:drawing>
      </w:r>
    </w:p>
    <w:p>
      <w:pPr>
        <w:spacing w:after="80"/>
      </w:pPr>
      <w:r>
        <w:rPr>
          <w:b w:val="0"/>
          <w:i w:val="0"/>
        </w:rPr>
        <w:t>Hình 15-2: Biểu đồ giờ đây dễ đọc hơn nhiều.</w:t>
      </w:r>
    </w:p>
    <w:p>
      <w:pPr>
        <w:pStyle w:val="Heading3"/>
      </w:pPr>
      <w:r>
        <w:rPr>
          <w:rFonts w:ascii="Calibri" w:hAnsi="Calibri"/>
          <w:b/>
          <w:i w:val="0"/>
          <w:sz w:val="27"/>
        </w:rPr>
        <w:t>Sửa lại biểu đồ</w:t>
      </w:r>
    </w:p>
    <w:p>
      <w:pPr>
        <w:spacing w:after="80"/>
      </w:pPr>
      <w:r>
        <w:rPr>
          <w:b w:val="0"/>
          <w:i w:val="0"/>
        </w:rPr>
        <w:t>Giờ đây khi đã đọc biểu đồ rõ hơn, ta có thể thấy dữ liệu không được vẽ đúng. Hãy chú ý ở cuối đồ thị rằng bình phương của 4.0 lại được hiển thị là 25! Hãy sửa lỗi đó.</w:t>
      </w:r>
    </w:p>
    <w:p>
      <w:pPr>
        <w:spacing w:after="80"/>
      </w:pPr>
      <w:r>
        <w:rPr>
          <w:b w:val="0"/>
          <w:i w:val="0"/>
        </w:rPr>
        <w:t xml:space="preserve">Khi bạn đưa cho </w:t>
      </w:r>
      <w:r>
        <w:rPr>
          <w:rFonts w:ascii="Consolas" w:hAnsi="Consolas"/>
          <w:b w:val="0"/>
          <w:i w:val="0"/>
          <w:sz w:val="20"/>
        </w:rPr>
        <w:t>plot()</w:t>
      </w:r>
      <w:r>
        <w:rPr>
          <w:b w:val="0"/>
          <w:i w:val="0"/>
        </w:rPr>
        <w:t xml:space="preserve"> một dãy số duy nhất, nó giả định điểm dữ liệu đầu tiên ứng với giá trị </w:t>
      </w:r>
      <w:r>
        <w:rPr>
          <w:b w:val="0"/>
          <w:i/>
        </w:rPr>
        <w:t>x</w:t>
      </w:r>
      <w:r>
        <w:rPr>
          <w:b w:val="0"/>
          <w:i w:val="0"/>
        </w:rPr>
        <w:t xml:space="preserve"> là 0, nhưng điểm đầu tiên của chúng ta lại ứng với giá trị </w:t>
      </w:r>
      <w:r>
        <w:rPr>
          <w:b w:val="0"/>
          <w:i/>
        </w:rPr>
        <w:t>x</w:t>
      </w:r>
      <w:r>
        <w:rPr>
          <w:b w:val="0"/>
          <w:i w:val="0"/>
        </w:rPr>
        <w:t xml:space="preserve"> là 1. Ta có thể ghi đè hành vi mặc định bằng cách đưa cho </w:t>
      </w:r>
      <w:r>
        <w:rPr>
          <w:rFonts w:ascii="Consolas" w:hAnsi="Consolas"/>
          <w:b w:val="0"/>
          <w:i w:val="0"/>
          <w:sz w:val="20"/>
        </w:rPr>
        <w:t>plot()</w:t>
      </w:r>
      <w:r>
        <w:rPr>
          <w:b w:val="0"/>
          <w:i w:val="0"/>
        </w:rPr>
        <w:t xml:space="preserve"> cả giá trị đầu vào lẫn giá trị đầu ra dùng để tính bình phương:</w:t>
      </w:r>
    </w:p>
    <w:p>
      <w:pPr>
        <w:spacing w:after="80"/>
      </w:pPr>
      <w:r>
        <w:rPr>
          <w:b w:val="0"/>
          <w:i w:val="0"/>
        </w:rPr>
        <w:t>mpl_squares.py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input_values = [1, 2, 3, 4, 5]</w:t>
      </w:r>
    </w:p>
    <w:p>
      <w:pPr>
        <w:spacing w:after="0"/>
        <w:ind w:left="360"/>
        <w:shd w:val="clear" w:color="auto" w:fill="F2F2F2"/>
      </w:pPr>
      <w:r>
        <w:rPr>
          <w:rFonts w:ascii="Consolas" w:hAnsi="Consolas"/>
          <w:b w:val="0"/>
          <w:i w:val="0"/>
          <w:sz w:val="18"/>
        </w:rPr>
        <w:t>squares = [1, 4, 9, 16, 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ax.plot(input_values, squares, linewidth=3)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Giờ thì </w:t>
      </w:r>
      <w:r>
        <w:rPr>
          <w:rFonts w:ascii="Consolas" w:hAnsi="Consolas"/>
          <w:b w:val="0"/>
          <w:i w:val="0"/>
          <w:sz w:val="20"/>
        </w:rPr>
        <w:t>plot()</w:t>
      </w:r>
      <w:r>
        <w:rPr>
          <w:b w:val="0"/>
          <w:i w:val="0"/>
        </w:rPr>
        <w:t xml:space="preserve"> không phải giả định gì về cách các số đầu ra được tạo ra nữa. Biểu đồ thu được, hiển thị trong Hình 15-3, là chính xác.</w:t>
      </w:r>
    </w:p>
    <w:p>
      <w:pPr>
        <w:jc w:val="center"/>
      </w:pPr>
      <w:r>
        <w:drawing>
          <wp:inline xmlns:a="http://schemas.openxmlformats.org/drawingml/2006/main" xmlns:pic="http://schemas.openxmlformats.org/drawingml/2006/picture">
            <wp:extent cx="5486400" cy="3264961"/>
            <wp:docPr id="38" name="Picture 38"/>
            <wp:cNvGraphicFramePr>
              <a:graphicFrameLocks noChangeAspect="1"/>
            </wp:cNvGraphicFramePr>
            <a:graphic>
              <a:graphicData uri="http://schemas.openxmlformats.org/drawingml/2006/picture">
                <pic:pic>
                  <pic:nvPicPr>
                    <pic:cNvPr id="0" name="image_rsrcBJ2.jpg"/>
                    <pic:cNvPicPr/>
                  </pic:nvPicPr>
                  <pic:blipFill>
                    <a:blip r:embed="rId31"/>
                    <a:stretch>
                      <a:fillRect/>
                    </a:stretch>
                  </pic:blipFill>
                  <pic:spPr>
                    <a:xfrm>
                      <a:off x="0" y="0"/>
                      <a:ext cx="5486400" cy="3264961"/>
                    </a:xfrm>
                    <a:prstGeom prst="rect"/>
                  </pic:spPr>
                </pic:pic>
              </a:graphicData>
            </a:graphic>
          </wp:inline>
        </w:drawing>
      </w:r>
    </w:p>
    <w:p>
      <w:pPr>
        <w:spacing w:after="80"/>
      </w:pPr>
      <w:r>
        <w:rPr>
          <w:b w:val="0"/>
          <w:i w:val="0"/>
        </w:rPr>
        <w:t>Hình 15-3: Dữ liệu giờ đây đã được vẽ đúng.</w:t>
      </w:r>
    </w:p>
    <w:p>
      <w:pPr>
        <w:spacing w:after="80"/>
      </w:pPr>
      <w:r>
        <w:rPr>
          <w:b w:val="0"/>
          <w:i w:val="0"/>
        </w:rPr>
        <w:t xml:space="preserve">Bạn có thể chỉ định một số đối số khi gọi </w:t>
      </w:r>
      <w:r>
        <w:rPr>
          <w:rFonts w:ascii="Consolas" w:hAnsi="Consolas"/>
          <w:b w:val="0"/>
          <w:i w:val="0"/>
          <w:sz w:val="20"/>
        </w:rPr>
        <w:t>plot()</w:t>
      </w:r>
      <w:r>
        <w:rPr>
          <w:b w:val="0"/>
          <w:i w:val="0"/>
        </w:rPr>
        <w:t xml:space="preserve"> và dùng một số phương thức để tùy biến biểu đồ sau khi tạo ra chúng. Chúng ta sẽ tiếp tục khám phá những cách tùy biến này khi làm việc với những tập dữ liệu thú vị hơn trong suốt chương này.</w:t>
      </w:r>
    </w:p>
    <w:p>
      <w:pPr>
        <w:pStyle w:val="Heading3"/>
      </w:pPr>
      <w:r>
        <w:rPr>
          <w:rFonts w:ascii="Calibri" w:hAnsi="Calibri"/>
          <w:b/>
          <w:i w:val="0"/>
          <w:sz w:val="27"/>
        </w:rPr>
        <w:t>Sử dụng các kiểu có sẵn</w:t>
      </w:r>
    </w:p>
    <w:p>
      <w:pPr>
        <w:spacing w:after="80"/>
      </w:pPr>
      <w:r>
        <w:rPr>
          <w:b w:val="0"/>
          <w:i w:val="0"/>
        </w:rPr>
        <w:t>Matplotlib có sẵn một số kiểu (style) được định nghĩa trước. Những kiểu này chứa nhiều thiết lập mặc định cho màu nền, đường lưới, độ dày đường, phông chữ, cỡ chữ, v.v. Chúng có thể giúp hình ảnh trực quan của bạn trông hấp dẫn mà không cần tùy biến nhiều. Để xem danh sách đầy đủ các kiểu có sẵn, hãy chạy những dòng sau trong một phiên terminal: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import matplotlib.pyplot as plt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plt.style.available</w:t>
      </w:r>
    </w:p>
    <w:p>
      <w:pPr>
        <w:spacing w:after="0"/>
        <w:ind w:left="360"/>
        <w:shd w:val="clear" w:color="auto" w:fill="F2F2F2"/>
      </w:pPr>
      <w:r>
        <w:rPr>
          <w:rFonts w:ascii="Consolas" w:hAnsi="Consolas"/>
          <w:b w:val="0"/>
          <w:i w:val="0"/>
          <w:sz w:val="18"/>
        </w:rPr>
        <w:t>['Solarize_Light2', '_classic_test_patch', '_mpl-gallery',</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Để dùng bất kỳ kiểu nào trong số này, hãy thêm một dòng code trước khi gọi </w:t>
      </w:r>
      <w:r>
        <w:rPr>
          <w:rFonts w:ascii="Consolas" w:hAnsi="Consolas"/>
          <w:b w:val="0"/>
          <w:i w:val="0"/>
          <w:sz w:val="20"/>
        </w:rPr>
        <w:t>subplots()</w:t>
      </w:r>
      <w:r>
        <w:rPr>
          <w:b w:val="0"/>
          <w:i w:val="0"/>
        </w:rPr>
        <w:t>:</w:t>
      </w:r>
    </w:p>
    <w:p>
      <w:pPr>
        <w:spacing w:after="80"/>
      </w:pPr>
      <w:r>
        <w:rPr>
          <w:b w:val="0"/>
          <w:i w:val="0"/>
        </w:rPr>
        <w:t>mpl_squares.py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input_values = [1, 2, 3, 4, 5]</w:t>
      </w:r>
    </w:p>
    <w:p>
      <w:pPr>
        <w:spacing w:after="0"/>
        <w:ind w:left="360"/>
        <w:shd w:val="clear" w:color="auto" w:fill="F2F2F2"/>
      </w:pPr>
      <w:r>
        <w:rPr>
          <w:rFonts w:ascii="Consolas" w:hAnsi="Consolas"/>
          <w:b w:val="0"/>
          <w:i w:val="0"/>
          <w:sz w:val="18"/>
        </w:rPr>
        <w:t>squares = [1, 4, 9, 16, 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sz w:val="18"/>
        </w:rPr>
        <w:t>--snip--</w:t>
      </w:r>
    </w:p>
    <w:p>
      <w:pPr>
        <w:spacing w:after="40"/>
      </w:pPr>
    </w:p>
    <w:p>
      <w:pPr>
        <w:spacing w:after="80"/>
      </w:pPr>
      <w:r>
        <w:rPr>
          <w:b w:val="0"/>
          <w:i w:val="0"/>
        </w:rPr>
        <w:t>Đoạn code này tạo ra biểu đồ như trong Hình 15-4. Có rất nhiều kiểu khác nhau; bạn cứ thử nghịch với các kiểu này để tìm ra vài kiểu mà mình thích.</w:t>
      </w:r>
    </w:p>
    <w:p>
      <w:pPr>
        <w:jc w:val="center"/>
      </w:pPr>
      <w:r>
        <w:drawing>
          <wp:inline xmlns:a="http://schemas.openxmlformats.org/drawingml/2006/main" xmlns:pic="http://schemas.openxmlformats.org/drawingml/2006/picture">
            <wp:extent cx="5486400" cy="3265505"/>
            <wp:docPr id="39" name="Picture 39"/>
            <wp:cNvGraphicFramePr>
              <a:graphicFrameLocks noChangeAspect="1"/>
            </wp:cNvGraphicFramePr>
            <a:graphic>
              <a:graphicData uri="http://schemas.openxmlformats.org/drawingml/2006/picture">
                <pic:pic>
                  <pic:nvPicPr>
                    <pic:cNvPr id="0" name="image_rsrcBJ3.jpg"/>
                    <pic:cNvPicPr/>
                  </pic:nvPicPr>
                  <pic:blipFill>
                    <a:blip r:embed="rId32"/>
                    <a:stretch>
                      <a:fillRect/>
                    </a:stretch>
                  </pic:blipFill>
                  <pic:spPr>
                    <a:xfrm>
                      <a:off x="0" y="0"/>
                      <a:ext cx="5486400" cy="3265505"/>
                    </a:xfrm>
                    <a:prstGeom prst="rect"/>
                  </pic:spPr>
                </pic:pic>
              </a:graphicData>
            </a:graphic>
          </wp:inline>
        </w:drawing>
      </w:r>
    </w:p>
    <w:p>
      <w:pPr>
        <w:spacing w:after="80"/>
      </w:pPr>
      <w:r>
        <w:rPr>
          <w:b w:val="0"/>
          <w:i w:val="0"/>
        </w:rPr>
        <w:t>Hình 15-4: Kiểu seaborn-v0_8 có sẵn</w:t>
      </w:r>
    </w:p>
    <w:p>
      <w:pPr>
        <w:pStyle w:val="Heading3"/>
      </w:pPr>
      <w:r>
        <w:rPr>
          <w:rFonts w:ascii="Calibri" w:hAnsi="Calibri"/>
          <w:b/>
          <w:i w:val="0"/>
          <w:sz w:val="27"/>
        </w:rPr>
        <w:t>Vẽ và tạo kiểu cho từng điểm riêng lẻ với scatter()</w:t>
      </w:r>
    </w:p>
    <w:p>
      <w:pPr>
        <w:spacing w:after="80"/>
      </w:pPr>
      <w:r>
        <w:rPr>
          <w:b w:val="0"/>
          <w:i w:val="0"/>
        </w:rPr>
        <w:t>Đôi khi, việc vẽ và tạo kiểu cho từng điểm riêng lẻ dựa trên những đặc điểm nhất định lại rất hữu ích. Ví dụ, bạn có thể vẽ những giá trị nhỏ bằng một màu và những giá trị lớn hơn bằng một màu khác. Bạn cũng có thể vẽ một tập dữ liệu lớn với một bộ tùy chọn tạo kiểu, rồi nhấn mạnh từng điểm riêng lẻ bằng cách vẽ lại chúng với những tùy chọn khác.</w:t>
      </w:r>
    </w:p>
    <w:p>
      <w:pPr>
        <w:spacing w:after="80"/>
      </w:pPr>
      <w:r>
        <w:rPr>
          <w:b w:val="0"/>
          <w:i w:val="0"/>
        </w:rPr>
        <w:t xml:space="preserve">Để vẽ một điểm duy nhất, hãy truyền giá trị </w:t>
      </w:r>
      <w:r>
        <w:rPr>
          <w:b w:val="0"/>
          <w:i/>
        </w:rPr>
        <w:t>x</w:t>
      </w:r>
      <w:r>
        <w:rPr>
          <w:b w:val="0"/>
          <w:i w:val="0"/>
        </w:rPr>
        <w:t xml:space="preserve"> và </w:t>
      </w:r>
      <w:r>
        <w:rPr>
          <w:b w:val="0"/>
          <w:i/>
        </w:rPr>
        <w:t>y</w:t>
      </w:r>
      <w:r>
        <w:rPr>
          <w:b w:val="0"/>
          <w:i w:val="0"/>
        </w:rPr>
        <w:t xml:space="preserve"> của điểm đó vào </w:t>
      </w:r>
      <w:r>
        <w:rPr>
          <w:rFonts w:ascii="Consolas" w:hAnsi="Consolas"/>
          <w:b w:val="0"/>
          <w:i w:val="0"/>
          <w:sz w:val="20"/>
        </w:rPr>
        <w:t>scatter()</w:t>
      </w:r>
      <w:r>
        <w:rPr>
          <w:b w:val="0"/>
          <w:i w:val="0"/>
        </w:rPr>
        <w:t>:</w:t>
      </w:r>
    </w:p>
    <w:p>
      <w:pPr>
        <w:spacing w:after="80"/>
      </w:pPr>
      <w:r>
        <w:rPr>
          <w:b w:val="0"/>
          <w:i w:val="0"/>
        </w:rPr>
        <w:t>scatter_squares.py</w:t>
      </w:r>
    </w:p>
    <w:p>
      <w:pPr>
        <w:spacing w:after="80"/>
      </w:pPr>
      <w:r>
        <w:rPr>
          <w:b w:val="0"/>
          <w:i w:val="0"/>
        </w:rPr>
        <w:t>import matplotlib.pyplot as plt</w:t>
      </w:r>
      <w:r>
        <w:br/>
      </w:r>
      <w:r>
        <w:br/>
      </w:r>
      <w:r>
        <w:rPr>
          <w:b w:val="0"/>
          <w:i w:val="0"/>
        </w:rPr>
        <w:t>plt.style.use('seaborn-v0_8')</w:t>
      </w:r>
      <w:r>
        <w:br/>
      </w:r>
      <w:r>
        <w:rPr>
          <w:b w:val="0"/>
          <w:i w:val="0"/>
        </w:rPr>
        <w:t>fig, ax = plt.subplots()</w:t>
      </w:r>
      <w:r>
        <w:br/>
      </w:r>
      <w:r>
        <w:rPr>
          <w:b w:val="0"/>
          <w:i w:val="0"/>
        </w:rPr>
        <w:t>ax.scatter(2, 4)</w:t>
      </w:r>
      <w:r>
        <w:br/>
      </w:r>
      <w:r>
        <w:br/>
      </w:r>
      <w:r>
        <w:rPr>
          <w:b w:val="0"/>
          <w:i w:val="0"/>
        </w:rPr>
        <w:t>plt.show()</w:t>
      </w:r>
    </w:p>
    <w:p>
      <w:pPr>
        <w:spacing w:after="80"/>
      </w:pPr>
      <w:r>
        <w:rPr>
          <w:b w:val="0"/>
          <w:i w:val="0"/>
        </w:rPr>
        <w:t>Hãy tạo kiểu cho kết quả để nó thú vị hơn. Chúng ta sẽ thêm tiêu đề, đặt nhãn cho các trục, và đảm bảo mọi chữ đều đủ lớn để đọc được:</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❶ ax.scatter(2, 4, s=200)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val="0"/>
          <w:sz w:val="18"/>
        </w:rPr>
        <w:t>ax.set_title("Square Numbers", fontsize=24)</w:t>
      </w:r>
    </w:p>
    <w:p>
      <w:pPr>
        <w:spacing w:after="0"/>
        <w:ind w:left="360"/>
        <w:shd w:val="clear" w:color="auto" w:fill="F2F2F2"/>
      </w:pPr>
      <w:r>
        <w:rPr>
          <w:rFonts w:ascii="Consolas" w:hAnsi="Consolas"/>
          <w:b w:val="0"/>
          <w:i w:val="0"/>
          <w:sz w:val="18"/>
        </w:rPr>
        <w:t>ax.set_xlabel("Value", fontsize=14)</w:t>
      </w:r>
    </w:p>
    <w:p>
      <w:pPr>
        <w:spacing w:after="0"/>
        <w:ind w:left="360"/>
        <w:shd w:val="clear" w:color="auto" w:fill="F2F2F2"/>
      </w:pPr>
      <w:r>
        <w:rPr>
          <w:rFonts w:ascii="Consolas" w:hAnsi="Consolas"/>
          <w:b w:val="0"/>
          <w:i w:val="0"/>
          <w:sz w:val="18"/>
        </w:rPr>
        <w:t>ax.set_ylabel("Square of Value", fontsize=14)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size of tick labels.</w:t>
      </w:r>
    </w:p>
    <w:p>
      <w:pPr>
        <w:spacing w:after="0"/>
        <w:ind w:left="360"/>
        <w:shd w:val="clear" w:color="auto" w:fill="F2F2F2"/>
      </w:pPr>
      <w:r>
        <w:rPr>
          <w:rFonts w:ascii="Consolas" w:hAnsi="Consolas"/>
          <w:b w:val="0"/>
          <w:i w:val="0"/>
          <w:sz w:val="18"/>
        </w:rPr>
        <w:t>ax.tick_params(labelsize=14)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Chúng ta gọi </w:t>
      </w:r>
      <w:r>
        <w:rPr>
          <w:rFonts w:ascii="Consolas" w:hAnsi="Consolas"/>
          <w:b w:val="0"/>
          <w:i w:val="0"/>
          <w:sz w:val="20"/>
        </w:rPr>
        <w:t>scatter()</w:t>
      </w:r>
      <w:r>
        <w:rPr>
          <w:b w:val="0"/>
          <w:i w:val="0"/>
        </w:rPr>
        <w:t xml:space="preserve"> và dùng đối số </w:t>
      </w:r>
      <w:r>
        <w:rPr>
          <w:rFonts w:ascii="Consolas" w:hAnsi="Consolas"/>
          <w:b w:val="0"/>
          <w:i w:val="0"/>
          <w:sz w:val="20"/>
        </w:rPr>
        <w:t>s</w:t>
      </w:r>
      <w:r>
        <w:rPr>
          <w:b w:val="0"/>
          <w:i w:val="0"/>
        </w:rPr>
        <w:t xml:space="preserve"> để đặt kích thước của các chấm dùng để vẽ đồ thị ❶. Khi bạn chạy </w:t>
      </w:r>
      <w:r>
        <w:rPr>
          <w:b w:val="0"/>
          <w:i/>
        </w:rPr>
        <w:t xml:space="preserve">scatter_squares.py </w:t>
      </w:r>
      <w:r>
        <w:rPr>
          <w:b w:val="0"/>
          <w:i w:val="0"/>
        </w:rPr>
        <w:t>lúc này, bạn sẽ thấy một điểm duy nhất ở giữa biểu đồ, như trong Hình 15-5.</w:t>
      </w:r>
    </w:p>
    <w:p>
      <w:pPr>
        <w:jc w:val="center"/>
      </w:pPr>
      <w:r>
        <w:drawing>
          <wp:inline xmlns:a="http://schemas.openxmlformats.org/drawingml/2006/main" xmlns:pic="http://schemas.openxmlformats.org/drawingml/2006/picture">
            <wp:extent cx="5486400" cy="3262875"/>
            <wp:docPr id="40" name="Picture 40"/>
            <wp:cNvGraphicFramePr>
              <a:graphicFrameLocks noChangeAspect="1"/>
            </wp:cNvGraphicFramePr>
            <a:graphic>
              <a:graphicData uri="http://schemas.openxmlformats.org/drawingml/2006/picture">
                <pic:pic>
                  <pic:nvPicPr>
                    <pic:cNvPr id="0" name="image_rsrcBJ4.jpg"/>
                    <pic:cNvPicPr/>
                  </pic:nvPicPr>
                  <pic:blipFill>
                    <a:blip r:embed="rId33"/>
                    <a:stretch>
                      <a:fillRect/>
                    </a:stretch>
                  </pic:blipFill>
                  <pic:spPr>
                    <a:xfrm>
                      <a:off x="0" y="0"/>
                      <a:ext cx="5486400" cy="3262875"/>
                    </a:xfrm>
                    <a:prstGeom prst="rect"/>
                  </pic:spPr>
                </pic:pic>
              </a:graphicData>
            </a:graphic>
          </wp:inline>
        </w:drawing>
      </w:r>
    </w:p>
    <w:p>
      <w:pPr>
        <w:spacing w:after="80"/>
      </w:pPr>
      <w:r>
        <w:rPr>
          <w:b w:val="0"/>
          <w:i w:val="0"/>
        </w:rPr>
        <w:t>Hình 15-5: Vẽ một điểm duy nhất</w:t>
      </w:r>
    </w:p>
    <w:p>
      <w:pPr>
        <w:pStyle w:val="Heading3"/>
      </w:pPr>
      <w:r>
        <w:rPr>
          <w:rFonts w:ascii="Calibri" w:hAnsi="Calibri"/>
          <w:b/>
          <w:i w:val="0"/>
          <w:sz w:val="27"/>
        </w:rPr>
        <w:t>Vẽ một chuỗi điểm với scatter()</w:t>
      </w:r>
    </w:p>
    <w:p>
      <w:pPr>
        <w:spacing w:after="80"/>
      </w:pPr>
      <w:r>
        <w:rPr>
          <w:b w:val="0"/>
          <w:i w:val="0"/>
        </w:rPr>
        <w:t xml:space="preserve">Để vẽ một chuỗi điểm, chúng ta có thể truyền cho </w:t>
      </w:r>
      <w:r>
        <w:rPr>
          <w:rFonts w:ascii="Consolas" w:hAnsi="Consolas"/>
          <w:b w:val="0"/>
          <w:i w:val="0"/>
          <w:sz w:val="20"/>
        </w:rPr>
        <w:t>scatter()</w:t>
      </w:r>
      <w:r>
        <w:rPr>
          <w:b w:val="0"/>
          <w:i w:val="0"/>
        </w:rPr>
        <w:t xml:space="preserve"> các danh sách riêng biệt chứa giá trị </w:t>
      </w:r>
      <w:r>
        <w:rPr>
          <w:b w:val="0"/>
          <w:i/>
        </w:rPr>
        <w:t>x</w:t>
      </w:r>
      <w:r>
        <w:rPr>
          <w:b w:val="0"/>
          <w:i w:val="0"/>
        </w:rPr>
        <w:t xml:space="preserve"> và </w:t>
      </w:r>
      <w:r>
        <w:rPr>
          <w:b w:val="0"/>
          <w:i/>
        </w:rPr>
        <w:t>y</w:t>
      </w:r>
      <w:r>
        <w:rPr>
          <w:b w:val="0"/>
          <w:i w:val="0"/>
        </w:rPr>
        <w:t>, như thế này:</w:t>
      </w:r>
    </w:p>
    <w:p>
      <w:pPr>
        <w:spacing w:after="80"/>
      </w:pPr>
      <w:r>
        <w:rPr>
          <w:b w:val="0"/>
          <w:i w:val="0"/>
        </w:rPr>
        <w:t>scatter_squares.py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x_values = [1, 2, 3, 4, 5]</w:t>
      </w:r>
    </w:p>
    <w:p>
      <w:pPr>
        <w:spacing w:after="0"/>
        <w:ind w:left="360"/>
        <w:shd w:val="clear" w:color="auto" w:fill="F2F2F2"/>
      </w:pPr>
      <w:r>
        <w:rPr>
          <w:rFonts w:ascii="Consolas" w:hAnsi="Consolas"/>
          <w:b w:val="0"/>
          <w:i w:val="0"/>
          <w:sz w:val="18"/>
        </w:rPr>
        <w:t>y_values = [1, 4, 9, 16, 25]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ax.scatter(x_values, y_values, s=100)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Danh sách </w:t>
      </w:r>
      <w:r>
        <w:rPr>
          <w:rFonts w:ascii="Consolas" w:hAnsi="Consolas"/>
          <w:b w:val="0"/>
          <w:i w:val="0"/>
          <w:sz w:val="20"/>
        </w:rPr>
        <w:t>x_values</w:t>
      </w:r>
      <w:r>
        <w:rPr>
          <w:b w:val="0"/>
          <w:i w:val="0"/>
        </w:rPr>
        <w:t xml:space="preserve"> chứa các số cần bình phương, và </w:t>
      </w:r>
      <w:r>
        <w:rPr>
          <w:rFonts w:ascii="Consolas" w:hAnsi="Consolas"/>
          <w:b w:val="0"/>
          <w:i w:val="0"/>
          <w:sz w:val="20"/>
        </w:rPr>
        <w:t>y_values</w:t>
      </w:r>
      <w:r>
        <w:rPr>
          <w:b w:val="0"/>
          <w:i w:val="0"/>
        </w:rPr>
        <w:t xml:space="preserve"> chứa bình phương của từng số. Khi hai danh sách này được truyền vào </w:t>
      </w:r>
      <w:r>
        <w:rPr>
          <w:rFonts w:ascii="Consolas" w:hAnsi="Consolas"/>
          <w:b w:val="0"/>
          <w:i w:val="0"/>
          <w:sz w:val="20"/>
        </w:rPr>
        <w:t>scatter()</w:t>
      </w:r>
      <w:r>
        <w:rPr>
          <w:b w:val="0"/>
          <w:i w:val="0"/>
        </w:rPr>
        <w:t>, Matplotlib sẽ đọc một giá trị từ mỗi danh sách khi vẽ từng điểm. Các điểm được vẽ là (1, 1), (2, 4), (3, 9), (4, 16), và (5, 25); Hình 15-6 cho thấy kết quả.</w:t>
      </w:r>
    </w:p>
    <w:p>
      <w:pPr>
        <w:jc w:val="center"/>
      </w:pPr>
      <w:r>
        <w:drawing>
          <wp:inline xmlns:a="http://schemas.openxmlformats.org/drawingml/2006/main" xmlns:pic="http://schemas.openxmlformats.org/drawingml/2006/picture">
            <wp:extent cx="5486400" cy="3267456"/>
            <wp:docPr id="41" name="Picture 41"/>
            <wp:cNvGraphicFramePr>
              <a:graphicFrameLocks noChangeAspect="1"/>
            </wp:cNvGraphicFramePr>
            <a:graphic>
              <a:graphicData uri="http://schemas.openxmlformats.org/drawingml/2006/picture">
                <pic:pic>
                  <pic:nvPicPr>
                    <pic:cNvPr id="0" name="image_rsrcBJ5.jpg"/>
                    <pic:cNvPicPr/>
                  </pic:nvPicPr>
                  <pic:blipFill>
                    <a:blip r:embed="rId34"/>
                    <a:stretch>
                      <a:fillRect/>
                    </a:stretch>
                  </pic:blipFill>
                  <pic:spPr>
                    <a:xfrm>
                      <a:off x="0" y="0"/>
                      <a:ext cx="5486400" cy="3267456"/>
                    </a:xfrm>
                    <a:prstGeom prst="rect"/>
                  </pic:spPr>
                </pic:pic>
              </a:graphicData>
            </a:graphic>
          </wp:inline>
        </w:drawing>
      </w:r>
    </w:p>
    <w:p>
      <w:pPr>
        <w:spacing w:after="80"/>
      </w:pPr>
      <w:r>
        <w:rPr>
          <w:b w:val="0"/>
          <w:i w:val="0"/>
        </w:rPr>
        <w:t>Hình 15-6: Biểu đồ phân tán với nhiều điểm</w:t>
      </w:r>
    </w:p>
    <w:p>
      <w:pPr>
        <w:pStyle w:val="Heading3"/>
      </w:pPr>
      <w:r>
        <w:rPr>
          <w:rFonts w:ascii="Calibri" w:hAnsi="Calibri"/>
          <w:b/>
          <w:i w:val="0"/>
          <w:sz w:val="27"/>
        </w:rPr>
        <w:t>Tính toán dữ liệu tự động</w:t>
      </w:r>
    </w:p>
    <w:p>
      <w:pPr>
        <w:spacing w:after="80"/>
      </w:pPr>
      <w:r>
        <w:rPr>
          <w:b w:val="0"/>
          <w:i w:val="0"/>
        </w:rPr>
        <w:t>Viết danh sách bằng tay có thể kém hiệu quả, đặc biệt khi ta có nhiều điểm. Thay vì viết ra từng giá trị, hãy dùng vòng lặp để thực hiện tính toán cho chúng ta.</w:t>
      </w:r>
    </w:p>
    <w:p>
      <w:pPr>
        <w:spacing w:after="80"/>
      </w:pPr>
      <w:r>
        <w:rPr>
          <w:b w:val="0"/>
          <w:i w:val="0"/>
        </w:rPr>
        <w:t>Đây là cách nó sẽ trông như thế nào với 1.000 điểm:</w:t>
      </w:r>
    </w:p>
    <w:p>
      <w:pPr>
        <w:spacing w:after="80"/>
      </w:pPr>
      <w:r>
        <w:rPr>
          <w:b w:val="0"/>
          <w:i w:val="0"/>
        </w:rPr>
        <w:t>scatter_squares.py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x_values = range(1, 1001)</w:t>
      </w:r>
    </w:p>
    <w:p>
      <w:pPr>
        <w:spacing w:after="0"/>
        <w:ind w:left="360"/>
        <w:shd w:val="clear" w:color="auto" w:fill="F2F2F2"/>
      </w:pPr>
      <w:r>
        <w:rPr>
          <w:rFonts w:ascii="Consolas" w:hAnsi="Consolas"/>
          <w:b w:val="0"/>
          <w:i w:val="0"/>
          <w:sz w:val="18"/>
        </w:rPr>
        <w:t>y_values = [x**2 for x in x_values]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❷ ax.scatter(x_values, y_values, s=10)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the range for each axis.</w:t>
      </w:r>
    </w:p>
    <w:p>
      <w:pPr>
        <w:spacing w:after="0"/>
        <w:ind w:left="360"/>
        <w:shd w:val="clear" w:color="auto" w:fill="F2F2F2"/>
      </w:pPr>
      <w:r>
        <w:rPr>
          <w:rFonts w:ascii="Consolas" w:hAnsi="Consolas"/>
          <w:b w:val="0"/>
          <w:i w:val="0"/>
          <w:sz w:val="18"/>
        </w:rPr>
        <w:t>❸ ax.axis([0, 1100, 0, 1_100_000])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Chúng ta bắt đầu với một dải các giá trị </w:t>
      </w:r>
      <w:r>
        <w:rPr>
          <w:b w:val="0"/>
          <w:i/>
        </w:rPr>
        <w:t>x</w:t>
      </w:r>
      <w:r>
        <w:rPr>
          <w:b w:val="0"/>
          <w:i w:val="0"/>
        </w:rPr>
        <w:t xml:space="preserve"> chứa các số từ 1 đến 1.000 ❶. Tiếp theo, một list comprehension (khai báo danh sách rút gọn) tạo ra các giá trị </w:t>
      </w:r>
      <w:r>
        <w:rPr>
          <w:b w:val="0"/>
          <w:i/>
        </w:rPr>
        <w:t>y</w:t>
      </w:r>
      <w:r>
        <w:rPr>
          <w:b w:val="0"/>
          <w:i w:val="0"/>
        </w:rPr>
        <w:t xml:space="preserve"> bằng cách lặp qua các giá trị </w:t>
      </w:r>
      <w:r>
        <w:rPr>
          <w:b w:val="0"/>
          <w:i/>
        </w:rPr>
        <w:t>x</w:t>
      </w:r>
      <w:r>
        <w:rPr>
          <w:b w:val="0"/>
          <w:i w:val="0"/>
        </w:rPr>
        <w:t xml:space="preserve"> (</w:t>
      </w:r>
      <w:r>
        <w:rPr>
          <w:rFonts w:ascii="Consolas" w:hAnsi="Consolas"/>
          <w:b w:val="0"/>
          <w:i w:val="0"/>
          <w:sz w:val="20"/>
        </w:rPr>
        <w:t>for x in x_values</w:t>
      </w:r>
      <w:r>
        <w:rPr>
          <w:b w:val="0"/>
          <w:i w:val="0"/>
        </w:rPr>
        <w:t>), bình phương từng số (</w:t>
      </w:r>
      <w:r>
        <w:rPr>
          <w:rFonts w:ascii="Consolas" w:hAnsi="Consolas"/>
          <w:b w:val="0"/>
          <w:i w:val="0"/>
          <w:sz w:val="20"/>
        </w:rPr>
        <w:t>x**2</w:t>
      </w:r>
      <w:r>
        <w:rPr>
          <w:b w:val="0"/>
          <w:i w:val="0"/>
        </w:rPr>
        <w:t xml:space="preserve">), và gán kết quả cho </w:t>
      </w:r>
      <w:r>
        <w:rPr>
          <w:rFonts w:ascii="Consolas" w:hAnsi="Consolas"/>
          <w:b w:val="0"/>
          <w:i w:val="0"/>
          <w:sz w:val="20"/>
        </w:rPr>
        <w:t>y_values</w:t>
      </w:r>
      <w:r>
        <w:rPr>
          <w:b w:val="0"/>
          <w:i w:val="0"/>
        </w:rPr>
        <w:t xml:space="preserve">. Sau đó chúng ta truyền danh sách đầu vào và đầu ra vào </w:t>
      </w:r>
      <w:r>
        <w:rPr>
          <w:rFonts w:ascii="Consolas" w:hAnsi="Consolas"/>
          <w:b w:val="0"/>
          <w:i w:val="0"/>
          <w:sz w:val="20"/>
        </w:rPr>
        <w:t>scatter()</w:t>
      </w:r>
      <w:r>
        <w:rPr>
          <w:b w:val="0"/>
          <w:i w:val="0"/>
        </w:rPr>
        <w:t xml:space="preserve"> ❷. Vì đây là một tập dữ liệu lớn, chúng ta dùng kích thước điểm nhỏ hơn.</w:t>
      </w:r>
    </w:p>
    <w:p>
      <w:pPr>
        <w:spacing w:after="80"/>
      </w:pPr>
      <w:r>
        <w:rPr>
          <w:b w:val="0"/>
          <w:i w:val="0"/>
        </w:rPr>
        <w:t xml:space="preserve">Trước khi hiển thị biểu đồ, chúng ta dùng phương thức </w:t>
      </w:r>
      <w:r>
        <w:rPr>
          <w:rFonts w:ascii="Consolas" w:hAnsi="Consolas"/>
          <w:b w:val="0"/>
          <w:i w:val="0"/>
          <w:sz w:val="20"/>
        </w:rPr>
        <w:t>axis()</w:t>
      </w:r>
      <w:r>
        <w:rPr>
          <w:b w:val="0"/>
          <w:i w:val="0"/>
        </w:rPr>
        <w:t xml:space="preserve"> để chỉ định phạm vi của mỗi trục ❸. Phương thức </w:t>
      </w:r>
      <w:r>
        <w:rPr>
          <w:rFonts w:ascii="Consolas" w:hAnsi="Consolas"/>
          <w:b w:val="0"/>
          <w:i w:val="0"/>
          <w:sz w:val="20"/>
        </w:rPr>
        <w:t>axis()</w:t>
      </w:r>
      <w:r>
        <w:rPr>
          <w:b w:val="0"/>
          <w:i w:val="0"/>
        </w:rPr>
        <w:t xml:space="preserve"> yêu cầu bốn giá trị: giá trị nhỏ nhất và lớn nhất cho trục </w:t>
      </w:r>
      <w:r>
        <w:rPr>
          <w:b w:val="0"/>
          <w:i/>
        </w:rPr>
        <w:t>x</w:t>
      </w:r>
      <w:r>
        <w:rPr>
          <w:b w:val="0"/>
          <w:i w:val="0"/>
        </w:rPr>
        <w:t xml:space="preserve"> và trục </w:t>
      </w:r>
      <w:r>
        <w:rPr>
          <w:b w:val="0"/>
          <w:i/>
        </w:rPr>
        <w:t>y</w:t>
      </w:r>
      <w:r>
        <w:rPr>
          <w:b w:val="0"/>
          <w:i w:val="0"/>
        </w:rPr>
        <w:t xml:space="preserve">. Ở đây, chúng ta cho trục </w:t>
      </w:r>
      <w:r>
        <w:rPr>
          <w:b w:val="0"/>
          <w:i/>
        </w:rPr>
        <w:t>x</w:t>
      </w:r>
      <w:r>
        <w:rPr>
          <w:b w:val="0"/>
          <w:i w:val="0"/>
        </w:rPr>
        <w:t xml:space="preserve"> chạy từ 0 đến 1.100 và trục </w:t>
      </w:r>
      <w:r>
        <w:rPr>
          <w:b w:val="0"/>
          <w:i/>
        </w:rPr>
        <w:t>y</w:t>
      </w:r>
      <w:r>
        <w:rPr>
          <w:b w:val="0"/>
          <w:i w:val="0"/>
        </w:rPr>
        <w:t xml:space="preserve"> từ 0 đến 1.100.000. Hình 15-7 cho thấy kết quả.</w:t>
      </w:r>
    </w:p>
    <w:p>
      <w:pPr>
        <w:jc w:val="center"/>
      </w:pPr>
      <w:r>
        <w:drawing>
          <wp:inline xmlns:a="http://schemas.openxmlformats.org/drawingml/2006/main" xmlns:pic="http://schemas.openxmlformats.org/drawingml/2006/picture">
            <wp:extent cx="5486400" cy="3264961"/>
            <wp:docPr id="42" name="Picture 42"/>
            <wp:cNvGraphicFramePr>
              <a:graphicFrameLocks noChangeAspect="1"/>
            </wp:cNvGraphicFramePr>
            <a:graphic>
              <a:graphicData uri="http://schemas.openxmlformats.org/drawingml/2006/picture">
                <pic:pic>
                  <pic:nvPicPr>
                    <pic:cNvPr id="0" name="image_rsrcBJ6.jpg"/>
                    <pic:cNvPicPr/>
                  </pic:nvPicPr>
                  <pic:blipFill>
                    <a:blip r:embed="rId35"/>
                    <a:stretch>
                      <a:fillRect/>
                    </a:stretch>
                  </pic:blipFill>
                  <pic:spPr>
                    <a:xfrm>
                      <a:off x="0" y="0"/>
                      <a:ext cx="5486400" cy="3264961"/>
                    </a:xfrm>
                    <a:prstGeom prst="rect"/>
                  </pic:spPr>
                </pic:pic>
              </a:graphicData>
            </a:graphic>
          </wp:inline>
        </w:drawing>
      </w:r>
    </w:p>
    <w:p>
      <w:pPr>
        <w:spacing w:after="80"/>
      </w:pPr>
      <w:r>
        <w:rPr>
          <w:b w:val="0"/>
          <w:i w:val="0"/>
        </w:rPr>
        <w:t>Hình 15-7: Python có thể vẽ 1.000 điểm dễ dàng như vẽ 5 điểm.</w:t>
      </w:r>
    </w:p>
    <w:p>
      <w:pPr>
        <w:pStyle w:val="Heading3"/>
      </w:pPr>
      <w:r>
        <w:rPr>
          <w:rFonts w:ascii="Calibri" w:hAnsi="Calibri"/>
          <w:b/>
          <w:i w:val="0"/>
          <w:sz w:val="27"/>
        </w:rPr>
        <w:t>Tùy chỉnh nhãn trục (tick label)</w:t>
      </w:r>
    </w:p>
    <w:p>
      <w:pPr>
        <w:spacing w:after="80"/>
      </w:pPr>
      <w:r>
        <w:rPr>
          <w:b w:val="0"/>
          <w:i w:val="0"/>
        </w:rPr>
        <w:t>Khi các số trên một trục trở nên đủ lớn, Matplotlib mặc định dùng ký hiệu khoa học (scientific notation) cho nhãn trục. Điều này thường là tốt, vì các số lớn hơn ở dạng ký hiệu thường chiếm nhiều không gian không cần thiết trên biểu đồ.</w:t>
      </w:r>
    </w:p>
    <w:p>
      <w:pPr>
        <w:spacing w:after="80"/>
      </w:pPr>
      <w:r>
        <w:rPr>
          <w:b w:val="0"/>
          <w:i w:val="0"/>
        </w:rPr>
        <w:t>Hầu như mọi thành phần của biểu đồ đều có thể tùy chỉnh, nên bạn có thể yêu cầu Matplotlib tiếp tục dùng ký hiệu thường nếu bạn muốn:</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Set the range for each axis.</w:t>
      </w:r>
    </w:p>
    <w:p>
      <w:pPr>
        <w:spacing w:after="0"/>
        <w:ind w:left="360"/>
        <w:shd w:val="clear" w:color="auto" w:fill="F2F2F2"/>
      </w:pPr>
      <w:r>
        <w:rPr>
          <w:rFonts w:ascii="Consolas" w:hAnsi="Consolas"/>
          <w:b w:val="0"/>
          <w:i w:val="0"/>
          <w:sz w:val="18"/>
        </w:rPr>
        <w:t>ax.axis([0, 1100, 0, 1_100_000])</w:t>
      </w:r>
    </w:p>
    <w:p>
      <w:pPr>
        <w:spacing w:after="0"/>
        <w:ind w:left="360"/>
        <w:shd w:val="clear" w:color="auto" w:fill="F2F2F2"/>
      </w:pPr>
      <w:r>
        <w:rPr>
          <w:rFonts w:ascii="Consolas" w:hAnsi="Consolas"/>
          <w:b w:val="0"/>
          <w:i w:val="0"/>
          <w:sz w:val="18"/>
        </w:rPr>
        <w:t>ax.ticklabel_format(style='plain')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Phương thức </w:t>
      </w:r>
      <w:r>
        <w:rPr>
          <w:rFonts w:ascii="Consolas" w:hAnsi="Consolas"/>
          <w:b w:val="0"/>
          <w:i w:val="0"/>
          <w:sz w:val="20"/>
        </w:rPr>
        <w:t>ticklabel_format()</w:t>
      </w:r>
      <w:r>
        <w:rPr>
          <w:b w:val="0"/>
          <w:i w:val="0"/>
        </w:rPr>
        <w:t xml:space="preserve"> cho phép bạn ghi đè kiểu nhãn trục mặc định cho bất kỳ biểu đồ nào.</w:t>
      </w:r>
    </w:p>
    <w:p>
      <w:pPr>
        <w:pStyle w:val="Heading3"/>
      </w:pPr>
      <w:r>
        <w:rPr>
          <w:rFonts w:ascii="Calibri" w:hAnsi="Calibri"/>
          <w:b/>
          <w:i w:val="0"/>
          <w:sz w:val="27"/>
        </w:rPr>
        <w:t>Định nghĩa màu tùy chỉnh</w:t>
      </w:r>
    </w:p>
    <w:p>
      <w:pPr>
        <w:spacing w:after="80"/>
      </w:pPr>
      <w:r>
        <w:rPr>
          <w:b w:val="0"/>
          <w:i w:val="0"/>
        </w:rPr>
        <w:t xml:space="preserve">Để thay đổi màu của các điểm, hãy truyền đối số </w:t>
      </w:r>
      <w:r>
        <w:rPr>
          <w:rFonts w:ascii="Consolas" w:hAnsi="Consolas"/>
          <w:b w:val="0"/>
          <w:i w:val="0"/>
          <w:sz w:val="20"/>
        </w:rPr>
        <w:t>color</w:t>
      </w:r>
      <w:r>
        <w:rPr>
          <w:b w:val="0"/>
          <w:i w:val="0"/>
        </w:rPr>
        <w:t xml:space="preserve"> cho </w:t>
      </w:r>
      <w:r>
        <w:rPr>
          <w:rFonts w:ascii="Consolas" w:hAnsi="Consolas"/>
          <w:b w:val="0"/>
          <w:i w:val="0"/>
          <w:sz w:val="20"/>
        </w:rPr>
        <w:t>scatter()</w:t>
      </w:r>
      <w:r>
        <w:rPr>
          <w:b w:val="0"/>
          <w:i w:val="0"/>
        </w:rPr>
        <w:t xml:space="preserve"> kèm theo tên màu đặt trong dấu ngoặc kép, như sau:</w:t>
      </w:r>
    </w:p>
    <w:p>
      <w:pPr>
        <w:spacing w:after="80"/>
      </w:pPr>
      <w:r>
        <w:rPr>
          <w:b w:val="0"/>
          <w:i w:val="0"/>
        </w:rPr>
        <w:t>ax.scatter(x_values, y_values, color='red', s=10)</w:t>
      </w:r>
    </w:p>
    <w:p>
      <w:pPr>
        <w:spacing w:after="80"/>
      </w:pPr>
      <w:r>
        <w:rPr>
          <w:b w:val="0"/>
          <w:i w:val="0"/>
        </w:rPr>
        <w:t xml:space="preserve">Bạn cũng có thể định nghĩa màu tùy chỉnh bằng mô hình màu RGB. Để định nghĩa một màu, hãy truyền cho đối số </w:t>
      </w:r>
      <w:r>
        <w:rPr>
          <w:rFonts w:ascii="Consolas" w:hAnsi="Consolas"/>
          <w:b w:val="0"/>
          <w:i w:val="0"/>
          <w:sz w:val="20"/>
        </w:rPr>
        <w:t>color</w:t>
      </w:r>
      <w:r>
        <w:rPr>
          <w:b w:val="0"/>
          <w:i w:val="0"/>
        </w:rPr>
        <w:t xml:space="preserve"> một tuple gồm ba giá trị số thực (lần lượt cho đỏ, xanh lá và xanh dương, theo thứ tự đó), với các giá trị nằm trong khoảng từ 0 đến 1. Ví dụ, dòng sau tạo ra một biểu đồ với các chấm màu xanh lá nhạt:</w:t>
      </w:r>
    </w:p>
    <w:p>
      <w:pPr>
        <w:spacing w:after="80"/>
      </w:pPr>
      <w:r>
        <w:rPr>
          <w:b w:val="0"/>
          <w:i w:val="0"/>
        </w:rPr>
        <w:t>ax.scatter(x_values, y_values, color=(0, 0.8, 0), s=10)</w:t>
      </w:r>
    </w:p>
    <w:p>
      <w:pPr>
        <w:spacing w:after="80"/>
      </w:pPr>
      <w:r>
        <w:rPr>
          <w:b w:val="0"/>
          <w:i w:val="0"/>
        </w:rPr>
        <w:t>Giá trị càng gần 0 thì màu càng đậm, còn giá trị càng gần 1 thì màu càng nhạt.</w:t>
      </w:r>
    </w:p>
    <w:p>
      <w:pPr>
        <w:pStyle w:val="Heading3"/>
      </w:pPr>
      <w:r>
        <w:rPr>
          <w:rFonts w:ascii="Calibri" w:hAnsi="Calibri"/>
          <w:b/>
          <w:i w:val="0"/>
          <w:sz w:val="27"/>
        </w:rPr>
        <w:t>Sử dụng bảng màu (colormap)</w:t>
      </w:r>
    </w:p>
    <w:p>
      <w:pPr>
        <w:spacing w:after="80"/>
      </w:pPr>
      <w:r>
        <w:rPr>
          <w:b w:val="0"/>
          <w:i/>
        </w:rPr>
        <w:t>Colormap</w:t>
      </w:r>
      <w:r>
        <w:rPr>
          <w:b w:val="0"/>
          <w:i w:val="0"/>
        </w:rPr>
        <w:t xml:space="preserve"> (bảng màu) là một dãy màu theo dải chuyển sắc từ màu bắt đầu đến màu kết thúc. Trong trực quan hóa, colormap được dùng để làm nổi bật các quy luật trong dữ liệu. Ví dụ, bạn có thể cho các giá trị thấp là màu nhạt và các giá trị cao là màu đậm hơn. Sử dụng colormap đảm bảo rằng mọi điểm trong trực quan hóa đều biến đổi màu một cách mượt mà và chính xác theo một thang màu được thiết kế tốt.</w:t>
      </w:r>
    </w:p>
    <w:p>
      <w:pPr>
        <w:spacing w:after="80"/>
      </w:pPr>
      <w:r>
        <w:rPr>
          <w:b w:val="0"/>
          <w:i w:val="0"/>
        </w:rPr>
        <w:t xml:space="preserve">Mô-đun </w:t>
      </w:r>
      <w:r>
        <w:rPr>
          <w:rFonts w:ascii="Consolas" w:hAnsi="Consolas"/>
          <w:b w:val="0"/>
          <w:i w:val="0"/>
          <w:sz w:val="20"/>
        </w:rPr>
        <w:t>pyplot</w:t>
      </w:r>
      <w:r>
        <w:rPr>
          <w:b w:val="0"/>
          <w:i w:val="0"/>
        </w:rPr>
        <w:t xml:space="preserve"> bao gồm một bộ colormap có sẵn. Để dùng một trong những colormap này, bạn cần chỉ định cách </w:t>
      </w:r>
      <w:r>
        <w:rPr>
          <w:rFonts w:ascii="Consolas" w:hAnsi="Consolas"/>
          <w:b w:val="0"/>
          <w:i w:val="0"/>
          <w:sz w:val="20"/>
        </w:rPr>
        <w:t>pyplot</w:t>
      </w:r>
      <w:r>
        <w:rPr>
          <w:b w:val="0"/>
          <w:i w:val="0"/>
        </w:rPr>
        <w:t xml:space="preserve"> gán màu cho từng điểm trong tập dữ liệu. Đây là cách gán màu cho từng điểm, dựa trên giá trị </w:t>
      </w:r>
      <w:r>
        <w:rPr>
          <w:b w:val="0"/>
          <w:i/>
        </w:rPr>
        <w:t>y</w:t>
      </w:r>
      <w:r>
        <w:rPr>
          <w:b w:val="0"/>
          <w:i w:val="0"/>
        </w:rPr>
        <w:t xml:space="preserve"> của nó:</w:t>
      </w:r>
    </w:p>
    <w:p>
      <w:pPr>
        <w:spacing w:after="80"/>
      </w:pPr>
      <w:r>
        <w:rPr>
          <w:b w:val="0"/>
          <w:i w:val="0"/>
        </w:rPr>
        <w:t>scatter_squares.py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ax.scatter(x_values, y_values, c=y_values, cmap=plt.cm.Blues, s=10)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chart title and label axes.</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Đối số </w:t>
      </w:r>
      <w:r>
        <w:rPr>
          <w:rFonts w:ascii="Consolas" w:hAnsi="Consolas"/>
          <w:b w:val="0"/>
          <w:i w:val="0"/>
          <w:sz w:val="20"/>
        </w:rPr>
        <w:t>c</w:t>
      </w:r>
      <w:r>
        <w:rPr>
          <w:b w:val="0"/>
          <w:i w:val="0"/>
        </w:rPr>
        <w:t xml:space="preserve"> tương tự như </w:t>
      </w:r>
      <w:r>
        <w:rPr>
          <w:rFonts w:ascii="Consolas" w:hAnsi="Consolas"/>
          <w:b w:val="0"/>
          <w:i w:val="0"/>
          <w:sz w:val="20"/>
        </w:rPr>
        <w:t>color</w:t>
      </w:r>
      <w:r>
        <w:rPr>
          <w:b w:val="0"/>
          <w:i w:val="0"/>
        </w:rPr>
        <w:t xml:space="preserve">, nhưng nó được dùng để liên kết một dãy giá trị với một ánh xạ màu. Ta truyền danh sách các giá trị </w:t>
      </w:r>
      <w:r>
        <w:rPr>
          <w:b w:val="0"/>
          <w:i/>
        </w:rPr>
        <w:t>y</w:t>
      </w:r>
      <w:r>
        <w:rPr>
          <w:b w:val="0"/>
          <w:i w:val="0"/>
        </w:rPr>
        <w:t xml:space="preserve"> cho </w:t>
      </w:r>
      <w:r>
        <w:rPr>
          <w:rFonts w:ascii="Consolas" w:hAnsi="Consolas"/>
          <w:b w:val="0"/>
          <w:i w:val="0"/>
          <w:sz w:val="20"/>
        </w:rPr>
        <w:t>c</w:t>
      </w:r>
      <w:r>
        <w:rPr>
          <w:b w:val="0"/>
          <w:i w:val="0"/>
        </w:rPr>
        <w:t xml:space="preserve">, rồi cho </w:t>
      </w:r>
      <w:r>
        <w:rPr>
          <w:rFonts w:ascii="Consolas" w:hAnsi="Consolas"/>
          <w:b w:val="0"/>
          <w:i w:val="0"/>
          <w:sz w:val="20"/>
        </w:rPr>
        <w:t>pyplot</w:t>
      </w:r>
      <w:r>
        <w:rPr>
          <w:b w:val="0"/>
          <w:i w:val="0"/>
        </w:rPr>
        <w:t xml:space="preserve"> biết nên dùng colormap nào thông qua đối số </w:t>
      </w:r>
      <w:r>
        <w:rPr>
          <w:rFonts w:ascii="Consolas" w:hAnsi="Consolas"/>
          <w:b w:val="0"/>
          <w:i w:val="0"/>
          <w:sz w:val="20"/>
        </w:rPr>
        <w:t>cmap</w:t>
      </w:r>
      <w:r>
        <w:rPr>
          <w:b w:val="0"/>
          <w:i w:val="0"/>
        </w:rPr>
        <w:t xml:space="preserve">. Đoạn mã này tô các điểm có giá trị </w:t>
      </w:r>
      <w:r>
        <w:rPr>
          <w:b w:val="0"/>
          <w:i/>
        </w:rPr>
        <w:t>y</w:t>
      </w:r>
      <w:r>
        <w:rPr>
          <w:b w:val="0"/>
          <w:i w:val="0"/>
        </w:rPr>
        <w:t xml:space="preserve"> thấp bằng màu xanh dương nhạt và các điểm có giá trị </w:t>
      </w:r>
      <w:r>
        <w:rPr>
          <w:b w:val="0"/>
          <w:i/>
        </w:rPr>
        <w:t>y</w:t>
      </w:r>
      <w:r>
        <w:rPr>
          <w:b w:val="0"/>
          <w:i w:val="0"/>
        </w:rPr>
        <w:t xml:space="preserve"> cao bằng màu xanh dương đậm. Hình 15-8 cho thấy biểu đồ thu được.</w:t>
      </w:r>
    </w:p>
    <w:p>
      <w:pPr>
        <w:spacing w:before="120" w:after="40"/>
      </w:pPr>
      <w:r>
        <w:rPr>
          <w:b/>
          <w:sz w:val="21"/>
        </w:rPr>
        <w:t>Ghi chú</w:t>
      </w:r>
    </w:p>
    <w:p>
      <w:pPr>
        <w:spacing w:after="80"/>
      </w:pPr>
      <w:r>
        <w:rPr>
          <w:b w:val="0"/>
          <w:i w:val="0"/>
        </w:rPr>
        <w:t xml:space="preserve">Bạn có thể xem tất cả các colormap có sẵn trong </w:t>
      </w:r>
      <w:r>
        <w:rPr>
          <w:rFonts w:ascii="Consolas" w:hAnsi="Consolas"/>
          <w:b w:val="0"/>
          <w:i w:val="0"/>
          <w:sz w:val="20"/>
        </w:rPr>
        <w:t>pyplot</w:t>
      </w:r>
      <w:r>
        <w:rPr>
          <w:b w:val="0"/>
          <w:i w:val="0"/>
        </w:rPr>
        <w:t xml:space="preserve"> tại https://matplotlib.org. Vào mục Tutorials, cuộn xuống phần Colors, và bấm vào </w:t>
      </w:r>
      <w:r>
        <w:rPr>
          <w:b/>
          <w:i w:val="0"/>
        </w:rPr>
        <w:t>Choosing Colormaps in Matplotlib</w:t>
      </w:r>
      <w:r>
        <w:rPr>
          <w:b w:val="0"/>
          <w:i w:val="0"/>
        </w:rPr>
        <w:t>.</w:t>
      </w:r>
    </w:p>
    <w:p>
      <w:pPr>
        <w:jc w:val="center"/>
      </w:pPr>
      <w:r>
        <w:drawing>
          <wp:inline xmlns:a="http://schemas.openxmlformats.org/drawingml/2006/main" xmlns:pic="http://schemas.openxmlformats.org/drawingml/2006/picture">
            <wp:extent cx="5486400" cy="3264961"/>
            <wp:docPr id="43" name="Picture 43"/>
            <wp:cNvGraphicFramePr>
              <a:graphicFrameLocks noChangeAspect="1"/>
            </wp:cNvGraphicFramePr>
            <a:graphic>
              <a:graphicData uri="http://schemas.openxmlformats.org/drawingml/2006/picture">
                <pic:pic>
                  <pic:nvPicPr>
                    <pic:cNvPr id="0" name="image_rsrcBJ7.jpg"/>
                    <pic:cNvPicPr/>
                  </pic:nvPicPr>
                  <pic:blipFill>
                    <a:blip r:embed="rId36"/>
                    <a:stretch>
                      <a:fillRect/>
                    </a:stretch>
                  </pic:blipFill>
                  <pic:spPr>
                    <a:xfrm>
                      <a:off x="0" y="0"/>
                      <a:ext cx="5486400" cy="3264961"/>
                    </a:xfrm>
                    <a:prstGeom prst="rect"/>
                  </pic:spPr>
                </pic:pic>
              </a:graphicData>
            </a:graphic>
          </wp:inline>
        </w:drawing>
      </w:r>
    </w:p>
    <w:p>
      <w:pPr>
        <w:spacing w:after="80"/>
      </w:pPr>
      <w:r>
        <w:rPr>
          <w:b w:val="0"/>
          <w:i w:val="0"/>
        </w:rPr>
        <w:t xml:space="preserve">Hình 15-8: Một biểu đồ dùng colormap </w:t>
      </w:r>
      <w:r>
        <w:rPr>
          <w:rFonts w:ascii="Consolas" w:hAnsi="Consolas"/>
          <w:b w:val="0"/>
          <w:i w:val="0"/>
          <w:sz w:val="20"/>
        </w:rPr>
        <w:t>Blues</w:t>
      </w:r>
    </w:p>
    <w:p>
      <w:pPr>
        <w:pStyle w:val="Heading3"/>
      </w:pPr>
      <w:r>
        <w:rPr>
          <w:rFonts w:ascii="Calibri" w:hAnsi="Calibri"/>
          <w:b/>
          <w:i w:val="0"/>
          <w:sz w:val="27"/>
        </w:rPr>
        <w:t>Lưu biểu đồ của bạn tự động</w:t>
      </w:r>
    </w:p>
    <w:p>
      <w:pPr>
        <w:spacing w:after="80"/>
      </w:pPr>
      <w:r>
        <w:rPr>
          <w:b w:val="0"/>
          <w:i w:val="0"/>
        </w:rPr>
        <w:t xml:space="preserve">Nếu bạn muốn lưu biểu đồ ra file thay vì hiển thị trong trình xem Matplotlib, bạn có thể dùng </w:t>
      </w:r>
      <w:r>
        <w:rPr>
          <w:rFonts w:ascii="Consolas" w:hAnsi="Consolas"/>
          <w:b w:val="0"/>
          <w:i w:val="0"/>
          <w:sz w:val="20"/>
        </w:rPr>
        <w:t>plt.savefig()</w:t>
      </w:r>
      <w:r>
        <w:rPr>
          <w:b w:val="0"/>
          <w:i w:val="0"/>
        </w:rPr>
        <w:t xml:space="preserve"> thay cho </w:t>
      </w:r>
      <w:r>
        <w:rPr>
          <w:rFonts w:ascii="Consolas" w:hAnsi="Consolas"/>
          <w:b w:val="0"/>
          <w:i w:val="0"/>
          <w:sz w:val="20"/>
        </w:rPr>
        <w:t>plt.show()</w:t>
      </w:r>
      <w:r>
        <w:rPr>
          <w:b w:val="0"/>
          <w:i w:val="0"/>
        </w:rPr>
        <w:t>:</w:t>
      </w:r>
    </w:p>
    <w:p>
      <w:pPr>
        <w:spacing w:after="80"/>
      </w:pPr>
      <w:r>
        <w:rPr>
          <w:b w:val="0"/>
          <w:i w:val="0"/>
        </w:rPr>
        <w:t>plt.savefig('squares_plot.png', bbox_inches='tight')</w:t>
      </w:r>
    </w:p>
    <w:p>
      <w:pPr>
        <w:spacing w:after="80"/>
      </w:pPr>
      <w:r>
        <w:rPr>
          <w:b w:val="0"/>
          <w:i w:val="0"/>
        </w:rPr>
        <w:t xml:space="preserve">Đối số đầu tiên là tên file cho ảnh biểu đồ, file này sẽ được lưu cùng thư mục với </w:t>
      </w:r>
      <w:r>
        <w:rPr>
          <w:b w:val="0"/>
          <w:i/>
        </w:rPr>
        <w:t>scatter_squares.py</w:t>
      </w:r>
      <w:r>
        <w:rPr>
          <w:b w:val="0"/>
          <w:i w:val="0"/>
        </w:rPr>
        <w:t xml:space="preserve">. Đối số thứ hai cắt bớt khoảng trắng thừa xung quanh biểu đồ. Nếu bạn muốn giữ khoảng trắng thừa quanh biểu đồ, bạn có thể bỏ qua đối số này. Bạn cũng có thể gọi </w:t>
      </w:r>
      <w:r>
        <w:rPr>
          <w:rFonts w:ascii="Consolas" w:hAnsi="Consolas"/>
          <w:b w:val="0"/>
          <w:i w:val="0"/>
          <w:sz w:val="20"/>
        </w:rPr>
        <w:t>savefig()</w:t>
      </w:r>
      <w:r>
        <w:rPr>
          <w:b w:val="0"/>
          <w:i w:val="0"/>
        </w:rPr>
        <w:t xml:space="preserve"> với một đối tượng </w:t>
      </w:r>
      <w:r>
        <w:rPr>
          <w:rFonts w:ascii="Consolas" w:hAnsi="Consolas"/>
          <w:b w:val="0"/>
          <w:i w:val="0"/>
          <w:sz w:val="20"/>
        </w:rPr>
        <w:t>Path</w:t>
      </w:r>
      <w:r>
        <w:rPr>
          <w:b w:val="0"/>
          <w:i w:val="0"/>
        </w:rPr>
        <w:t>, và ghi file kết quả ra bất kỳ đâu bạn muốn trên hệ thống của mình.</w:t>
      </w:r>
    </w:p>
    <w:p>
      <w:pPr>
        <w:spacing w:before="120" w:after="40"/>
      </w:pPr>
      <w:r>
        <w:rPr>
          <w:b/>
          <w:sz w:val="21"/>
        </w:rPr>
        <w:t>Tự thực hành</w:t>
      </w:r>
    </w:p>
    <w:p>
      <w:pPr>
        <w:spacing w:after="80"/>
      </w:pPr>
      <w:r>
        <w:rPr>
          <w:b/>
          <w:i w:val="0"/>
        </w:rPr>
        <w:t>15-1. Lập phương:</w:t>
      </w:r>
      <w:r>
        <w:rPr>
          <w:b w:val="0"/>
          <w:i w:val="0"/>
        </w:rPr>
        <w:t xml:space="preserve"> Một số được nâng lên lũy thừa bậc ba gọi là một </w:t>
      </w:r>
      <w:r>
        <w:rPr>
          <w:b w:val="0"/>
          <w:i/>
        </w:rPr>
        <w:t>lập phương</w:t>
      </w:r>
      <w:r>
        <w:rPr>
          <w:b w:val="0"/>
          <w:i w:val="0"/>
        </w:rPr>
        <w:t>. Hãy vẽ biểu đồ năm số lập phương đầu tiên, rồi vẽ biểu đồ 5.000 số lập phương đầu tiên.</w:t>
      </w:r>
    </w:p>
    <w:p>
      <w:pPr>
        <w:spacing w:after="80"/>
      </w:pPr>
      <w:r>
        <w:rPr>
          <w:b/>
          <w:i w:val="0"/>
        </w:rPr>
        <w:t>15-2. Lập phương có màu:</w:t>
      </w:r>
      <w:r>
        <w:rPr>
          <w:b w:val="0"/>
          <w:i w:val="0"/>
        </w:rPr>
        <w:t xml:space="preserve"> Hãy áp dụng một bảng màu (colormap) cho biểu đồ lập phương của bạn.</w:t>
      </w:r>
    </w:p>
    <w:p>
      <w:pPr>
        <w:pStyle w:val="Heading2"/>
      </w:pPr>
      <w:r>
        <w:rPr>
          <w:rFonts w:ascii="Calibri" w:hAnsi="Calibri"/>
          <w:b/>
          <w:i w:val="0"/>
          <w:sz w:val="32"/>
        </w:rPr>
        <w:t>Bước đi ngẫu nhiên</w:t>
      </w:r>
    </w:p>
    <w:p>
      <w:pPr>
        <w:spacing w:after="80"/>
      </w:pPr>
      <w:r>
        <w:rPr>
          <w:b w:val="0"/>
          <w:i w:val="0"/>
        </w:rPr>
        <w:t xml:space="preserve">Trong phần này, chúng ta sẽ dùng Python để tạo dữ liệu cho một bước đi ngẫu nhiên rồi dùng Matplotlib để tạo ra một hình ảnh trực quan hấp dẫn cho dữ liệu đó. Một </w:t>
      </w:r>
      <w:r>
        <w:rPr>
          <w:b w:val="0"/>
          <w:i/>
        </w:rPr>
        <w:t>bước đi ngẫu nhiên</w:t>
      </w:r>
      <w:r>
        <w:rPr>
          <w:b w:val="0"/>
          <w:i w:val="0"/>
        </w:rPr>
        <w:t xml:space="preserve"> (random walk) là một đường đi được quyết định bởi một chuỗi các lựa chọn đơn giản, mỗi lựa chọn hoàn toàn phụ thuộc vào may mắn. Bạn có thể hình dung bước đi ngẫu nhiên như đường đi của một chú kiến lúng túng nếu nó bước mỗi bước theo một hướng ngẫu nhiên.</w:t>
      </w:r>
    </w:p>
    <w:p>
      <w:pPr>
        <w:spacing w:after="80"/>
      </w:pPr>
      <w:r>
        <w:rPr>
          <w:b w:val="0"/>
          <w:i w:val="0"/>
        </w:rPr>
        <w:t>Bước đi ngẫu nhiên có những ứng dụng thực tế trong tự nhiên, vật lý, sinh học, hóa học và kinh tế. Ví dụ, một hạt phấn hoa nổi trên một giọt nước di chuyển khắp bề mặt nước vì nó liên tục bị các phân tử nước đẩy tới đẩy lui. Chuyển động phân tử trong một giọt nước là ngẫu nhiên, nên đường đi mà hạt phấn hoa vạch ra trên bề mặt là một bước đi ngẫu nhiên. Đoạn code chúng ta viết tiếp theo sẽ mô phỏng rất nhiều tình huống trong thực tế.</w:t>
      </w:r>
    </w:p>
    <w:p>
      <w:pPr>
        <w:pStyle w:val="Heading3"/>
      </w:pPr>
      <w:r>
        <w:rPr>
          <w:rFonts w:ascii="Calibri" w:hAnsi="Calibri"/>
          <w:b/>
          <w:i w:val="0"/>
          <w:sz w:val="27"/>
        </w:rPr>
        <w:t>Tạo lớp RandomWalk</w:t>
      </w:r>
    </w:p>
    <w:p>
      <w:pPr>
        <w:spacing w:after="80"/>
      </w:pPr>
      <w:r>
        <w:rPr>
          <w:b w:val="0"/>
          <w:i w:val="0"/>
        </w:rPr>
        <w:t xml:space="preserve">Để tạo một bước đi ngẫu nhiên, chúng ta sẽ tạo một lớp </w:t>
      </w:r>
      <w:r>
        <w:rPr>
          <w:rFonts w:ascii="Consolas" w:hAnsi="Consolas"/>
          <w:b w:val="0"/>
          <w:i w:val="0"/>
          <w:sz w:val="20"/>
        </w:rPr>
        <w:t>RandomWalk</w:t>
      </w:r>
      <w:r>
        <w:rPr>
          <w:b w:val="0"/>
          <w:i w:val="0"/>
        </w:rPr>
        <w:t xml:space="preserve">, lớp này sẽ đưa ra các quyết định ngẫu nhiên về hướng mà bước đi nên đi. Lớp này cần ba thuộc tính: một biến để theo dõi số điểm trong bước đi, và hai danh sách để lưu tọa độ </w:t>
      </w:r>
      <w:r>
        <w:rPr>
          <w:b w:val="0"/>
          <w:i/>
        </w:rPr>
        <w:t>x</w:t>
      </w:r>
      <w:r>
        <w:rPr>
          <w:b w:val="0"/>
          <w:i w:val="0"/>
        </w:rPr>
        <w:t xml:space="preserve"> và </w:t>
      </w:r>
      <w:r>
        <w:rPr>
          <w:b w:val="0"/>
          <w:i/>
        </w:rPr>
        <w:t>y</w:t>
      </w:r>
      <w:r>
        <w:rPr>
          <w:b w:val="0"/>
          <w:i w:val="0"/>
        </w:rPr>
        <w:t xml:space="preserve"> của mỗi điểm trong bước đi.</w:t>
      </w:r>
    </w:p>
    <w:p>
      <w:pPr>
        <w:spacing w:after="80"/>
      </w:pPr>
      <w:r>
        <w:rPr>
          <w:b w:val="0"/>
          <w:i w:val="0"/>
        </w:rPr>
        <w:t xml:space="preserve">Chúng ta chỉ cần hai phương thức cho lớp </w:t>
      </w:r>
      <w:r>
        <w:rPr>
          <w:rFonts w:ascii="Consolas" w:hAnsi="Consolas"/>
          <w:b w:val="0"/>
          <w:i w:val="0"/>
          <w:sz w:val="20"/>
        </w:rPr>
        <w:t>RandomWalk</w:t>
      </w:r>
      <w:r>
        <w:rPr>
          <w:b w:val="0"/>
          <w:i w:val="0"/>
        </w:rPr>
        <w:t xml:space="preserve">: phương thức </w:t>
      </w:r>
      <w:r>
        <w:rPr>
          <w:rFonts w:ascii="Consolas" w:hAnsi="Consolas"/>
          <w:b w:val="0"/>
          <w:i w:val="0"/>
          <w:sz w:val="20"/>
        </w:rPr>
        <w:t>__init__()</w:t>
      </w:r>
      <w:r>
        <w:rPr>
          <w:b w:val="0"/>
          <w:i w:val="0"/>
        </w:rPr>
        <w:t xml:space="preserve"> và </w:t>
      </w:r>
      <w:r>
        <w:rPr>
          <w:rFonts w:ascii="Consolas" w:hAnsi="Consolas"/>
          <w:b w:val="0"/>
          <w:i w:val="0"/>
          <w:sz w:val="20"/>
        </w:rPr>
        <w:t>fill_walk()</w:t>
      </w:r>
      <w:r>
        <w:rPr>
          <w:b w:val="0"/>
          <w:i w:val="0"/>
        </w:rPr>
        <w:t xml:space="preserve">, phương thức này sẽ tính toán các điểm trong bước đi. Hãy bắt đầu với phương thức </w:t>
      </w:r>
      <w:r>
        <w:rPr>
          <w:rFonts w:ascii="Consolas" w:hAnsi="Consolas"/>
          <w:b w:val="0"/>
          <w:i w:val="0"/>
          <w:sz w:val="20"/>
        </w:rPr>
        <w:t>__init__()</w:t>
      </w:r>
      <w:r>
        <w:rPr>
          <w:b w:val="0"/>
          <w:i w:val="0"/>
        </w:rPr>
        <w:t>:</w:t>
      </w:r>
    </w:p>
    <w:p>
      <w:pPr>
        <w:spacing w:after="80"/>
      </w:pPr>
      <w:r>
        <w:rPr>
          <w:b w:val="0"/>
          <w:i w:val="0"/>
        </w:rPr>
        <w:t>random_walk.py</w:t>
      </w:r>
    </w:p>
    <w:p>
      <w:pPr>
        <w:spacing w:after="0"/>
        <w:ind w:left="360"/>
        <w:shd w:val="clear" w:color="auto" w:fill="F2F2F2"/>
      </w:pPr>
      <w:r>
        <w:rPr>
          <w:rFonts w:ascii="Consolas" w:hAnsi="Consolas"/>
          <w:b w:val="0"/>
          <w:i w:val="0"/>
          <w:sz w:val="18"/>
        </w:rPr>
        <w:t>❶ from random import choice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RandomWalk:</w:t>
      </w:r>
    </w:p>
    <w:p>
      <w:pPr>
        <w:spacing w:after="0"/>
        <w:ind w:left="360"/>
        <w:shd w:val="clear" w:color="auto" w:fill="F2F2F2"/>
      </w:pPr>
      <w:r>
        <w:rPr>
          <w:rFonts w:ascii="Consolas" w:hAnsi="Consolas"/>
          <w:b w:val="0"/>
          <w:i w:val="0"/>
          <w:sz w:val="18"/>
        </w:rPr>
        <w:t xml:space="preserve">    """A class to generate random walks."""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__init__(self, num_points=5000):</w:t>
      </w:r>
    </w:p>
    <w:p>
      <w:pPr>
        <w:spacing w:after="0"/>
        <w:ind w:left="360"/>
        <w:shd w:val="clear" w:color="auto" w:fill="F2F2F2"/>
      </w:pPr>
      <w:r>
        <w:rPr>
          <w:rFonts w:ascii="Consolas" w:hAnsi="Consolas"/>
          <w:b w:val="0"/>
          <w:i w:val="0"/>
          <w:sz w:val="18"/>
        </w:rPr>
        <w:t xml:space="preserve">        """Initialize attributes of a walk."""</w:t>
      </w:r>
    </w:p>
    <w:p>
      <w:pPr>
        <w:spacing w:after="0"/>
        <w:ind w:left="360"/>
        <w:shd w:val="clear" w:color="auto" w:fill="F2F2F2"/>
      </w:pPr>
      <w:r>
        <w:rPr>
          <w:rFonts w:ascii="Consolas" w:hAnsi="Consolas"/>
          <w:b w:val="0"/>
          <w:i w:val="0"/>
          <w:sz w:val="18"/>
        </w:rPr>
        <w:t xml:space="preserve">        self.num_points = num_points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All walks start at (0, 0).</w:t>
      </w:r>
    </w:p>
    <w:p>
      <w:pPr>
        <w:spacing w:after="0"/>
        <w:ind w:left="360"/>
        <w:shd w:val="clear" w:color="auto" w:fill="F2F2F2"/>
      </w:pPr>
      <w:r>
        <w:rPr>
          <w:rFonts w:ascii="Consolas" w:hAnsi="Consolas"/>
          <w:b w:val="0"/>
          <w:i w:val="0"/>
          <w:sz w:val="18"/>
        </w:rPr>
        <w:t>❸         self.x_values = [0]</w:t>
      </w:r>
    </w:p>
    <w:p>
      <w:pPr>
        <w:spacing w:after="0"/>
        <w:ind w:left="360"/>
        <w:shd w:val="clear" w:color="auto" w:fill="F2F2F2"/>
      </w:pPr>
      <w:r>
        <w:rPr>
          <w:rFonts w:ascii="Consolas" w:hAnsi="Consolas"/>
          <w:b w:val="0"/>
          <w:i w:val="0"/>
          <w:sz w:val="18"/>
        </w:rPr>
        <w:t xml:space="preserve">        self.y_values = [0]</w:t>
      </w:r>
    </w:p>
    <w:p>
      <w:pPr>
        <w:spacing w:after="40"/>
      </w:pPr>
    </w:p>
    <w:p>
      <w:pPr>
        <w:spacing w:after="80"/>
      </w:pPr>
      <w:r>
        <w:rPr>
          <w:b w:val="0"/>
          <w:i w:val="0"/>
        </w:rPr>
        <w:t xml:space="preserve">Để đưa ra các quyết định ngẫu nhiên, chúng ta sẽ lưu các bước đi khả thi trong một danh sách và dùng hàm </w:t>
      </w:r>
      <w:r>
        <w:rPr>
          <w:rFonts w:ascii="Consolas" w:hAnsi="Consolas"/>
          <w:b w:val="0"/>
          <w:i w:val="0"/>
          <w:sz w:val="20"/>
        </w:rPr>
        <w:t>choice()</w:t>
      </w:r>
      <w:r>
        <w:rPr>
          <w:b w:val="0"/>
          <w:i w:val="0"/>
        </w:rPr>
        <w:t xml:space="preserve"> (từ module </w:t>
      </w:r>
      <w:r>
        <w:rPr>
          <w:rFonts w:ascii="Consolas" w:hAnsi="Consolas"/>
          <w:b w:val="0"/>
          <w:i w:val="0"/>
          <w:sz w:val="20"/>
        </w:rPr>
        <w:t>random</w:t>
      </w:r>
      <w:r>
        <w:rPr>
          <w:b w:val="0"/>
          <w:i w:val="0"/>
        </w:rPr>
        <w:t xml:space="preserve">) để quyết định xem mỗi lần bước thì đi hướng nào ❶. Chúng ta đặt số điểm mặc định trong một bước đi là </w:t>
      </w:r>
      <w:r>
        <w:rPr>
          <w:rFonts w:ascii="Consolas" w:hAnsi="Consolas"/>
          <w:b w:val="0"/>
          <w:i w:val="0"/>
          <w:sz w:val="20"/>
        </w:rPr>
        <w:t>5000</w:t>
      </w:r>
      <w:r>
        <w:rPr>
          <w:b w:val="0"/>
          <w:i w:val="0"/>
        </w:rPr>
        <w:t xml:space="preserve">, đủ lớn để tạo ra vài hình mẫu thú vị nhưng cũng đủ nhỏ để tạo bước đi nhanh chóng ❷. Sau đó, chúng ta tạo hai danh sách để lưu các giá trị </w:t>
      </w:r>
      <w:r>
        <w:rPr>
          <w:b w:val="0"/>
          <w:i/>
        </w:rPr>
        <w:t>x</w:t>
      </w:r>
      <w:r>
        <w:rPr>
          <w:b w:val="0"/>
          <w:i w:val="0"/>
        </w:rPr>
        <w:t xml:space="preserve"> và </w:t>
      </w:r>
      <w:r>
        <w:rPr>
          <w:b w:val="0"/>
          <w:i/>
        </w:rPr>
        <w:t>y</w:t>
      </w:r>
      <w:r>
        <w:rPr>
          <w:b w:val="0"/>
          <w:i w:val="0"/>
        </w:rPr>
        <w:t>, và bắt đầu mỗi bước đi tại điểm (0, 0) ❸.</w:t>
      </w:r>
    </w:p>
    <w:p>
      <w:pPr>
        <w:pStyle w:val="Heading3"/>
      </w:pPr>
      <w:r>
        <w:rPr>
          <w:rFonts w:ascii="Calibri" w:hAnsi="Calibri"/>
          <w:b/>
          <w:i w:val="0"/>
          <w:sz w:val="27"/>
        </w:rPr>
        <w:t>Chọn hướng đi</w:t>
      </w:r>
    </w:p>
    <w:p>
      <w:pPr>
        <w:spacing w:after="80"/>
      </w:pPr>
      <w:r>
        <w:rPr>
          <w:b w:val="0"/>
          <w:i w:val="0"/>
        </w:rPr>
        <w:t xml:space="preserve">Chúng ta sẽ dùng phương thức </w:t>
      </w:r>
      <w:r>
        <w:rPr>
          <w:rFonts w:ascii="Consolas" w:hAnsi="Consolas"/>
          <w:b w:val="0"/>
          <w:i w:val="0"/>
          <w:sz w:val="20"/>
        </w:rPr>
        <w:t>fill_walk()</w:t>
      </w:r>
      <w:r>
        <w:rPr>
          <w:b w:val="0"/>
          <w:i w:val="0"/>
        </w:rPr>
        <w:t xml:space="preserve"> để xác định toàn bộ chuỗi điểm trong bước đi. Thêm phương thức này vào </w:t>
      </w:r>
      <w:r>
        <w:rPr>
          <w:b w:val="0"/>
          <w:i/>
        </w:rPr>
        <w:t>random_walk.py</w:t>
      </w:r>
      <w:r>
        <w:rPr>
          <w:b w:val="0"/>
          <w:i w:val="0"/>
        </w:rPr>
        <w:t>:</w:t>
      </w:r>
    </w:p>
    <w:p>
      <w:pPr>
        <w:spacing w:after="80"/>
      </w:pPr>
      <w:r>
        <w:rPr>
          <w:b w:val="0"/>
          <w:i w:val="0"/>
        </w:rPr>
        <w:t>random_walk.py</w:t>
      </w:r>
    </w:p>
    <w:p>
      <w:pPr>
        <w:spacing w:after="80"/>
      </w:pPr>
      <w:r>
        <w:rPr>
          <w:b w:val="0"/>
          <w:i w:val="0"/>
        </w:rPr>
        <w:t>def fill_walk(self):</w:t>
      </w:r>
      <w:r>
        <w:br/>
      </w:r>
      <w:r>
        <w:rPr>
          <w:b w:val="0"/>
          <w:i w:val="0"/>
        </w:rPr>
        <w:t xml:space="preserve">        """Calculate all the points in the walk."""</w:t>
      </w:r>
      <w:r>
        <w:br/>
      </w:r>
      <w:r>
        <w:br/>
      </w:r>
      <w:r>
        <w:rPr>
          <w:b w:val="0"/>
          <w:i w:val="0"/>
        </w:rPr>
        <w:t xml:space="preserve">        # Keep taking steps until the walk reaches the desired length.</w:t>
      </w:r>
      <w:r>
        <w:br/>
      </w:r>
      <w:r>
        <w:rPr>
          <w:b w:val="0"/>
          <w:i w:val="0"/>
        </w:rPr>
        <w:t>❶         while len(self.x_values) &lt; self.num_points:</w:t>
      </w:r>
      <w:r>
        <w:br/>
      </w:r>
      <w:r>
        <w:br/>
      </w:r>
      <w:r>
        <w:rPr>
          <w:b w:val="0"/>
          <w:i w:val="0"/>
        </w:rPr>
        <w:t xml:space="preserve">            # Decide which direction to go, and how far to go.</w:t>
      </w:r>
      <w:r>
        <w:br/>
      </w:r>
      <w:r>
        <w:rPr>
          <w:b w:val="0"/>
          <w:i w:val="0"/>
        </w:rPr>
        <w:t>❷             x_direction = choice([1, -1])</w:t>
      </w:r>
      <w:r>
        <w:br/>
      </w:r>
      <w:r>
        <w:rPr>
          <w:b w:val="0"/>
          <w:i w:val="0"/>
        </w:rPr>
        <w:t xml:space="preserve">            x_distance = choice([0, 1, 2, 3, 4])</w:t>
      </w:r>
      <w:r>
        <w:br/>
      </w:r>
      <w:r>
        <w:rPr>
          <w:b w:val="0"/>
          <w:i w:val="0"/>
        </w:rPr>
        <w:t>❸             x_step = x_direction * x_distance</w:t>
      </w:r>
      <w:r>
        <w:br/>
      </w:r>
      <w:r>
        <w:br/>
      </w:r>
      <w:r>
        <w:rPr>
          <w:b w:val="0"/>
          <w:i w:val="0"/>
        </w:rPr>
        <w:t xml:space="preserve">            y_direction = choice([1, -1])</w:t>
      </w:r>
      <w:r>
        <w:br/>
      </w:r>
      <w:r>
        <w:rPr>
          <w:b w:val="0"/>
          <w:i w:val="0"/>
        </w:rPr>
        <w:t xml:space="preserve">            y_distance = choice([0, 1, 2, 3, 4])</w:t>
      </w:r>
      <w:r>
        <w:br/>
      </w:r>
      <w:r>
        <w:rPr>
          <w:b w:val="0"/>
          <w:i w:val="0"/>
        </w:rPr>
        <w:t>❹             y_step = y_direction * y_distance</w:t>
      </w:r>
      <w:r>
        <w:br/>
      </w:r>
      <w:r>
        <w:br/>
      </w:r>
      <w:r>
        <w:rPr>
          <w:b w:val="0"/>
          <w:i w:val="0"/>
        </w:rPr>
        <w:t xml:space="preserve">            # Reject moves that go nowhere.</w:t>
      </w:r>
      <w:r>
        <w:br/>
      </w:r>
      <w:r>
        <w:rPr>
          <w:b w:val="0"/>
          <w:i w:val="0"/>
        </w:rPr>
        <w:t>❺             if x_step == 0 and y_step == 0:</w:t>
      </w:r>
      <w:r>
        <w:br/>
      </w:r>
      <w:r>
        <w:rPr>
          <w:b w:val="0"/>
          <w:i w:val="0"/>
        </w:rPr>
        <w:t xml:space="preserve">                continue</w:t>
      </w:r>
      <w:r>
        <w:br/>
      </w:r>
      <w:r>
        <w:br/>
      </w:r>
      <w:r>
        <w:rPr>
          <w:b w:val="0"/>
          <w:i w:val="0"/>
        </w:rPr>
        <w:t xml:space="preserve">            # Calculate the new position.</w:t>
      </w:r>
      <w:r>
        <w:br/>
      </w:r>
      <w:r>
        <w:rPr>
          <w:b w:val="0"/>
          <w:i w:val="0"/>
        </w:rPr>
        <w:t>❻             x = self.x_values[-1] + x_step</w:t>
      </w:r>
      <w:r>
        <w:br/>
      </w:r>
      <w:r>
        <w:rPr>
          <w:b w:val="0"/>
          <w:i w:val="0"/>
        </w:rPr>
        <w:t xml:space="preserve">            y = self.y_values[-1] + y_step</w:t>
      </w:r>
      <w:r>
        <w:br/>
      </w:r>
      <w:r>
        <w:br/>
      </w:r>
      <w:r>
        <w:rPr>
          <w:b w:val="0"/>
          <w:i w:val="0"/>
        </w:rPr>
        <w:t xml:space="preserve">            self.x_values.append(x)</w:t>
      </w:r>
      <w:r>
        <w:br/>
      </w:r>
      <w:r>
        <w:rPr>
          <w:b w:val="0"/>
          <w:i w:val="0"/>
        </w:rPr>
        <w:t xml:space="preserve">            self.y_values.append(y)</w:t>
      </w:r>
    </w:p>
    <w:p>
      <w:pPr>
        <w:spacing w:after="80"/>
      </w:pPr>
      <w:r>
        <w:rPr>
          <w:b w:val="0"/>
          <w:i w:val="0"/>
        </w:rPr>
        <w:t xml:space="preserve">Đầu tiên, chúng ta thiết lập một vòng lặp chạy cho đến khi bước đi được lấp đầy với đúng số điểm ❶. Phần chính của </w:t>
      </w:r>
      <w:r>
        <w:rPr>
          <w:rFonts w:ascii="Consolas" w:hAnsi="Consolas"/>
          <w:b w:val="0"/>
          <w:i w:val="0"/>
          <w:sz w:val="20"/>
        </w:rPr>
        <w:t>fill_walk()</w:t>
      </w:r>
      <w:r>
        <w:rPr>
          <w:b w:val="0"/>
          <w:i w:val="0"/>
        </w:rPr>
        <w:t xml:space="preserve"> cho Python biết cách mô phỏng bốn quyết định ngẫu nhiên: Bước đi sẽ sang phải hay sang trái? Nó sẽ đi bao xa theo hướng đó? Nó sẽ đi lên hay đi xuống? Nó sẽ đi bao xa theo hướng đó?</w:t>
      </w:r>
    </w:p>
    <w:p>
      <w:pPr>
        <w:spacing w:after="80"/>
      </w:pPr>
      <w:r>
        <w:rPr>
          <w:b w:val="0"/>
          <w:i w:val="0"/>
        </w:rPr>
        <w:t xml:space="preserve">Chúng ta dùng </w:t>
      </w:r>
      <w:r>
        <w:rPr>
          <w:rFonts w:ascii="Consolas" w:hAnsi="Consolas"/>
          <w:b w:val="0"/>
          <w:i w:val="0"/>
          <w:sz w:val="20"/>
        </w:rPr>
        <w:t>choice([1, -1])</w:t>
      </w:r>
      <w:r>
        <w:rPr>
          <w:b w:val="0"/>
          <w:i w:val="0"/>
        </w:rPr>
        <w:t xml:space="preserve"> để chọn một giá trị cho </w:t>
      </w:r>
      <w:r>
        <w:rPr>
          <w:rFonts w:ascii="Consolas" w:hAnsi="Consolas"/>
          <w:b w:val="0"/>
          <w:i w:val="0"/>
          <w:sz w:val="20"/>
        </w:rPr>
        <w:t>x_direction</w:t>
      </w:r>
      <w:r>
        <w:rPr>
          <w:b w:val="0"/>
          <w:i w:val="0"/>
        </w:rPr>
        <w:t xml:space="preserve">, trả về 1 nếu di chuyển sang phải hoặc −1 nếu di chuyển sang trái ❷. Tiếp theo, </w:t>
      </w:r>
      <w:r>
        <w:rPr>
          <w:rFonts w:ascii="Consolas" w:hAnsi="Consolas"/>
          <w:b w:val="0"/>
          <w:i w:val="0"/>
          <w:sz w:val="20"/>
        </w:rPr>
        <w:t>choice([0, 1, 2, 3, 4])</w:t>
      </w:r>
      <w:r>
        <w:rPr>
          <w:b w:val="0"/>
          <w:i w:val="0"/>
        </w:rPr>
        <w:t xml:space="preserve"> chọn ngẫu nhiên một khoảng cách để di chuyển theo hướng đó. Chúng ta gán giá trị này cho </w:t>
      </w:r>
      <w:r>
        <w:rPr>
          <w:rFonts w:ascii="Consolas" w:hAnsi="Consolas"/>
          <w:b w:val="0"/>
          <w:i w:val="0"/>
          <w:sz w:val="20"/>
        </w:rPr>
        <w:t>x_distance</w:t>
      </w:r>
      <w:r>
        <w:rPr>
          <w:b w:val="0"/>
          <w:i w:val="0"/>
        </w:rPr>
        <w:t>. Việc bao gồm số 0 cho phép khả năng có những bước chỉ di chuyển dọc theo một trục.</w:t>
      </w:r>
    </w:p>
    <w:p>
      <w:pPr>
        <w:spacing w:after="80"/>
      </w:pPr>
      <w:r>
        <w:rPr>
          <w:b w:val="0"/>
          <w:i w:val="0"/>
        </w:rPr>
        <w:t xml:space="preserve">Chúng ta xác định độ dài của mỗi bước theo hướng </w:t>
      </w:r>
      <w:r>
        <w:rPr>
          <w:b w:val="0"/>
          <w:i/>
        </w:rPr>
        <w:t>x</w:t>
      </w:r>
      <w:r>
        <w:rPr>
          <w:b w:val="0"/>
          <w:i w:val="0"/>
        </w:rPr>
        <w:t xml:space="preserve"> và </w:t>
      </w:r>
      <w:r>
        <w:rPr>
          <w:b w:val="0"/>
          <w:i/>
        </w:rPr>
        <w:t>y</w:t>
      </w:r>
      <w:r>
        <w:rPr>
          <w:b w:val="0"/>
          <w:i w:val="0"/>
        </w:rPr>
        <w:t xml:space="preserve"> bằng cách nhân hướng di chuyển với khoảng cách đã chọn ❸ ❹. Kết quả dương cho </w:t>
      </w:r>
      <w:r>
        <w:rPr>
          <w:rFonts w:ascii="Consolas" w:hAnsi="Consolas"/>
          <w:b w:val="0"/>
          <w:i w:val="0"/>
          <w:sz w:val="20"/>
        </w:rPr>
        <w:t>x_step</w:t>
      </w:r>
      <w:r>
        <w:rPr>
          <w:b w:val="0"/>
          <w:i w:val="0"/>
        </w:rPr>
        <w:t xml:space="preserve"> nghĩa là di chuyển sang phải, kết quả âm nghĩa là di chuyển sang trái, và 0 nghĩa là di chuyển theo chiều dọc. Kết quả dương cho </w:t>
      </w:r>
      <w:r>
        <w:rPr>
          <w:rFonts w:ascii="Consolas" w:hAnsi="Consolas"/>
          <w:b w:val="0"/>
          <w:i w:val="0"/>
          <w:sz w:val="20"/>
        </w:rPr>
        <w:t>y_step</w:t>
      </w:r>
      <w:r>
        <w:rPr>
          <w:b w:val="0"/>
          <w:i w:val="0"/>
        </w:rPr>
        <w:t xml:space="preserve"> nghĩa là di chuyển lên, âm nghĩa là di chuyển xuống, và 0 nghĩa là di chuyển theo chiều ngang. Nếu cả </w:t>
      </w:r>
      <w:r>
        <w:rPr>
          <w:rFonts w:ascii="Consolas" w:hAnsi="Consolas"/>
          <w:b w:val="0"/>
          <w:i w:val="0"/>
          <w:sz w:val="20"/>
        </w:rPr>
        <w:t>x_step</w:t>
      </w:r>
      <w:r>
        <w:rPr>
          <w:b w:val="0"/>
          <w:i w:val="0"/>
        </w:rPr>
        <w:t xml:space="preserve"> và </w:t>
      </w:r>
      <w:r>
        <w:rPr>
          <w:rFonts w:ascii="Consolas" w:hAnsi="Consolas"/>
          <w:b w:val="0"/>
          <w:i w:val="0"/>
          <w:sz w:val="20"/>
        </w:rPr>
        <w:t>y_step</w:t>
      </w:r>
      <w:r>
        <w:rPr>
          <w:b w:val="0"/>
          <w:i w:val="0"/>
        </w:rPr>
        <w:t xml:space="preserve"> đều bằng 0, bước đi không đi đến đâu cả; khi điều này xảy ra, chúng ta tiếp tục vòng lặp ❺.</w:t>
      </w:r>
    </w:p>
    <w:p>
      <w:pPr>
        <w:spacing w:after="80"/>
      </w:pPr>
      <w:r>
        <w:rPr>
          <w:b w:val="0"/>
          <w:i w:val="0"/>
        </w:rPr>
        <w:t xml:space="preserve">Để có giá trị </w:t>
      </w:r>
      <w:r>
        <w:rPr>
          <w:b w:val="0"/>
          <w:i/>
        </w:rPr>
        <w:t>x</w:t>
      </w:r>
      <w:r>
        <w:rPr>
          <w:b w:val="0"/>
          <w:i w:val="0"/>
        </w:rPr>
        <w:t xml:space="preserve"> tiếp theo cho bước đi, chúng ta cộng giá trị trong </w:t>
      </w:r>
      <w:r>
        <w:rPr>
          <w:rFonts w:ascii="Consolas" w:hAnsi="Consolas"/>
          <w:b w:val="0"/>
          <w:i w:val="0"/>
          <w:sz w:val="20"/>
        </w:rPr>
        <w:t>x_step</w:t>
      </w:r>
      <w:r>
        <w:rPr>
          <w:b w:val="0"/>
          <w:i w:val="0"/>
        </w:rPr>
        <w:t xml:space="preserve"> vào giá trị cuối cùng được lưu trong </w:t>
      </w:r>
      <w:r>
        <w:rPr>
          <w:rFonts w:ascii="Consolas" w:hAnsi="Consolas"/>
          <w:b w:val="0"/>
          <w:i w:val="0"/>
          <w:sz w:val="20"/>
        </w:rPr>
        <w:t>x_values</w:t>
      </w:r>
      <w:r>
        <w:rPr>
          <w:b w:val="0"/>
          <w:i w:val="0"/>
        </w:rPr>
        <w:t xml:space="preserve"> ❻ và làm tương tự cho các giá trị </w:t>
      </w:r>
      <w:r>
        <w:rPr>
          <w:b w:val="0"/>
          <w:i/>
        </w:rPr>
        <w:t>y</w:t>
      </w:r>
      <w:r>
        <w:rPr>
          <w:b w:val="0"/>
          <w:i w:val="0"/>
        </w:rPr>
        <w:t xml:space="preserve">. Khi đã có tọa độ của điểm mới, chúng ta thêm chúng vào </w:t>
      </w:r>
      <w:r>
        <w:rPr>
          <w:rFonts w:ascii="Consolas" w:hAnsi="Consolas"/>
          <w:b w:val="0"/>
          <w:i w:val="0"/>
          <w:sz w:val="20"/>
        </w:rPr>
        <w:t>x_values</w:t>
      </w:r>
      <w:r>
        <w:rPr>
          <w:b w:val="0"/>
          <w:i w:val="0"/>
        </w:rPr>
        <w:t xml:space="preserve"> và </w:t>
      </w:r>
      <w:r>
        <w:rPr>
          <w:rFonts w:ascii="Consolas" w:hAnsi="Consolas"/>
          <w:b w:val="0"/>
          <w:i w:val="0"/>
          <w:sz w:val="20"/>
        </w:rPr>
        <w:t>y_values</w:t>
      </w:r>
      <w:r>
        <w:rPr>
          <w:b w:val="0"/>
          <w:i w:val="0"/>
        </w:rPr>
        <w:t>.</w:t>
      </w:r>
    </w:p>
    <w:p>
      <w:pPr>
        <w:pStyle w:val="Heading3"/>
      </w:pPr>
      <w:r>
        <w:rPr>
          <w:rFonts w:ascii="Calibri" w:hAnsi="Calibri"/>
          <w:b/>
          <w:i w:val="0"/>
          <w:sz w:val="27"/>
        </w:rPr>
        <w:t>Vẽ đồ thị bước đi ngẫu nhiên</w:t>
      </w:r>
    </w:p>
    <w:p>
      <w:pPr>
        <w:spacing w:after="80"/>
      </w:pPr>
      <w:r>
        <w:rPr>
          <w:b w:val="0"/>
          <w:i w:val="0"/>
        </w:rPr>
        <w:t>Đây là đoạn mã để vẽ tất cả các điểm trong bước đi:</w:t>
      </w:r>
    </w:p>
    <w:p>
      <w:pPr>
        <w:spacing w:after="80"/>
      </w:pPr>
      <w:r>
        <w:rPr>
          <w:b w:val="0"/>
          <w:i w:val="0"/>
        </w:rPr>
        <w:t>rw_visual.py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random_walk import RandomWalk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 random walk.</w:t>
      </w:r>
    </w:p>
    <w:p>
      <w:pPr>
        <w:spacing w:after="0"/>
        <w:ind w:left="360"/>
        <w:shd w:val="clear" w:color="auto" w:fill="F2F2F2"/>
      </w:pPr>
      <w:r>
        <w:rPr>
          <w:rFonts w:ascii="Consolas" w:hAnsi="Consolas"/>
          <w:b w:val="0"/>
          <w:i w:val="0"/>
          <w:sz w:val="18"/>
        </w:rPr>
        <w:t>❶ rw = RandomWalk()</w:t>
      </w:r>
    </w:p>
    <w:p>
      <w:pPr>
        <w:spacing w:after="0"/>
        <w:ind w:left="360"/>
        <w:shd w:val="clear" w:color="auto" w:fill="F2F2F2"/>
      </w:pPr>
      <w:r>
        <w:rPr>
          <w:rFonts w:ascii="Consolas" w:hAnsi="Consolas"/>
          <w:b w:val="0"/>
          <w:i w:val="0"/>
          <w:sz w:val="18"/>
        </w:rPr>
        <w:t>rw.fill_walk()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Plot the points in the walk.</w:t>
      </w:r>
    </w:p>
    <w:p>
      <w:pPr>
        <w:spacing w:after="0"/>
        <w:ind w:left="360"/>
        <w:shd w:val="clear" w:color="auto" w:fill="F2F2F2"/>
      </w:pPr>
      <w:r>
        <w:rPr>
          <w:rFonts w:ascii="Consolas" w:hAnsi="Consolas"/>
          <w:b w:val="0"/>
          <w:i w:val="0"/>
          <w:sz w:val="18"/>
        </w:rPr>
        <w:t>plt.style.use('classic')</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❷ ax.scatter(rw.x_values, rw.y_values, s=15)</w:t>
      </w:r>
    </w:p>
    <w:p>
      <w:pPr>
        <w:spacing w:after="0"/>
        <w:ind w:left="360"/>
        <w:shd w:val="clear" w:color="auto" w:fill="F2F2F2"/>
      </w:pPr>
      <w:r>
        <w:rPr>
          <w:rFonts w:ascii="Consolas" w:hAnsi="Consolas"/>
          <w:b w:val="0"/>
          <w:i w:val="0"/>
          <w:sz w:val="18"/>
        </w:rPr>
        <w:t>❸ ax.set_aspect('equal')</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Chúng ta bắt đầu bằng việc import </w:t>
      </w:r>
      <w:r>
        <w:rPr>
          <w:rFonts w:ascii="Consolas" w:hAnsi="Consolas"/>
          <w:b w:val="0"/>
          <w:i w:val="0"/>
          <w:sz w:val="20"/>
        </w:rPr>
        <w:t>pyplot</w:t>
      </w:r>
      <w:r>
        <w:rPr>
          <w:b w:val="0"/>
          <w:i w:val="0"/>
        </w:rPr>
        <w:t xml:space="preserve"> và </w:t>
      </w:r>
      <w:r>
        <w:rPr>
          <w:rFonts w:ascii="Consolas" w:hAnsi="Consolas"/>
          <w:b w:val="0"/>
          <w:i w:val="0"/>
          <w:sz w:val="20"/>
        </w:rPr>
        <w:t>RandomWalk</w:t>
      </w:r>
      <w:r>
        <w:rPr>
          <w:b w:val="0"/>
          <w:i w:val="0"/>
        </w:rPr>
        <w:t xml:space="preserve">. Sau đó, chúng ta tạo một bước đi ngẫu nhiên và gán nó cho </w:t>
      </w:r>
      <w:r>
        <w:rPr>
          <w:rFonts w:ascii="Consolas" w:hAnsi="Consolas"/>
          <w:b w:val="0"/>
          <w:i w:val="0"/>
          <w:sz w:val="20"/>
        </w:rPr>
        <w:t>rw</w:t>
      </w:r>
      <w:r>
        <w:rPr>
          <w:b w:val="0"/>
          <w:i w:val="0"/>
        </w:rPr>
        <w:t xml:space="preserve"> ❶, nhớ gọi </w:t>
      </w:r>
      <w:r>
        <w:rPr>
          <w:rFonts w:ascii="Consolas" w:hAnsi="Consolas"/>
          <w:b w:val="0"/>
          <w:i w:val="0"/>
          <w:sz w:val="20"/>
        </w:rPr>
        <w:t>fill_walk()</w:t>
      </w:r>
      <w:r>
        <w:rPr>
          <w:b w:val="0"/>
          <w:i w:val="0"/>
        </w:rPr>
        <w:t xml:space="preserve">. Để trực quan hóa bước đi, chúng ta đưa các giá trị </w:t>
      </w:r>
      <w:r>
        <w:rPr>
          <w:b w:val="0"/>
          <w:i/>
        </w:rPr>
        <w:t>x</w:t>
      </w:r>
      <w:r>
        <w:rPr>
          <w:b w:val="0"/>
          <w:i w:val="0"/>
        </w:rPr>
        <w:t xml:space="preserve"> và </w:t>
      </w:r>
      <w:r>
        <w:rPr>
          <w:b w:val="0"/>
          <w:i/>
        </w:rPr>
        <w:t>y</w:t>
      </w:r>
      <w:r>
        <w:rPr>
          <w:b w:val="0"/>
          <w:i w:val="0"/>
        </w:rPr>
        <w:t xml:space="preserve"> của bước đi vào </w:t>
      </w:r>
      <w:r>
        <w:rPr>
          <w:rFonts w:ascii="Consolas" w:hAnsi="Consolas"/>
          <w:b w:val="0"/>
          <w:i w:val="0"/>
          <w:sz w:val="20"/>
        </w:rPr>
        <w:t>scatter()</w:t>
      </w:r>
      <w:r>
        <w:rPr>
          <w:b w:val="0"/>
          <w:i w:val="0"/>
        </w:rPr>
        <w:t xml:space="preserve"> và chọn một kích thước điểm phù hợp ❷. Mặc định, Matplotlib chia tỷ lệ mỗi trục một cách độc lập. Nhưng cách đó sẽ kéo giãn hầu hết các bước đi theo chiều ngang hoặc chiều dọc. Ở đây, chúng ta dùng phương thức </w:t>
      </w:r>
      <w:r>
        <w:rPr>
          <w:rFonts w:ascii="Consolas" w:hAnsi="Consolas"/>
          <w:b w:val="0"/>
          <w:i w:val="0"/>
          <w:sz w:val="20"/>
        </w:rPr>
        <w:t>set_aspect()</w:t>
      </w:r>
      <w:r>
        <w:rPr>
          <w:b w:val="0"/>
          <w:i w:val="0"/>
        </w:rPr>
        <w:t xml:space="preserve"> để chỉ định rằng cả hai trục nên có khoảng cách bằng nhau giữa các vạch chia ❸.</w:t>
      </w:r>
    </w:p>
    <w:p>
      <w:pPr>
        <w:spacing w:after="80"/>
      </w:pPr>
      <w:r>
        <w:rPr>
          <w:b w:val="0"/>
          <w:i w:val="0"/>
        </w:rPr>
        <w:t xml:space="preserve">Hình 15-9 cho thấy đồ thị kết quả với 5.000 điểm. Các hình ảnh trong phần này lược bỏ trình xem của Matplotlib, nhưng bạn sẽ vẫn thấy nó khi chạy </w:t>
      </w:r>
      <w:r>
        <w:rPr>
          <w:b w:val="0"/>
          <w:i/>
        </w:rPr>
        <w:t>rw_visual.py</w:t>
      </w:r>
      <w:r>
        <w:rPr>
          <w:b w:val="0"/>
          <w:i w:val="0"/>
        </w:rPr>
        <w:t>.</w:t>
      </w:r>
    </w:p>
    <w:p>
      <w:pPr>
        <w:jc w:val="center"/>
      </w:pPr>
      <w:r>
        <w:drawing>
          <wp:inline xmlns:a="http://schemas.openxmlformats.org/drawingml/2006/main" xmlns:pic="http://schemas.openxmlformats.org/drawingml/2006/picture">
            <wp:extent cx="5486400" cy="2919211"/>
            <wp:docPr id="44" name="Picture 44"/>
            <wp:cNvGraphicFramePr>
              <a:graphicFrameLocks noChangeAspect="1"/>
            </wp:cNvGraphicFramePr>
            <a:graphic>
              <a:graphicData uri="http://schemas.openxmlformats.org/drawingml/2006/picture">
                <pic:pic>
                  <pic:nvPicPr>
                    <pic:cNvPr id="0" name="image_rsrcBJ8.jpg"/>
                    <pic:cNvPicPr/>
                  </pic:nvPicPr>
                  <pic:blipFill>
                    <a:blip r:embed="rId37"/>
                    <a:stretch>
                      <a:fillRect/>
                    </a:stretch>
                  </pic:blipFill>
                  <pic:spPr>
                    <a:xfrm>
                      <a:off x="0" y="0"/>
                      <a:ext cx="5486400" cy="2919211"/>
                    </a:xfrm>
                    <a:prstGeom prst="rect"/>
                  </pic:spPr>
                </pic:pic>
              </a:graphicData>
            </a:graphic>
          </wp:inline>
        </w:drawing>
      </w:r>
    </w:p>
    <w:p>
      <w:pPr>
        <w:spacing w:after="80"/>
      </w:pPr>
      <w:r>
        <w:rPr>
          <w:b w:val="0"/>
          <w:i w:val="0"/>
        </w:rPr>
        <w:t>Hình 15-9: Một bước đi ngẫu nhiên với 5.000 điểm</w:t>
      </w:r>
    </w:p>
    <w:p>
      <w:pPr>
        <w:pStyle w:val="Heading3"/>
      </w:pPr>
      <w:r>
        <w:rPr>
          <w:rFonts w:ascii="Calibri" w:hAnsi="Calibri"/>
          <w:b/>
          <w:i w:val="0"/>
          <w:sz w:val="27"/>
        </w:rPr>
        <w:t>Tạo nhiều bước đi ngẫu nhiên</w:t>
      </w:r>
    </w:p>
    <w:p>
      <w:pPr>
        <w:spacing w:after="80"/>
      </w:pPr>
      <w:r>
        <w:rPr>
          <w:b w:val="0"/>
          <w:i w:val="0"/>
        </w:rPr>
        <w:t xml:space="preserve">Mỗi bước đi ngẫu nhiên đều khác nhau, và thật thú vị khi khám phá những hình dạng đa dạng có thể được tạo ra. Một cách để dùng đoạn code trên tạo ra nhiều bước đi mà không phải chạy chương trình nhiều lần là bọc nó trong một vòng lặp </w:t>
      </w:r>
      <w:r>
        <w:rPr>
          <w:rFonts w:ascii="Consolas" w:hAnsi="Consolas"/>
          <w:b w:val="0"/>
          <w:i w:val="0"/>
          <w:sz w:val="20"/>
        </w:rPr>
        <w:t>while</w:t>
      </w:r>
      <w:r>
        <w:rPr>
          <w:b w:val="0"/>
          <w:i w:val="0"/>
        </w:rPr>
        <w:t>, như thế này:</w:t>
      </w:r>
    </w:p>
    <w:p>
      <w:pPr>
        <w:spacing w:after="80"/>
      </w:pPr>
      <w:r>
        <w:rPr>
          <w:b w:val="0"/>
          <w:i w:val="0"/>
        </w:rPr>
        <w:t>rw_visual.py</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random_walk import RandomWalk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Keep making new walks, as long as the program is active.</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 Make a random walk.</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plt.show()</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keep_running = input("Make another walk? (y/n): ")</w:t>
      </w:r>
    </w:p>
    <w:p>
      <w:pPr>
        <w:spacing w:after="0"/>
        <w:ind w:left="360"/>
        <w:shd w:val="clear" w:color="auto" w:fill="F2F2F2"/>
      </w:pPr>
      <w:r>
        <w:rPr>
          <w:rFonts w:ascii="Consolas" w:hAnsi="Consolas"/>
          <w:b w:val="0"/>
          <w:i w:val="0"/>
          <w:sz w:val="18"/>
        </w:rPr>
        <w:t xml:space="preserve">    if keep_running == 'n':</w:t>
      </w:r>
    </w:p>
    <w:p>
      <w:pPr>
        <w:spacing w:after="0"/>
        <w:ind w:left="360"/>
        <w:shd w:val="clear" w:color="auto" w:fill="F2F2F2"/>
      </w:pPr>
      <w:r>
        <w:rPr>
          <w:rFonts w:ascii="Consolas" w:hAnsi="Consolas"/>
          <w:b w:val="0"/>
          <w:i w:val="0"/>
          <w:sz w:val="18"/>
        </w:rPr>
        <w:t xml:space="preserve">        break</w:t>
      </w:r>
    </w:p>
    <w:p>
      <w:pPr>
        <w:spacing w:after="40"/>
      </w:pPr>
    </w:p>
    <w:p>
      <w:pPr>
        <w:spacing w:after="80"/>
      </w:pPr>
      <w:r>
        <w:rPr>
          <w:b w:val="0"/>
          <w:i w:val="0"/>
        </w:rPr>
        <w:t>Đoạn code này tạo ra một bước đi ngẫu nhiên, hiển thị nó trong trình xem của Matplotlib, và tạm dừng với trình xem vẫn đang mở. Khi bạn đóng trình xem, bạn sẽ được hỏi liệu bạn có muốn tạo thêm một bước đi nữa không. Nếu bạn tạo vài bước đi, bạn sẽ thấy một số bước đi ở gần điểm xuất phát, một số lang thang chủ yếu theo một hướng, một số có những đoạn mảnh nối các nhóm điểm lớn hơn, và nhiều kiểu bước đi khác nữa. Khi bạn muốn kết thúc chương trình, hãy nhấn N.</w:t>
      </w:r>
    </w:p>
    <w:p>
      <w:pPr>
        <w:pStyle w:val="Heading3"/>
      </w:pPr>
      <w:r>
        <w:rPr>
          <w:rFonts w:ascii="Calibri" w:hAnsi="Calibri"/>
          <w:b/>
          <w:i w:val="0"/>
          <w:sz w:val="27"/>
        </w:rPr>
        <w:t>Trang trí cho bước đi</w:t>
      </w:r>
    </w:p>
    <w:p>
      <w:pPr>
        <w:spacing w:after="80"/>
      </w:pPr>
      <w:r>
        <w:rPr>
          <w:b w:val="0"/>
          <w:i w:val="0"/>
        </w:rPr>
        <w:t>Trong phần này, chúng ta sẽ tùy chỉnh các biểu đồ để làm nổi bật những đặc điểm quan trọng của mỗi bước đi và làm mờ đi những yếu tố gây xao nhãng. Để làm vậy, chúng ta xác định những đặc điểm muốn nhấn mạnh, chẳng hạn như bước đi bắt đầu ở đâu, kết thúc ở đâu, và đường đi đã đi qua. Tiếp theo, chúng ta xác định những đặc điểm cần làm mờ, chẳng hạn như các vạch chia và nhãn. Kết quả sẽ là một hình ảnh trực quan đơn giản truyền đạt rõ ràng đường đi của mỗi bước đi ngẫu nhiên.</w:t>
      </w:r>
    </w:p>
    <w:p>
      <w:pPr>
        <w:pStyle w:val="Heading4"/>
      </w:pPr>
      <w:r>
        <w:rPr>
          <w:rFonts w:ascii="Calibri" w:hAnsi="Calibri"/>
          <w:b/>
          <w:i w:val="0"/>
          <w:sz w:val="24"/>
        </w:rPr>
        <w:t>Tô màu cho các điểm</w:t>
      </w:r>
    </w:p>
    <w:p>
      <w:pPr>
        <w:spacing w:after="80"/>
      </w:pPr>
      <w:r>
        <w:rPr>
          <w:b w:val="0"/>
          <w:i w:val="0"/>
        </w:rPr>
        <w:t xml:space="preserve">Chúng ta sẽ dùng một bảng màu (colormap) để thể hiện thứ tự của các điểm trong bước đi, và bỏ đường viền đen của mỗi chấm để màu của các chấm rõ ràng hơn. Để tô màu các điểm theo vị trí của chúng trong bước đi, chúng ta truyền cho đối số </w:t>
      </w:r>
      <w:r>
        <w:rPr>
          <w:rFonts w:ascii="Consolas" w:hAnsi="Consolas"/>
          <w:b w:val="0"/>
          <w:i w:val="0"/>
          <w:sz w:val="20"/>
        </w:rPr>
        <w:t>c</w:t>
      </w:r>
      <w:r>
        <w:rPr>
          <w:b w:val="0"/>
          <w:i w:val="0"/>
        </w:rPr>
        <w:t xml:space="preserve"> một danh sách chứa vị trí của từng điểm. Vì các điểm được vẽ theo thứ tự, danh sách này chỉ chứa các số từ 0 đến 4.999:</w:t>
      </w:r>
    </w:p>
    <w:p>
      <w:pPr>
        <w:spacing w:after="80"/>
      </w:pPr>
      <w:r>
        <w:rPr>
          <w:b w:val="0"/>
          <w:i w:val="0"/>
        </w:rPr>
        <w:t>rw_visual.py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 Make a random walk.</w:t>
      </w:r>
    </w:p>
    <w:p>
      <w:pPr>
        <w:spacing w:after="0"/>
        <w:ind w:left="360"/>
        <w:shd w:val="clear" w:color="auto" w:fill="F2F2F2"/>
      </w:pPr>
      <w:r>
        <w:rPr>
          <w:rFonts w:ascii="Consolas" w:hAnsi="Consolas"/>
          <w:b w:val="0"/>
          <w:i w:val="0"/>
          <w:sz w:val="18"/>
        </w:rPr>
        <w:t xml:space="preserve">    rw = RandomWalk()</w:t>
      </w:r>
    </w:p>
    <w:p>
      <w:pPr>
        <w:spacing w:after="0"/>
        <w:ind w:left="360"/>
        <w:shd w:val="clear" w:color="auto" w:fill="F2F2F2"/>
      </w:pPr>
      <w:r>
        <w:rPr>
          <w:rFonts w:ascii="Consolas" w:hAnsi="Consolas"/>
          <w:b w:val="0"/>
          <w:i w:val="0"/>
          <w:sz w:val="18"/>
        </w:rPr>
        <w:t xml:space="preserve">    rw.fill_walk()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Plot the points in the walk.</w:t>
      </w:r>
    </w:p>
    <w:p>
      <w:pPr>
        <w:spacing w:after="0"/>
        <w:ind w:left="360"/>
        <w:shd w:val="clear" w:color="auto" w:fill="F2F2F2"/>
      </w:pPr>
      <w:r>
        <w:rPr>
          <w:rFonts w:ascii="Consolas" w:hAnsi="Consolas"/>
          <w:b w:val="0"/>
          <w:i w:val="0"/>
          <w:sz w:val="18"/>
        </w:rPr>
        <w:t xml:space="preserve">    plt.style.use('classic')</w:t>
      </w:r>
    </w:p>
    <w:p>
      <w:pPr>
        <w:spacing w:after="0"/>
        <w:ind w:left="360"/>
        <w:shd w:val="clear" w:color="auto" w:fill="F2F2F2"/>
      </w:pPr>
      <w:r>
        <w:rPr>
          <w:rFonts w:ascii="Consolas" w:hAnsi="Consolas"/>
          <w:b w:val="0"/>
          <w:i w:val="0"/>
          <w:sz w:val="18"/>
        </w:rPr>
        <w:t xml:space="preserve">    fig, ax = plt.subplots()</w:t>
      </w:r>
    </w:p>
    <w:p>
      <w:pPr>
        <w:spacing w:after="0"/>
        <w:ind w:left="360"/>
        <w:shd w:val="clear" w:color="auto" w:fill="F2F2F2"/>
      </w:pPr>
      <w:r>
        <w:rPr>
          <w:rFonts w:ascii="Consolas" w:hAnsi="Consolas"/>
          <w:b w:val="0"/>
          <w:i w:val="0"/>
          <w:sz w:val="18"/>
        </w:rPr>
        <w:t>❶     point_numbers = range(rw.num_points)</w:t>
      </w:r>
    </w:p>
    <w:p>
      <w:pPr>
        <w:spacing w:after="0"/>
        <w:ind w:left="360"/>
        <w:shd w:val="clear" w:color="auto" w:fill="F2F2F2"/>
      </w:pPr>
      <w:r>
        <w:rPr>
          <w:rFonts w:ascii="Consolas" w:hAnsi="Consolas"/>
          <w:b w:val="0"/>
          <w:i w:val="0"/>
          <w:sz w:val="18"/>
        </w:rPr>
        <w:t xml:space="preserve">    ax.scatter(rw.x_values, rw.y_values, c=point_numbers, cmap=plt.cm.Blues,</w:t>
      </w:r>
    </w:p>
    <w:p>
      <w:pPr>
        <w:spacing w:after="0"/>
        <w:ind w:left="360"/>
        <w:shd w:val="clear" w:color="auto" w:fill="F2F2F2"/>
      </w:pPr>
      <w:r>
        <w:rPr>
          <w:rFonts w:ascii="Consolas" w:hAnsi="Consolas"/>
          <w:b w:val="0"/>
          <w:i w:val="0"/>
          <w:sz w:val="18"/>
        </w:rPr>
        <w:t xml:space="preserve">        edgecolors='none', s=15)</w:t>
      </w:r>
    </w:p>
    <w:p>
      <w:pPr>
        <w:spacing w:after="0"/>
        <w:ind w:left="360"/>
        <w:shd w:val="clear" w:color="auto" w:fill="F2F2F2"/>
      </w:pPr>
      <w:r>
        <w:rPr>
          <w:rFonts w:ascii="Consolas" w:hAnsi="Consolas"/>
          <w:b w:val="0"/>
          <w:i w:val="0"/>
          <w:sz w:val="18"/>
        </w:rPr>
        <w:t xml:space="preserve">    ax.set_aspect('equal')</w:t>
      </w:r>
    </w:p>
    <w:p>
      <w:pPr>
        <w:spacing w:after="0"/>
        <w:ind w:left="360"/>
        <w:shd w:val="clear" w:color="auto" w:fill="F2F2F2"/>
      </w:pPr>
      <w:r>
        <w:rPr>
          <w:rFonts w:ascii="Consolas" w:hAnsi="Consolas"/>
          <w:b w:val="0"/>
          <w:i w:val="0"/>
          <w:sz w:val="18"/>
        </w:rPr>
        <w:t xml:space="preserve">    plt.show()</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Chúng ta dùng </w:t>
      </w:r>
      <w:r>
        <w:rPr>
          <w:rFonts w:ascii="Consolas" w:hAnsi="Consolas"/>
          <w:b w:val="0"/>
          <w:i w:val="0"/>
          <w:sz w:val="20"/>
        </w:rPr>
        <w:t>range()</w:t>
      </w:r>
      <w:r>
        <w:rPr>
          <w:b w:val="0"/>
          <w:i w:val="0"/>
        </w:rPr>
        <w:t xml:space="preserve"> để tạo một danh sách các số bằng với số điểm trong bước đi ❶. Chúng ta gán danh sách này cho </w:t>
      </w:r>
      <w:r>
        <w:rPr>
          <w:rFonts w:ascii="Consolas" w:hAnsi="Consolas"/>
          <w:b w:val="0"/>
          <w:i w:val="0"/>
          <w:sz w:val="20"/>
        </w:rPr>
        <w:t>point_numbers</w:t>
      </w:r>
      <w:r>
        <w:rPr>
          <w:b w:val="0"/>
          <w:i w:val="0"/>
        </w:rPr>
        <w:t xml:space="preserve">, và sẽ dùng nó để đặt màu cho từng điểm trong bước đi. Chúng ta truyền </w:t>
      </w:r>
      <w:r>
        <w:rPr>
          <w:rFonts w:ascii="Consolas" w:hAnsi="Consolas"/>
          <w:b w:val="0"/>
          <w:i w:val="0"/>
          <w:sz w:val="20"/>
        </w:rPr>
        <w:t>point_numbers</w:t>
      </w:r>
      <w:r>
        <w:rPr>
          <w:b w:val="0"/>
          <w:i w:val="0"/>
        </w:rPr>
        <w:t xml:space="preserve"> cho đối số </w:t>
      </w:r>
      <w:r>
        <w:rPr>
          <w:rFonts w:ascii="Consolas" w:hAnsi="Consolas"/>
          <w:b w:val="0"/>
          <w:i w:val="0"/>
          <w:sz w:val="20"/>
        </w:rPr>
        <w:t>c</w:t>
      </w:r>
      <w:r>
        <w:rPr>
          <w:b w:val="0"/>
          <w:i w:val="0"/>
        </w:rPr>
        <w:t xml:space="preserve">, dùng bảng màu </w:t>
      </w:r>
      <w:r>
        <w:rPr>
          <w:rFonts w:ascii="Consolas" w:hAnsi="Consolas"/>
          <w:b w:val="0"/>
          <w:i w:val="0"/>
          <w:sz w:val="20"/>
        </w:rPr>
        <w:t>Blues</w:t>
      </w:r>
      <w:r>
        <w:rPr>
          <w:b w:val="0"/>
          <w:i w:val="0"/>
        </w:rPr>
        <w:t xml:space="preserve">, rồi truyền </w:t>
      </w:r>
      <w:r>
        <w:rPr>
          <w:rFonts w:ascii="Consolas" w:hAnsi="Consolas"/>
          <w:b w:val="0"/>
          <w:i w:val="0"/>
          <w:sz w:val="20"/>
        </w:rPr>
        <w:t>edgecolors='none'</w:t>
      </w:r>
      <w:r>
        <w:rPr>
          <w:b w:val="0"/>
          <w:i w:val="0"/>
        </w:rPr>
        <w:t xml:space="preserve"> để bỏ đường viền đen quanh mỗi điểm. Kết quả là một biểu đồ chuyển từ xanh nhạt đến xanh đậm, thể hiện chính xác bước đi di chuyển từ điểm xuất phát đến điểm kết thúc như thế nào. Điều này được thể hiện trong Hình 15-10.</w:t>
      </w:r>
    </w:p>
    <w:p>
      <w:pPr>
        <w:jc w:val="center"/>
      </w:pPr>
      <w:r>
        <w:drawing>
          <wp:inline xmlns:a="http://schemas.openxmlformats.org/drawingml/2006/main" xmlns:pic="http://schemas.openxmlformats.org/drawingml/2006/picture">
            <wp:extent cx="5486400" cy="2948177"/>
            <wp:docPr id="45" name="Picture 45"/>
            <wp:cNvGraphicFramePr>
              <a:graphicFrameLocks noChangeAspect="1"/>
            </wp:cNvGraphicFramePr>
            <a:graphic>
              <a:graphicData uri="http://schemas.openxmlformats.org/drawingml/2006/picture">
                <pic:pic>
                  <pic:nvPicPr>
                    <pic:cNvPr id="0" name="image_rsrcBJ9.jpg"/>
                    <pic:cNvPicPr/>
                  </pic:nvPicPr>
                  <pic:blipFill>
                    <a:blip r:embed="rId38"/>
                    <a:stretch>
                      <a:fillRect/>
                    </a:stretch>
                  </pic:blipFill>
                  <pic:spPr>
                    <a:xfrm>
                      <a:off x="0" y="0"/>
                      <a:ext cx="5486400" cy="2948177"/>
                    </a:xfrm>
                    <a:prstGeom prst="rect"/>
                  </pic:spPr>
                </pic:pic>
              </a:graphicData>
            </a:graphic>
          </wp:inline>
        </w:drawing>
      </w:r>
    </w:p>
    <w:p>
      <w:pPr>
        <w:spacing w:after="80"/>
      </w:pPr>
      <w:r>
        <w:rPr>
          <w:b w:val="0"/>
          <w:i w:val="0"/>
        </w:rPr>
        <w:t xml:space="preserve">Hình 15-10: Một bước đi ngẫu nhiên được tô màu bằng bảng màu </w:t>
      </w:r>
      <w:r>
        <w:rPr>
          <w:rFonts w:ascii="Consolas" w:hAnsi="Consolas"/>
          <w:b w:val="0"/>
          <w:i w:val="0"/>
          <w:sz w:val="20"/>
        </w:rPr>
        <w:t>Blues</w:t>
      </w:r>
    </w:p>
    <w:p>
      <w:pPr>
        <w:pStyle w:val="Heading4"/>
      </w:pPr>
      <w:r>
        <w:rPr>
          <w:rFonts w:ascii="Calibri" w:hAnsi="Calibri"/>
          <w:b/>
          <w:i w:val="0"/>
          <w:sz w:val="24"/>
        </w:rPr>
        <w:t>Vẽ điểm xuất phát và điểm kết thúc</w:t>
      </w:r>
    </w:p>
    <w:p>
      <w:pPr>
        <w:spacing w:after="80"/>
      </w:pPr>
      <w:r>
        <w:rPr>
          <w:b w:val="0"/>
          <w:i w:val="0"/>
        </w:rPr>
        <w:t>Ngoài việc tô màu các điểm để thể hiện vị trí của chúng dọc theo bước đi, sẽ rất hữu ích khi thấy chính xác mỗi bước đi bắt đầu và kết thúc ở đâu. Để làm vậy, chúng ta có thể vẽ điểm đầu tiên và điểm cuối cùng riêng biệt sau khi chuỗi chính đã được vẽ. Chúng ta sẽ làm cho các điểm kết thúc lớn hơn và tô màu khác đi để chúng nổi bật:</w:t>
      </w:r>
    </w:p>
    <w:p>
      <w:pPr>
        <w:spacing w:after="80"/>
      </w:pPr>
      <w:r>
        <w:rPr>
          <w:b w:val="0"/>
          <w:i w:val="0"/>
        </w:rPr>
        <w:t>rw_visual.py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ax.scatter(rw.x_values, rw.y_values, c=point_numbers, cmap=plt.cm.Blues,</w:t>
      </w:r>
    </w:p>
    <w:p>
      <w:pPr>
        <w:spacing w:after="0"/>
        <w:ind w:left="360"/>
        <w:shd w:val="clear" w:color="auto" w:fill="F2F2F2"/>
      </w:pPr>
      <w:r>
        <w:rPr>
          <w:rFonts w:ascii="Consolas" w:hAnsi="Consolas"/>
          <w:b w:val="0"/>
          <w:i w:val="0"/>
          <w:sz w:val="18"/>
        </w:rPr>
        <w:t xml:space="preserve">        edgecolors='none', s=15)</w:t>
      </w:r>
    </w:p>
    <w:p>
      <w:pPr>
        <w:spacing w:after="0"/>
        <w:ind w:left="360"/>
        <w:shd w:val="clear" w:color="auto" w:fill="F2F2F2"/>
      </w:pPr>
      <w:r>
        <w:rPr>
          <w:rFonts w:ascii="Consolas" w:hAnsi="Consolas"/>
          <w:b w:val="0"/>
          <w:i w:val="0"/>
          <w:sz w:val="18"/>
        </w:rPr>
        <w:t xml:space="preserve">    ax.set_aspect('equal')</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Emphasize the first and last points.</w:t>
      </w:r>
    </w:p>
    <w:p>
      <w:pPr>
        <w:spacing w:after="0"/>
        <w:ind w:left="360"/>
        <w:shd w:val="clear" w:color="auto" w:fill="F2F2F2"/>
      </w:pPr>
      <w:r>
        <w:rPr>
          <w:rFonts w:ascii="Consolas" w:hAnsi="Consolas"/>
          <w:b w:val="0"/>
          <w:i w:val="0"/>
          <w:sz w:val="18"/>
        </w:rPr>
        <w:t xml:space="preserve">    ax.scatter(0, 0, c='green', edgecolors='none', s=100)</w:t>
      </w:r>
    </w:p>
    <w:p>
      <w:pPr>
        <w:spacing w:after="0"/>
        <w:ind w:left="360"/>
        <w:shd w:val="clear" w:color="auto" w:fill="F2F2F2"/>
      </w:pPr>
      <w:r>
        <w:rPr>
          <w:rFonts w:ascii="Consolas" w:hAnsi="Consolas"/>
          <w:b w:val="0"/>
          <w:i w:val="0"/>
          <w:sz w:val="18"/>
        </w:rPr>
        <w:t xml:space="preserve">    ax.scatter(rw.x_values[-1], rw.y_values[-1], c='red', edgecolors='none',</w:t>
      </w:r>
    </w:p>
    <w:p>
      <w:pPr>
        <w:spacing w:after="0"/>
        <w:ind w:left="360"/>
        <w:shd w:val="clear" w:color="auto" w:fill="F2F2F2"/>
      </w:pPr>
      <w:r>
        <w:rPr>
          <w:rFonts w:ascii="Consolas" w:hAnsi="Consolas"/>
          <w:b w:val="0"/>
          <w:i w:val="0"/>
          <w:sz w:val="18"/>
        </w:rPr>
        <w:t xml:space="preserve">        s=100)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plt.show()</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Để đánh dấu điểm khởi đầu, ta vẽ điểm (0, 0) bằng màu xanh lá và với kích thước lớn hơn (</w:t>
      </w:r>
      <w:r>
        <w:rPr>
          <w:rFonts w:ascii="Consolas" w:hAnsi="Consolas"/>
          <w:b w:val="0"/>
          <w:i w:val="0"/>
          <w:sz w:val="20"/>
        </w:rPr>
        <w:t>s=100</w:t>
      </w:r>
      <w:r>
        <w:rPr>
          <w:b w:val="0"/>
          <w:i w:val="0"/>
        </w:rPr>
        <w:t xml:space="preserve">) so với các điểm còn lại. Để đánh dấu điểm kết thúc, ta vẽ giá trị </w:t>
      </w:r>
      <w:r>
        <w:rPr>
          <w:b w:val="0"/>
          <w:i/>
        </w:rPr>
        <w:t>x</w:t>
      </w:r>
      <w:r>
        <w:rPr>
          <w:b w:val="0"/>
          <w:i w:val="0"/>
        </w:rPr>
        <w:t xml:space="preserve"> và </w:t>
      </w:r>
      <w:r>
        <w:rPr>
          <w:b w:val="0"/>
          <w:i/>
        </w:rPr>
        <w:t>y</w:t>
      </w:r>
      <w:r>
        <w:rPr>
          <w:b w:val="0"/>
          <w:i w:val="0"/>
        </w:rPr>
        <w:t xml:space="preserve"> cuối cùng bằng màu đỏ với kích thước cũng là 100. Hãy chắc chắn rằng bạn chèn đoạn mã này ngay trước lệnh gọi </w:t>
      </w:r>
      <w:r>
        <w:rPr>
          <w:rFonts w:ascii="Consolas" w:hAnsi="Consolas"/>
          <w:b w:val="0"/>
          <w:i w:val="0"/>
          <w:sz w:val="20"/>
        </w:rPr>
        <w:t>plt.show()</w:t>
      </w:r>
      <w:r>
        <w:rPr>
          <w:b w:val="0"/>
          <w:i w:val="0"/>
        </w:rPr>
        <w:t xml:space="preserve"> để các điểm khởi đầu và kết thúc được vẽ đè lên trên tất cả các điểm khác.</w:t>
      </w:r>
    </w:p>
    <w:p>
      <w:pPr>
        <w:spacing w:after="80"/>
      </w:pPr>
      <w:r>
        <w:rPr>
          <w:b w:val="0"/>
          <w:i w:val="0"/>
        </w:rPr>
        <w:t>Khi chạy đoạn mã này, bạn sẽ nhận ra chính xác nơi mỗi bước đi bắt đầu và kết thúc. Nếu các điểm kết thúc này chưa nổi bật đủ rõ, hãy điều chỉnh màu sắc và kích thước của chúng cho đến khi chúng thật sự nổi bật.</w:t>
      </w:r>
    </w:p>
    <w:p>
      <w:pPr>
        <w:pStyle w:val="Heading4"/>
      </w:pPr>
      <w:r>
        <w:rPr>
          <w:rFonts w:ascii="Calibri" w:hAnsi="Calibri"/>
          <w:b/>
          <w:i w:val="0"/>
          <w:sz w:val="24"/>
        </w:rPr>
        <w:t>Dọn dẹp các trục tọa độ</w:t>
      </w:r>
    </w:p>
    <w:p>
      <w:pPr>
        <w:spacing w:after="80"/>
      </w:pPr>
      <w:r>
        <w:rPr>
          <w:b w:val="0"/>
          <w:i w:val="0"/>
        </w:rPr>
        <w:t>Hãy loại bỏ các trục tọa độ trong biểu đồ này để chúng không làm phân tán sự chú ý khỏi đường đi của mỗi bước đi. Đây là cách ẩn các trục tọa độ:</w:t>
      </w:r>
    </w:p>
    <w:p>
      <w:pPr>
        <w:spacing w:after="80"/>
      </w:pPr>
      <w:r>
        <w:rPr>
          <w:b w:val="0"/>
          <w:i w:val="0"/>
        </w:rPr>
        <w:t>rw_visual.py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ax.scatter(rw.x_values[-1], rw.y_values[-1], c='red', edgecolors='none',</w:t>
      </w:r>
    </w:p>
    <w:p>
      <w:pPr>
        <w:spacing w:after="0"/>
        <w:ind w:left="360"/>
        <w:shd w:val="clear" w:color="auto" w:fill="F2F2F2"/>
      </w:pPr>
      <w:r>
        <w:rPr>
          <w:rFonts w:ascii="Consolas" w:hAnsi="Consolas"/>
          <w:b w:val="0"/>
          <w:i w:val="0"/>
          <w:sz w:val="18"/>
        </w:rPr>
        <w:t xml:space="preserve">        s=100)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Remove the axes.</w:t>
      </w:r>
    </w:p>
    <w:p>
      <w:pPr>
        <w:spacing w:after="0"/>
        <w:ind w:left="360"/>
        <w:shd w:val="clear" w:color="auto" w:fill="F2F2F2"/>
      </w:pPr>
      <w:r>
        <w:rPr>
          <w:rFonts w:ascii="Consolas" w:hAnsi="Consolas"/>
          <w:b w:val="0"/>
          <w:i w:val="0"/>
          <w:sz w:val="18"/>
        </w:rPr>
        <w:t xml:space="preserve">    ax.get_xaxis().set_visible(False)</w:t>
      </w:r>
    </w:p>
    <w:p>
      <w:pPr>
        <w:spacing w:after="0"/>
        <w:ind w:left="360"/>
        <w:shd w:val="clear" w:color="auto" w:fill="F2F2F2"/>
      </w:pPr>
      <w:r>
        <w:rPr>
          <w:rFonts w:ascii="Consolas" w:hAnsi="Consolas"/>
          <w:b w:val="0"/>
          <w:i w:val="0"/>
          <w:sz w:val="18"/>
        </w:rPr>
        <w:t xml:space="preserve">    ax.get_yaxis().set_visible(False)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plt.show()</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Để sửa đổi các trục tọa độ, ta dùng các phương thức </w:t>
      </w:r>
      <w:r>
        <w:rPr>
          <w:rFonts w:ascii="Consolas" w:hAnsi="Consolas"/>
          <w:b w:val="0"/>
          <w:i w:val="0"/>
          <w:sz w:val="20"/>
        </w:rPr>
        <w:t>ax.get_xaxis()</w:t>
      </w:r>
      <w:r>
        <w:rPr>
          <w:b w:val="0"/>
          <w:i w:val="0"/>
        </w:rPr>
        <w:t xml:space="preserve"> và </w:t>
      </w:r>
      <w:r>
        <w:rPr>
          <w:rFonts w:ascii="Consolas" w:hAnsi="Consolas"/>
          <w:b w:val="0"/>
          <w:i w:val="0"/>
          <w:sz w:val="20"/>
        </w:rPr>
        <w:t>ax.get_yaxis()</w:t>
      </w:r>
      <w:r>
        <w:rPr>
          <w:b w:val="0"/>
          <w:i w:val="0"/>
        </w:rPr>
        <w:t xml:space="preserve"> để lấy từng trục, rồi nối tiếp phương thức </w:t>
      </w:r>
      <w:r>
        <w:rPr>
          <w:rFonts w:ascii="Consolas" w:hAnsi="Consolas"/>
          <w:b w:val="0"/>
          <w:i w:val="0"/>
          <w:sz w:val="20"/>
        </w:rPr>
        <w:t>set_visible()</w:t>
      </w:r>
      <w:r>
        <w:rPr>
          <w:b w:val="0"/>
          <w:i w:val="0"/>
        </w:rPr>
        <w:t xml:space="preserve"> để làm cho từng trục trở nên vô hình. Khi bạn tiếp tục làm việc với các biểu đồ trực quan hóa, bạn sẽ thường xuyên thấy cách nối tiếp các phương thức như thế này để tùy chỉnh những khía cạnh khác nhau của một biểu đồ.</w:t>
      </w:r>
    </w:p>
    <w:p>
      <w:pPr>
        <w:spacing w:after="80"/>
      </w:pPr>
      <w:r>
        <w:rPr>
          <w:b w:val="0"/>
          <w:i w:val="0"/>
        </w:rPr>
        <w:t xml:space="preserve">Hãy chạy </w:t>
      </w:r>
      <w:r>
        <w:rPr>
          <w:b w:val="0"/>
          <w:i/>
        </w:rPr>
        <w:t>rw_visual.py</w:t>
      </w:r>
      <w:r>
        <w:rPr>
          <w:b w:val="0"/>
          <w:i w:val="0"/>
        </w:rPr>
        <w:t xml:space="preserve"> ngay bây giờ; bạn sẽ thấy một loạt biểu đồ không có trục tọa độ.</w:t>
      </w:r>
    </w:p>
    <w:p>
      <w:pPr>
        <w:pStyle w:val="Heading4"/>
      </w:pPr>
      <w:r>
        <w:rPr>
          <w:rFonts w:ascii="Calibri" w:hAnsi="Calibri"/>
          <w:b/>
          <w:i w:val="0"/>
          <w:sz w:val="24"/>
        </w:rPr>
        <w:t>Thêm các điểm vẽ</w:t>
      </w:r>
    </w:p>
    <w:p>
      <w:pPr>
        <w:spacing w:after="80"/>
      </w:pPr>
      <w:r>
        <w:rPr>
          <w:b w:val="0"/>
          <w:i w:val="0"/>
        </w:rPr>
        <w:t xml:space="preserve">Hãy tăng số lượng điểm lên để có thêm dữ liệu mà làm việc. Để làm điều đó, ta tăng giá trị của </w:t>
      </w:r>
      <w:r>
        <w:rPr>
          <w:rFonts w:ascii="Consolas" w:hAnsi="Consolas"/>
          <w:b w:val="0"/>
          <w:i w:val="0"/>
          <w:sz w:val="20"/>
        </w:rPr>
        <w:t>num_points</w:t>
      </w:r>
      <w:r>
        <w:rPr>
          <w:b w:val="0"/>
          <w:i w:val="0"/>
        </w:rPr>
        <w:t xml:space="preserve"> khi tạo một đối tượng </w:t>
      </w:r>
      <w:r>
        <w:rPr>
          <w:rFonts w:ascii="Consolas" w:hAnsi="Consolas"/>
          <w:b w:val="0"/>
          <w:i w:val="0"/>
          <w:sz w:val="20"/>
        </w:rPr>
        <w:t>RandomWalk</w:t>
      </w:r>
      <w:r>
        <w:rPr>
          <w:b w:val="0"/>
          <w:i w:val="0"/>
        </w:rPr>
        <w:t xml:space="preserve"> và điều chỉnh kích thước của mỗi chấm khi vẽ biểu đồ:</w:t>
      </w:r>
    </w:p>
    <w:p>
      <w:pPr>
        <w:spacing w:after="80"/>
      </w:pPr>
      <w:r>
        <w:rPr>
          <w:b w:val="0"/>
          <w:i w:val="0"/>
        </w:rPr>
        <w:t>rw_visual.py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while True:</w:t>
      </w:r>
    </w:p>
    <w:p>
      <w:pPr>
        <w:spacing w:after="0"/>
        <w:ind w:left="360"/>
        <w:shd w:val="clear" w:color="auto" w:fill="F2F2F2"/>
      </w:pPr>
      <w:r>
        <w:rPr>
          <w:rFonts w:ascii="Consolas" w:hAnsi="Consolas"/>
          <w:b w:val="0"/>
          <w:i w:val="0"/>
          <w:sz w:val="18"/>
        </w:rPr>
        <w:t xml:space="preserve">    # Make a random walk.</w:t>
      </w:r>
    </w:p>
    <w:p>
      <w:pPr>
        <w:spacing w:after="0"/>
        <w:ind w:left="360"/>
        <w:shd w:val="clear" w:color="auto" w:fill="F2F2F2"/>
      </w:pPr>
      <w:r>
        <w:rPr>
          <w:rFonts w:ascii="Consolas" w:hAnsi="Consolas"/>
          <w:b w:val="0"/>
          <w:i w:val="0"/>
          <w:sz w:val="18"/>
        </w:rPr>
        <w:t xml:space="preserve">    rw = RandomWalk(50_000)</w:t>
      </w:r>
    </w:p>
    <w:p>
      <w:pPr>
        <w:spacing w:after="0"/>
        <w:ind w:left="360"/>
        <w:shd w:val="clear" w:color="auto" w:fill="F2F2F2"/>
      </w:pPr>
      <w:r>
        <w:rPr>
          <w:rFonts w:ascii="Consolas" w:hAnsi="Consolas"/>
          <w:b w:val="0"/>
          <w:i w:val="0"/>
          <w:sz w:val="18"/>
        </w:rPr>
        <w:t xml:space="preserve">    rw.fill_walk()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Plot the points in the walk.</w:t>
      </w:r>
    </w:p>
    <w:p>
      <w:pPr>
        <w:spacing w:after="0"/>
        <w:ind w:left="360"/>
        <w:shd w:val="clear" w:color="auto" w:fill="F2F2F2"/>
      </w:pPr>
      <w:r>
        <w:rPr>
          <w:rFonts w:ascii="Consolas" w:hAnsi="Consolas"/>
          <w:b w:val="0"/>
          <w:i w:val="0"/>
          <w:sz w:val="18"/>
        </w:rPr>
        <w:t xml:space="preserve">    plt.style.use('classic')</w:t>
      </w:r>
    </w:p>
    <w:p>
      <w:pPr>
        <w:spacing w:after="0"/>
        <w:ind w:left="360"/>
        <w:shd w:val="clear" w:color="auto" w:fill="F2F2F2"/>
      </w:pPr>
      <w:r>
        <w:rPr>
          <w:rFonts w:ascii="Consolas" w:hAnsi="Consolas"/>
          <w:b w:val="0"/>
          <w:i w:val="0"/>
          <w:sz w:val="18"/>
        </w:rPr>
        <w:t xml:space="preserve">    fig, ax = plt.subplots()</w:t>
      </w:r>
    </w:p>
    <w:p>
      <w:pPr>
        <w:spacing w:after="0"/>
        <w:ind w:left="360"/>
        <w:shd w:val="clear" w:color="auto" w:fill="F2F2F2"/>
      </w:pPr>
      <w:r>
        <w:rPr>
          <w:rFonts w:ascii="Consolas" w:hAnsi="Consolas"/>
          <w:b w:val="0"/>
          <w:i w:val="0"/>
          <w:sz w:val="18"/>
        </w:rPr>
        <w:t xml:space="preserve">    point_numbers = range(rw.num_points)</w:t>
      </w:r>
    </w:p>
    <w:p>
      <w:pPr>
        <w:spacing w:after="0"/>
        <w:ind w:left="360"/>
        <w:shd w:val="clear" w:color="auto" w:fill="F2F2F2"/>
      </w:pPr>
      <w:r>
        <w:rPr>
          <w:rFonts w:ascii="Consolas" w:hAnsi="Consolas"/>
          <w:b w:val="0"/>
          <w:i w:val="0"/>
          <w:sz w:val="18"/>
        </w:rPr>
        <w:t xml:space="preserve">    ax.scatter(rw.x_values, rw.y_values, c=point_numbers, cmap=plt.cm.Blues,</w:t>
      </w:r>
    </w:p>
    <w:p>
      <w:pPr>
        <w:spacing w:after="0"/>
        <w:ind w:left="360"/>
        <w:shd w:val="clear" w:color="auto" w:fill="F2F2F2"/>
      </w:pPr>
      <w:r>
        <w:rPr>
          <w:rFonts w:ascii="Consolas" w:hAnsi="Consolas"/>
          <w:b w:val="0"/>
          <w:i w:val="0"/>
          <w:sz w:val="18"/>
        </w:rPr>
        <w:t xml:space="preserve">        edgecolors='none', s=1)</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Ví dụ này tạo ra một bước đi ngẫu nhiên với 50,000 điểm và vẽ mỗi điểm với kích thước </w:t>
      </w:r>
      <w:r>
        <w:rPr>
          <w:rFonts w:ascii="Consolas" w:hAnsi="Consolas"/>
          <w:b w:val="0"/>
          <w:i w:val="0"/>
          <w:sz w:val="20"/>
        </w:rPr>
        <w:t>s=1</w:t>
      </w:r>
      <w:r>
        <w:rPr>
          <w:b w:val="0"/>
          <w:i w:val="0"/>
        </w:rPr>
        <w:t>. Bước đi thu được trông mảnh mai và tựa như đám mây, như thể hiện trong Hình 15-11. Chúng ta đã tạo ra một tác phẩm nghệ thuật từ một biểu đồ phân tán đơn giản!</w:t>
      </w:r>
    </w:p>
    <w:p>
      <w:pPr>
        <w:spacing w:after="80"/>
      </w:pPr>
      <w:r>
        <w:rPr>
          <w:b w:val="0"/>
          <w:i w:val="0"/>
        </w:rPr>
        <w:t>Hãy thử nghiệm với đoạn mã này để xem bạn có thể tăng số lượng điểm trong một bước đi lên đến mức nào trước khi hệ thống của bạn bắt đầu chậm đi đáng kể hoặc biểu đồ mất đi vẻ hấp dẫn trực quan của nó.</w:t>
      </w:r>
    </w:p>
    <w:p>
      <w:pPr>
        <w:jc w:val="center"/>
      </w:pPr>
      <w:r>
        <w:drawing>
          <wp:inline xmlns:a="http://schemas.openxmlformats.org/drawingml/2006/main" xmlns:pic="http://schemas.openxmlformats.org/drawingml/2006/picture">
            <wp:extent cx="5486400" cy="3533748"/>
            <wp:docPr id="46" name="Picture 46"/>
            <wp:cNvGraphicFramePr>
              <a:graphicFrameLocks noChangeAspect="1"/>
            </wp:cNvGraphicFramePr>
            <a:graphic>
              <a:graphicData uri="http://schemas.openxmlformats.org/drawingml/2006/picture">
                <pic:pic>
                  <pic:nvPicPr>
                    <pic:cNvPr id="0" name="image_rsrcBJA.jpg"/>
                    <pic:cNvPicPr/>
                  </pic:nvPicPr>
                  <pic:blipFill>
                    <a:blip r:embed="rId39"/>
                    <a:stretch>
                      <a:fillRect/>
                    </a:stretch>
                  </pic:blipFill>
                  <pic:spPr>
                    <a:xfrm>
                      <a:off x="0" y="0"/>
                      <a:ext cx="5486400" cy="3533748"/>
                    </a:xfrm>
                    <a:prstGeom prst="rect"/>
                  </pic:spPr>
                </pic:pic>
              </a:graphicData>
            </a:graphic>
          </wp:inline>
        </w:drawing>
      </w:r>
    </w:p>
    <w:p>
      <w:pPr>
        <w:spacing w:after="80"/>
      </w:pPr>
      <w:r>
        <w:rPr>
          <w:b w:val="0"/>
          <w:i w:val="0"/>
        </w:rPr>
        <w:t>Hình 15-11: Một bước đi với 50,000 điểm</w:t>
      </w:r>
    </w:p>
    <w:p>
      <w:pPr>
        <w:pStyle w:val="Heading4"/>
      </w:pPr>
      <w:r>
        <w:rPr>
          <w:rFonts w:ascii="Calibri" w:hAnsi="Calibri"/>
          <w:b/>
          <w:i w:val="0"/>
          <w:sz w:val="24"/>
        </w:rPr>
        <w:t>Điều chỉnh kích thước để lấp đầy màn hình</w:t>
      </w:r>
    </w:p>
    <w:p>
      <w:pPr>
        <w:spacing w:after="80"/>
      </w:pPr>
      <w:r>
        <w:rPr>
          <w:b w:val="0"/>
          <w:i w:val="0"/>
        </w:rPr>
        <w:t xml:space="preserve">Một hình trực quan hóa (visualization) sẽ truyền đạt các quy luật trong dữ liệu hiệu quả hơn nhiều nếu nó vừa vặn một cách đẹp đẽ trên màn hình. Để cửa sổ vẽ đồ thị khớp với màn hình của bạn tốt hơn, bạn có thể điều chỉnh kích thước đầu ra của Matplotlib. Việc này được thực hiện trong lời gọi </w:t>
      </w:r>
      <w:r>
        <w:rPr>
          <w:rFonts w:ascii="Consolas" w:hAnsi="Consolas"/>
          <w:b w:val="0"/>
          <w:i w:val="0"/>
          <w:sz w:val="20"/>
        </w:rPr>
        <w:t>subplots()</w:t>
      </w:r>
      <w:r>
        <w:rPr>
          <w:b w:val="0"/>
          <w:i w:val="0"/>
        </w:rPr>
        <w:t>:</w:t>
      </w:r>
    </w:p>
    <w:p>
      <w:pPr>
        <w:spacing w:after="80"/>
      </w:pPr>
      <w:r>
        <w:rPr>
          <w:b w:val="0"/>
          <w:i w:val="0"/>
        </w:rPr>
        <w:t>fig, ax = plt.subplots(figsize=(15, 9))</w:t>
      </w:r>
    </w:p>
    <w:p>
      <w:pPr>
        <w:spacing w:after="80"/>
      </w:pPr>
      <w:r>
        <w:rPr>
          <w:b w:val="0"/>
          <w:i w:val="0"/>
        </w:rPr>
        <w:t xml:space="preserve">Khi tạo một đồ thị, bạn có thể truyền cho </w:t>
      </w:r>
      <w:r>
        <w:rPr>
          <w:rFonts w:ascii="Consolas" w:hAnsi="Consolas"/>
          <w:b w:val="0"/>
          <w:i w:val="0"/>
          <w:sz w:val="20"/>
        </w:rPr>
        <w:t>subplots()</w:t>
      </w:r>
      <w:r>
        <w:rPr>
          <w:b w:val="0"/>
          <w:i w:val="0"/>
        </w:rPr>
        <w:t xml:space="preserve"> một đối số </w:t>
      </w:r>
      <w:r>
        <w:rPr>
          <w:rFonts w:ascii="Consolas" w:hAnsi="Consolas"/>
          <w:b w:val="0"/>
          <w:i w:val="0"/>
          <w:sz w:val="20"/>
        </w:rPr>
        <w:t>figsize</w:t>
      </w:r>
      <w:r>
        <w:rPr>
          <w:b w:val="0"/>
          <w:i w:val="0"/>
        </w:rPr>
        <w:t xml:space="preserve">, đối số này đặt kích thước của hình vẽ. Tham số </w:t>
      </w:r>
      <w:r>
        <w:rPr>
          <w:rFonts w:ascii="Consolas" w:hAnsi="Consolas"/>
          <w:b w:val="0"/>
          <w:i w:val="0"/>
          <w:sz w:val="20"/>
        </w:rPr>
        <w:t>figsize</w:t>
      </w:r>
      <w:r>
        <w:rPr>
          <w:b w:val="0"/>
          <w:i w:val="0"/>
        </w:rPr>
        <w:t xml:space="preserve"> nhận một tuple cho Matplotlib biết các chiều của cửa sổ vẽ đồ thị tính bằng inch.</w:t>
      </w:r>
    </w:p>
    <w:p>
      <w:pPr>
        <w:spacing w:after="80"/>
      </w:pPr>
      <w:r>
        <w:rPr>
          <w:b w:val="0"/>
          <w:i w:val="0"/>
        </w:rPr>
        <w:t xml:space="preserve">Matplotlib giả định độ phân giải màn hình của bạn là 100 pixel mỗi inch; nếu đoạn mã này không cho bạn kích thước đồ thị chính xác, hãy điều chỉnh các con số cho phù hợp. Hoặc, nếu bạn biết độ phân giải của hệ thống mình, bạn có thể truyền cho </w:t>
      </w:r>
      <w:r>
        <w:rPr>
          <w:rFonts w:ascii="Consolas" w:hAnsi="Consolas"/>
          <w:b w:val="0"/>
          <w:i w:val="0"/>
          <w:sz w:val="20"/>
        </w:rPr>
        <w:t>subplots()</w:t>
      </w:r>
      <w:r>
        <w:rPr>
          <w:b w:val="0"/>
          <w:i w:val="0"/>
        </w:rPr>
        <w:t xml:space="preserve"> độ phân giải đó bằng tham số </w:t>
      </w:r>
      <w:r>
        <w:rPr>
          <w:rFonts w:ascii="Consolas" w:hAnsi="Consolas"/>
          <w:b w:val="0"/>
          <w:i w:val="0"/>
          <w:sz w:val="20"/>
        </w:rPr>
        <w:t>dpi</w:t>
      </w:r>
      <w:r>
        <w:rPr>
          <w:b w:val="0"/>
          <w:i w:val="0"/>
        </w:rPr>
        <w:t>:</w:t>
      </w:r>
    </w:p>
    <w:p>
      <w:pPr>
        <w:spacing w:after="80"/>
      </w:pPr>
      <w:r>
        <w:rPr>
          <w:b w:val="0"/>
          <w:i w:val="0"/>
        </w:rPr>
        <w:t>fig, ax = plt.subplots(figsize=(10, 6), dpi=128)</w:t>
      </w:r>
    </w:p>
    <w:p>
      <w:pPr>
        <w:spacing w:after="80"/>
      </w:pPr>
      <w:r>
        <w:rPr>
          <w:b w:val="0"/>
          <w:i w:val="0"/>
        </w:rPr>
        <w:t>Điều này sẽ giúp bạn tận dụng không gian có sẵn trên màn hình một cách hiệu quả nhất.</w:t>
      </w:r>
    </w:p>
    <w:p>
      <w:pPr>
        <w:spacing w:before="120" w:after="40"/>
      </w:pPr>
      <w:r>
        <w:rPr>
          <w:b/>
          <w:sz w:val="21"/>
        </w:rPr>
        <w:t>Tự thực hành</w:t>
      </w:r>
    </w:p>
    <w:p>
      <w:pPr>
        <w:spacing w:after="80"/>
      </w:pPr>
      <w:r>
        <w:rPr>
          <w:b/>
          <w:i w:val="0"/>
        </w:rPr>
        <w:t>15-3. Chuyển động phân tử:</w:t>
      </w:r>
      <w:r>
        <w:rPr>
          <w:b w:val="0"/>
          <w:i w:val="0"/>
        </w:rPr>
        <w:t xml:space="preserve"> Sửa đổi </w:t>
      </w:r>
      <w:r>
        <w:rPr>
          <w:b w:val="0"/>
          <w:i/>
        </w:rPr>
        <w:t>rw_visual.py</w:t>
      </w:r>
      <w:r>
        <w:rPr>
          <w:b w:val="0"/>
          <w:i w:val="0"/>
        </w:rPr>
        <w:t xml:space="preserve"> bằng cách thay </w:t>
      </w:r>
      <w:r>
        <w:rPr>
          <w:rFonts w:ascii="Consolas" w:hAnsi="Consolas"/>
          <w:b w:val="0"/>
          <w:i w:val="0"/>
          <w:sz w:val="20"/>
        </w:rPr>
        <w:t>ax.scatter()</w:t>
      </w:r>
      <w:r>
        <w:rPr>
          <w:b w:val="0"/>
          <w:i w:val="0"/>
        </w:rPr>
        <w:t xml:space="preserve"> bằng </w:t>
      </w:r>
      <w:r>
        <w:rPr>
          <w:rFonts w:ascii="Consolas" w:hAnsi="Consolas"/>
          <w:b w:val="0"/>
          <w:i w:val="0"/>
          <w:sz w:val="20"/>
        </w:rPr>
        <w:t>ax.plot()</w:t>
      </w:r>
      <w:r>
        <w:rPr>
          <w:b w:val="0"/>
          <w:i w:val="0"/>
        </w:rPr>
        <w:t xml:space="preserve">. Để mô phỏng đường đi của một hạt phấn hoa trên bề mặt một giọt nước, hãy truyền vào </w:t>
      </w:r>
      <w:r>
        <w:rPr>
          <w:rFonts w:ascii="Consolas" w:hAnsi="Consolas"/>
          <w:b w:val="0"/>
          <w:i w:val="0"/>
          <w:sz w:val="20"/>
        </w:rPr>
        <w:t>rw.x_values</w:t>
      </w:r>
      <w:r>
        <w:rPr>
          <w:b w:val="0"/>
          <w:i w:val="0"/>
        </w:rPr>
        <w:t xml:space="preserve"> và </w:t>
      </w:r>
      <w:r>
        <w:rPr>
          <w:rFonts w:ascii="Consolas" w:hAnsi="Consolas"/>
          <w:b w:val="0"/>
          <w:i w:val="0"/>
          <w:sz w:val="20"/>
        </w:rPr>
        <w:t>rw.y_values</w:t>
      </w:r>
      <w:r>
        <w:rPr>
          <w:b w:val="0"/>
          <w:i w:val="0"/>
        </w:rPr>
        <w:t xml:space="preserve">, đồng thời thêm một đối số </w:t>
      </w:r>
      <w:r>
        <w:rPr>
          <w:rFonts w:ascii="Consolas" w:hAnsi="Consolas"/>
          <w:b w:val="0"/>
          <w:i w:val="0"/>
          <w:sz w:val="20"/>
        </w:rPr>
        <w:t>linewidth</w:t>
      </w:r>
      <w:r>
        <w:rPr>
          <w:b w:val="0"/>
          <w:i w:val="0"/>
        </w:rPr>
        <w:t>. Dùng 5,000 điểm thay vì 50,000 điểm để đồ thị không bị quá rối.</w:t>
      </w:r>
    </w:p>
    <w:p>
      <w:pPr>
        <w:spacing w:after="80"/>
      </w:pPr>
      <w:r>
        <w:rPr>
          <w:b/>
          <w:i w:val="0"/>
        </w:rPr>
        <w:t>15-4. Bước đi ngẫu nhiên có sửa đổi:</w:t>
      </w:r>
      <w:r>
        <w:rPr>
          <w:b w:val="0"/>
          <w:i w:val="0"/>
        </w:rPr>
        <w:t xml:space="preserve"> Trong lớp </w:t>
      </w:r>
      <w:r>
        <w:rPr>
          <w:rFonts w:ascii="Consolas" w:hAnsi="Consolas"/>
          <w:b w:val="0"/>
          <w:i w:val="0"/>
          <w:sz w:val="20"/>
        </w:rPr>
        <w:t>RandomWalk</w:t>
      </w:r>
      <w:r>
        <w:rPr>
          <w:b w:val="0"/>
          <w:i w:val="0"/>
        </w:rPr>
        <w:t xml:space="preserve">, </w:t>
      </w:r>
      <w:r>
        <w:rPr>
          <w:rFonts w:ascii="Consolas" w:hAnsi="Consolas"/>
          <w:b w:val="0"/>
          <w:i w:val="0"/>
          <w:sz w:val="20"/>
        </w:rPr>
        <w:t>x_step</w:t>
      </w:r>
      <w:r>
        <w:rPr>
          <w:b w:val="0"/>
          <w:i w:val="0"/>
        </w:rPr>
        <w:t xml:space="preserve"> và </w:t>
      </w:r>
      <w:r>
        <w:rPr>
          <w:rFonts w:ascii="Consolas" w:hAnsi="Consolas"/>
          <w:b w:val="0"/>
          <w:i w:val="0"/>
          <w:sz w:val="20"/>
        </w:rPr>
        <w:t>y_step</w:t>
      </w:r>
      <w:r>
        <w:rPr>
          <w:b w:val="0"/>
          <w:i w:val="0"/>
        </w:rPr>
        <w:t xml:space="preserve"> được sinh ra từ cùng một tập điều kiện. Hướng được chọn ngẫu nhiên từ danh sách </w:t>
      </w:r>
      <w:r>
        <w:rPr>
          <w:rFonts w:ascii="Consolas" w:hAnsi="Consolas"/>
          <w:b w:val="0"/>
          <w:i w:val="0"/>
          <w:sz w:val="20"/>
        </w:rPr>
        <w:t>[1, -1]</w:t>
      </w:r>
      <w:r>
        <w:rPr>
          <w:b w:val="0"/>
          <w:i w:val="0"/>
        </w:rPr>
        <w:t xml:space="preserve"> và khoảng cách từ danh sách </w:t>
      </w:r>
      <w:r>
        <w:rPr>
          <w:rFonts w:ascii="Consolas" w:hAnsi="Consolas"/>
          <w:b w:val="0"/>
          <w:i w:val="0"/>
          <w:sz w:val="20"/>
        </w:rPr>
        <w:t>[0, 1, 2, 3, 4]</w:t>
      </w:r>
      <w:r>
        <w:rPr>
          <w:b w:val="0"/>
          <w:i w:val="0"/>
        </w:rPr>
        <w:t xml:space="preserve">. Hãy sửa đổi các giá trị trong những danh sách này để xem hình dạng tổng thể của các bước đi thay đổi thế nào. Thử một danh sách lựa chọn khoảng cách dài hơn, chẳng hạn từ 0 đến 8, hoặc bỏ số −1 khỏi danh sách hướng </w:t>
      </w:r>
      <w:r>
        <w:rPr>
          <w:b w:val="0"/>
          <w:i/>
        </w:rPr>
        <w:t>x-</w:t>
      </w:r>
      <w:r>
        <w:rPr>
          <w:b w:val="0"/>
          <w:i w:val="0"/>
        </w:rPr>
        <w:t xml:space="preserve"> hoặc </w:t>
      </w:r>
      <w:r>
        <w:rPr>
          <w:b w:val="0"/>
          <w:i/>
        </w:rPr>
        <w:t>y</w:t>
      </w:r>
      <w:r>
        <w:rPr>
          <w:b w:val="0"/>
          <w:i w:val="0"/>
        </w:rPr>
        <w:t>.</w:t>
      </w:r>
    </w:p>
    <w:p>
      <w:pPr>
        <w:spacing w:after="80"/>
      </w:pPr>
      <w:r>
        <w:rPr>
          <w:b/>
          <w:i w:val="0"/>
        </w:rPr>
        <w:t>15-5. Tái cấu trúc mã:</w:t>
      </w:r>
      <w:r>
        <w:rPr>
          <w:b w:val="0"/>
          <w:i w:val="0"/>
        </w:rPr>
        <w:t xml:space="preserve"> Phương thức </w:t>
      </w:r>
      <w:r>
        <w:rPr>
          <w:rFonts w:ascii="Consolas" w:hAnsi="Consolas"/>
          <w:b w:val="0"/>
          <w:i w:val="0"/>
          <w:sz w:val="20"/>
        </w:rPr>
        <w:t>fill_walk()</w:t>
      </w:r>
      <w:r>
        <w:rPr>
          <w:b w:val="0"/>
          <w:i w:val="0"/>
        </w:rPr>
        <w:t xml:space="preserve"> khá dài dòng. Hãy tạo một phương thức mới tên là </w:t>
      </w:r>
      <w:r>
        <w:rPr>
          <w:rFonts w:ascii="Consolas" w:hAnsi="Consolas"/>
          <w:b w:val="0"/>
          <w:i w:val="0"/>
          <w:sz w:val="20"/>
        </w:rPr>
        <w:t>get_step()</w:t>
      </w:r>
      <w:r>
        <w:rPr>
          <w:b w:val="0"/>
          <w:i w:val="0"/>
        </w:rPr>
        <w:t xml:space="preserve"> để xác định hướng và khoảng cách cho mỗi bước, rồi tính toán bước đó. Cuối cùng bạn sẽ có hai lời gọi </w:t>
      </w:r>
      <w:r>
        <w:rPr>
          <w:rFonts w:ascii="Consolas" w:hAnsi="Consolas"/>
          <w:b w:val="0"/>
          <w:i w:val="0"/>
          <w:sz w:val="20"/>
        </w:rPr>
        <w:t>get_step()</w:t>
      </w:r>
      <w:r>
        <w:rPr>
          <w:b w:val="0"/>
          <w:i w:val="0"/>
        </w:rPr>
        <w:t xml:space="preserve"> trong </w:t>
      </w:r>
      <w:r>
        <w:rPr>
          <w:rFonts w:ascii="Consolas" w:hAnsi="Consolas"/>
          <w:b w:val="0"/>
          <w:i w:val="0"/>
          <w:sz w:val="20"/>
        </w:rPr>
        <w:t>fill_walk()</w:t>
      </w:r>
      <w:r>
        <w:rPr>
          <w:b w:val="0"/>
          <w:i w:val="0"/>
        </w:rPr>
        <w:t>:</w:t>
      </w:r>
    </w:p>
    <w:p>
      <w:pPr>
        <w:spacing w:after="80"/>
      </w:pPr>
      <w:r>
        <w:rPr>
          <w:b w:val="0"/>
          <w:i w:val="0"/>
        </w:rPr>
        <w:t>x_step = self.get_step()</w:t>
      </w:r>
      <w:r>
        <w:br/>
      </w:r>
      <w:r>
        <w:rPr>
          <w:b w:val="0"/>
          <w:i w:val="0"/>
        </w:rPr>
        <w:t>y_step = self.get_step()</w:t>
      </w:r>
    </w:p>
    <w:p>
      <w:pPr>
        <w:spacing w:after="80"/>
      </w:pPr>
      <w:r>
        <w:rPr>
          <w:b w:val="0"/>
          <w:i w:val="0"/>
        </w:rPr>
        <w:t xml:space="preserve">Việc tái cấu trúc này sẽ làm giảm kích thước của </w:t>
      </w:r>
      <w:r>
        <w:rPr>
          <w:rFonts w:ascii="Consolas" w:hAnsi="Consolas"/>
          <w:b w:val="0"/>
          <w:i w:val="0"/>
          <w:sz w:val="20"/>
        </w:rPr>
        <w:t>fill_walk()</w:t>
      </w:r>
      <w:r>
        <w:rPr>
          <w:b w:val="0"/>
          <w:i w:val="0"/>
        </w:rPr>
        <w:t xml:space="preserve"> và khiến phương thức dễ đọc, dễ hiểu hơn.</w:t>
      </w:r>
    </w:p>
    <w:p>
      <w:pPr>
        <w:pStyle w:val="Heading2"/>
      </w:pPr>
      <w:r>
        <w:rPr>
          <w:rFonts w:ascii="Calibri" w:hAnsi="Calibri"/>
          <w:b/>
          <w:i w:val="0"/>
          <w:sz w:val="32"/>
        </w:rPr>
        <w:t>Tung xúc xắc với Plotly</w:t>
      </w:r>
    </w:p>
    <w:p>
      <w:pPr>
        <w:spacing w:after="80"/>
      </w:pPr>
      <w:r>
        <w:rPr>
          <w:b w:val="0"/>
          <w:i w:val="0"/>
        </w:rPr>
        <w:t xml:space="preserve">Trong phần này, chúng ta sẽ dùng Plotly để tạo ra các hình ảnh trực quan tương tác (interactive visualization). Plotly đặc biệt hữu ích khi bạn tạo những hình ảnh trực quan sẽ được hiển thị trên trình duyệt, vì các hình ảnh này sẽ tự động co giãn để vừa với màn hình của người xem. Những hình ảnh trực quan này cũng có tính tương tác; khi người dùng di chuột qua một số phần tử nhất định trên màn hình, thông tin về những phần tử đó sẽ được làm nổi bật. Chúng ta sẽ xây dựng hình ảnh trực quan đầu tiên chỉ với vài dòng code bằng </w:t>
      </w:r>
      <w:r>
        <w:rPr>
          <w:b w:val="0"/>
          <w:i/>
        </w:rPr>
        <w:t>Plotly Express</w:t>
      </w:r>
      <w:r>
        <w:rPr>
          <w:b w:val="0"/>
          <w:i w:val="0"/>
        </w:rPr>
        <w:t>, một tập con của Plotly tập trung vào việc tạo biểu đồ với càng ít code càng tốt. Sau khi biết chắc biểu đồ của mình đã đúng, chúng ta sẽ tùy chỉnh kết quả xuất ra giống như đã làm với Matplotlib.</w:t>
      </w:r>
    </w:p>
    <w:p>
      <w:pPr>
        <w:spacing w:after="80"/>
      </w:pPr>
      <w:r>
        <w:rPr>
          <w:b w:val="0"/>
          <w:i w:val="0"/>
        </w:rPr>
        <w:t>Trong dự án này, chúng ta sẽ phân tích kết quả của việc gieo xúc xắc. Khi bạn gieo một con xúc xắc thông thường có sáu mặt, bạn có cơ hội như nhau để gieo ra bất kỳ số nào từ 1 đến 6. Tuy nhiên, khi bạn dùng hai con xúc xắc, bạn có nhiều khả năng gieo ra một số nào đó hơn những số khác. Chúng ta sẽ thử xác định những số nào dễ xuất hiện nhất bằng cách tạo ra một tập dữ liệu (dataset) mô phỏng việc gieo xúc xắc. Sau đó, chúng ta sẽ vẽ biểu đồ kết quả của một số lượng lớn lần gieo để xác định những kết quả nào dễ xảy ra hơn những kết quả khác.</w:t>
      </w:r>
    </w:p>
    <w:p>
      <w:pPr>
        <w:spacing w:after="80"/>
      </w:pPr>
      <w:r>
        <w:rPr>
          <w:b w:val="0"/>
          <w:i w:val="0"/>
        </w:rPr>
        <w:t>Công việc này giúp mô hình hóa các trò chơi liên quan đến xúc xắc, nhưng những ý tưởng cốt lõi cũng áp dụng cho các trò chơi liên quan đến bất kỳ loại may rủi nào, chẳng hạn như trò chơi bài. Nó cũng liên quan đến nhiều tình huống trong thực tế, nơi tính ngẫu nhiên đóng vai trò quan trọng.</w:t>
      </w:r>
    </w:p>
    <w:p>
      <w:pPr>
        <w:pStyle w:val="Heading3"/>
      </w:pPr>
      <w:r>
        <w:rPr>
          <w:rFonts w:ascii="Calibri" w:hAnsi="Calibri"/>
          <w:b/>
          <w:i w:val="0"/>
          <w:sz w:val="27"/>
        </w:rPr>
        <w:t>Cài đặt Plotly</w:t>
      </w:r>
    </w:p>
    <w:p>
      <w:pPr>
        <w:spacing w:after="80"/>
      </w:pPr>
      <w:r>
        <w:rPr>
          <w:b w:val="0"/>
          <w:i w:val="0"/>
        </w:rPr>
        <w:t>Cài đặt Plotly bằng pip, giống như bạn đã làm với Matplotlib:</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plotly</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pandas</w:t>
      </w:r>
    </w:p>
    <w:p>
      <w:pPr>
        <w:spacing w:after="40"/>
      </w:pPr>
    </w:p>
    <w:p>
      <w:pPr>
        <w:spacing w:after="80"/>
      </w:pPr>
      <w:r>
        <w:rPr>
          <w:b w:val="0"/>
          <w:i w:val="0"/>
        </w:rPr>
        <w:t xml:space="preserve">Plotly Express phụ thuộc vào </w:t>
      </w:r>
      <w:r>
        <w:rPr>
          <w:b w:val="0"/>
          <w:i/>
        </w:rPr>
        <w:t>pandas</w:t>
      </w:r>
      <w:r>
        <w:rPr>
          <w:b w:val="0"/>
          <w:i w:val="0"/>
        </w:rPr>
        <w:t xml:space="preserve">, một thư viện dùng để làm việc hiệu quả với dữ liệu, nên chúng ta cũng cần cài đặt nó. Nếu bạn đã dùng </w:t>
      </w:r>
      <w:r>
        <w:rPr>
          <w:rFonts w:ascii="Consolas" w:hAnsi="Consolas"/>
          <w:b/>
          <w:i w:val="0"/>
          <w:sz w:val="20"/>
        </w:rPr>
        <w:t>python3</w:t>
      </w:r>
      <w:r>
        <w:rPr>
          <w:b w:val="0"/>
          <w:i w:val="0"/>
        </w:rPr>
        <w:t xml:space="preserve"> hoặc lệnh nào khác khi cài đặt Matplotlib, hãy đảm bảo bạn dùng đúng lệnh đó ở đây.</w:t>
      </w:r>
    </w:p>
    <w:p>
      <w:pPr>
        <w:spacing w:after="80"/>
      </w:pPr>
      <w:r>
        <w:rPr>
          <w:b w:val="0"/>
          <w:i w:val="0"/>
        </w:rPr>
        <w:t>Để xem những loại hình ảnh trực quan nào có thể tạo được với Plotly, hãy truy cập thư viện các loại biểu đồ tại https://plotly.com/python. Mỗi ví dụ đều kèm theo mã nguồn, nên bạn có thể thấy Plotly tạo ra các hình ảnh trực quan như thế nào.</w:t>
      </w:r>
    </w:p>
    <w:p>
      <w:pPr>
        <w:pStyle w:val="Heading3"/>
      </w:pPr>
      <w:r>
        <w:rPr>
          <w:rFonts w:ascii="Calibri" w:hAnsi="Calibri"/>
          <w:b/>
          <w:i w:val="0"/>
          <w:sz w:val="27"/>
        </w:rPr>
        <w:t>Tạo lớp Die</w:t>
      </w:r>
    </w:p>
    <w:p>
      <w:pPr>
        <w:spacing w:after="80"/>
      </w:pPr>
      <w:r>
        <w:rPr>
          <w:b w:val="0"/>
          <w:i w:val="0"/>
        </w:rPr>
        <w:t xml:space="preserve">Chúng ta sẽ tạo lớp </w:t>
      </w:r>
      <w:r>
        <w:rPr>
          <w:rFonts w:ascii="Consolas" w:hAnsi="Consolas"/>
          <w:b w:val="0"/>
          <w:i w:val="0"/>
          <w:sz w:val="20"/>
        </w:rPr>
        <w:t>Die</w:t>
      </w:r>
      <w:r>
        <w:rPr>
          <w:b w:val="0"/>
          <w:i w:val="0"/>
        </w:rPr>
        <w:t xml:space="preserve"> sau đây để mô phỏng việc gieo một con xúc xắc:</w:t>
      </w:r>
    </w:p>
    <w:p>
      <w:pPr>
        <w:spacing w:after="80"/>
      </w:pPr>
      <w:r>
        <w:rPr>
          <w:b w:val="0"/>
          <w:i w:val="0"/>
        </w:rPr>
        <w:t>die.py</w:t>
      </w:r>
    </w:p>
    <w:p>
      <w:pPr>
        <w:spacing w:after="0"/>
        <w:ind w:left="360"/>
        <w:shd w:val="clear" w:color="auto" w:fill="F2F2F2"/>
      </w:pPr>
      <w:r>
        <w:rPr>
          <w:rFonts w:ascii="Consolas" w:hAnsi="Consolas"/>
          <w:b w:val="0"/>
          <w:i w:val="0"/>
          <w:sz w:val="18"/>
        </w:rPr>
        <w:t>from random import randint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Die:</w:t>
      </w:r>
    </w:p>
    <w:p>
      <w:pPr>
        <w:spacing w:after="0"/>
        <w:ind w:left="360"/>
        <w:shd w:val="clear" w:color="auto" w:fill="F2F2F2"/>
      </w:pPr>
      <w:r>
        <w:rPr>
          <w:rFonts w:ascii="Consolas" w:hAnsi="Consolas"/>
          <w:b w:val="0"/>
          <w:i w:val="0"/>
          <w:sz w:val="18"/>
        </w:rPr>
        <w:t xml:space="preserve">    """A class representing a single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def __init__(self, num_sides=6):</w:t>
      </w:r>
    </w:p>
    <w:p>
      <w:pPr>
        <w:spacing w:after="0"/>
        <w:ind w:left="360"/>
        <w:shd w:val="clear" w:color="auto" w:fill="F2F2F2"/>
      </w:pPr>
      <w:r>
        <w:rPr>
          <w:rFonts w:ascii="Consolas" w:hAnsi="Consolas"/>
          <w:b w:val="0"/>
          <w:i w:val="0"/>
          <w:sz w:val="18"/>
        </w:rPr>
        <w:t xml:space="preserve">        """Assume a six-sided die."""</w:t>
      </w:r>
    </w:p>
    <w:p>
      <w:pPr>
        <w:spacing w:after="0"/>
        <w:ind w:left="360"/>
        <w:shd w:val="clear" w:color="auto" w:fill="F2F2F2"/>
      </w:pPr>
      <w:r>
        <w:rPr>
          <w:rFonts w:ascii="Consolas" w:hAnsi="Consolas"/>
          <w:b w:val="0"/>
          <w:i w:val="0"/>
          <w:sz w:val="18"/>
        </w:rPr>
        <w:t xml:space="preserve">        self.num_sides = num_sides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roll(self):</w:t>
      </w:r>
    </w:p>
    <w:p>
      <w:pPr>
        <w:spacing w:after="0"/>
        <w:ind w:left="360"/>
        <w:shd w:val="clear" w:color="auto" w:fill="F2F2F2"/>
      </w:pPr>
      <w:r>
        <w:rPr>
          <w:rFonts w:ascii="Consolas" w:hAnsi="Consolas"/>
          <w:b w:val="0"/>
          <w:i w:val="0"/>
          <w:sz w:val="18"/>
        </w:rPr>
        <w:t xml:space="preserve">        """"Return a random value between 1 and number of sides."""</w:t>
      </w:r>
    </w:p>
    <w:p>
      <w:pPr>
        <w:spacing w:after="0"/>
        <w:ind w:left="360"/>
        <w:shd w:val="clear" w:color="auto" w:fill="F2F2F2"/>
      </w:pPr>
      <w:r>
        <w:rPr>
          <w:rFonts w:ascii="Consolas" w:hAnsi="Consolas"/>
          <w:b w:val="0"/>
          <w:i w:val="0"/>
          <w:sz w:val="18"/>
        </w:rPr>
        <w:t>❷         return randint(1, self.num_sides)</w:t>
      </w:r>
    </w:p>
    <w:p>
      <w:pPr>
        <w:spacing w:after="40"/>
      </w:pPr>
    </w:p>
    <w:p>
      <w:pPr>
        <w:spacing w:after="80"/>
      </w:pPr>
      <w:r>
        <w:rPr>
          <w:b w:val="0"/>
          <w:i w:val="0"/>
        </w:rPr>
        <w:t xml:space="preserve">Phương thức </w:t>
      </w:r>
      <w:r>
        <w:rPr>
          <w:rFonts w:ascii="Consolas" w:hAnsi="Consolas"/>
          <w:b w:val="0"/>
          <w:i w:val="0"/>
          <w:sz w:val="20"/>
        </w:rPr>
        <w:t>__init__()</w:t>
      </w:r>
      <w:r>
        <w:rPr>
          <w:b w:val="0"/>
          <w:i w:val="0"/>
        </w:rPr>
        <w:t xml:space="preserve"> nhận một đối số tùy chọn ❶. Với lớp </w:t>
      </w:r>
      <w:r>
        <w:rPr>
          <w:rFonts w:ascii="Consolas" w:hAnsi="Consolas"/>
          <w:b w:val="0"/>
          <w:i w:val="0"/>
          <w:sz w:val="20"/>
        </w:rPr>
        <w:t>Die</w:t>
      </w:r>
      <w:r>
        <w:rPr>
          <w:b w:val="0"/>
          <w:i w:val="0"/>
        </w:rPr>
        <w:t xml:space="preserve">, khi một thực thể (instance) của xúc xắc được tạo ra, số mặt sẽ là sáu nếu không truyền đối số nào. Nếu </w:t>
      </w:r>
      <w:r>
        <w:rPr>
          <w:b w:val="0"/>
          <w:i/>
        </w:rPr>
        <w:t>có</w:t>
      </w:r>
      <w:r>
        <w:rPr>
          <w:b w:val="0"/>
          <w:i w:val="0"/>
        </w:rPr>
        <w:t xml:space="preserve"> truyền một đối số, giá trị đó sẽ đặt số mặt của xúc xắc. (Xúc xắc được đặt tên theo số mặt của chúng: xúc xắc sáu mặt là D6, xúc xắc tám mặt là D8, v.v.)</w:t>
      </w:r>
    </w:p>
    <w:p>
      <w:pPr>
        <w:spacing w:after="80"/>
      </w:pPr>
      <w:r>
        <w:rPr>
          <w:b w:val="0"/>
          <w:i w:val="0"/>
        </w:rPr>
        <w:t xml:space="preserve">Phương thức </w:t>
      </w:r>
      <w:r>
        <w:rPr>
          <w:rFonts w:ascii="Consolas" w:hAnsi="Consolas"/>
          <w:b w:val="0"/>
          <w:i w:val="0"/>
          <w:sz w:val="20"/>
        </w:rPr>
        <w:t>roll()</w:t>
      </w:r>
      <w:r>
        <w:rPr>
          <w:b w:val="0"/>
          <w:i w:val="0"/>
        </w:rPr>
        <w:t xml:space="preserve"> dùng hàm </w:t>
      </w:r>
      <w:r>
        <w:rPr>
          <w:rFonts w:ascii="Consolas" w:hAnsi="Consolas"/>
          <w:b w:val="0"/>
          <w:i w:val="0"/>
          <w:sz w:val="20"/>
        </w:rPr>
        <w:t>randint()</w:t>
      </w:r>
      <w:r>
        <w:rPr>
          <w:b w:val="0"/>
          <w:i w:val="0"/>
        </w:rPr>
        <w:t xml:space="preserve"> để trả về một số ngẫu nhiên từ 1 đến số mặt ❷. Hàm này có thể trả về giá trị bắt đầu (1), giá trị kết thúc (</w:t>
      </w:r>
      <w:r>
        <w:rPr>
          <w:rFonts w:ascii="Consolas" w:hAnsi="Consolas"/>
          <w:b w:val="0"/>
          <w:i w:val="0"/>
          <w:sz w:val="20"/>
        </w:rPr>
        <w:t>num_sides</w:t>
      </w:r>
      <w:r>
        <w:rPr>
          <w:b w:val="0"/>
          <w:i w:val="0"/>
        </w:rPr>
        <w:t>), hoặc bất kỳ số nguyên nào ở giữa hai giá trị đó.</w:t>
      </w:r>
    </w:p>
    <w:p>
      <w:pPr>
        <w:pStyle w:val="Heading3"/>
      </w:pPr>
      <w:r>
        <w:rPr>
          <w:rFonts w:ascii="Calibri" w:hAnsi="Calibri"/>
          <w:b/>
          <w:i w:val="0"/>
          <w:sz w:val="27"/>
        </w:rPr>
        <w:t>Gieo xúc xắc</w:t>
      </w:r>
    </w:p>
    <w:p>
      <w:pPr>
        <w:spacing w:after="80"/>
      </w:pPr>
      <w:r>
        <w:rPr>
          <w:b w:val="0"/>
          <w:i w:val="0"/>
        </w:rPr>
        <w:t xml:space="preserve">Trước khi tạo hình ảnh trực quan dựa trên lớp </w:t>
      </w:r>
      <w:r>
        <w:rPr>
          <w:rFonts w:ascii="Consolas" w:hAnsi="Consolas"/>
          <w:b w:val="0"/>
          <w:i w:val="0"/>
          <w:sz w:val="20"/>
        </w:rPr>
        <w:t>Die</w:t>
      </w:r>
      <w:r>
        <w:rPr>
          <w:b w:val="0"/>
          <w:i w:val="0"/>
        </w:rPr>
        <w:t>, hãy gieo một con D6, in kết quả ra và kiểm tra xem kết quả có hợp lý không:</w:t>
      </w:r>
    </w:p>
    <w:p>
      <w:pPr>
        <w:spacing w:after="80"/>
      </w:pPr>
      <w:r>
        <w:rPr>
          <w:b w:val="0"/>
          <w:i w:val="0"/>
        </w:rPr>
        <w:t>die_visual.py</w:t>
      </w:r>
    </w:p>
    <w:p>
      <w:pPr>
        <w:spacing w:after="0"/>
        <w:ind w:left="360"/>
        <w:shd w:val="clear" w:color="auto" w:fill="F2F2F2"/>
      </w:pPr>
      <w:r>
        <w:rPr>
          <w:rFonts w:ascii="Consolas" w:hAnsi="Consolas"/>
          <w:b w:val="0"/>
          <w:i w:val="0"/>
          <w:sz w:val="18"/>
        </w:rPr>
        <w:t>from die import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Create a D6.</w:t>
      </w:r>
    </w:p>
    <w:p>
      <w:pPr>
        <w:spacing w:after="0"/>
        <w:ind w:left="360"/>
        <w:shd w:val="clear" w:color="auto" w:fill="F2F2F2"/>
      </w:pPr>
      <w:r>
        <w:rPr>
          <w:rFonts w:ascii="Consolas" w:hAnsi="Consolas"/>
          <w:b w:val="0"/>
          <w:i w:val="0"/>
          <w:sz w:val="18"/>
        </w:rPr>
        <w:t>❶ die =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some rolls, and store results in a list.</w:t>
      </w:r>
    </w:p>
    <w:p>
      <w:pPr>
        <w:spacing w:after="0"/>
        <w:ind w:left="360"/>
        <w:shd w:val="clear" w:color="auto" w:fill="F2F2F2"/>
      </w:pPr>
      <w:r>
        <w:rPr>
          <w:rFonts w:ascii="Consolas" w:hAnsi="Consolas"/>
          <w:b w:val="0"/>
          <w:i w:val="0"/>
          <w:sz w:val="18"/>
        </w:rPr>
        <w:t>results = []</w:t>
      </w:r>
    </w:p>
    <w:p>
      <w:pPr>
        <w:spacing w:after="0"/>
        <w:ind w:left="360"/>
        <w:shd w:val="clear" w:color="auto" w:fill="F2F2F2"/>
      </w:pPr>
      <w:r>
        <w:rPr>
          <w:rFonts w:ascii="Consolas" w:hAnsi="Consolas"/>
          <w:b w:val="0"/>
          <w:i w:val="0"/>
          <w:sz w:val="18"/>
        </w:rPr>
        <w:t>❷ for roll_num in range(100):</w:t>
      </w:r>
    </w:p>
    <w:p>
      <w:pPr>
        <w:spacing w:after="0"/>
        <w:ind w:left="360"/>
        <w:shd w:val="clear" w:color="auto" w:fill="F2F2F2"/>
      </w:pPr>
      <w:r>
        <w:rPr>
          <w:rFonts w:ascii="Consolas" w:hAnsi="Consolas"/>
          <w:b w:val="0"/>
          <w:i w:val="0"/>
          <w:sz w:val="18"/>
        </w:rPr>
        <w:t xml:space="preserve">    result = die.roll()</w:t>
      </w:r>
    </w:p>
    <w:p>
      <w:pPr>
        <w:spacing w:after="0"/>
        <w:ind w:left="360"/>
        <w:shd w:val="clear" w:color="auto" w:fill="F2F2F2"/>
      </w:pPr>
      <w:r>
        <w:rPr>
          <w:rFonts w:ascii="Consolas" w:hAnsi="Consolas"/>
          <w:b w:val="0"/>
          <w:i w:val="0"/>
          <w:sz w:val="18"/>
        </w:rPr>
        <w:t xml:space="preserve">    results.append(result)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print(results)</w:t>
      </w:r>
    </w:p>
    <w:p>
      <w:pPr>
        <w:spacing w:after="40"/>
      </w:pPr>
    </w:p>
    <w:p>
      <w:pPr>
        <w:spacing w:after="80"/>
      </w:pPr>
      <w:r>
        <w:rPr>
          <w:b w:val="0"/>
          <w:i w:val="0"/>
        </w:rPr>
        <w:t xml:space="preserve">Chúng ta tạo một đối tượng của </w:t>
      </w:r>
      <w:r>
        <w:rPr>
          <w:rFonts w:ascii="Consolas" w:hAnsi="Consolas"/>
          <w:b w:val="0"/>
          <w:i w:val="0"/>
          <w:sz w:val="20"/>
        </w:rPr>
        <w:t>Die</w:t>
      </w:r>
      <w:r>
        <w:rPr>
          <w:b w:val="0"/>
          <w:i w:val="0"/>
        </w:rPr>
        <w:t xml:space="preserve"> với mặc định sáu mặt ❶. Sau đó ta gieo xúc xắc </w:t>
      </w:r>
      <w:r>
        <w:rPr>
          <w:rFonts w:ascii="Consolas" w:hAnsi="Consolas"/>
          <w:b w:val="0"/>
          <w:i w:val="0"/>
          <w:sz w:val="20"/>
        </w:rPr>
        <w:t>100</w:t>
      </w:r>
      <w:r>
        <w:rPr>
          <w:b w:val="0"/>
          <w:i w:val="0"/>
        </w:rPr>
        <w:t xml:space="preserve"> lần ❷ và lưu kết quả của mỗi lần gieo vào danh sách </w:t>
      </w:r>
      <w:r>
        <w:rPr>
          <w:rFonts w:ascii="Consolas" w:hAnsi="Consolas"/>
          <w:b w:val="0"/>
          <w:i w:val="0"/>
          <w:sz w:val="20"/>
        </w:rPr>
        <w:t>results</w:t>
      </w:r>
      <w:r>
        <w:rPr>
          <w:b w:val="0"/>
          <w:i w:val="0"/>
        </w:rPr>
        <w:t>. Đây là một tập kết quả mẫu:</w:t>
      </w:r>
    </w:p>
    <w:p>
      <w:pPr>
        <w:spacing w:after="80"/>
      </w:pPr>
      <w:r>
        <w:rPr>
          <w:b w:val="0"/>
          <w:i w:val="0"/>
        </w:rPr>
        <w:t>[4, 6, 5, 6, 1, 5, 6, 3, 5, 3, 5, 3, 2, 2, 1, 3, 1, 5, 3, 6, 3, 6, 5, 4,  1, 1, 4, 2, 3, 6, 4, 2, 6, 4, 1, 3, 2, 5, 6, 3, 6, 2, 1, 1, 3, 4, 1, 4, 3, 5, 1, 4, 5, 5, 2, 3, 3, 1, 2, 3, 5, 6, 2, 5, 6, 1, 3, 2, 1, 1, 1, 6, 5, 5, 2, 2, 6, 4, 1, 4, 5, 1, 1, 1, 4, 5, 3, 3, 1, 3, 5, 4, 5, 6, 5, 4, 1, 5, 1, 2]</w:t>
      </w:r>
    </w:p>
    <w:p>
      <w:pPr>
        <w:spacing w:after="80"/>
      </w:pPr>
      <w:r>
        <w:rPr>
          <w:b w:val="0"/>
          <w:i w:val="0"/>
        </w:rPr>
        <w:t xml:space="preserve">Lướt nhanh qua những kết quả này cho thấy lớp </w:t>
      </w:r>
      <w:r>
        <w:rPr>
          <w:rFonts w:ascii="Consolas" w:hAnsi="Consolas"/>
          <w:b w:val="0"/>
          <w:i w:val="0"/>
          <w:sz w:val="20"/>
        </w:rPr>
        <w:t>Die</w:t>
      </w:r>
      <w:r>
        <w:rPr>
          <w:b w:val="0"/>
          <w:i w:val="0"/>
        </w:rPr>
        <w:t xml:space="preserve"> có vẻ đang hoạt động tốt. Ta thấy các giá trị 1 và 6, nên biết rằng giá trị nhỏ nhất và lớn nhất có thể đều được trả về, và vì không thấy 0 hay 7, ta biết mọi kết quả đều nằm trong khoảng phù hợp. Ta cũng thấy mỗi số từ 1 đến 6 đều xuất hiện, điều này cho thấy mọi kết quả có thể đều được đại diện. Hãy xác định chính xác mỗi số xuất hiện bao nhiêu lần.</w:t>
      </w:r>
    </w:p>
    <w:p>
      <w:pPr>
        <w:pStyle w:val="Heading3"/>
      </w:pPr>
      <w:r>
        <w:rPr>
          <w:rFonts w:ascii="Calibri" w:hAnsi="Calibri"/>
          <w:b/>
          <w:i w:val="0"/>
          <w:sz w:val="27"/>
        </w:rPr>
        <w:t>Phân tích kết quả</w:t>
      </w:r>
    </w:p>
    <w:p>
      <w:pPr>
        <w:spacing w:after="80"/>
      </w:pPr>
      <w:r>
        <w:rPr>
          <w:b w:val="0"/>
          <w:i w:val="0"/>
        </w:rPr>
        <w:t>Ta sẽ phân tích kết quả gieo một xúc xắc D6 bằng cách đếm xem mỗi số được gieo bao nhiêu lần:</w:t>
      </w:r>
    </w:p>
    <w:p>
      <w:pPr>
        <w:spacing w:after="80"/>
      </w:pPr>
      <w:r>
        <w:rPr>
          <w:b w:val="0"/>
          <w:i w:val="0"/>
        </w:rPr>
        <w:t>die_visual.py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Make some rolls, and store results in a list.</w:t>
      </w:r>
    </w:p>
    <w:p>
      <w:pPr>
        <w:spacing w:after="0"/>
        <w:ind w:left="360"/>
        <w:shd w:val="clear" w:color="auto" w:fill="F2F2F2"/>
      </w:pPr>
      <w:r>
        <w:rPr>
          <w:rFonts w:ascii="Consolas" w:hAnsi="Consolas"/>
          <w:b w:val="0"/>
          <w:i w:val="0"/>
          <w:sz w:val="18"/>
        </w:rPr>
        <w:t>results = []</w:t>
      </w:r>
    </w:p>
    <w:p>
      <w:pPr>
        <w:spacing w:after="0"/>
        <w:ind w:left="360"/>
        <w:shd w:val="clear" w:color="auto" w:fill="F2F2F2"/>
      </w:pPr>
      <w:r>
        <w:rPr>
          <w:rFonts w:ascii="Consolas" w:hAnsi="Consolas"/>
          <w:b w:val="0"/>
          <w:i w:val="0"/>
          <w:sz w:val="18"/>
        </w:rPr>
        <w:t>❶ for roll_num in range(1000):</w:t>
      </w:r>
    </w:p>
    <w:p>
      <w:pPr>
        <w:spacing w:after="0"/>
        <w:ind w:left="360"/>
        <w:shd w:val="clear" w:color="auto" w:fill="F2F2F2"/>
      </w:pPr>
      <w:r>
        <w:rPr>
          <w:rFonts w:ascii="Consolas" w:hAnsi="Consolas"/>
          <w:b w:val="0"/>
          <w:i w:val="0"/>
          <w:sz w:val="18"/>
        </w:rPr>
        <w:t xml:space="preserve">    result = die.roll()</w:t>
      </w:r>
    </w:p>
    <w:p>
      <w:pPr>
        <w:spacing w:after="0"/>
        <w:ind w:left="360"/>
        <w:shd w:val="clear" w:color="auto" w:fill="F2F2F2"/>
      </w:pPr>
      <w:r>
        <w:rPr>
          <w:rFonts w:ascii="Consolas" w:hAnsi="Consolas"/>
          <w:b w:val="0"/>
          <w:i w:val="0"/>
          <w:sz w:val="18"/>
        </w:rPr>
        <w:t xml:space="preserve">    results.append(result)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Analyze the results.</w:t>
      </w:r>
    </w:p>
    <w:p>
      <w:pPr>
        <w:spacing w:after="0"/>
        <w:ind w:left="360"/>
        <w:shd w:val="clear" w:color="auto" w:fill="F2F2F2"/>
      </w:pPr>
      <w:r>
        <w:rPr>
          <w:rFonts w:ascii="Consolas" w:hAnsi="Consolas"/>
          <w:b w:val="0"/>
          <w:i w:val="0"/>
          <w:sz w:val="18"/>
        </w:rPr>
        <w:t>frequencies = []</w:t>
      </w:r>
    </w:p>
    <w:p>
      <w:pPr>
        <w:spacing w:after="0"/>
        <w:ind w:left="360"/>
        <w:shd w:val="clear" w:color="auto" w:fill="F2F2F2"/>
      </w:pPr>
      <w:r>
        <w:rPr>
          <w:rFonts w:ascii="Consolas" w:hAnsi="Consolas"/>
          <w:b w:val="0"/>
          <w:i w:val="0"/>
          <w:sz w:val="18"/>
        </w:rPr>
        <w:t>❷ poss_results = range(1, die.num_sides+1)</w:t>
      </w:r>
    </w:p>
    <w:p>
      <w:pPr>
        <w:spacing w:after="0"/>
        <w:ind w:left="360"/>
        <w:shd w:val="clear" w:color="auto" w:fill="F2F2F2"/>
      </w:pPr>
      <w:r>
        <w:rPr>
          <w:rFonts w:ascii="Consolas" w:hAnsi="Consolas"/>
          <w:b w:val="0"/>
          <w:i w:val="0"/>
          <w:sz w:val="18"/>
        </w:rPr>
        <w:t>for value in poss_results:</w:t>
      </w:r>
    </w:p>
    <w:p>
      <w:pPr>
        <w:spacing w:after="0"/>
        <w:ind w:left="360"/>
        <w:shd w:val="clear" w:color="auto" w:fill="F2F2F2"/>
      </w:pPr>
      <w:r>
        <w:rPr>
          <w:rFonts w:ascii="Consolas" w:hAnsi="Consolas"/>
          <w:b w:val="0"/>
          <w:i w:val="0"/>
          <w:sz w:val="18"/>
        </w:rPr>
        <w:t>❸     frequency = results.count(value)</w:t>
      </w:r>
    </w:p>
    <w:p>
      <w:pPr>
        <w:spacing w:after="0"/>
        <w:ind w:left="360"/>
        <w:shd w:val="clear" w:color="auto" w:fill="F2F2F2"/>
      </w:pPr>
      <w:r>
        <w:rPr>
          <w:rFonts w:ascii="Consolas" w:hAnsi="Consolas"/>
          <w:b w:val="0"/>
          <w:i w:val="0"/>
          <w:sz w:val="18"/>
        </w:rPr>
        <w:t>❹     frequencies.append(frequency)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print(frequencies)</w:t>
      </w:r>
    </w:p>
    <w:p>
      <w:pPr>
        <w:spacing w:after="40"/>
      </w:pPr>
    </w:p>
    <w:p>
      <w:pPr>
        <w:spacing w:after="80"/>
      </w:pPr>
      <w:r>
        <w:rPr>
          <w:b w:val="0"/>
          <w:i w:val="0"/>
        </w:rPr>
        <w:t xml:space="preserve">Vì không còn in kết quả nữa, ta có thể tăng số lần gieo mô phỏng lên </w:t>
      </w:r>
      <w:r>
        <w:rPr>
          <w:rFonts w:ascii="Consolas" w:hAnsi="Consolas"/>
          <w:b w:val="0"/>
          <w:i w:val="0"/>
          <w:sz w:val="20"/>
        </w:rPr>
        <w:t>1000</w:t>
      </w:r>
      <w:r>
        <w:rPr>
          <w:b w:val="0"/>
          <w:i w:val="0"/>
        </w:rPr>
        <w:t xml:space="preserve"> ❶. Để phân tích các lần gieo, ta tạo danh sách rỗng </w:t>
      </w:r>
      <w:r>
        <w:rPr>
          <w:rFonts w:ascii="Consolas" w:hAnsi="Consolas"/>
          <w:b w:val="0"/>
          <w:i w:val="0"/>
          <w:sz w:val="20"/>
        </w:rPr>
        <w:t>frequencies</w:t>
      </w:r>
      <w:r>
        <w:rPr>
          <w:b w:val="0"/>
          <w:i w:val="0"/>
        </w:rPr>
        <w:t xml:space="preserve"> để lưu số lần mỗi giá trị được gieo. Sau đó ta sinh ra tất cả kết quả có thể nhận được; trong ví dụ này, đó là tất cả các số từ </w:t>
      </w:r>
      <w:r>
        <w:rPr>
          <w:rFonts w:ascii="Consolas" w:hAnsi="Consolas"/>
          <w:b w:val="0"/>
          <w:i w:val="0"/>
          <w:sz w:val="20"/>
        </w:rPr>
        <w:t>1</w:t>
      </w:r>
      <w:r>
        <w:rPr>
          <w:b w:val="0"/>
          <w:i w:val="0"/>
        </w:rPr>
        <w:t xml:space="preserve"> đến số mặt mà </w:t>
      </w:r>
      <w:r>
        <w:rPr>
          <w:rFonts w:ascii="Consolas" w:hAnsi="Consolas"/>
          <w:b w:val="0"/>
          <w:i w:val="0"/>
          <w:sz w:val="20"/>
        </w:rPr>
        <w:t>die</w:t>
      </w:r>
      <w:r>
        <w:rPr>
          <w:b w:val="0"/>
          <w:i w:val="0"/>
        </w:rPr>
        <w:t xml:space="preserve"> có ❷. Ta lặp qua các giá trị có thể, đếm xem mỗi số xuất hiện bao nhiêu lần trong </w:t>
      </w:r>
      <w:r>
        <w:rPr>
          <w:rFonts w:ascii="Consolas" w:hAnsi="Consolas"/>
          <w:b w:val="0"/>
          <w:i w:val="0"/>
          <w:sz w:val="20"/>
        </w:rPr>
        <w:t>results</w:t>
      </w:r>
      <w:r>
        <w:rPr>
          <w:b w:val="0"/>
          <w:i w:val="0"/>
        </w:rPr>
        <w:t xml:space="preserve"> ❸, rồi thêm giá trị này vào </w:t>
      </w:r>
      <w:r>
        <w:rPr>
          <w:rFonts w:ascii="Consolas" w:hAnsi="Consolas"/>
          <w:b w:val="0"/>
          <w:i w:val="0"/>
          <w:sz w:val="20"/>
        </w:rPr>
        <w:t>frequencies</w:t>
      </w:r>
      <w:r>
        <w:rPr>
          <w:b w:val="0"/>
          <w:i w:val="0"/>
        </w:rPr>
        <w:t xml:space="preserve"> ❹. Ta in danh sách này trước khi tạo trực quan hóa:</w:t>
      </w:r>
    </w:p>
    <w:p>
      <w:pPr>
        <w:spacing w:after="80"/>
      </w:pPr>
      <w:r>
        <w:rPr>
          <w:b w:val="0"/>
          <w:i w:val="0"/>
        </w:rPr>
        <w:t>[155, 167, 168, 170, 159, 181]</w:t>
      </w:r>
    </w:p>
    <w:p>
      <w:pPr>
        <w:spacing w:after="80"/>
      </w:pPr>
      <w:r>
        <w:rPr>
          <w:b w:val="0"/>
          <w:i w:val="0"/>
        </w:rPr>
        <w:t>Những kết quả này trông hợp lý: ta thấy sáu tần số, mỗi tần số ứng với một số có thể khi gieo xúc xắc D6. Ta cũng thấy không có tần số nào cao hơn đáng kể so với các tần số khác. Giờ hãy trực quan hóa những kết quả này.</w:t>
      </w:r>
    </w:p>
    <w:p>
      <w:pPr>
        <w:pStyle w:val="Heading3"/>
      </w:pPr>
      <w:r>
        <w:rPr>
          <w:rFonts w:ascii="Calibri" w:hAnsi="Calibri"/>
          <w:b/>
          <w:i w:val="0"/>
          <w:sz w:val="27"/>
        </w:rPr>
        <w:t>Tạo biểu đồ histogram</w:t>
      </w:r>
    </w:p>
    <w:p>
      <w:pPr>
        <w:spacing w:after="80"/>
      </w:pPr>
      <w:r>
        <w:rPr>
          <w:b w:val="0"/>
          <w:i w:val="0"/>
        </w:rPr>
        <w:t>Giờ ta đã có dữ liệu mong muốn, ta có thể tạo một trực quan hóa chỉ với vài dòng mã bằng Plotly Express:</w:t>
      </w:r>
    </w:p>
    <w:p>
      <w:pPr>
        <w:spacing w:after="80"/>
      </w:pPr>
      <w:r>
        <w:rPr>
          <w:b w:val="0"/>
          <w:i w:val="0"/>
        </w:rPr>
        <w:t>die_visual.py</w:t>
      </w:r>
    </w:p>
    <w:p>
      <w:pPr>
        <w:spacing w:after="0"/>
        <w:ind w:left="360"/>
        <w:shd w:val="clear" w:color="auto" w:fill="F2F2F2"/>
      </w:pPr>
      <w:r>
        <w:rPr>
          <w:rFonts w:ascii="Consolas" w:hAnsi="Consolas"/>
          <w:b w:val="0"/>
          <w:i w:val="0"/>
          <w:sz w:val="18"/>
        </w:rPr>
        <w:t>import plotly.express as px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die import Die</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value in poss_results:</w:t>
      </w:r>
    </w:p>
    <w:p>
      <w:pPr>
        <w:spacing w:after="0"/>
        <w:ind w:left="360"/>
        <w:shd w:val="clear" w:color="auto" w:fill="F2F2F2"/>
      </w:pPr>
      <w:r>
        <w:rPr>
          <w:rFonts w:ascii="Consolas" w:hAnsi="Consolas"/>
          <w:b w:val="0"/>
          <w:i w:val="0"/>
          <w:sz w:val="18"/>
        </w:rPr>
        <w:t xml:space="preserve">    frequency = results.count(value)</w:t>
      </w:r>
    </w:p>
    <w:p>
      <w:pPr>
        <w:spacing w:after="0"/>
        <w:ind w:left="360"/>
        <w:shd w:val="clear" w:color="auto" w:fill="F2F2F2"/>
      </w:pPr>
      <w:r>
        <w:rPr>
          <w:rFonts w:ascii="Consolas" w:hAnsi="Consolas"/>
          <w:b w:val="0"/>
          <w:i w:val="0"/>
          <w:sz w:val="18"/>
        </w:rPr>
        <w:t xml:space="preserve">    frequencies.append(frequency)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Visualize the results.</w:t>
      </w:r>
    </w:p>
    <w:p>
      <w:pPr>
        <w:spacing w:after="0"/>
        <w:ind w:left="360"/>
        <w:shd w:val="clear" w:color="auto" w:fill="F2F2F2"/>
      </w:pPr>
      <w:r>
        <w:rPr>
          <w:rFonts w:ascii="Consolas" w:hAnsi="Consolas"/>
          <w:b w:val="0"/>
          <w:i w:val="0"/>
          <w:sz w:val="18"/>
        </w:rPr>
        <w:t>fig = px.bar(x=poss_results, y=frequencies)</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Đầu tiên ta import module </w:t>
      </w:r>
      <w:r>
        <w:rPr>
          <w:rFonts w:ascii="Consolas" w:hAnsi="Consolas"/>
          <w:b w:val="0"/>
          <w:i w:val="0"/>
          <w:sz w:val="20"/>
        </w:rPr>
        <w:t>plotly.express</w:t>
      </w:r>
      <w:r>
        <w:rPr>
          <w:b w:val="0"/>
          <w:i w:val="0"/>
        </w:rPr>
        <w:t xml:space="preserve">, dùng bí danh quen thuộc </w:t>
      </w:r>
      <w:r>
        <w:rPr>
          <w:rFonts w:ascii="Consolas" w:hAnsi="Consolas"/>
          <w:b w:val="0"/>
          <w:i w:val="0"/>
          <w:sz w:val="20"/>
        </w:rPr>
        <w:t>px</w:t>
      </w:r>
      <w:r>
        <w:rPr>
          <w:b w:val="0"/>
          <w:i w:val="0"/>
        </w:rPr>
        <w:t xml:space="preserve">. Sau đó ta dùng hàm </w:t>
      </w:r>
      <w:r>
        <w:rPr>
          <w:rFonts w:ascii="Consolas" w:hAnsi="Consolas"/>
          <w:b w:val="0"/>
          <w:i w:val="0"/>
          <w:sz w:val="20"/>
        </w:rPr>
        <w:t>px.bar()</w:t>
      </w:r>
      <w:r>
        <w:rPr>
          <w:b w:val="0"/>
          <w:i w:val="0"/>
        </w:rPr>
        <w:t xml:space="preserve"> để tạo biểu đồ cột. Với cách dùng đơn giản nhất của hàm này, ta chỉ cần truyền một tập giá trị </w:t>
      </w:r>
      <w:r>
        <w:rPr>
          <w:b w:val="0"/>
          <w:i/>
        </w:rPr>
        <w:t>x-</w:t>
      </w:r>
      <w:r>
        <w:rPr>
          <w:b w:val="0"/>
          <w:i w:val="0"/>
        </w:rPr>
        <w:t xml:space="preserve"> và một tập giá trị </w:t>
      </w:r>
      <w:r>
        <w:rPr>
          <w:b w:val="0"/>
          <w:i/>
        </w:rPr>
        <w:t>y-</w:t>
      </w:r>
      <w:r>
        <w:rPr>
          <w:b w:val="0"/>
          <w:i w:val="0"/>
        </w:rPr>
        <w:t xml:space="preserve">. Ở đây các giá trị </w:t>
      </w:r>
      <w:r>
        <w:rPr>
          <w:b w:val="0"/>
          <w:i/>
        </w:rPr>
        <w:t>x</w:t>
      </w:r>
      <w:r>
        <w:rPr>
          <w:b w:val="0"/>
          <w:i w:val="0"/>
        </w:rPr>
        <w:t xml:space="preserve"> là những kết quả có thể khi gieo một xúc xắc, còn các giá trị </w:t>
      </w:r>
      <w:r>
        <w:rPr>
          <w:b w:val="0"/>
          <w:i/>
        </w:rPr>
        <w:t>y</w:t>
      </w:r>
      <w:r>
        <w:rPr>
          <w:b w:val="0"/>
          <w:i w:val="0"/>
        </w:rPr>
        <w:t xml:space="preserve"> là tần số của mỗi kết quả có thể.</w:t>
      </w:r>
    </w:p>
    <w:p>
      <w:pPr>
        <w:spacing w:after="80"/>
      </w:pPr>
      <w:r>
        <w:rPr>
          <w:b w:val="0"/>
          <w:i w:val="0"/>
        </w:rPr>
        <w:t xml:space="preserve">Dòng cuối cùng gọi </w:t>
      </w:r>
      <w:r>
        <w:rPr>
          <w:rFonts w:ascii="Consolas" w:hAnsi="Consolas"/>
          <w:b w:val="0"/>
          <w:i w:val="0"/>
          <w:sz w:val="20"/>
        </w:rPr>
        <w:t>fig.show()</w:t>
      </w:r>
      <w:r>
        <w:rPr>
          <w:b w:val="0"/>
          <w:i w:val="0"/>
        </w:rPr>
        <w:t>, lệnh này bảo Plotly hiển thị biểu đồ kết quả dưới dạng một tệp HTML và mở tệp đó trong một tab trình duyệt mới. Kết quả được thể hiện trong Hình 15-12.</w:t>
      </w:r>
    </w:p>
    <w:p>
      <w:pPr>
        <w:spacing w:after="80"/>
      </w:pPr>
      <w:r>
        <w:rPr>
          <w:b w:val="0"/>
          <w:i w:val="0"/>
        </w:rPr>
        <w:t xml:space="preserve">Đây là một biểu đồ thực sự đơn giản, và chắc chắn nó chưa hoàn chỉnh. Nhưng đây chính xác là cách Plotly Express được thiết kế để sử dụng; bạn viết vài dòng mã, xem biểu đồ, và đảm bảo rằng nó thể hiện dữ liệu theo cách bạn muốn. Nếu bạn thích những gì mình thấy, bạn có thể chuyển sang tùy chỉnh các thành phần của biểu đồ như nhãn và kiểu dáng. Nhưng nếu bạn muốn khám phá các loại biểu đồ khác, bạn có thể làm điều đó ngay bây giờ, mà không cần tốn thêm thời gian cho việc tùy chỉnh. Hãy thoải mái thử điều này ngay bây giờ bằng cách thay đổi </w:t>
      </w:r>
      <w:r>
        <w:rPr>
          <w:rFonts w:ascii="Consolas" w:hAnsi="Consolas"/>
          <w:b w:val="0"/>
          <w:i w:val="0"/>
          <w:sz w:val="20"/>
        </w:rPr>
        <w:t>px.bar()</w:t>
      </w:r>
      <w:r>
        <w:rPr>
          <w:b w:val="0"/>
          <w:i w:val="0"/>
        </w:rPr>
        <w:t xml:space="preserve"> thành một cái gì đó như </w:t>
      </w:r>
      <w:r>
        <w:rPr>
          <w:rFonts w:ascii="Consolas" w:hAnsi="Consolas"/>
          <w:b w:val="0"/>
          <w:i w:val="0"/>
          <w:sz w:val="20"/>
        </w:rPr>
        <w:t>px.scatter()</w:t>
      </w:r>
      <w:r>
        <w:rPr>
          <w:b w:val="0"/>
          <w:i w:val="0"/>
        </w:rPr>
        <w:t xml:space="preserve"> hoặc </w:t>
      </w:r>
      <w:r>
        <w:rPr>
          <w:rFonts w:ascii="Consolas" w:hAnsi="Consolas"/>
          <w:b w:val="0"/>
          <w:i w:val="0"/>
          <w:sz w:val="20"/>
        </w:rPr>
        <w:t>px.line()</w:t>
      </w:r>
      <w:r>
        <w:rPr>
          <w:b w:val="0"/>
          <w:i w:val="0"/>
        </w:rPr>
        <w:t>. Bạn có thể tìm thấy danh sách đầy đủ các loại biểu đồ có sẵn tại https://plotly.com/python/plotly-express.</w:t>
      </w:r>
    </w:p>
    <w:p>
      <w:pPr>
        <w:spacing w:after="80"/>
      </w:pPr>
      <w:r>
        <w:rPr>
          <w:b w:val="0"/>
          <w:i w:val="0"/>
        </w:rPr>
        <w:t>Biểu đồ này rất năng động và tương tác. Nếu bạn thay đổi kích thước cửa sổ trình duyệt, biểu đồ sẽ thay đổi kích thước để phù hợp với không gian có sẵn. Nếu bạn di chuột qua bất kỳ thanh nào, bạn sẽ thấy một cửa sổ bật lên làm nổi bật dữ liệu cụ thể liên quan đến thanh đó.</w:t>
      </w:r>
    </w:p>
    <w:p>
      <w:pPr>
        <w:jc w:val="center"/>
      </w:pPr>
      <w:r>
        <w:drawing>
          <wp:inline xmlns:a="http://schemas.openxmlformats.org/drawingml/2006/main" xmlns:pic="http://schemas.openxmlformats.org/drawingml/2006/picture">
            <wp:extent cx="5486400" cy="3399354"/>
            <wp:docPr id="47" name="Picture 47"/>
            <wp:cNvGraphicFramePr>
              <a:graphicFrameLocks noChangeAspect="1"/>
            </wp:cNvGraphicFramePr>
            <a:graphic>
              <a:graphicData uri="http://schemas.openxmlformats.org/drawingml/2006/picture">
                <pic:pic>
                  <pic:nvPicPr>
                    <pic:cNvPr id="0" name="image_rsrcBJB.jpg"/>
                    <pic:cNvPicPr/>
                  </pic:nvPicPr>
                  <pic:blipFill>
                    <a:blip r:embed="rId40"/>
                    <a:stretch>
                      <a:fillRect/>
                    </a:stretch>
                  </pic:blipFill>
                  <pic:spPr>
                    <a:xfrm>
                      <a:off x="0" y="0"/>
                      <a:ext cx="5486400" cy="3399354"/>
                    </a:xfrm>
                    <a:prstGeom prst="rect"/>
                  </pic:spPr>
                </pic:pic>
              </a:graphicData>
            </a:graphic>
          </wp:inline>
        </w:drawing>
      </w:r>
    </w:p>
    <w:p>
      <w:pPr>
        <w:spacing w:after="80"/>
      </w:pPr>
      <w:r>
        <w:rPr>
          <w:b w:val="0"/>
          <w:i w:val="0"/>
        </w:rPr>
        <w:t>Hình 15-12: Biểu đồ ban đầu được tạo bởi Plotly Express</w:t>
      </w:r>
    </w:p>
    <w:p>
      <w:pPr>
        <w:pStyle w:val="Heading3"/>
      </w:pPr>
      <w:r>
        <w:rPr>
          <w:rFonts w:ascii="Calibri" w:hAnsi="Calibri"/>
          <w:b/>
          <w:i w:val="0"/>
          <w:sz w:val="27"/>
        </w:rPr>
        <w:t>Tùy chỉnh biểu đồ</w:t>
      </w:r>
    </w:p>
    <w:p>
      <w:pPr>
        <w:spacing w:after="80"/>
      </w:pPr>
      <w:r>
        <w:rPr>
          <w:b w:val="0"/>
          <w:i w:val="0"/>
        </w:rPr>
        <w:t>Bây giờ chúng ta đã biết mình có đúng loại biểu đồ và dữ liệu của chúng ta được thể hiện chính xác, chúng ta có thể tập trung vào việc thêm các nhãn và kiểu dáng phù hợp cho biểu đồ.</w:t>
      </w:r>
    </w:p>
    <w:p>
      <w:pPr>
        <w:spacing w:after="80"/>
      </w:pPr>
      <w:r>
        <w:rPr>
          <w:b w:val="0"/>
          <w:i w:val="0"/>
        </w:rPr>
        <w:t xml:space="preserve">Cách đầu tiên để tùy chỉnh một biểu đồ với Plotly là sử dụng một số tham số tùy chọn trong lệnh gọi ban đầu tạo ra biểu đồ, trong trường hợp này là </w:t>
      </w:r>
      <w:r>
        <w:rPr>
          <w:rFonts w:ascii="Consolas" w:hAnsi="Consolas"/>
          <w:b w:val="0"/>
          <w:i w:val="0"/>
          <w:sz w:val="20"/>
        </w:rPr>
        <w:t>px.bar()</w:t>
      </w:r>
      <w:r>
        <w:rPr>
          <w:b w:val="0"/>
          <w:i w:val="0"/>
        </w:rPr>
        <w:t>. Đây là cách thêm tiêu đề tổng thể và nhãn cho mỗi trục:</w:t>
      </w:r>
    </w:p>
    <w:p>
      <w:pPr>
        <w:spacing w:after="80"/>
      </w:pPr>
      <w:r>
        <w:rPr>
          <w:b w:val="0"/>
          <w:i w:val="0"/>
        </w:rPr>
        <w:t>die_visual.py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Visualize the results.</w:t>
      </w:r>
    </w:p>
    <w:p>
      <w:pPr>
        <w:spacing w:after="0"/>
        <w:ind w:left="360"/>
        <w:shd w:val="clear" w:color="auto" w:fill="F2F2F2"/>
      </w:pPr>
      <w:r>
        <w:rPr>
          <w:rFonts w:ascii="Consolas" w:hAnsi="Consolas"/>
          <w:b w:val="0"/>
          <w:i w:val="0"/>
          <w:sz w:val="18"/>
        </w:rPr>
        <w:t>❶ title = "Results of Rolling One D6 1,000 Times"</w:t>
      </w:r>
    </w:p>
    <w:p>
      <w:pPr>
        <w:spacing w:after="0"/>
        <w:ind w:left="360"/>
        <w:shd w:val="clear" w:color="auto" w:fill="F2F2F2"/>
      </w:pPr>
      <w:r>
        <w:rPr>
          <w:rFonts w:ascii="Consolas" w:hAnsi="Consolas"/>
          <w:b w:val="0"/>
          <w:i w:val="0"/>
          <w:sz w:val="18"/>
        </w:rPr>
        <w:t>❷ labels = {'x': 'Result', 'y': 'Frequency of Result'}</w:t>
      </w:r>
    </w:p>
    <w:p>
      <w:pPr>
        <w:spacing w:after="0"/>
        <w:ind w:left="360"/>
        <w:shd w:val="clear" w:color="auto" w:fill="F2F2F2"/>
      </w:pPr>
      <w:r>
        <w:rPr>
          <w:rFonts w:ascii="Consolas" w:hAnsi="Consolas"/>
          <w:b w:val="0"/>
          <w:i w:val="0"/>
          <w:sz w:val="18"/>
        </w:rPr>
        <w:t>fig = px.bar(x=poss_results, y=frequencies, title=title, labels=labels)</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Đầu tiên chúng ta định nghĩa tiêu đề mà chúng ta muốn, ở đây được gán cho </w:t>
      </w:r>
      <w:r>
        <w:rPr>
          <w:rFonts w:ascii="Consolas" w:hAnsi="Consolas"/>
          <w:b w:val="0"/>
          <w:i w:val="0"/>
          <w:sz w:val="20"/>
        </w:rPr>
        <w:t>title</w:t>
      </w:r>
      <w:r>
        <w:rPr>
          <w:b w:val="0"/>
          <w:i w:val="0"/>
        </w:rPr>
        <w:t xml:space="preserve"> ❶. Để định nghĩa nhãn trục, chúng ta viết một từ điển ❷. Các khóa trong từ điển đề cập đến các nhãn mà chúng ta muốn tùy chỉnh, và các giá trị là các nhãn tùy chỉnh mà chúng ta muốn sử dụng. Ở đây chúng ta đặt nhãn cho trục </w:t>
      </w:r>
      <w:r>
        <w:rPr>
          <w:b w:val="0"/>
          <w:i/>
        </w:rPr>
        <w:t>x</w:t>
      </w:r>
      <w:r>
        <w:rPr>
          <w:b w:val="0"/>
          <w:i w:val="0"/>
        </w:rPr>
        <w:t xml:space="preserve"> là </w:t>
      </w:r>
      <w:r>
        <w:rPr>
          <w:rFonts w:ascii="Consolas" w:hAnsi="Consolas"/>
          <w:b w:val="0"/>
          <w:i w:val="0"/>
          <w:sz w:val="20"/>
        </w:rPr>
        <w:t>Result</w:t>
      </w:r>
      <w:r>
        <w:rPr>
          <w:b w:val="0"/>
          <w:i w:val="0"/>
        </w:rPr>
        <w:t xml:space="preserve"> và nhãn cho trục </w:t>
      </w:r>
      <w:r>
        <w:rPr>
          <w:b w:val="0"/>
          <w:i/>
        </w:rPr>
        <w:t>y</w:t>
      </w:r>
      <w:r>
        <w:rPr>
          <w:b w:val="0"/>
          <w:i w:val="0"/>
        </w:rPr>
        <w:t xml:space="preserve"> là </w:t>
      </w:r>
      <w:r>
        <w:rPr>
          <w:rFonts w:ascii="Consolas" w:hAnsi="Consolas"/>
          <w:b w:val="0"/>
          <w:i w:val="0"/>
          <w:sz w:val="20"/>
        </w:rPr>
        <w:t>Frequency of Result</w:t>
      </w:r>
      <w:r>
        <w:rPr>
          <w:b w:val="0"/>
          <w:i w:val="0"/>
        </w:rPr>
        <w:t xml:space="preserve">. Lệnh gọi </w:t>
      </w:r>
      <w:r>
        <w:rPr>
          <w:rFonts w:ascii="Consolas" w:hAnsi="Consolas"/>
          <w:b w:val="0"/>
          <w:i w:val="0"/>
          <w:sz w:val="20"/>
        </w:rPr>
        <w:t>px.bar()</w:t>
      </w:r>
      <w:r>
        <w:rPr>
          <w:b w:val="0"/>
          <w:i w:val="0"/>
        </w:rPr>
        <w:t xml:space="preserve"> bây giờ bao gồm các đối số tùy chọn </w:t>
      </w:r>
      <w:r>
        <w:rPr>
          <w:rFonts w:ascii="Consolas" w:hAnsi="Consolas"/>
          <w:b w:val="0"/>
          <w:i w:val="0"/>
          <w:sz w:val="20"/>
        </w:rPr>
        <w:t>title</w:t>
      </w:r>
      <w:r>
        <w:rPr>
          <w:b w:val="0"/>
          <w:i w:val="0"/>
        </w:rPr>
        <w:t xml:space="preserve"> và </w:t>
      </w:r>
      <w:r>
        <w:rPr>
          <w:rFonts w:ascii="Consolas" w:hAnsi="Consolas"/>
          <w:b w:val="0"/>
          <w:i w:val="0"/>
          <w:sz w:val="20"/>
        </w:rPr>
        <w:t>labels</w:t>
      </w:r>
      <w:r>
        <w:rPr>
          <w:b w:val="0"/>
          <w:i w:val="0"/>
        </w:rPr>
        <w:t>.</w:t>
      </w:r>
    </w:p>
    <w:p>
      <w:pPr>
        <w:spacing w:after="80"/>
      </w:pPr>
      <w:r>
        <w:rPr>
          <w:b w:val="0"/>
          <w:i w:val="0"/>
        </w:rPr>
        <w:t>Bây giờ khi biểu đồ được tạo ra, nó bao gồm một tiêu đề phù hợp và nhãn cho mỗi trục, như được thể hiện trong Hình 15-13.</w:t>
      </w:r>
    </w:p>
    <w:p>
      <w:pPr>
        <w:jc w:val="center"/>
      </w:pPr>
      <w:r>
        <w:drawing>
          <wp:inline xmlns:a="http://schemas.openxmlformats.org/drawingml/2006/main" xmlns:pic="http://schemas.openxmlformats.org/drawingml/2006/picture">
            <wp:extent cx="5486400" cy="3399354"/>
            <wp:docPr id="48" name="Picture 48"/>
            <wp:cNvGraphicFramePr>
              <a:graphicFrameLocks noChangeAspect="1"/>
            </wp:cNvGraphicFramePr>
            <a:graphic>
              <a:graphicData uri="http://schemas.openxmlformats.org/drawingml/2006/picture">
                <pic:pic>
                  <pic:nvPicPr>
                    <pic:cNvPr id="0" name="image_rsrcBJC.jpg"/>
                    <pic:cNvPicPr/>
                  </pic:nvPicPr>
                  <pic:blipFill>
                    <a:blip r:embed="rId41"/>
                    <a:stretch>
                      <a:fillRect/>
                    </a:stretch>
                  </pic:blipFill>
                  <pic:spPr>
                    <a:xfrm>
                      <a:off x="0" y="0"/>
                      <a:ext cx="5486400" cy="3399354"/>
                    </a:xfrm>
                    <a:prstGeom prst="rect"/>
                  </pic:spPr>
                </pic:pic>
              </a:graphicData>
            </a:graphic>
          </wp:inline>
        </w:drawing>
      </w:r>
    </w:p>
    <w:p>
      <w:pPr>
        <w:spacing w:after="80"/>
      </w:pPr>
      <w:r>
        <w:rPr>
          <w:b w:val="0"/>
          <w:i w:val="0"/>
        </w:rPr>
        <w:t>Hình 15-13: Một biểu đồ cột đơn giản được tạo bằng Plotly</w:t>
      </w:r>
    </w:p>
    <w:p>
      <w:pPr>
        <w:pStyle w:val="Heading3"/>
      </w:pPr>
      <w:r>
        <w:rPr>
          <w:rFonts w:ascii="Calibri" w:hAnsi="Calibri"/>
          <w:b/>
          <w:i w:val="0"/>
          <w:sz w:val="27"/>
        </w:rPr>
        <w:t>Tung hai xúc xắc</w:t>
      </w:r>
    </w:p>
    <w:p>
      <w:pPr>
        <w:spacing w:after="80"/>
      </w:pPr>
      <w:r>
        <w:rPr>
          <w:b w:val="0"/>
          <w:i w:val="0"/>
        </w:rPr>
        <w:t xml:space="preserve">Tung hai xúc xắc cho ra các số lớn hơn và phân phối kết quả khác nhau. Hãy sửa đổi mã của chúng ta để tạo hai xúc xắc D6 mô phỏng cách chúng ta tung một cặp xúc xắc. Mỗi lần chúng ta tung cặp xúc xắc, chúng ta sẽ cộng hai số (một từ mỗi xúc xắc) và lưu tổng vào </w:t>
      </w:r>
      <w:r>
        <w:rPr>
          <w:rFonts w:ascii="Consolas" w:hAnsi="Consolas"/>
          <w:b w:val="0"/>
          <w:i w:val="0"/>
          <w:sz w:val="20"/>
        </w:rPr>
        <w:t>results</w:t>
      </w:r>
      <w:r>
        <w:rPr>
          <w:b w:val="0"/>
          <w:i w:val="0"/>
        </w:rPr>
        <w:t xml:space="preserve">. Lưu một bản sao của </w:t>
      </w:r>
      <w:r>
        <w:rPr>
          <w:b w:val="0"/>
          <w:i/>
        </w:rPr>
        <w:t>die_visual.py</w:t>
      </w:r>
      <w:r>
        <w:rPr>
          <w:b w:val="0"/>
          <w:i w:val="0"/>
        </w:rPr>
        <w:t xml:space="preserve"> thành </w:t>
      </w:r>
      <w:r>
        <w:rPr>
          <w:b w:val="0"/>
          <w:i/>
        </w:rPr>
        <w:t>dice_visual.py</w:t>
      </w:r>
      <w:r>
        <w:rPr>
          <w:b w:val="0"/>
          <w:i w:val="0"/>
        </w:rPr>
        <w:t xml:space="preserve"> và thực hiện các thay đổi sau:</w:t>
      </w:r>
    </w:p>
    <w:p>
      <w:pPr>
        <w:spacing w:after="80"/>
      </w:pPr>
      <w:r>
        <w:rPr>
          <w:b w:val="0"/>
          <w:i w:val="0"/>
        </w:rPr>
        <w:t>dice_visual.py</w:t>
      </w:r>
    </w:p>
    <w:p>
      <w:pPr>
        <w:spacing w:after="0"/>
        <w:ind w:left="360"/>
        <w:shd w:val="clear" w:color="auto" w:fill="F2F2F2"/>
      </w:pPr>
      <w:r>
        <w:rPr>
          <w:rFonts w:ascii="Consolas" w:hAnsi="Consolas"/>
          <w:b w:val="0"/>
          <w:i w:val="0"/>
          <w:sz w:val="18"/>
        </w:rPr>
        <w:t>import plotly.express as px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die import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Create two D6 dice.</w:t>
      </w:r>
    </w:p>
    <w:p>
      <w:pPr>
        <w:spacing w:after="0"/>
        <w:ind w:left="360"/>
        <w:shd w:val="clear" w:color="auto" w:fill="F2F2F2"/>
      </w:pPr>
      <w:r>
        <w:rPr>
          <w:rFonts w:ascii="Consolas" w:hAnsi="Consolas"/>
          <w:b w:val="0"/>
          <w:i w:val="0"/>
          <w:sz w:val="18"/>
        </w:rPr>
        <w:t>die_1 = Die()</w:t>
      </w:r>
    </w:p>
    <w:p>
      <w:pPr>
        <w:spacing w:after="0"/>
        <w:ind w:left="360"/>
        <w:shd w:val="clear" w:color="auto" w:fill="F2F2F2"/>
      </w:pPr>
      <w:r>
        <w:rPr>
          <w:rFonts w:ascii="Consolas" w:hAnsi="Consolas"/>
          <w:b w:val="0"/>
          <w:i w:val="0"/>
          <w:sz w:val="18"/>
        </w:rPr>
        <w:t>die_2 =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some rolls, and store results in a list.</w:t>
      </w:r>
    </w:p>
    <w:p>
      <w:pPr>
        <w:spacing w:after="0"/>
        <w:ind w:left="360"/>
        <w:shd w:val="clear" w:color="auto" w:fill="F2F2F2"/>
      </w:pPr>
      <w:r>
        <w:rPr>
          <w:rFonts w:ascii="Consolas" w:hAnsi="Consolas"/>
          <w:b w:val="0"/>
          <w:i w:val="0"/>
          <w:sz w:val="18"/>
        </w:rPr>
        <w:t>results = []</w:t>
      </w:r>
    </w:p>
    <w:p>
      <w:pPr>
        <w:spacing w:after="0"/>
        <w:ind w:left="360"/>
        <w:shd w:val="clear" w:color="auto" w:fill="F2F2F2"/>
      </w:pPr>
      <w:r>
        <w:rPr>
          <w:rFonts w:ascii="Consolas" w:hAnsi="Consolas"/>
          <w:b w:val="0"/>
          <w:i w:val="0"/>
          <w:sz w:val="18"/>
        </w:rPr>
        <w:t>for roll_num in range(1000):</w:t>
      </w:r>
    </w:p>
    <w:p>
      <w:pPr>
        <w:spacing w:after="0"/>
        <w:ind w:left="360"/>
        <w:shd w:val="clear" w:color="auto" w:fill="F2F2F2"/>
      </w:pPr>
      <w:r>
        <w:rPr>
          <w:rFonts w:ascii="Consolas" w:hAnsi="Consolas"/>
          <w:b w:val="0"/>
          <w:i w:val="0"/>
          <w:sz w:val="18"/>
        </w:rPr>
        <w:t>❶     result = die_1.roll() + die_2.roll()</w:t>
      </w:r>
    </w:p>
    <w:p>
      <w:pPr>
        <w:spacing w:after="0"/>
        <w:ind w:left="360"/>
        <w:shd w:val="clear" w:color="auto" w:fill="F2F2F2"/>
      </w:pPr>
      <w:r>
        <w:rPr>
          <w:rFonts w:ascii="Consolas" w:hAnsi="Consolas"/>
          <w:b w:val="0"/>
          <w:i w:val="0"/>
          <w:sz w:val="18"/>
        </w:rPr>
        <w:t xml:space="preserve">    results.append(result)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Analyze the results.</w:t>
      </w:r>
    </w:p>
    <w:p>
      <w:pPr>
        <w:spacing w:after="0"/>
        <w:ind w:left="360"/>
        <w:shd w:val="clear" w:color="auto" w:fill="F2F2F2"/>
      </w:pPr>
      <w:r>
        <w:rPr>
          <w:rFonts w:ascii="Consolas" w:hAnsi="Consolas"/>
          <w:b w:val="0"/>
          <w:i w:val="0"/>
          <w:sz w:val="18"/>
        </w:rPr>
        <w:t>frequencies = []</w:t>
      </w:r>
    </w:p>
    <w:p>
      <w:pPr>
        <w:spacing w:after="0"/>
        <w:ind w:left="360"/>
        <w:shd w:val="clear" w:color="auto" w:fill="F2F2F2"/>
      </w:pPr>
      <w:r>
        <w:rPr>
          <w:rFonts w:ascii="Consolas" w:hAnsi="Consolas"/>
          <w:b w:val="0"/>
          <w:i w:val="0"/>
          <w:sz w:val="18"/>
        </w:rPr>
        <w:t>❷ max_result = die_1.num_sides + die_2.num_sides</w:t>
      </w:r>
    </w:p>
    <w:p>
      <w:pPr>
        <w:spacing w:after="0"/>
        <w:ind w:left="360"/>
        <w:shd w:val="clear" w:color="auto" w:fill="F2F2F2"/>
      </w:pPr>
      <w:r>
        <w:rPr>
          <w:rFonts w:ascii="Consolas" w:hAnsi="Consolas"/>
          <w:b w:val="0"/>
          <w:i w:val="0"/>
          <w:sz w:val="18"/>
        </w:rPr>
        <w:t>❸ poss_results = range(2, max_result+1)</w:t>
      </w:r>
    </w:p>
    <w:p>
      <w:pPr>
        <w:spacing w:after="0"/>
        <w:ind w:left="360"/>
        <w:shd w:val="clear" w:color="auto" w:fill="F2F2F2"/>
      </w:pPr>
      <w:r>
        <w:rPr>
          <w:rFonts w:ascii="Consolas" w:hAnsi="Consolas"/>
          <w:b w:val="0"/>
          <w:i w:val="0"/>
          <w:sz w:val="18"/>
        </w:rPr>
        <w:t>for value in poss_results:</w:t>
      </w:r>
    </w:p>
    <w:p>
      <w:pPr>
        <w:spacing w:after="0"/>
        <w:ind w:left="360"/>
        <w:shd w:val="clear" w:color="auto" w:fill="F2F2F2"/>
      </w:pPr>
      <w:r>
        <w:rPr>
          <w:rFonts w:ascii="Consolas" w:hAnsi="Consolas"/>
          <w:b w:val="0"/>
          <w:i w:val="0"/>
          <w:sz w:val="18"/>
        </w:rPr>
        <w:t xml:space="preserve">    frequency = results.count(value)</w:t>
      </w:r>
    </w:p>
    <w:p>
      <w:pPr>
        <w:spacing w:after="0"/>
        <w:ind w:left="360"/>
        <w:shd w:val="clear" w:color="auto" w:fill="F2F2F2"/>
      </w:pPr>
      <w:r>
        <w:rPr>
          <w:rFonts w:ascii="Consolas" w:hAnsi="Consolas"/>
          <w:b w:val="0"/>
          <w:i w:val="0"/>
          <w:sz w:val="18"/>
        </w:rPr>
        <w:t xml:space="preserve">    frequencies.append(frequency)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Visualize the results.</w:t>
      </w:r>
    </w:p>
    <w:p>
      <w:pPr>
        <w:spacing w:after="0"/>
        <w:ind w:left="360"/>
        <w:shd w:val="clear" w:color="auto" w:fill="F2F2F2"/>
      </w:pPr>
      <w:r>
        <w:rPr>
          <w:rFonts w:ascii="Consolas" w:hAnsi="Consolas"/>
          <w:b w:val="0"/>
          <w:i w:val="0"/>
          <w:sz w:val="18"/>
        </w:rPr>
        <w:t>title = "Results of Rolling Two D6 Dice 1,000 Times"</w:t>
      </w:r>
    </w:p>
    <w:p>
      <w:pPr>
        <w:spacing w:after="0"/>
        <w:ind w:left="360"/>
        <w:shd w:val="clear" w:color="auto" w:fill="F2F2F2"/>
      </w:pPr>
      <w:r>
        <w:rPr>
          <w:rFonts w:ascii="Consolas" w:hAnsi="Consolas"/>
          <w:b w:val="0"/>
          <w:i w:val="0"/>
          <w:sz w:val="18"/>
        </w:rPr>
        <w:t>labels = {'x': 'Result', 'y': 'Frequency of Result'}</w:t>
      </w:r>
    </w:p>
    <w:p>
      <w:pPr>
        <w:spacing w:after="0"/>
        <w:ind w:left="360"/>
        <w:shd w:val="clear" w:color="auto" w:fill="F2F2F2"/>
      </w:pPr>
      <w:r>
        <w:rPr>
          <w:rFonts w:ascii="Consolas" w:hAnsi="Consolas"/>
          <w:b w:val="0"/>
          <w:i w:val="0"/>
          <w:sz w:val="18"/>
        </w:rPr>
        <w:t>fig = px.bar(x=poss_results, y=frequencies, title=title, labels=labels)</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Sau khi tạo hai đối tượng </w:t>
      </w:r>
      <w:r>
        <w:rPr>
          <w:rFonts w:ascii="Consolas" w:hAnsi="Consolas"/>
          <w:b w:val="0"/>
          <w:i w:val="0"/>
          <w:sz w:val="20"/>
        </w:rPr>
        <w:t>Die</w:t>
      </w:r>
      <w:r>
        <w:rPr>
          <w:b w:val="0"/>
          <w:i w:val="0"/>
        </w:rPr>
        <w:t xml:space="preserve">, chúng ta gieo xúc xắc và tính tổng của hai con xúc xắc cho mỗi lần gieo ❶. Kết quả nhỏ nhất có thể (2) là tổng của số nhỏ nhất trên mỗi con xúc xắc. Kết quả lớn nhất có thể (12) là tổng của số lớn nhất trên mỗi con xúc xắc, mà chúng ta gán cho </w:t>
      </w:r>
      <w:r>
        <w:rPr>
          <w:rFonts w:ascii="Consolas" w:hAnsi="Consolas"/>
          <w:b w:val="0"/>
          <w:i w:val="0"/>
          <w:sz w:val="20"/>
        </w:rPr>
        <w:t>max_result</w:t>
      </w:r>
      <w:r>
        <w:rPr>
          <w:b w:val="0"/>
          <w:i w:val="0"/>
        </w:rPr>
        <w:t xml:space="preserve"> ❷. Biến </w:t>
      </w:r>
      <w:r>
        <w:rPr>
          <w:rFonts w:ascii="Consolas" w:hAnsi="Consolas"/>
          <w:b w:val="0"/>
          <w:i w:val="0"/>
          <w:sz w:val="20"/>
        </w:rPr>
        <w:t>max_result</w:t>
      </w:r>
      <w:r>
        <w:rPr>
          <w:b w:val="0"/>
          <w:i w:val="0"/>
        </w:rPr>
        <w:t xml:space="preserve"> giúp đoạn code tạo </w:t>
      </w:r>
      <w:r>
        <w:rPr>
          <w:rFonts w:ascii="Consolas" w:hAnsi="Consolas"/>
          <w:b w:val="0"/>
          <w:i w:val="0"/>
          <w:sz w:val="20"/>
        </w:rPr>
        <w:t>poss_results</w:t>
      </w:r>
      <w:r>
        <w:rPr>
          <w:b w:val="0"/>
          <w:i w:val="0"/>
        </w:rPr>
        <w:t xml:space="preserve"> dễ đọc hơn nhiều ❸. Chúng ta có thể viết </w:t>
      </w:r>
      <w:r>
        <w:rPr>
          <w:rFonts w:ascii="Consolas" w:hAnsi="Consolas"/>
          <w:b w:val="0"/>
          <w:i w:val="0"/>
          <w:sz w:val="20"/>
        </w:rPr>
        <w:t>range(2, 13)</w:t>
      </w:r>
      <w:r>
        <w:rPr>
          <w:b w:val="0"/>
          <w:i w:val="0"/>
        </w:rPr>
        <w:t>, nhưng cách này chỉ hoạt động với hai con xúc xắc D6. Khi mô phỏng các tình huống thực tế, tốt nhất là viết code có thể dễ dàng mô phỏng nhiều tình huống khác nhau. Đoạn code này cho phép chúng ta mô phỏng việc gieo một cặp xúc xắc với bất kỳ số mặt nào.</w:t>
      </w:r>
    </w:p>
    <w:p>
      <w:pPr>
        <w:spacing w:after="80"/>
      </w:pPr>
      <w:r>
        <w:rPr>
          <w:b w:val="0"/>
          <w:i w:val="0"/>
        </w:rPr>
        <w:t>Sau khi chạy đoạn code này, bạn sẽ thấy một biểu đồ trông giống như Hình 15-14.</w:t>
      </w:r>
    </w:p>
    <w:p>
      <w:pPr>
        <w:jc w:val="center"/>
      </w:pPr>
      <w:r>
        <w:drawing>
          <wp:inline xmlns:a="http://schemas.openxmlformats.org/drawingml/2006/main" xmlns:pic="http://schemas.openxmlformats.org/drawingml/2006/picture">
            <wp:extent cx="5486400" cy="3399354"/>
            <wp:docPr id="49" name="Picture 49"/>
            <wp:cNvGraphicFramePr>
              <a:graphicFrameLocks noChangeAspect="1"/>
            </wp:cNvGraphicFramePr>
            <a:graphic>
              <a:graphicData uri="http://schemas.openxmlformats.org/drawingml/2006/picture">
                <pic:pic>
                  <pic:nvPicPr>
                    <pic:cNvPr id="0" name="image_rsrcBJD.jpg"/>
                    <pic:cNvPicPr/>
                  </pic:nvPicPr>
                  <pic:blipFill>
                    <a:blip r:embed="rId42"/>
                    <a:stretch>
                      <a:fillRect/>
                    </a:stretch>
                  </pic:blipFill>
                  <pic:spPr>
                    <a:xfrm>
                      <a:off x="0" y="0"/>
                      <a:ext cx="5486400" cy="3399354"/>
                    </a:xfrm>
                    <a:prstGeom prst="rect"/>
                  </pic:spPr>
                </pic:pic>
              </a:graphicData>
            </a:graphic>
          </wp:inline>
        </w:drawing>
      </w:r>
    </w:p>
    <w:p>
      <w:pPr>
        <w:spacing w:after="80"/>
      </w:pPr>
      <w:r>
        <w:rPr>
          <w:b w:val="0"/>
          <w:i w:val="0"/>
        </w:rPr>
        <w:t>Hình 15-14: Kết quả mô phỏng khi gieo hai con xúc xắc sáu mặt 1.000 lần</w:t>
      </w:r>
    </w:p>
    <w:p>
      <w:pPr>
        <w:spacing w:after="80"/>
      </w:pPr>
      <w:r>
        <w:rPr>
          <w:b w:val="0"/>
          <w:i w:val="0"/>
        </w:rPr>
        <w:t>Biểu đồ này cho thấy phân bố gần đúng của các kết quả mà bạn có thể nhận được khi gieo một cặp xúc xắc D6. Như bạn thấy, bạn ít có khả năng gieo được 2 hoặc 12 nhất và có khả năng gieo được 7 cao nhất. Điều này xảy ra vì có sáu cách để gieo được 7: 1 và 6, 2 và 5, 3 và 4, 4 và 3, 5 và 2, và 6 và 1.</w:t>
      </w:r>
    </w:p>
    <w:p>
      <w:pPr>
        <w:pStyle w:val="Heading3"/>
      </w:pPr>
      <w:r>
        <w:rPr>
          <w:rFonts w:ascii="Calibri" w:hAnsi="Calibri"/>
          <w:b/>
          <w:i w:val="0"/>
          <w:sz w:val="27"/>
        </w:rPr>
        <w:t>Tùy chỉnh thêm</w:t>
      </w:r>
    </w:p>
    <w:p>
      <w:pPr>
        <w:spacing w:after="80"/>
      </w:pPr>
      <w:r>
        <w:rPr>
          <w:b w:val="0"/>
          <w:i w:val="0"/>
        </w:rPr>
        <w:t xml:space="preserve">Có một vấn đề chúng ta nên giải quyết với biểu đồ vừa tạo. Bây giờ có 11 cột, cài đặt bố cục mặc định cho trục </w:t>
      </w:r>
      <w:r>
        <w:rPr>
          <w:b w:val="0"/>
          <w:i/>
        </w:rPr>
        <w:t>x</w:t>
      </w:r>
      <w:r>
        <w:rPr>
          <w:b w:val="0"/>
          <w:i w:val="0"/>
        </w:rPr>
        <w:t xml:space="preserve"> khiến một số cột không có nhãn. Mặc dù cài đặt mặc định hoạt động tốt cho hầu hết các trực quan hóa, biểu đồ này sẽ trông đẹp hơn nếu tất cả các cột đều có nhãn.</w:t>
      </w:r>
    </w:p>
    <w:p>
      <w:pPr>
        <w:spacing w:after="80"/>
      </w:pPr>
      <w:r>
        <w:rPr>
          <w:b w:val="0"/>
          <w:i w:val="0"/>
        </w:rPr>
        <w:t xml:space="preserve">Plotly có phương thức </w:t>
      </w:r>
      <w:r>
        <w:rPr>
          <w:rFonts w:ascii="Consolas" w:hAnsi="Consolas"/>
          <w:b w:val="0"/>
          <w:i w:val="0"/>
          <w:sz w:val="20"/>
        </w:rPr>
        <w:t>update_layout()</w:t>
      </w:r>
      <w:r>
        <w:rPr>
          <w:b w:val="0"/>
          <w:i w:val="0"/>
        </w:rPr>
        <w:t xml:space="preserve"> có thể được dùng để thực hiện nhiều loại cập nhật cho một hình sau khi nó được tạo. Đây là cách bảo Plotly gán nhãn riêng cho từng cột:</w:t>
      </w:r>
    </w:p>
    <w:p>
      <w:pPr>
        <w:spacing w:after="80"/>
      </w:pPr>
      <w:r>
        <w:rPr>
          <w:b w:val="0"/>
          <w:i w:val="0"/>
        </w:rPr>
        <w:t>dice_visual.py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fig = px.bar(x=poss_results, y=frequencies, title=title, labels=labels)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Further customize chart.</w:t>
      </w:r>
    </w:p>
    <w:p>
      <w:pPr>
        <w:spacing w:after="0"/>
        <w:ind w:left="360"/>
        <w:shd w:val="clear" w:color="auto" w:fill="F2F2F2"/>
      </w:pPr>
      <w:r>
        <w:rPr>
          <w:rFonts w:ascii="Consolas" w:hAnsi="Consolas"/>
          <w:b w:val="0"/>
          <w:i w:val="0"/>
          <w:sz w:val="18"/>
        </w:rPr>
        <w:t>fig.update_layout(xaxis_dtick=1)</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Phương thức </w:t>
      </w:r>
      <w:r>
        <w:rPr>
          <w:rFonts w:ascii="Consolas" w:hAnsi="Consolas"/>
          <w:b w:val="0"/>
          <w:i w:val="0"/>
          <w:sz w:val="20"/>
        </w:rPr>
        <w:t>update_layout()</w:t>
      </w:r>
      <w:r>
        <w:rPr>
          <w:b w:val="0"/>
          <w:i w:val="0"/>
        </w:rPr>
        <w:t xml:space="preserve"> tác động lên đối tượng </w:t>
      </w:r>
      <w:r>
        <w:rPr>
          <w:rFonts w:ascii="Consolas" w:hAnsi="Consolas"/>
          <w:b w:val="0"/>
          <w:i w:val="0"/>
          <w:sz w:val="20"/>
        </w:rPr>
        <w:t>fig</w:t>
      </w:r>
      <w:r>
        <w:rPr>
          <w:b w:val="0"/>
          <w:i w:val="0"/>
        </w:rPr>
        <w:t xml:space="preserve">, đại diện cho toàn bộ biểu đồ. Ở đây chúng ta dùng đối số </w:t>
      </w:r>
      <w:r>
        <w:rPr>
          <w:rFonts w:ascii="Consolas" w:hAnsi="Consolas"/>
          <w:b w:val="0"/>
          <w:i w:val="0"/>
          <w:sz w:val="20"/>
        </w:rPr>
        <w:t>xaxis_dtick</w:t>
      </w:r>
      <w:r>
        <w:rPr>
          <w:b w:val="0"/>
          <w:i w:val="0"/>
        </w:rPr>
        <w:t xml:space="preserve">, chỉ định khoảng cách giữa các vạch chia trên trục </w:t>
      </w:r>
      <w:r>
        <w:rPr>
          <w:b w:val="0"/>
          <w:i/>
        </w:rPr>
        <w:t>x</w:t>
      </w:r>
      <w:r>
        <w:rPr>
          <w:b w:val="0"/>
          <w:i w:val="0"/>
        </w:rPr>
        <w:t xml:space="preserve">. Chúng ta đặt khoảng cách đó là </w:t>
      </w:r>
      <w:r>
        <w:rPr>
          <w:rFonts w:ascii="Consolas" w:hAnsi="Consolas"/>
          <w:b w:val="0"/>
          <w:i w:val="0"/>
          <w:sz w:val="20"/>
        </w:rPr>
        <w:t>1</w:t>
      </w:r>
      <w:r>
        <w:rPr>
          <w:b w:val="0"/>
          <w:i w:val="0"/>
        </w:rPr>
        <w:t xml:space="preserve">, để mỗi cột đều được gán nhãn. Khi bạn chạy lại </w:t>
      </w:r>
      <w:r>
        <w:rPr>
          <w:b w:val="0"/>
          <w:i/>
        </w:rPr>
        <w:t>dice_visual.py</w:t>
      </w:r>
      <w:r>
        <w:rPr>
          <w:b w:val="0"/>
          <w:i w:val="0"/>
        </w:rPr>
        <w:t>, bạn sẽ thấy nhãn trên mỗi cột.</w:t>
      </w:r>
    </w:p>
    <w:p>
      <w:pPr>
        <w:pStyle w:val="Heading3"/>
      </w:pPr>
      <w:r>
        <w:rPr>
          <w:rFonts w:ascii="Calibri" w:hAnsi="Calibri"/>
          <w:b/>
          <w:i w:val="0"/>
          <w:sz w:val="27"/>
        </w:rPr>
        <w:t>Gieo xúc xắc có kích thước khác nhau</w:t>
      </w:r>
    </w:p>
    <w:p>
      <w:pPr>
        <w:spacing w:after="80"/>
      </w:pPr>
      <w:r>
        <w:rPr>
          <w:b w:val="0"/>
          <w:i w:val="0"/>
        </w:rPr>
        <w:t>Hãy tạo một con xúc xắc sáu mặt và một con xúc xắc mười mặt, rồi xem điều gì xảy ra khi chúng ta gieo chúng 50.000 lần:</w:t>
      </w:r>
    </w:p>
    <w:p>
      <w:pPr>
        <w:spacing w:after="80"/>
      </w:pPr>
      <w:r>
        <w:rPr>
          <w:b w:val="0"/>
          <w:i w:val="0"/>
        </w:rPr>
        <w:t>dice_visual_d6d10.py</w:t>
      </w:r>
    </w:p>
    <w:p>
      <w:pPr>
        <w:spacing w:after="0"/>
        <w:ind w:left="360"/>
        <w:shd w:val="clear" w:color="auto" w:fill="F2F2F2"/>
      </w:pPr>
      <w:r>
        <w:rPr>
          <w:rFonts w:ascii="Consolas" w:hAnsi="Consolas"/>
          <w:b w:val="0"/>
          <w:i w:val="0"/>
          <w:sz w:val="18"/>
        </w:rPr>
        <w:t>import plotly.express as px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die import Die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Create a D6 and a D10.</w:t>
      </w:r>
    </w:p>
    <w:p>
      <w:pPr>
        <w:spacing w:after="0"/>
        <w:ind w:left="360"/>
        <w:shd w:val="clear" w:color="auto" w:fill="F2F2F2"/>
      </w:pPr>
      <w:r>
        <w:rPr>
          <w:rFonts w:ascii="Consolas" w:hAnsi="Consolas"/>
          <w:b w:val="0"/>
          <w:i w:val="0"/>
          <w:sz w:val="18"/>
        </w:rPr>
        <w:t>die_1 = Die()</w:t>
      </w:r>
    </w:p>
    <w:p>
      <w:pPr>
        <w:spacing w:after="0"/>
        <w:ind w:left="360"/>
        <w:shd w:val="clear" w:color="auto" w:fill="F2F2F2"/>
      </w:pPr>
      <w:r>
        <w:rPr>
          <w:rFonts w:ascii="Consolas" w:hAnsi="Consolas"/>
          <w:b w:val="0"/>
          <w:i w:val="0"/>
          <w:sz w:val="18"/>
        </w:rPr>
        <w:t>❶ die_2 = Die(10)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some rolls, and store results in a list.</w:t>
      </w:r>
    </w:p>
    <w:p>
      <w:pPr>
        <w:spacing w:after="0"/>
        <w:ind w:left="360"/>
        <w:shd w:val="clear" w:color="auto" w:fill="F2F2F2"/>
      </w:pPr>
      <w:r>
        <w:rPr>
          <w:rFonts w:ascii="Consolas" w:hAnsi="Consolas"/>
          <w:b w:val="0"/>
          <w:i w:val="0"/>
          <w:sz w:val="18"/>
        </w:rPr>
        <w:t>results = []</w:t>
      </w:r>
    </w:p>
    <w:p>
      <w:pPr>
        <w:spacing w:after="0"/>
        <w:ind w:left="360"/>
        <w:shd w:val="clear" w:color="auto" w:fill="F2F2F2"/>
      </w:pPr>
      <w:r>
        <w:rPr>
          <w:rFonts w:ascii="Consolas" w:hAnsi="Consolas"/>
          <w:b w:val="0"/>
          <w:i w:val="0"/>
          <w:sz w:val="18"/>
        </w:rPr>
        <w:t>for roll_num in range(50_000):</w:t>
      </w:r>
    </w:p>
    <w:p>
      <w:pPr>
        <w:spacing w:after="0"/>
        <w:ind w:left="360"/>
        <w:shd w:val="clear" w:color="auto" w:fill="F2F2F2"/>
      </w:pPr>
      <w:r>
        <w:rPr>
          <w:rFonts w:ascii="Consolas" w:hAnsi="Consolas"/>
          <w:b w:val="0"/>
          <w:i w:val="0"/>
          <w:sz w:val="18"/>
        </w:rPr>
        <w:t xml:space="preserve">    result = die_1.roll() + die_2.roll()</w:t>
      </w:r>
    </w:p>
    <w:p>
      <w:pPr>
        <w:spacing w:after="0"/>
        <w:ind w:left="360"/>
        <w:shd w:val="clear" w:color="auto" w:fill="F2F2F2"/>
      </w:pPr>
      <w:r>
        <w:rPr>
          <w:rFonts w:ascii="Consolas" w:hAnsi="Consolas"/>
          <w:b w:val="0"/>
          <w:i w:val="0"/>
          <w:sz w:val="18"/>
        </w:rPr>
        <w:t xml:space="preserve">    results.append(result)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Analyze the results.</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Visualize the results.</w:t>
      </w:r>
    </w:p>
    <w:p>
      <w:pPr>
        <w:spacing w:after="0"/>
        <w:ind w:left="360"/>
        <w:shd w:val="clear" w:color="auto" w:fill="F2F2F2"/>
      </w:pPr>
      <w:r>
        <w:rPr>
          <w:rFonts w:ascii="Consolas" w:hAnsi="Consolas"/>
          <w:b w:val="0"/>
          <w:i w:val="0"/>
          <w:sz w:val="18"/>
        </w:rPr>
        <w:t>❷ title = "Results of Rolling a D6 and a D10 50,000 Times"</w:t>
      </w:r>
    </w:p>
    <w:p>
      <w:pPr>
        <w:spacing w:after="0"/>
        <w:ind w:left="360"/>
        <w:shd w:val="clear" w:color="auto" w:fill="F2F2F2"/>
      </w:pPr>
      <w:r>
        <w:rPr>
          <w:rFonts w:ascii="Consolas" w:hAnsi="Consolas"/>
          <w:b w:val="0"/>
          <w:i w:val="0"/>
          <w:sz w:val="18"/>
        </w:rPr>
        <w:t>labels = {'x': 'Result', 'y': 'Frequency of Result'}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Để tạo một con D10, chúng ta truyền đối số </w:t>
      </w:r>
      <w:r>
        <w:rPr>
          <w:rFonts w:ascii="Consolas" w:hAnsi="Consolas"/>
          <w:b w:val="0"/>
          <w:i w:val="0"/>
          <w:sz w:val="20"/>
        </w:rPr>
        <w:t>10</w:t>
      </w:r>
      <w:r>
        <w:rPr>
          <w:b w:val="0"/>
          <w:i w:val="0"/>
        </w:rPr>
        <w:t xml:space="preserve"> khi tạo đối tượng </w:t>
      </w:r>
      <w:r>
        <w:rPr>
          <w:rFonts w:ascii="Consolas" w:hAnsi="Consolas"/>
          <w:b w:val="0"/>
          <w:i w:val="0"/>
          <w:sz w:val="20"/>
        </w:rPr>
        <w:t>Die</w:t>
      </w:r>
      <w:r>
        <w:rPr>
          <w:b w:val="0"/>
          <w:i w:val="0"/>
        </w:rPr>
        <w:t xml:space="preserve"> thứ hai ❶ và thay đổi vòng lặp đầu tiên để mô phỏng 50.000 lần gieo thay vì 1.000. Chúng ta cũng thay đổi tiêu đề của biểu đồ ❷.</w:t>
      </w:r>
    </w:p>
    <w:p>
      <w:pPr>
        <w:spacing w:after="80"/>
      </w:pPr>
      <w:r>
        <w:rPr>
          <w:b w:val="0"/>
          <w:i w:val="0"/>
        </w:rPr>
        <w:t>Hình 15-15 cho thấy biểu đồ kết quả. Thay vì một kết quả có khả năng xảy ra cao nhất, có năm kết quả như vậy. Điều này xảy ra vì vẫn chỉ có một cách để gieo giá trị nhỏ nhất (1 và 1) và giá trị lớn nhất (6 và 10), nhưng con xúc xắc nhỏ hơn giới hạn số cách bạn có thể tạo ra các số ở giữa. Có sáu cách để gieo được 7, 8, 9, 10, hoặc 11, đây là những kết quả phổ biến nhất, và bạn có khả năng gieo được bất kỳ kết quả nào trong số chúng như nhau.</w:t>
      </w:r>
    </w:p>
    <w:p>
      <w:pPr>
        <w:jc w:val="center"/>
      </w:pPr>
      <w:r>
        <w:drawing>
          <wp:inline xmlns:a="http://schemas.openxmlformats.org/drawingml/2006/main" xmlns:pic="http://schemas.openxmlformats.org/drawingml/2006/picture">
            <wp:extent cx="5486400" cy="3399354"/>
            <wp:docPr id="50" name="Picture 50"/>
            <wp:cNvGraphicFramePr>
              <a:graphicFrameLocks noChangeAspect="1"/>
            </wp:cNvGraphicFramePr>
            <a:graphic>
              <a:graphicData uri="http://schemas.openxmlformats.org/drawingml/2006/picture">
                <pic:pic>
                  <pic:nvPicPr>
                    <pic:cNvPr id="0" name="image_rsrcBJE.jpg"/>
                    <pic:cNvPicPr/>
                  </pic:nvPicPr>
                  <pic:blipFill>
                    <a:blip r:embed="rId43"/>
                    <a:stretch>
                      <a:fillRect/>
                    </a:stretch>
                  </pic:blipFill>
                  <pic:spPr>
                    <a:xfrm>
                      <a:off x="0" y="0"/>
                      <a:ext cx="5486400" cy="3399354"/>
                    </a:xfrm>
                    <a:prstGeom prst="rect"/>
                  </pic:spPr>
                </pic:pic>
              </a:graphicData>
            </a:graphic>
          </wp:inline>
        </w:drawing>
      </w:r>
    </w:p>
    <w:p>
      <w:pPr>
        <w:spacing w:after="80"/>
      </w:pPr>
      <w:r>
        <w:rPr>
          <w:b w:val="0"/>
          <w:i w:val="0"/>
        </w:rPr>
        <w:t>Hình 15-15: Kết quả của việc gieo một xúc xắc sáu mặt và một xúc xắc mười mặt 50.000 lần</w:t>
      </w:r>
    </w:p>
    <w:p>
      <w:pPr>
        <w:spacing w:after="80"/>
      </w:pPr>
      <w:r>
        <w:rPr>
          <w:b w:val="0"/>
          <w:i w:val="0"/>
        </w:rPr>
        <w:t>Khả năng sử dụng Plotly để mô phỏng việc gieo xúc xắc cho chúng ta sự tự do đáng kể trong việc khám phá hiện tượng này. Chỉ trong vài phút, bạn có thể mô phỏng một số lượng lớn các lần gieo bằng nhiều loại xúc xắc khác nhau.</w:t>
      </w:r>
    </w:p>
    <w:p>
      <w:pPr>
        <w:pStyle w:val="Heading3"/>
      </w:pPr>
      <w:r>
        <w:rPr>
          <w:rFonts w:ascii="Calibri" w:hAnsi="Calibri"/>
          <w:b/>
          <w:i w:val="0"/>
          <w:sz w:val="27"/>
        </w:rPr>
        <w:t>Lưu biểu đồ</w:t>
      </w:r>
    </w:p>
    <w:p>
      <w:pPr>
        <w:spacing w:after="80"/>
      </w:pPr>
      <w:r>
        <w:rPr>
          <w:b w:val="0"/>
          <w:i w:val="0"/>
        </w:rPr>
        <w:t xml:space="preserve">Khi bạn có một biểu đồ ưng ý, bạn luôn có thể lưu biểu đồ đó thành tệp HTML thông qua trình duyệt. Nhưng bạn cũng có thể làm điều đó bằng lập trình. Để lưu biểu đồ thành tệp HTML, hãy thay lời gọi </w:t>
      </w:r>
      <w:r>
        <w:rPr>
          <w:rFonts w:ascii="Consolas" w:hAnsi="Consolas"/>
          <w:b w:val="0"/>
          <w:i w:val="0"/>
          <w:sz w:val="20"/>
        </w:rPr>
        <w:t>fig.show()</w:t>
      </w:r>
      <w:r>
        <w:rPr>
          <w:b w:val="0"/>
          <w:i w:val="0"/>
        </w:rPr>
        <w:t xml:space="preserve"> bằng lời gọi </w:t>
      </w:r>
      <w:r>
        <w:rPr>
          <w:rFonts w:ascii="Consolas" w:hAnsi="Consolas"/>
          <w:b w:val="0"/>
          <w:i w:val="0"/>
          <w:sz w:val="20"/>
        </w:rPr>
        <w:t>fig.write_html()</w:t>
      </w:r>
      <w:r>
        <w:rPr>
          <w:b w:val="0"/>
          <w:i w:val="0"/>
        </w:rPr>
        <w:t>:</w:t>
      </w:r>
    </w:p>
    <w:p>
      <w:pPr>
        <w:spacing w:after="80"/>
      </w:pPr>
      <w:r>
        <w:rPr>
          <w:b w:val="0"/>
          <w:i w:val="0"/>
        </w:rPr>
        <w:t>fig.write_html('dice_visual_d6d10.html')</w:t>
      </w:r>
    </w:p>
    <w:p>
      <w:pPr>
        <w:spacing w:after="80"/>
      </w:pPr>
      <w:r>
        <w:rPr>
          <w:b w:val="0"/>
          <w:i w:val="0"/>
        </w:rPr>
        <w:t xml:space="preserve">Phương thức </w:t>
      </w:r>
      <w:r>
        <w:rPr>
          <w:rFonts w:ascii="Consolas" w:hAnsi="Consolas"/>
          <w:b w:val="0"/>
          <w:i w:val="0"/>
          <w:sz w:val="20"/>
        </w:rPr>
        <w:t>write_html()</w:t>
      </w:r>
      <w:r>
        <w:rPr>
          <w:b w:val="0"/>
          <w:i w:val="0"/>
        </w:rPr>
        <w:t xml:space="preserve"> yêu cầu một đối số: tên tệp để ghi vào. Nếu bạn chỉ cung cấp tên tệp, tệp sẽ được lưu trong cùng thư mục với tệp </w:t>
      </w:r>
      <w:r>
        <w:rPr>
          <w:b w:val="0"/>
          <w:i/>
        </w:rPr>
        <w:t>.py</w:t>
      </w:r>
      <w:r>
        <w:rPr>
          <w:b w:val="0"/>
          <w:i w:val="0"/>
        </w:rPr>
        <w:t xml:space="preserve">. Bạn cũng có thể gọi </w:t>
      </w:r>
      <w:r>
        <w:rPr>
          <w:rFonts w:ascii="Consolas" w:hAnsi="Consolas"/>
          <w:b w:val="0"/>
          <w:i w:val="0"/>
          <w:sz w:val="20"/>
        </w:rPr>
        <w:t>write_html()</w:t>
      </w:r>
      <w:r>
        <w:rPr>
          <w:b w:val="0"/>
          <w:i w:val="0"/>
        </w:rPr>
        <w:t xml:space="preserve"> với một đối tượng </w:t>
      </w:r>
      <w:r>
        <w:rPr>
          <w:rFonts w:ascii="Consolas" w:hAnsi="Consolas"/>
          <w:b w:val="0"/>
          <w:i w:val="0"/>
          <w:sz w:val="20"/>
        </w:rPr>
        <w:t>Path</w:t>
      </w:r>
      <w:r>
        <w:rPr>
          <w:b w:val="0"/>
          <w:i w:val="0"/>
        </w:rPr>
        <w:t>, và ghi tệp đầu ra ở bất kỳ đâu bạn muốn trên hệ thống của mình.</w:t>
      </w:r>
    </w:p>
    <w:p>
      <w:pPr>
        <w:spacing w:before="120" w:after="40"/>
      </w:pPr>
      <w:r>
        <w:rPr>
          <w:b/>
          <w:sz w:val="21"/>
        </w:rPr>
        <w:t>Tự thực hành</w:t>
      </w:r>
    </w:p>
    <w:p>
      <w:pPr>
        <w:spacing w:after="80"/>
      </w:pPr>
      <w:r>
        <w:rPr>
          <w:b/>
          <w:i w:val="0"/>
        </w:rPr>
        <w:t>15-6. Hai xúc xắc D8:</w:t>
      </w:r>
      <w:r>
        <w:rPr>
          <w:b w:val="0"/>
          <w:i w:val="0"/>
        </w:rPr>
        <w:t xml:space="preserve"> Tạo một mô phỏng thể hiện điều gì xảy ra khi bạn gieo hai xúc xắc tám mặt 1.000 lần. Hãy thử hình dung trước xem bạn nghĩ biểu đồ sẽ trông như thế nào trước khi chạy mô phỏng, sau đó xem liệu trực giác của bạn có đúng không. Tăng dần số lần gieo cho đến khi bạn bắt đầu thấy giới hạn khả năng của hệ thống mình.</w:t>
      </w:r>
    </w:p>
    <w:p>
      <w:pPr>
        <w:spacing w:after="80"/>
      </w:pPr>
      <w:r>
        <w:rPr>
          <w:b/>
          <w:i w:val="0"/>
        </w:rPr>
        <w:t>15-7. Ba xúc xắc:</w:t>
      </w:r>
      <w:r>
        <w:rPr>
          <w:b w:val="0"/>
          <w:i w:val="0"/>
        </w:rPr>
        <w:t xml:space="preserve"> Khi bạn gieo ba xúc xắc D6, số nhỏ nhất bạn có thể gieo được là 3 và số lớn nhất là 18. Tạo một biểu đồ thể hiện điều gì xảy ra khi bạn gieo ba xúc xắc D6.</w:t>
      </w:r>
    </w:p>
    <w:p>
      <w:pPr>
        <w:spacing w:after="80"/>
      </w:pPr>
      <w:r>
        <w:rPr>
          <w:b/>
          <w:i w:val="0"/>
        </w:rPr>
        <w:t>15-8. Phép nhân:</w:t>
      </w:r>
      <w:r>
        <w:rPr>
          <w:b w:val="0"/>
          <w:i w:val="0"/>
        </w:rPr>
        <w:t xml:space="preserve"> Khi bạn gieo hai xúc xắc, bạn thường cộng hai số lại với nhau để có kết quả. Hãy tạo một biểu đồ thể hiện điều gì xảy ra nếu bạn nhân hai số này với nhau thay vì cộng.</w:t>
      </w:r>
    </w:p>
    <w:p>
      <w:pPr>
        <w:spacing w:after="80"/>
      </w:pPr>
      <w:r>
        <w:rPr>
          <w:b/>
          <w:i w:val="0"/>
        </w:rPr>
        <w:t>15-9. List comprehension cho xúc xắc:</w:t>
      </w:r>
      <w:r>
        <w:rPr>
          <w:b w:val="0"/>
          <w:i w:val="0"/>
        </w:rPr>
        <w:t xml:space="preserve"> Để rõ ràng, các đoạn mã trong phần này sử dụng dạng dài của vòng lặp </w:t>
      </w:r>
      <w:r>
        <w:rPr>
          <w:rFonts w:ascii="Consolas" w:hAnsi="Consolas"/>
          <w:b w:val="0"/>
          <w:i w:val="0"/>
          <w:sz w:val="20"/>
        </w:rPr>
        <w:t>for</w:t>
      </w:r>
      <w:r>
        <w:rPr>
          <w:b w:val="0"/>
          <w:i w:val="0"/>
        </w:rPr>
        <w:t>. Nếu bạn đã quen với việc dùng list comprehension, hãy thử viết một comprehension cho một hoặc cả hai vòng lặp trong mỗi chương trình này.</w:t>
      </w:r>
    </w:p>
    <w:p>
      <w:pPr>
        <w:spacing w:after="80"/>
      </w:pPr>
      <w:r>
        <w:rPr>
          <w:b/>
          <w:i w:val="0"/>
        </w:rPr>
        <w:t>15-10. Thực hành với cả hai thư viện:</w:t>
      </w:r>
      <w:r>
        <w:rPr>
          <w:b w:val="0"/>
          <w:i w:val="0"/>
        </w:rPr>
        <w:t xml:space="preserve"> Hãy thử dùng Matplotlib để tạo biểu đồ gieo xúc xắc, và dùng Plotly để tạo biểu đồ cho bước đi ngẫu nhiên. (Bạn sẽ cần tham khảo tài liệu của mỗi thư viện để hoàn thành bài tập này.)</w:t>
      </w:r>
    </w:p>
    <w:p>
      <w:pPr>
        <w:pStyle w:val="Heading2"/>
      </w:pPr>
      <w:r>
        <w:rPr>
          <w:rFonts w:ascii="Calibri" w:hAnsi="Calibri"/>
          <w:b/>
          <w:i w:val="0"/>
          <w:sz w:val="32"/>
        </w:rPr>
        <w:t>Tóm tắt</w:t>
      </w:r>
    </w:p>
    <w:p>
      <w:pPr>
        <w:spacing w:after="80"/>
      </w:pPr>
      <w:r>
        <w:rPr>
          <w:b w:val="0"/>
          <w:i w:val="0"/>
        </w:rPr>
        <w:t>Trong chương này, bạn đã học cách tạo tập dữ liệu và tạo biểu đồ cho dữ liệu đó. Bạn đã tạo các biểu đồ đơn giản với Matplotlib và dùng biểu đồ phân tán để khám phá bước đi ngẫu nhiên. Bạn cũng đã tạo một biểu đồ tần suất với Plotly, và dùng nó để khám phá kết quả của việc gieo các loại xúc xắc có số mặt khác nhau.</w:t>
      </w:r>
    </w:p>
    <w:p>
      <w:pPr>
        <w:spacing w:after="80"/>
      </w:pPr>
      <w:r>
        <w:rPr>
          <w:b w:val="0"/>
          <w:i w:val="0"/>
        </w:rPr>
        <w:t>Việc tự tạo dữ liệu bằng code là một cách thú vị và mạnh mẽ để mô phỏng và khám phá vô số tình huống trong thế giới thực. Khi bạn tiếp tục thực hiện các dự án trực quan hóa dữ liệu tiếp theo, hãy để ý đến những tình huống mà bạn có thể mô phỏng bằng code. Hãy nhìn vào các biểu đồ trực quan bạn thấy trên truyền thông, và xem liệu bạn có thể nhận ra những biểu đồ được tạo ra bằng các phương pháp tương tự như những gì bạn đang học trong các dự án này không.</w:t>
      </w:r>
    </w:p>
    <w:p>
      <w:pPr>
        <w:spacing w:after="80"/>
      </w:pPr>
      <w:r>
        <w:rPr>
          <w:b w:val="0"/>
          <w:i w:val="0"/>
        </w:rPr>
        <w:t>Trong Chương 16, bạn sẽ tải dữ liệu từ các nguồn trực tuyến và tiếp tục sử dụng Matplotlib và Plotly để khám phá dữ liệu đó.</w:t>
      </w:r>
    </w:p>
    <w:p>
      <w:pPr>
        <w:pStyle w:val="Heading1"/>
      </w:pPr>
      <w:r>
        <w:rPr>
          <w:rFonts w:ascii="Calibri" w:hAnsi="Calibri"/>
          <w:b/>
          <w:i w:val="0"/>
          <w:sz w:val="38"/>
        </w:rPr>
        <w:t>16</w:t>
      </w:r>
      <w:r>
        <w:rPr>
          <w:rFonts w:ascii="Calibri" w:hAnsi="Calibri"/>
          <w:b/>
          <w:i w:val="0"/>
          <w:sz w:val="38"/>
        </w:rPr>
      </w:r>
      <w:r>
        <w:rPr>
          <w:rFonts w:ascii="Calibri" w:hAnsi="Calibri"/>
          <w:b/>
          <w:i w:val="0"/>
          <w:sz w:val="38"/>
        </w:rPr>
        <w:t>Tải dữ liệu</w:t>
      </w:r>
    </w:p>
    <w:p>
      <w:pPr>
        <w:jc w:val="center"/>
      </w:pPr>
      <w:r>
        <w:drawing>
          <wp:inline xmlns:a="http://schemas.openxmlformats.org/drawingml/2006/main" xmlns:pic="http://schemas.openxmlformats.org/drawingml/2006/picture">
            <wp:extent cx="3867150" cy="3867150"/>
            <wp:docPr id="51" name="Picture 51"/>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Trong chương này, bạn sẽ tải các bộ dữ liệu từ các nguồn trực tuyến và tạo ra các biểu đồ trực quan hoạt động được từ dữ liệu đó. Bạn có thể tìm thấy vô số loại dữ liệu đa dạng trên mạng, phần lớn trong số đó chưa được xem xét kỹ lưỡng. Khả năng phân tích dữ liệu này cho phép bạn khám phá những quy luật và mối liên hệ mà chưa ai từng tìm ra.</w:t>
      </w:r>
    </w:p>
    <w:p>
      <w:pPr>
        <w:spacing w:after="80"/>
      </w:pPr>
      <w:r>
        <w:rPr>
          <w:b w:val="0"/>
          <w:i w:val="0"/>
        </w:rPr>
        <w:t xml:space="preserve">Chúng ta sẽ truy cập và trực quan hóa dữ liệu được lưu trữ ở hai định dạng dữ liệu phổ biến: CSV và JSON. Chúng ta sẽ sử dụng module </w:t>
      </w:r>
      <w:r>
        <w:rPr>
          <w:rFonts w:ascii="Consolas" w:hAnsi="Consolas"/>
          <w:b w:val="0"/>
          <w:i w:val="0"/>
          <w:sz w:val="20"/>
        </w:rPr>
        <w:t>csv</w:t>
      </w:r>
      <w:r>
        <w:rPr>
          <w:b w:val="0"/>
          <w:i w:val="0"/>
        </w:rPr>
        <w:t xml:space="preserve"> của Python để xử lý dữ liệu thời tiết được lưu ở định dạng CSV và phân tích nhiệt độ cao nhất và thấp nhất theo thời gian ở hai địa điểm khác nhau. Sau đó chúng ta sẽ dùng Matplotlib để tạo một biểu đồ dựa trên dữ liệu đã tải về nhằm hiển thị sự biến đổi nhiệt độ ở hai môi trường khác biệt: Sitka, Alaska và Death Valley, California. Cuối chương, chúng ta sẽ dùng module </w:t>
      </w:r>
      <w:r>
        <w:rPr>
          <w:rFonts w:ascii="Consolas" w:hAnsi="Consolas"/>
          <w:b w:val="0"/>
          <w:i w:val="0"/>
          <w:sz w:val="20"/>
        </w:rPr>
        <w:t>json</w:t>
      </w:r>
      <w:r>
        <w:rPr>
          <w:b w:val="0"/>
          <w:i w:val="0"/>
        </w:rPr>
        <w:t xml:space="preserve"> để truy cập dữ liệu động đất được lưu ở định dạng GeoJSON và dùng Plotly để vẽ bản đồ thế giới hiển thị vị trí và độ lớn của các trận động đất gần đây.</w:t>
      </w:r>
    </w:p>
    <w:p>
      <w:pPr>
        <w:spacing w:after="80"/>
      </w:pPr>
      <w:r>
        <w:rPr>
          <w:b w:val="0"/>
          <w:i w:val="0"/>
        </w:rPr>
        <w:t>Đến cuối chương này, bạn sẽ sẵn sàng làm việc với nhiều loại bộ dữ liệu ở các định dạng khác nhau, và bạn sẽ hiểu sâu hơn về cách xây dựng các biểu đồ trực quan phức tạp. Khả năng truy cập và trực quan hóa dữ liệu trực tuyến là điều thiết yếu để làm việc với vô số bộ dữ liệu thực tế.</w:t>
      </w:r>
    </w:p>
    <w:p>
      <w:pPr>
        <w:pStyle w:val="Heading2"/>
      </w:pPr>
      <w:r>
        <w:rPr>
          <w:rFonts w:ascii="Calibri" w:hAnsi="Calibri"/>
          <w:b/>
          <w:i w:val="0"/>
          <w:sz w:val="32"/>
        </w:rPr>
        <w:t>Định dạng tệp CSV</w:t>
      </w:r>
    </w:p>
    <w:p>
      <w:pPr>
        <w:spacing w:after="80"/>
      </w:pPr>
      <w:r>
        <w:rPr>
          <w:b w:val="0"/>
          <w:i w:val="0"/>
        </w:rPr>
        <w:t xml:space="preserve">Một cách đơn giản để lưu dữ liệu trong tệp văn bản là viết dữ liệu thành một chuỗi các giá trị được phân tách bằng dấu phẩy, gọi là </w:t>
      </w:r>
      <w:r>
        <w:rPr>
          <w:b w:val="0"/>
          <w:i/>
        </w:rPr>
        <w:t>giá trị phân tách bằng dấu phẩy</w:t>
      </w:r>
      <w:r>
        <w:rPr>
          <w:b w:val="0"/>
          <w:i w:val="0"/>
        </w:rPr>
        <w:t xml:space="preserve"> (comma-separated values). Các tệp tạo ra được gọi là tệp </w:t>
      </w:r>
      <w:r>
        <w:rPr>
          <w:b w:val="0"/>
          <w:i/>
        </w:rPr>
        <w:t>CSV</w:t>
      </w:r>
      <w:r>
        <w:rPr>
          <w:b w:val="0"/>
          <w:i w:val="0"/>
        </w:rPr>
        <w:t>. Ví dụ, đây là một đoạn dữ liệu thời tiết ở định dạng CSV:</w:t>
      </w:r>
    </w:p>
    <w:p>
      <w:pPr>
        <w:spacing w:after="80"/>
      </w:pPr>
      <w:r>
        <w:rPr>
          <w:b w:val="0"/>
          <w:i w:val="0"/>
        </w:rPr>
        <w:t>"USW00025333","SITKA AIRPORT, AK US","2021-01-01",,"44","40"</w:t>
      </w:r>
    </w:p>
    <w:p>
      <w:pPr>
        <w:spacing w:after="80"/>
      </w:pPr>
      <w:r>
        <w:rPr>
          <w:b w:val="0"/>
          <w:i w:val="0"/>
        </w:rPr>
        <w:t>Đây là một trích đoạn dữ liệu thời tiết ngày 1 tháng 1 năm 2021, ở Sitka, Alaska. Nó bao gồm nhiệt độ cao nhất và thấp nhất trong ngày, cùng với một số đo lường khác của ngày hôm đó. Tệp CSV có thể khó đọc đối với con người, nhưng các chương trình có thể xử lý và trích xuất thông tin từ chúng một cách nhanh chóng và chính xác.</w:t>
      </w:r>
    </w:p>
    <w:p>
      <w:pPr>
        <w:spacing w:after="80"/>
      </w:pPr>
      <w:r>
        <w:rPr>
          <w:b w:val="0"/>
          <w:i w:val="0"/>
        </w:rPr>
        <w:t xml:space="preserve">Chúng ta sẽ bắt đầu với một tập nhỏ dữ liệu thời tiết định dạng CSV được ghi lại ở Sitka; nó có sẵn trong tài nguyên của cuốn sách này tại https://ehmatthes.github.io/pcc_3e. Hãy tạo một thư mục tên là </w:t>
      </w:r>
      <w:r>
        <w:rPr>
          <w:b w:val="0"/>
          <w:i/>
        </w:rPr>
        <w:t>weather_data</w:t>
      </w:r>
      <w:r>
        <w:rPr>
          <w:b w:val="0"/>
          <w:i w:val="0"/>
        </w:rPr>
        <w:t xml:space="preserve"> bên trong thư mục mà bạn đang lưu các chương trình của chương này. Sao chép tệp </w:t>
      </w:r>
      <w:r>
        <w:rPr>
          <w:b w:val="0"/>
          <w:i/>
        </w:rPr>
        <w:t>sitka_weather_07-2021_simple.csv</w:t>
      </w:r>
      <w:r>
        <w:rPr>
          <w:b w:val="0"/>
          <w:i w:val="0"/>
        </w:rPr>
        <w:t xml:space="preserve"> vào thư mục mới này. (Sau khi bạn tải tài nguyên của cuốn sách này, bạn sẽ có tất cả các tệp cần thiết cho dự án này.)</w:t>
      </w:r>
    </w:p>
    <w:p>
      <w:pPr>
        <w:spacing w:before="120" w:after="40"/>
      </w:pPr>
      <w:r>
        <w:rPr>
          <w:b/>
          <w:sz w:val="21"/>
        </w:rPr>
        <w:t>Ghi chú</w:t>
      </w:r>
    </w:p>
    <w:p>
      <w:pPr>
        <w:spacing w:after="80"/>
      </w:pPr>
      <w:r>
        <w:rPr>
          <w:b w:val="0"/>
          <w:i w:val="0"/>
        </w:rPr>
        <w:t>Dữ liệu thời tiết trong dự án này ban đầu được tải về từ https://ncdc.noaa.gov/cdo-web.</w:t>
      </w:r>
    </w:p>
    <w:p>
      <w:pPr>
        <w:pStyle w:val="Heading3"/>
      </w:pPr>
      <w:r>
        <w:rPr>
          <w:rFonts w:ascii="Calibri" w:hAnsi="Calibri"/>
          <w:b/>
          <w:i w:val="0"/>
          <w:sz w:val="27"/>
        </w:rPr>
        <w:t>Phân tích tiêu đề tệp CSV</w:t>
      </w:r>
    </w:p>
    <w:p>
      <w:pPr>
        <w:spacing w:after="80"/>
      </w:pPr>
      <w:r>
        <w:rPr>
          <w:b w:val="0"/>
          <w:i w:val="0"/>
        </w:rPr>
        <w:t xml:space="preserve">Mô-đun </w:t>
      </w:r>
      <w:r>
        <w:rPr>
          <w:rFonts w:ascii="Consolas" w:hAnsi="Consolas"/>
          <w:b w:val="0"/>
          <w:i w:val="0"/>
          <w:sz w:val="20"/>
        </w:rPr>
        <w:t>csv</w:t>
      </w:r>
      <w:r>
        <w:rPr>
          <w:b w:val="0"/>
          <w:i w:val="0"/>
        </w:rPr>
        <w:t xml:space="preserve"> của Python trong thư viện chuẩn giúp phân tích các dòng trong tệp CSV và cho phép chúng ta nhanh chóng trích xuất những giá trị mà mình quan tâm. Hãy bắt đầu bằng việc xem xét dòng đầu tiên của tệp, nơi chứa một loạt tiêu đề (header) cho dữ liệu. Những tiêu đề này cho chúng ta biết dữ liệu chứa những loại thông tin gì:</w:t>
      </w:r>
    </w:p>
    <w:p>
      <w:pPr>
        <w:spacing w:after="80"/>
      </w:pPr>
      <w:r>
        <w:rPr>
          <w:b w:val="0"/>
          <w:i w:val="0"/>
        </w:rPr>
        <w:t>sitka_highs.py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csv</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path = Path('weather_data/sitka_weather_07-2021_simple.csv')</w:t>
      </w:r>
    </w:p>
    <w:p>
      <w:pPr>
        <w:spacing w:after="0"/>
        <w:ind w:left="360"/>
        <w:shd w:val="clear" w:color="auto" w:fill="F2F2F2"/>
      </w:pPr>
      <w:r>
        <w:rPr>
          <w:rFonts w:ascii="Consolas" w:hAnsi="Consolas"/>
          <w:b w:val="0"/>
          <w:i w:val="0"/>
          <w:sz w:val="18"/>
        </w:rPr>
        <w:t>lines = path.read_text(encoding='utf-8').splitlines()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reader = csv.reader(lines)</w:t>
      </w:r>
    </w:p>
    <w:p>
      <w:pPr>
        <w:spacing w:after="0"/>
        <w:ind w:left="360"/>
        <w:shd w:val="clear" w:color="auto" w:fill="F2F2F2"/>
      </w:pPr>
      <w:r>
        <w:rPr>
          <w:rFonts w:ascii="Consolas" w:hAnsi="Consolas"/>
          <w:b w:val="0"/>
          <w:i w:val="0"/>
          <w:sz w:val="18"/>
        </w:rPr>
        <w:t>❸ header_row = next(reader)</w:t>
      </w:r>
    </w:p>
    <w:p>
      <w:pPr>
        <w:spacing w:after="0"/>
        <w:ind w:left="360"/>
        <w:shd w:val="clear" w:color="auto" w:fill="F2F2F2"/>
      </w:pPr>
      <w:r>
        <w:rPr>
          <w:rFonts w:ascii="Consolas" w:hAnsi="Consolas"/>
          <w:b w:val="0"/>
          <w:i w:val="0"/>
          <w:sz w:val="18"/>
        </w:rPr>
        <w:t>print(header_row)</w:t>
      </w:r>
    </w:p>
    <w:p>
      <w:pPr>
        <w:spacing w:after="40"/>
      </w:pPr>
    </w:p>
    <w:p>
      <w:pPr>
        <w:spacing w:after="80"/>
      </w:pPr>
      <w:r>
        <w:rPr>
          <w:b w:val="0"/>
          <w:i w:val="0"/>
        </w:rPr>
        <w:t xml:space="preserve">Đầu tiên chúng ta import </w:t>
      </w:r>
      <w:r>
        <w:rPr>
          <w:rFonts w:ascii="Consolas" w:hAnsi="Consolas"/>
          <w:b w:val="0"/>
          <w:i w:val="0"/>
          <w:sz w:val="20"/>
        </w:rPr>
        <w:t>Path</w:t>
      </w:r>
      <w:r>
        <w:rPr>
          <w:b w:val="0"/>
          <w:i w:val="0"/>
        </w:rPr>
        <w:t xml:space="preserve"> và mô-đun </w:t>
      </w:r>
      <w:r>
        <w:rPr>
          <w:rFonts w:ascii="Consolas" w:hAnsi="Consolas"/>
          <w:b w:val="0"/>
          <w:i w:val="0"/>
          <w:sz w:val="20"/>
        </w:rPr>
        <w:t>csv</w:t>
      </w:r>
      <w:r>
        <w:rPr>
          <w:b w:val="0"/>
          <w:i w:val="0"/>
        </w:rPr>
        <w:t xml:space="preserve">. Sau đó chúng ta tạo một đối tượng </w:t>
      </w:r>
      <w:r>
        <w:rPr>
          <w:rFonts w:ascii="Consolas" w:hAnsi="Consolas"/>
          <w:b w:val="0"/>
          <w:i w:val="0"/>
          <w:sz w:val="20"/>
        </w:rPr>
        <w:t>Path</w:t>
      </w:r>
      <w:r>
        <w:rPr>
          <w:b w:val="0"/>
          <w:i w:val="0"/>
        </w:rPr>
        <w:t xml:space="preserve"> trỏ vào thư mục </w:t>
      </w:r>
      <w:r>
        <w:rPr>
          <w:b w:val="0"/>
          <w:i/>
        </w:rPr>
        <w:t>weather_data</w:t>
      </w:r>
      <w:r>
        <w:rPr>
          <w:b w:val="0"/>
          <w:i w:val="0"/>
        </w:rPr>
        <w:t xml:space="preserve">, và hướng đến tệp dữ liệu thời tiết cụ thể mà chúng ta muốn xử lý ❶. Chúng ta đọc tệp và nối tiếp phương thức </w:t>
      </w:r>
      <w:r>
        <w:rPr>
          <w:rFonts w:ascii="Consolas" w:hAnsi="Consolas"/>
          <w:b w:val="0"/>
          <w:i w:val="0"/>
          <w:sz w:val="20"/>
        </w:rPr>
        <w:t>splitlines()</w:t>
      </w:r>
      <w:r>
        <w:rPr>
          <w:b w:val="0"/>
          <w:i w:val="0"/>
        </w:rPr>
        <w:t xml:space="preserve"> để lấy danh sách tất cả các dòng trong tệp, rồi gán cho biến </w:t>
      </w:r>
      <w:r>
        <w:rPr>
          <w:rFonts w:ascii="Consolas" w:hAnsi="Consolas"/>
          <w:b w:val="0"/>
          <w:i w:val="0"/>
          <w:sz w:val="20"/>
        </w:rPr>
        <w:t>lines</w:t>
      </w:r>
      <w:r>
        <w:rPr>
          <w:b w:val="0"/>
          <w:i w:val="0"/>
        </w:rPr>
        <w:t>.</w:t>
      </w:r>
    </w:p>
    <w:p>
      <w:pPr>
        <w:spacing w:after="80"/>
      </w:pPr>
      <w:r>
        <w:rPr>
          <w:b w:val="0"/>
          <w:i w:val="0"/>
        </w:rPr>
        <w:t xml:space="preserve">Tiếp theo, chúng ta tạo một đối tượng </w:t>
      </w:r>
      <w:r>
        <w:rPr>
          <w:rFonts w:ascii="Consolas" w:hAnsi="Consolas"/>
          <w:b w:val="0"/>
          <w:i w:val="0"/>
          <w:sz w:val="20"/>
        </w:rPr>
        <w:t>reader</w:t>
      </w:r>
      <w:r>
        <w:rPr>
          <w:b w:val="0"/>
          <w:i w:val="0"/>
        </w:rPr>
        <w:t xml:space="preserve"> ❷. Đây là đối tượng có thể dùng để phân tích từng dòng trong tệp. Để tạo một đối tượng reader, hãy gọi hàm </w:t>
      </w:r>
      <w:r>
        <w:rPr>
          <w:rFonts w:ascii="Consolas" w:hAnsi="Consolas"/>
          <w:b w:val="0"/>
          <w:i w:val="0"/>
          <w:sz w:val="20"/>
        </w:rPr>
        <w:t>csv.reader()</w:t>
      </w:r>
      <w:r>
        <w:rPr>
          <w:b w:val="0"/>
          <w:i w:val="0"/>
        </w:rPr>
        <w:t xml:space="preserve"> và truyền vào danh sách các dòng từ tệp CSV.</w:t>
      </w:r>
    </w:p>
    <w:p>
      <w:pPr>
        <w:spacing w:after="80"/>
      </w:pPr>
      <w:r>
        <w:rPr>
          <w:b w:val="0"/>
          <w:i w:val="0"/>
        </w:rPr>
        <w:t xml:space="preserve">Khi được đưa một đối tượng </w:t>
      </w:r>
      <w:r>
        <w:rPr>
          <w:rFonts w:ascii="Consolas" w:hAnsi="Consolas"/>
          <w:b w:val="0"/>
          <w:i w:val="0"/>
          <w:sz w:val="20"/>
        </w:rPr>
        <w:t>reader</w:t>
      </w:r>
      <w:r>
        <w:rPr>
          <w:b w:val="0"/>
          <w:i w:val="0"/>
        </w:rPr>
        <w:t xml:space="preserve">, hàm </w:t>
      </w:r>
      <w:r>
        <w:rPr>
          <w:rFonts w:ascii="Consolas" w:hAnsi="Consolas"/>
          <w:b w:val="0"/>
          <w:i w:val="0"/>
          <w:sz w:val="20"/>
        </w:rPr>
        <w:t>next()</w:t>
      </w:r>
      <w:r>
        <w:rPr>
          <w:b w:val="0"/>
          <w:i w:val="0"/>
        </w:rPr>
        <w:t xml:space="preserve"> sẽ trả về dòng tiếp theo trong tệp, bắt đầu từ đầu tệp. Ở đây chúng ta chỉ gọi </w:t>
      </w:r>
      <w:r>
        <w:rPr>
          <w:rFonts w:ascii="Consolas" w:hAnsi="Consolas"/>
          <w:b w:val="0"/>
          <w:i w:val="0"/>
          <w:sz w:val="20"/>
        </w:rPr>
        <w:t>next()</w:t>
      </w:r>
      <w:r>
        <w:rPr>
          <w:b w:val="0"/>
          <w:i w:val="0"/>
        </w:rPr>
        <w:t xml:space="preserve"> một lần, nên sẽ nhận được dòng đầu tiên của tệp, chính là dòng chứa tiêu đề của tệp ❸. Chúng ta gán dữ liệu được trả về cho biến </w:t>
      </w:r>
      <w:r>
        <w:rPr>
          <w:rFonts w:ascii="Consolas" w:hAnsi="Consolas"/>
          <w:b w:val="0"/>
          <w:i w:val="0"/>
          <w:sz w:val="20"/>
        </w:rPr>
        <w:t>header_row</w:t>
      </w:r>
      <w:r>
        <w:rPr>
          <w:b w:val="0"/>
          <w:i w:val="0"/>
        </w:rPr>
        <w:t xml:space="preserve">. Như bạn thấy, </w:t>
      </w:r>
      <w:r>
        <w:rPr>
          <w:rFonts w:ascii="Consolas" w:hAnsi="Consolas"/>
          <w:b w:val="0"/>
          <w:i w:val="0"/>
          <w:sz w:val="20"/>
        </w:rPr>
        <w:t>header_row</w:t>
      </w:r>
      <w:r>
        <w:rPr>
          <w:b w:val="0"/>
          <w:i w:val="0"/>
        </w:rPr>
        <w:t xml:space="preserve"> chứa những tiêu đề có ý nghĩa liên quan đến thời tiết, cho chúng ta biết mỗi dòng dữ liệu chứa thông tin gì:</w:t>
      </w:r>
    </w:p>
    <w:p>
      <w:pPr>
        <w:spacing w:after="80"/>
      </w:pPr>
      <w:r>
        <w:rPr>
          <w:b w:val="0"/>
          <w:i w:val="0"/>
        </w:rPr>
        <w:t>['STATION', 'NAME', 'DATE', 'TAVG', 'TMAX', 'TMIN']</w:t>
      </w:r>
    </w:p>
    <w:p>
      <w:pPr>
        <w:spacing w:after="80"/>
      </w:pPr>
      <w:r>
        <w:rPr>
          <w:b w:val="0"/>
          <w:i w:val="0"/>
        </w:rPr>
        <w:t xml:space="preserve">Đối tượng </w:t>
      </w:r>
      <w:r>
        <w:rPr>
          <w:rFonts w:ascii="Consolas" w:hAnsi="Consolas"/>
          <w:b w:val="0"/>
          <w:i w:val="0"/>
          <w:sz w:val="20"/>
        </w:rPr>
        <w:t>reader</w:t>
      </w:r>
      <w:r>
        <w:rPr>
          <w:b w:val="0"/>
          <w:i w:val="0"/>
        </w:rPr>
        <w:t xml:space="preserve"> xử lý dòng đầu tiên gồm các giá trị phân tách bằng dấu phẩy trong tệp và lưu từng giá trị thành một phần tử trong danh sách. Tiêu đề </w:t>
      </w:r>
      <w:r>
        <w:rPr>
          <w:rFonts w:ascii="Consolas" w:hAnsi="Consolas"/>
          <w:b w:val="0"/>
          <w:i w:val="0"/>
          <w:sz w:val="20"/>
        </w:rPr>
        <w:t>STATION</w:t>
      </w:r>
      <w:r>
        <w:rPr>
          <w:b w:val="0"/>
          <w:i w:val="0"/>
        </w:rPr>
        <w:t xml:space="preserve"> đại diện cho mã của trạm khí tượng đã ghi lại dữ liệu này. Vị trí của tiêu đề này cho chúng ta biết giá trị đầu tiên trong mỗi dòng sẽ là mã trạm khí tượng. Tiêu đề </w:t>
      </w:r>
      <w:r>
        <w:rPr>
          <w:rFonts w:ascii="Consolas" w:hAnsi="Consolas"/>
          <w:b w:val="0"/>
          <w:i w:val="0"/>
          <w:sz w:val="20"/>
        </w:rPr>
        <w:t>NAME</w:t>
      </w:r>
      <w:r>
        <w:rPr>
          <w:b w:val="0"/>
          <w:i w:val="0"/>
        </w:rPr>
        <w:t xml:space="preserve"> cho biết giá trị thứ hai trong mỗi dòng là tên của trạm khí tượng đã thực hiện việc ghi nhận. Các tiêu đề còn lại chỉ rõ những loại thông tin được ghi lại trong mỗi lần đọc. Dữ liệu mà chúng ta quan tâm nhất lúc này là ngày (</w:t>
      </w:r>
      <w:r>
        <w:rPr>
          <w:rFonts w:ascii="Consolas" w:hAnsi="Consolas"/>
          <w:b w:val="0"/>
          <w:i w:val="0"/>
          <w:sz w:val="20"/>
        </w:rPr>
        <w:t>DATE</w:t>
      </w:r>
      <w:r>
        <w:rPr>
          <w:b w:val="0"/>
          <w:i w:val="0"/>
        </w:rPr>
        <w:t>), nhiệt độ cao nhất (</w:t>
      </w:r>
      <w:r>
        <w:rPr>
          <w:rFonts w:ascii="Consolas" w:hAnsi="Consolas"/>
          <w:b w:val="0"/>
          <w:i w:val="0"/>
          <w:sz w:val="20"/>
        </w:rPr>
        <w:t>TMAX</w:t>
      </w:r>
      <w:r>
        <w:rPr>
          <w:b w:val="0"/>
          <w:i w:val="0"/>
        </w:rPr>
        <w:t>) và nhiệt độ thấp nhất (</w:t>
      </w:r>
      <w:r>
        <w:rPr>
          <w:rFonts w:ascii="Consolas" w:hAnsi="Consolas"/>
          <w:b w:val="0"/>
          <w:i w:val="0"/>
          <w:sz w:val="20"/>
        </w:rPr>
        <w:t>TMIN</w:t>
      </w:r>
      <w:r>
        <w:rPr>
          <w:b w:val="0"/>
          <w:i w:val="0"/>
        </w:rPr>
        <w:t>). Đây là một tập dữ liệu đơn giản chỉ chứa dữ liệu liên quan đến nhiệt độ. Khi bạn tải dữ liệu thời tiết của riêng mình, bạn có thể chọn bao gồm một số phép đo khác liên quan đến tốc độ gió, hướng gió và dữ liệu lượng mưa.</w:t>
      </w:r>
    </w:p>
    <w:p>
      <w:pPr>
        <w:pStyle w:val="Heading3"/>
      </w:pPr>
      <w:r>
        <w:rPr>
          <w:rFonts w:ascii="Calibri" w:hAnsi="Calibri"/>
          <w:b/>
          <w:i w:val="0"/>
          <w:sz w:val="27"/>
        </w:rPr>
        <w:t>In ra các tiêu đề và vị trí của chúng</w:t>
      </w:r>
    </w:p>
    <w:p>
      <w:pPr>
        <w:spacing w:after="80"/>
      </w:pPr>
      <w:r>
        <w:rPr>
          <w:b w:val="0"/>
          <w:i w:val="0"/>
        </w:rPr>
        <w:t>Để dễ hiểu hơn dữ liệu tiêu đề của tệp, chúng ta hãy in ra từng tiêu đề và vị trí của nó trong danh sách:</w:t>
      </w:r>
    </w:p>
    <w:p>
      <w:pPr>
        <w:spacing w:after="80"/>
      </w:pPr>
      <w:r>
        <w:rPr>
          <w:b w:val="0"/>
          <w:i w:val="0"/>
        </w:rPr>
        <w:t>sitka_highs.py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reader = csv.reader(lines)</w:t>
      </w:r>
    </w:p>
    <w:p>
      <w:pPr>
        <w:spacing w:after="0"/>
        <w:ind w:left="360"/>
        <w:shd w:val="clear" w:color="auto" w:fill="F2F2F2"/>
      </w:pPr>
      <w:r>
        <w:rPr>
          <w:rFonts w:ascii="Consolas" w:hAnsi="Consolas"/>
          <w:b w:val="0"/>
          <w:i w:val="0"/>
          <w:sz w:val="18"/>
        </w:rPr>
        <w:t>header_row = next(reader)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for index, column_header in enumerate(header_row):</w:t>
      </w:r>
    </w:p>
    <w:p>
      <w:pPr>
        <w:spacing w:after="0"/>
        <w:ind w:left="360"/>
        <w:shd w:val="clear" w:color="auto" w:fill="F2F2F2"/>
      </w:pPr>
      <w:r>
        <w:rPr>
          <w:rFonts w:ascii="Consolas" w:hAnsi="Consolas"/>
          <w:b w:val="0"/>
          <w:i w:val="0"/>
          <w:sz w:val="18"/>
        </w:rPr>
        <w:t xml:space="preserve">    print(index, column_header)</w:t>
      </w:r>
    </w:p>
    <w:p>
      <w:pPr>
        <w:spacing w:after="40"/>
      </w:pPr>
    </w:p>
    <w:p>
      <w:pPr>
        <w:spacing w:after="80"/>
      </w:pPr>
      <w:r>
        <w:rPr>
          <w:b w:val="0"/>
          <w:i w:val="0"/>
        </w:rPr>
        <w:t xml:space="preserve">Hàm </w:t>
      </w:r>
      <w:r>
        <w:rPr>
          <w:rFonts w:ascii="Consolas" w:hAnsi="Consolas"/>
          <w:b w:val="0"/>
          <w:i w:val="0"/>
          <w:sz w:val="20"/>
        </w:rPr>
        <w:t>enumerate()</w:t>
      </w:r>
      <w:r>
        <w:rPr>
          <w:b w:val="0"/>
          <w:i w:val="0"/>
        </w:rPr>
        <w:t xml:space="preserve"> trả về cả chỉ số (index) của từng phần tử lẫn giá trị của từng phần tử khi bạn lặp qua một danh sách. (Lưu ý rằng chúng ta đã bỏ dòng </w:t>
      </w:r>
      <w:r>
        <w:rPr>
          <w:rFonts w:ascii="Consolas" w:hAnsi="Consolas"/>
          <w:b w:val="0"/>
          <w:i w:val="0"/>
          <w:sz w:val="20"/>
        </w:rPr>
        <w:t>print(header_row)</w:t>
      </w:r>
      <w:r>
        <w:rPr>
          <w:b w:val="0"/>
          <w:i w:val="0"/>
        </w:rPr>
        <w:t xml:space="preserve"> để thay bằng phiên bản chi tiết hơn này.)</w:t>
      </w:r>
    </w:p>
    <w:p>
      <w:pPr>
        <w:spacing w:after="80"/>
      </w:pPr>
      <w:r>
        <w:rPr>
          <w:b w:val="0"/>
          <w:i w:val="0"/>
        </w:rPr>
        <w:t>Đây là kết quả hiển thị chỉ số của từng tiêu đề:</w:t>
      </w:r>
    </w:p>
    <w:p>
      <w:pPr>
        <w:spacing w:after="80"/>
      </w:pPr>
      <w:r>
        <w:rPr>
          <w:b w:val="0"/>
          <w:i w:val="0"/>
        </w:rPr>
        <w:t>0 STATION</w:t>
      </w:r>
      <w:r>
        <w:br/>
      </w:r>
      <w:r>
        <w:rPr>
          <w:b w:val="0"/>
          <w:i w:val="0"/>
        </w:rPr>
        <w:t>1 NAME</w:t>
      </w:r>
      <w:r>
        <w:br/>
      </w:r>
      <w:r>
        <w:rPr>
          <w:b w:val="0"/>
          <w:i w:val="0"/>
        </w:rPr>
        <w:t>2 DATE</w:t>
      </w:r>
      <w:r>
        <w:br/>
      </w:r>
      <w:r>
        <w:rPr>
          <w:b w:val="0"/>
          <w:i w:val="0"/>
        </w:rPr>
        <w:t>3 TAVG</w:t>
      </w:r>
      <w:r>
        <w:br/>
      </w:r>
      <w:r>
        <w:rPr>
          <w:b w:val="0"/>
          <w:i w:val="0"/>
        </w:rPr>
        <w:t>4 TMAX</w:t>
      </w:r>
      <w:r>
        <w:br/>
      </w:r>
      <w:r>
        <w:rPr>
          <w:b w:val="0"/>
          <w:i w:val="0"/>
        </w:rPr>
        <w:t>5 TMIN</w:t>
      </w:r>
    </w:p>
    <w:p>
      <w:pPr>
        <w:spacing w:after="80"/>
      </w:pPr>
      <w:r>
        <w:rPr>
          <w:b w:val="0"/>
          <w:i w:val="0"/>
        </w:rPr>
        <w:t xml:space="preserve">Chúng ta có thể thấy rằng ngày tháng và nhiệt độ cao nhất tương ứng được lưu ở cột 2 và 4. Để khám phá dữ liệu này, chúng ta sẽ xử lý từng dòng dữ liệu trong </w:t>
      </w:r>
      <w:r>
        <w:rPr>
          <w:b w:val="0"/>
          <w:i/>
        </w:rPr>
        <w:t>sitka_weather_07-2021_simple.csv</w:t>
      </w:r>
      <w:r>
        <w:rPr>
          <w:b w:val="0"/>
          <w:i w:val="0"/>
        </w:rPr>
        <w:t xml:space="preserve"> và trích xuất các giá trị có chỉ số 2 và 4.</w:t>
      </w:r>
    </w:p>
    <w:p>
      <w:pPr>
        <w:pStyle w:val="Heading3"/>
      </w:pPr>
      <w:r>
        <w:rPr>
          <w:rFonts w:ascii="Calibri" w:hAnsi="Calibri"/>
          <w:b/>
          <w:i w:val="0"/>
          <w:sz w:val="27"/>
        </w:rPr>
        <w:t>Trích xuất và đọc dữ liệu</w:t>
      </w:r>
    </w:p>
    <w:p>
      <w:pPr>
        <w:spacing w:after="80"/>
      </w:pPr>
      <w:r>
        <w:rPr>
          <w:b w:val="0"/>
          <w:i w:val="0"/>
        </w:rPr>
        <w:t>Giờ chúng ta đã biết cần những cột dữ liệu nào, hãy cùng đọc thử một ít dữ liệu đó. Đầu tiên, chúng ta sẽ đọc nhiệt độ cao nhất của mỗi ngày:</w:t>
      </w:r>
    </w:p>
    <w:p>
      <w:pPr>
        <w:spacing w:after="80"/>
      </w:pPr>
      <w:r>
        <w:rPr>
          <w:b w:val="0"/>
          <w:i w:val="0"/>
        </w:rPr>
        <w:t>sitka_highs.py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reader = csv.reader(lines)</w:t>
      </w:r>
    </w:p>
    <w:p>
      <w:pPr>
        <w:spacing w:after="0"/>
        <w:ind w:left="360"/>
        <w:shd w:val="clear" w:color="auto" w:fill="F2F2F2"/>
      </w:pPr>
      <w:r>
        <w:rPr>
          <w:rFonts w:ascii="Consolas" w:hAnsi="Consolas"/>
          <w:b w:val="0"/>
          <w:i w:val="0"/>
          <w:sz w:val="18"/>
        </w:rPr>
        <w:t>header_row = next(reader)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Extract high temperatures.</w:t>
      </w:r>
    </w:p>
    <w:p>
      <w:pPr>
        <w:spacing w:after="0"/>
        <w:ind w:left="360"/>
        <w:shd w:val="clear" w:color="auto" w:fill="F2F2F2"/>
      </w:pPr>
      <w:r>
        <w:rPr>
          <w:rFonts w:ascii="Consolas" w:hAnsi="Consolas"/>
          <w:b w:val="0"/>
          <w:i w:val="0"/>
          <w:sz w:val="18"/>
        </w:rPr>
        <w:t>❶ highs = []</w:t>
      </w:r>
    </w:p>
    <w:p>
      <w:pPr>
        <w:spacing w:after="0"/>
        <w:ind w:left="360"/>
        <w:shd w:val="clear" w:color="auto" w:fill="F2F2F2"/>
      </w:pPr>
      <w:r>
        <w:rPr>
          <w:rFonts w:ascii="Consolas" w:hAnsi="Consolas"/>
          <w:b w:val="0"/>
          <w:i w:val="0"/>
          <w:sz w:val="18"/>
        </w:rPr>
        <w:t>❷ for row in reader:</w:t>
      </w:r>
    </w:p>
    <w:p>
      <w:pPr>
        <w:spacing w:after="0"/>
        <w:ind w:left="360"/>
        <w:shd w:val="clear" w:color="auto" w:fill="F2F2F2"/>
      </w:pPr>
      <w:r>
        <w:rPr>
          <w:rFonts w:ascii="Consolas" w:hAnsi="Consolas"/>
          <w:b w:val="0"/>
          <w:i w:val="0"/>
          <w:sz w:val="18"/>
        </w:rPr>
        <w:t>❸     high = int(row[4])</w:t>
      </w:r>
    </w:p>
    <w:p>
      <w:pPr>
        <w:spacing w:after="0"/>
        <w:ind w:left="360"/>
        <w:shd w:val="clear" w:color="auto" w:fill="F2F2F2"/>
      </w:pPr>
      <w:r>
        <w:rPr>
          <w:rFonts w:ascii="Consolas" w:hAnsi="Consolas"/>
          <w:b w:val="0"/>
          <w:i w:val="0"/>
          <w:sz w:val="18"/>
        </w:rPr>
        <w:t xml:space="preserve">    highs.append(high)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print(highs)</w:t>
      </w:r>
    </w:p>
    <w:p>
      <w:pPr>
        <w:spacing w:after="40"/>
      </w:pPr>
    </w:p>
    <w:p>
      <w:pPr>
        <w:spacing w:after="80"/>
      </w:pPr>
      <w:r>
        <w:rPr>
          <w:b w:val="0"/>
          <w:i w:val="0"/>
        </w:rPr>
        <w:t xml:space="preserve">Chúng ta tạo một danh sách rỗng tên là </w:t>
      </w:r>
      <w:r>
        <w:rPr>
          <w:rFonts w:ascii="Consolas" w:hAnsi="Consolas"/>
          <w:b w:val="0"/>
          <w:i w:val="0"/>
          <w:sz w:val="20"/>
        </w:rPr>
        <w:t>highs</w:t>
      </w:r>
      <w:r>
        <w:rPr>
          <w:b w:val="0"/>
          <w:i w:val="0"/>
        </w:rPr>
        <w:t xml:space="preserve"> ❶ rồi lặp qua các dòng còn lại trong file ❷. Đối tượng </w:t>
      </w:r>
      <w:r>
        <w:rPr>
          <w:rFonts w:ascii="Consolas" w:hAnsi="Consolas"/>
          <w:b w:val="0"/>
          <w:i w:val="0"/>
          <w:sz w:val="20"/>
        </w:rPr>
        <w:t>reader</w:t>
      </w:r>
      <w:r>
        <w:rPr>
          <w:b w:val="0"/>
          <w:i w:val="0"/>
        </w:rPr>
        <w:t xml:space="preserve"> sẽ tiếp tục từ chỗ nó dừng lại trong file CSV và tự động trả về từng dòng tiếp theo vị trí hiện tại của nó. Vì chúng ta đã đọc dòng tiêu đề rồi, vòng lặp sẽ bắt đầu từ dòng thứ hai, nơi dữ liệu thực sự bắt đầu. Mỗi lần lặp, chúng ta lấy dữ liệu từ chỉ số 4, tương ứng với tiêu đề </w:t>
      </w:r>
      <w:r>
        <w:rPr>
          <w:rFonts w:ascii="Consolas" w:hAnsi="Consolas"/>
          <w:b w:val="0"/>
          <w:i w:val="0"/>
          <w:sz w:val="20"/>
        </w:rPr>
        <w:t>TMAX</w:t>
      </w:r>
      <w:r>
        <w:rPr>
          <w:b w:val="0"/>
          <w:i w:val="0"/>
        </w:rPr>
        <w:t xml:space="preserve">, và gán nó cho biến </w:t>
      </w:r>
      <w:r>
        <w:rPr>
          <w:rFonts w:ascii="Consolas" w:hAnsi="Consolas"/>
          <w:b w:val="0"/>
          <w:i w:val="0"/>
          <w:sz w:val="20"/>
        </w:rPr>
        <w:t>high</w:t>
      </w:r>
      <w:r>
        <w:rPr>
          <w:b w:val="0"/>
          <w:i w:val="0"/>
        </w:rPr>
        <w:t xml:space="preserve"> ❸. Chúng ta dùng hàm </w:t>
      </w:r>
      <w:r>
        <w:rPr>
          <w:rFonts w:ascii="Consolas" w:hAnsi="Consolas"/>
          <w:b w:val="0"/>
          <w:i w:val="0"/>
          <w:sz w:val="20"/>
        </w:rPr>
        <w:t>int()</w:t>
      </w:r>
      <w:r>
        <w:rPr>
          <w:b w:val="0"/>
          <w:i w:val="0"/>
        </w:rPr>
        <w:t xml:space="preserve"> để chuyển dữ liệu, vốn được lưu dưới dạng chuỗi, sang dạng số để có thể sử dụng. Sau đó chúng ta thêm giá trị này vào </w:t>
      </w:r>
      <w:r>
        <w:rPr>
          <w:rFonts w:ascii="Consolas" w:hAnsi="Consolas"/>
          <w:b w:val="0"/>
          <w:i w:val="0"/>
          <w:sz w:val="20"/>
        </w:rPr>
        <w:t>highs</w:t>
      </w:r>
      <w:r>
        <w:rPr>
          <w:b w:val="0"/>
          <w:i w:val="0"/>
        </w:rPr>
        <w:t>.</w:t>
      </w:r>
    </w:p>
    <w:p>
      <w:pPr>
        <w:spacing w:after="80"/>
      </w:pPr>
      <w:r>
        <w:rPr>
          <w:b w:val="0"/>
          <w:i w:val="0"/>
        </w:rPr>
        <w:t xml:space="preserve">Đoạn mã sau đây cho thấy dữ liệu hiện được lưu trong </w:t>
      </w:r>
      <w:r>
        <w:rPr>
          <w:rFonts w:ascii="Consolas" w:hAnsi="Consolas"/>
          <w:b w:val="0"/>
          <w:i w:val="0"/>
          <w:sz w:val="20"/>
        </w:rPr>
        <w:t>highs</w:t>
      </w:r>
      <w:r>
        <w:rPr>
          <w:b w:val="0"/>
          <w:i w:val="0"/>
        </w:rPr>
        <w:t>:</w:t>
      </w:r>
    </w:p>
    <w:p>
      <w:pPr>
        <w:spacing w:after="80"/>
      </w:pPr>
      <w:r>
        <w:rPr>
          <w:b w:val="0"/>
          <w:i w:val="0"/>
        </w:rPr>
        <w:t>[61, 60, 66, 60, 65, 59, 58, 58, 57, 60, 60, 60, 57, 58, 60, 61, 63, 63, 70, 64, 59, 63, 61, 58, 59, 64, 62, 70, 70, 73, 66]</w:t>
      </w:r>
    </w:p>
    <w:p>
      <w:pPr>
        <w:spacing w:after="80"/>
      </w:pPr>
      <w:r>
        <w:rPr>
          <w:b w:val="0"/>
          <w:i w:val="0"/>
        </w:rPr>
        <w:t>Chúng ta đã trích xuất nhiệt độ cao nhất của mỗi ngày và lưu từng giá trị vào một danh sách. Giờ hãy tạo một biểu đồ trực quan hóa dữ liệu này.</w:t>
      </w:r>
    </w:p>
    <w:p>
      <w:pPr>
        <w:pStyle w:val="Heading3"/>
      </w:pPr>
      <w:r>
        <w:rPr>
          <w:rFonts w:ascii="Calibri" w:hAnsi="Calibri"/>
          <w:b/>
          <w:i w:val="0"/>
          <w:sz w:val="27"/>
        </w:rPr>
        <w:t>Vẽ dữ liệu trên biểu đồ nhiệt độ</w:t>
      </w:r>
    </w:p>
    <w:p>
      <w:pPr>
        <w:spacing w:after="80"/>
      </w:pPr>
      <w:r>
        <w:rPr>
          <w:b w:val="0"/>
          <w:i w:val="0"/>
        </w:rPr>
        <w:t>Để trực quan hóa dữ liệu nhiệt độ mà chúng ta có, trước tiên chúng ta sẽ tạo một biểu đồ đơn giản về nhiệt độ cao nhất hằng ngày bằng Matplotlib, như hình dưới đây:</w:t>
      </w:r>
    </w:p>
    <w:p>
      <w:pPr>
        <w:spacing w:after="80"/>
      </w:pPr>
      <w:r>
        <w:rPr>
          <w:b w:val="0"/>
          <w:i w:val="0"/>
        </w:rPr>
        <w:t>sitka_highs.py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csv</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Path('weather_data/sitka_weather_07-2021_simple.csv')</w:t>
      </w:r>
    </w:p>
    <w:p>
      <w:pPr>
        <w:spacing w:after="0"/>
        <w:ind w:left="360"/>
        <w:shd w:val="clear" w:color="auto" w:fill="F2F2F2"/>
      </w:pPr>
      <w:r>
        <w:rPr>
          <w:rFonts w:ascii="Consolas" w:hAnsi="Consolas"/>
          <w:b w:val="0"/>
          <w:i w:val="0"/>
          <w:sz w:val="18"/>
        </w:rPr>
        <w:t>lines = path.read_text(encoding='utf-8').splitlines()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Plot the high temperatures.</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❶ ax.plot(highs, color='red')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Format plot.</w:t>
      </w:r>
    </w:p>
    <w:p>
      <w:pPr>
        <w:spacing w:after="0"/>
        <w:ind w:left="360"/>
        <w:shd w:val="clear" w:color="auto" w:fill="F2F2F2"/>
      </w:pPr>
      <w:r>
        <w:rPr>
          <w:rFonts w:ascii="Consolas" w:hAnsi="Consolas"/>
          <w:b w:val="0"/>
          <w:i w:val="0"/>
          <w:sz w:val="18"/>
        </w:rPr>
        <w:t>❷ ax.set_title("Daily High Temperatures, July 2021", fontsize=24)</w:t>
      </w:r>
    </w:p>
    <w:p>
      <w:pPr>
        <w:spacing w:after="0"/>
        <w:ind w:left="360"/>
        <w:shd w:val="clear" w:color="auto" w:fill="F2F2F2"/>
      </w:pPr>
      <w:r>
        <w:rPr>
          <w:rFonts w:ascii="Consolas" w:hAnsi="Consolas"/>
          <w:b w:val="0"/>
          <w:i w:val="0"/>
          <w:sz w:val="18"/>
        </w:rPr>
        <w:t>❸ ax.set_xlabel('', fontsize=16)</w:t>
      </w:r>
    </w:p>
    <w:p>
      <w:pPr>
        <w:spacing w:after="0"/>
        <w:ind w:left="360"/>
        <w:shd w:val="clear" w:color="auto" w:fill="F2F2F2"/>
      </w:pPr>
      <w:r>
        <w:rPr>
          <w:rFonts w:ascii="Consolas" w:hAnsi="Consolas"/>
          <w:b w:val="0"/>
          <w:i w:val="0"/>
          <w:sz w:val="18"/>
        </w:rPr>
        <w:t>ax.set_ylabel("Temperature (F)", fontsize=16)</w:t>
      </w:r>
    </w:p>
    <w:p>
      <w:pPr>
        <w:spacing w:after="0"/>
        <w:ind w:left="360"/>
        <w:shd w:val="clear" w:color="auto" w:fill="F2F2F2"/>
      </w:pPr>
      <w:r>
        <w:rPr>
          <w:rFonts w:ascii="Consolas" w:hAnsi="Consolas"/>
          <w:b w:val="0"/>
          <w:i w:val="0"/>
          <w:sz w:val="18"/>
        </w:rPr>
        <w:t>ax.tick_params(labelsize=16)</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 xml:space="preserve">Chúng ta truyền danh sách các nhiệt độ cao nhất vào </w:t>
      </w:r>
      <w:r>
        <w:rPr>
          <w:rFonts w:ascii="Consolas" w:hAnsi="Consolas"/>
          <w:b w:val="0"/>
          <w:i w:val="0"/>
          <w:sz w:val="20"/>
        </w:rPr>
        <w:t>plot()</w:t>
      </w:r>
      <w:r>
        <w:rPr>
          <w:b w:val="0"/>
          <w:i w:val="0"/>
        </w:rPr>
        <w:t xml:space="preserve"> và truyền </w:t>
      </w:r>
      <w:r>
        <w:rPr>
          <w:rFonts w:ascii="Consolas" w:hAnsi="Consolas"/>
          <w:b w:val="0"/>
          <w:i w:val="0"/>
          <w:sz w:val="20"/>
        </w:rPr>
        <w:t>color='red'</w:t>
      </w:r>
      <w:r>
        <w:rPr>
          <w:b w:val="0"/>
          <w:i w:val="0"/>
        </w:rPr>
        <w:t xml:space="preserve"> để vẽ các điểm bằng màu đỏ ❶. (Chúng ta sẽ vẽ nhiệt độ cao nhất bằng màu đỏ và nhiệt độ thấp nhất bằng màu xanh dương.) Sau đó chúng ta chỉ định một vài chi tiết định dạng khác, như tiêu đề, cỡ chữ và nhãn ❷, giống như chúng ta đã làm ở Chương 15. Vì chúng ta chưa thêm ngày tháng, nên chúng ta sẽ không gán nhãn cho trục </w:t>
      </w:r>
      <w:r>
        <w:rPr>
          <w:b w:val="0"/>
          <w:i/>
        </w:rPr>
        <w:t>x</w:t>
      </w:r>
      <w:r>
        <w:rPr>
          <w:b w:val="0"/>
          <w:i w:val="0"/>
        </w:rPr>
        <w:t xml:space="preserve">, nhưng </w:t>
      </w:r>
      <w:r>
        <w:rPr>
          <w:rFonts w:ascii="Consolas" w:hAnsi="Consolas"/>
          <w:b w:val="0"/>
          <w:i w:val="0"/>
          <w:sz w:val="20"/>
        </w:rPr>
        <w:t>ax.set_xlabel()</w:t>
      </w:r>
      <w:r>
        <w:rPr>
          <w:b w:val="0"/>
          <w:i w:val="0"/>
        </w:rPr>
        <w:t xml:space="preserve"> vẫn điều chỉnh cỡ chữ để các nhãn mặc định dễ đọc hơn ❸. Hình 16-1 cho thấy biểu đồ thu được: một đồ thị đường đơn giản về nhiệt độ cao nhất trong tháng 7 năm 2021 ở Sitka, Alaska.</w:t>
      </w:r>
    </w:p>
    <w:p>
      <w:pPr>
        <w:jc w:val="center"/>
      </w:pPr>
      <w:r>
        <w:drawing>
          <wp:inline xmlns:a="http://schemas.openxmlformats.org/drawingml/2006/main" xmlns:pic="http://schemas.openxmlformats.org/drawingml/2006/picture">
            <wp:extent cx="5486400" cy="3060211"/>
            <wp:docPr id="52" name="Picture 52"/>
            <wp:cNvGraphicFramePr>
              <a:graphicFrameLocks noChangeAspect="1"/>
            </wp:cNvGraphicFramePr>
            <a:graphic>
              <a:graphicData uri="http://schemas.openxmlformats.org/drawingml/2006/picture">
                <pic:pic>
                  <pic:nvPicPr>
                    <pic:cNvPr id="0" name="image_rsrcBJF.jpg"/>
                    <pic:cNvPicPr/>
                  </pic:nvPicPr>
                  <pic:blipFill>
                    <a:blip r:embed="rId44"/>
                    <a:stretch>
                      <a:fillRect/>
                    </a:stretch>
                  </pic:blipFill>
                  <pic:spPr>
                    <a:xfrm>
                      <a:off x="0" y="0"/>
                      <a:ext cx="5486400" cy="3060211"/>
                    </a:xfrm>
                    <a:prstGeom prst="rect"/>
                  </pic:spPr>
                </pic:pic>
              </a:graphicData>
            </a:graphic>
          </wp:inline>
        </w:drawing>
      </w:r>
    </w:p>
    <w:p>
      <w:pPr>
        <w:spacing w:after="80"/>
      </w:pPr>
      <w:r>
        <w:rPr>
          <w:b w:val="0"/>
          <w:i w:val="0"/>
        </w:rPr>
        <w:t>Hình 16-1: Đồ thị đường biểu diễn nhiệt độ cao nhất hằng ngày trong tháng 7 năm 2021 ở Sitka, Alaska</w:t>
      </w:r>
    </w:p>
    <w:p>
      <w:pPr>
        <w:pStyle w:val="Heading3"/>
      </w:pPr>
      <w:r>
        <w:rPr>
          <w:rFonts w:ascii="Calibri" w:hAnsi="Calibri"/>
          <w:b/>
          <w:i w:val="0"/>
          <w:sz w:val="27"/>
        </w:rPr>
        <w:t>Mô-đun datetime</w:t>
      </w:r>
    </w:p>
    <w:p>
      <w:pPr>
        <w:spacing w:after="80"/>
      </w:pPr>
      <w:r>
        <w:rPr>
          <w:b w:val="0"/>
          <w:i w:val="0"/>
        </w:rPr>
        <w:t>Hãy thêm ngày tháng vào biểu đồ để nó hữu ích hơn. Ngày đầu tiên trong file dữ liệu thời tiết nằm ở dòng thứ hai của file:</w:t>
      </w:r>
    </w:p>
    <w:p>
      <w:pPr>
        <w:spacing w:after="80"/>
      </w:pPr>
      <w:r>
        <w:rPr>
          <w:b w:val="0"/>
          <w:i w:val="0"/>
        </w:rPr>
        <w:t>"USW00025333","SITKA AIRPORT, AK US","2021-07-01",,"61","53"</w:t>
      </w:r>
    </w:p>
    <w:p>
      <w:pPr>
        <w:spacing w:after="80"/>
      </w:pPr>
      <w:r>
        <w:rPr>
          <w:b w:val="0"/>
          <w:i w:val="0"/>
        </w:rPr>
        <w:t xml:space="preserve">Dữ liệu sẽ được đọc vào dưới dạng chuỗi (string), nên ta cần một cách để chuyển chuỗi </w:t>
      </w:r>
      <w:r>
        <w:rPr>
          <w:rFonts w:ascii="Consolas" w:hAnsi="Consolas"/>
          <w:b w:val="0"/>
          <w:i w:val="0"/>
          <w:sz w:val="20"/>
        </w:rPr>
        <w:t>"2021-07-01"</w:t>
      </w:r>
      <w:r>
        <w:rPr>
          <w:b w:val="0"/>
          <w:i w:val="0"/>
        </w:rPr>
        <w:t xml:space="preserve"> thành một đối tượng (object) biểu diễn ngày này. Ta có thể tạo một đối tượng biểu diễn ngày 1 tháng 7 năm 2021 bằng phương thức </w:t>
      </w:r>
      <w:r>
        <w:rPr>
          <w:rFonts w:ascii="Consolas" w:hAnsi="Consolas"/>
          <w:b w:val="0"/>
          <w:i w:val="0"/>
          <w:sz w:val="20"/>
        </w:rPr>
        <w:t>strptime()</w:t>
      </w:r>
      <w:r>
        <w:rPr>
          <w:b w:val="0"/>
          <w:i w:val="0"/>
        </w:rPr>
        <w:t xml:space="preserve"> từ module </w:t>
      </w:r>
      <w:r>
        <w:rPr>
          <w:rFonts w:ascii="Consolas" w:hAnsi="Consolas"/>
          <w:b w:val="0"/>
          <w:i w:val="0"/>
          <w:sz w:val="20"/>
        </w:rPr>
        <w:t>datetime</w:t>
      </w:r>
      <w:r>
        <w:rPr>
          <w:b w:val="0"/>
          <w:i w:val="0"/>
        </w:rPr>
        <w:t xml:space="preserve">. Hãy xem </w:t>
      </w:r>
      <w:r>
        <w:rPr>
          <w:rFonts w:ascii="Consolas" w:hAnsi="Consolas"/>
          <w:b w:val="0"/>
          <w:i w:val="0"/>
          <w:sz w:val="20"/>
        </w:rPr>
        <w:t>strptime()</w:t>
      </w:r>
      <w:r>
        <w:rPr>
          <w:b w:val="0"/>
          <w:i w:val="0"/>
        </w:rPr>
        <w:t xml:space="preserve"> hoạt động thế nào trong một phiên làm việc trên terminal: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from datetime import datetime</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first_date = datetime.strptime('2021-07-01', '%Y-%m-%d')</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print(first_date)</w:t>
      </w:r>
    </w:p>
    <w:p>
      <w:pPr>
        <w:spacing w:after="0"/>
        <w:ind w:left="360"/>
        <w:shd w:val="clear" w:color="auto" w:fill="F2F2F2"/>
      </w:pPr>
      <w:r>
        <w:rPr>
          <w:rFonts w:ascii="Consolas" w:hAnsi="Consolas"/>
          <w:b w:val="0"/>
          <w:i w:val="0"/>
          <w:sz w:val="18"/>
        </w:rPr>
        <w:t>2021-07-01 00:00:00</w:t>
      </w:r>
    </w:p>
    <w:p>
      <w:pPr>
        <w:spacing w:after="40"/>
      </w:pPr>
    </w:p>
    <w:p>
      <w:pPr>
        <w:spacing w:after="80"/>
      </w:pPr>
      <w:r>
        <w:rPr>
          <w:b w:val="0"/>
          <w:i w:val="0"/>
        </w:rPr>
        <w:t xml:space="preserve">Đầu tiên ta import lớp </w:t>
      </w:r>
      <w:r>
        <w:rPr>
          <w:rFonts w:ascii="Consolas" w:hAnsi="Consolas"/>
          <w:b w:val="0"/>
          <w:i w:val="0"/>
          <w:sz w:val="20"/>
        </w:rPr>
        <w:t>datetime</w:t>
      </w:r>
      <w:r>
        <w:rPr>
          <w:b w:val="0"/>
          <w:i w:val="0"/>
        </w:rPr>
        <w:t xml:space="preserve"> từ module </w:t>
      </w:r>
      <w:r>
        <w:rPr>
          <w:rFonts w:ascii="Consolas" w:hAnsi="Consolas"/>
          <w:b w:val="0"/>
          <w:i w:val="0"/>
          <w:sz w:val="20"/>
        </w:rPr>
        <w:t>datetime</w:t>
      </w:r>
      <w:r>
        <w:rPr>
          <w:b w:val="0"/>
          <w:i w:val="0"/>
        </w:rPr>
        <w:t xml:space="preserve">. Sau đó ta gọi phương thức </w:t>
      </w:r>
      <w:r>
        <w:rPr>
          <w:rFonts w:ascii="Consolas" w:hAnsi="Consolas"/>
          <w:b w:val="0"/>
          <w:i w:val="0"/>
          <w:sz w:val="20"/>
        </w:rPr>
        <w:t>strptime()</w:t>
      </w:r>
      <w:r>
        <w:rPr>
          <w:b w:val="0"/>
          <w:i w:val="0"/>
        </w:rPr>
        <w:t xml:space="preserve"> với chuỗi chứa ngày mà ta muốn xử lý làm đối số (argument) đầu tiên. Đối số thứ hai cho Python biết ngày được định dạng như thế nào. Trong ví dụ này, </w:t>
      </w:r>
      <w:r>
        <w:rPr>
          <w:rFonts w:ascii="Consolas" w:hAnsi="Consolas"/>
          <w:b w:val="0"/>
          <w:i w:val="0"/>
          <w:sz w:val="20"/>
        </w:rPr>
        <w:t>'%Y-'</w:t>
      </w:r>
      <w:r>
        <w:rPr>
          <w:b w:val="0"/>
          <w:i w:val="0"/>
        </w:rPr>
        <w:t xml:space="preserve"> bảo Python tìm một năm có bốn chữ số trước dấu gạch ngang đầu tiên; </w:t>
      </w:r>
      <w:r>
        <w:rPr>
          <w:rFonts w:ascii="Consolas" w:hAnsi="Consolas"/>
          <w:b w:val="0"/>
          <w:i w:val="0"/>
          <w:sz w:val="20"/>
        </w:rPr>
        <w:t>'%m-'</w:t>
      </w:r>
      <w:r>
        <w:rPr>
          <w:b w:val="0"/>
          <w:i w:val="0"/>
        </w:rPr>
        <w:t xml:space="preserve"> chỉ ra một tháng có hai chữ số trước dấu gạch ngang thứ hai; và </w:t>
      </w:r>
      <w:r>
        <w:rPr>
          <w:rFonts w:ascii="Consolas" w:hAnsi="Consolas"/>
          <w:b w:val="0"/>
          <w:i w:val="0"/>
          <w:sz w:val="20"/>
        </w:rPr>
        <w:t>'%d'</w:t>
      </w:r>
      <w:r>
        <w:rPr>
          <w:b w:val="0"/>
          <w:i w:val="0"/>
        </w:rPr>
        <w:t xml:space="preserve"> nghĩa là phần cuối của chuỗi là ngày trong tháng, từ 1 đến 31.</w:t>
      </w:r>
    </w:p>
    <w:p>
      <w:pPr>
        <w:spacing w:after="80"/>
      </w:pPr>
      <w:r>
        <w:rPr>
          <w:b w:val="0"/>
          <w:i w:val="0"/>
        </w:rPr>
        <w:t xml:space="preserve">Phương thức </w:t>
      </w:r>
      <w:r>
        <w:rPr>
          <w:rFonts w:ascii="Consolas" w:hAnsi="Consolas"/>
          <w:b w:val="0"/>
          <w:i w:val="0"/>
          <w:sz w:val="20"/>
        </w:rPr>
        <w:t>strptime()</w:t>
      </w:r>
      <w:r>
        <w:rPr>
          <w:b w:val="0"/>
          <w:i w:val="0"/>
        </w:rPr>
        <w:t xml:space="preserve"> có thể nhận nhiều đối số khác nhau để xác định cách diễn giải ngày. Bảng 16-1 trình bày một số đối số này.</w:t>
      </w:r>
    </w:p>
    <w:p>
      <w:pPr>
        <w:spacing w:after="80"/>
      </w:pPr>
      <w:r>
        <w:rPr>
          <w:b/>
          <w:i w:val="0"/>
        </w:rPr>
        <w:t>Bảng 16-1</w:t>
      </w:r>
      <w:r>
        <w:rPr>
          <w:b w:val="0"/>
          <w:i w:val="0"/>
        </w:rPr>
        <w:t xml:space="preserve">: Các đối số định dạng ngày và giờ từ module </w:t>
      </w:r>
      <w:r>
        <w:rPr>
          <w:rFonts w:ascii="Consolas" w:hAnsi="Consolas"/>
          <w:b w:val="0"/>
          <w:i w:val="0"/>
          <w:sz w:val="20"/>
        </w:rPr>
        <w:t>datetime</w:t>
      </w:r>
    </w:p>
    <w:tbl>
      <w:tblPr>
        <w:tblStyle w:val="TableGrid"/>
        <w:tblW w:type="auto" w:w="0"/>
        <w:tblLook w:firstColumn="1" w:firstRow="1" w:lastColumn="0" w:lastRow="0" w:noHBand="0" w:noVBand="1" w:val="04A0"/>
      </w:tblPr>
      <w:tblGrid>
        <w:gridCol w:w="4680"/>
        <w:gridCol w:w="4680"/>
      </w:tblGrid>
      <w:tr>
        <w:tc>
          <w:tcPr>
            <w:tcW w:type="dxa" w:w="4680"/>
          </w:tcPr>
          <w:p>
            <w:r/>
            <w:r>
              <w:rPr>
                <w:b/>
                <w:i w:val="0"/>
                <w:sz w:val="18"/>
              </w:rPr>
              <w:t>Đối số</w:t>
            </w:r>
          </w:p>
        </w:tc>
        <w:tc>
          <w:tcPr>
            <w:tcW w:type="dxa" w:w="4680"/>
          </w:tcPr>
          <w:p>
            <w:r/>
            <w:r>
              <w:rPr>
                <w:b/>
                <w:i w:val="0"/>
                <w:sz w:val="18"/>
              </w:rPr>
              <w:t>Ý nghĩa</w:t>
            </w:r>
          </w:p>
        </w:tc>
      </w:tr>
      <w:tr>
        <w:tc>
          <w:tcPr>
            <w:tcW w:type="dxa" w:w="4680"/>
          </w:tcPr>
          <w:p>
            <w:r/>
            <w:r>
              <w:rPr>
                <w:b w:val="0"/>
                <w:i w:val="0"/>
                <w:sz w:val="18"/>
              </w:rPr>
              <w:t>%A</w:t>
            </w:r>
          </w:p>
        </w:tc>
        <w:tc>
          <w:tcPr>
            <w:tcW w:type="dxa" w:w="4680"/>
          </w:tcPr>
          <w:p>
            <w:r/>
            <w:r>
              <w:rPr>
                <w:b w:val="0"/>
                <w:i w:val="0"/>
                <w:sz w:val="18"/>
              </w:rPr>
              <w:t>Tên thứ trong tuần, ví dụ Monday</w:t>
            </w:r>
          </w:p>
        </w:tc>
      </w:tr>
      <w:tr>
        <w:tc>
          <w:tcPr>
            <w:tcW w:type="dxa" w:w="4680"/>
          </w:tcPr>
          <w:p>
            <w:r/>
            <w:r>
              <w:rPr>
                <w:b w:val="0"/>
                <w:i w:val="0"/>
                <w:sz w:val="18"/>
              </w:rPr>
              <w:t>%B</w:t>
            </w:r>
          </w:p>
        </w:tc>
        <w:tc>
          <w:tcPr>
            <w:tcW w:type="dxa" w:w="4680"/>
          </w:tcPr>
          <w:p>
            <w:r/>
            <w:r>
              <w:rPr>
                <w:b w:val="0"/>
                <w:i w:val="0"/>
                <w:sz w:val="18"/>
              </w:rPr>
              <w:t>Tên tháng, ví dụ January</w:t>
            </w:r>
          </w:p>
        </w:tc>
      </w:tr>
      <w:tr>
        <w:tc>
          <w:tcPr>
            <w:tcW w:type="dxa" w:w="4680"/>
          </w:tcPr>
          <w:p>
            <w:r/>
            <w:r>
              <w:rPr>
                <w:b w:val="0"/>
                <w:i w:val="0"/>
                <w:sz w:val="18"/>
              </w:rPr>
              <w:t>%m</w:t>
            </w:r>
          </w:p>
        </w:tc>
        <w:tc>
          <w:tcPr>
            <w:tcW w:type="dxa" w:w="4680"/>
          </w:tcPr>
          <w:p>
            <w:r/>
            <w:r>
              <w:rPr>
                <w:b w:val="0"/>
                <w:i w:val="0"/>
                <w:sz w:val="18"/>
              </w:rPr>
              <w:t>Tháng, dưới dạng số (01 đến 12)</w:t>
            </w:r>
          </w:p>
        </w:tc>
      </w:tr>
      <w:tr>
        <w:tc>
          <w:tcPr>
            <w:tcW w:type="dxa" w:w="4680"/>
          </w:tcPr>
          <w:p>
            <w:r/>
            <w:r>
              <w:rPr>
                <w:b w:val="0"/>
                <w:i w:val="0"/>
                <w:sz w:val="18"/>
              </w:rPr>
              <w:t>%d</w:t>
            </w:r>
          </w:p>
        </w:tc>
        <w:tc>
          <w:tcPr>
            <w:tcW w:type="dxa" w:w="4680"/>
          </w:tcPr>
          <w:p>
            <w:r/>
            <w:r>
              <w:rPr>
                <w:b w:val="0"/>
                <w:i w:val="0"/>
                <w:sz w:val="18"/>
              </w:rPr>
              <w:t>Ngày trong tháng, dưới dạng số (01 đến 31)</w:t>
            </w:r>
          </w:p>
        </w:tc>
      </w:tr>
      <w:tr>
        <w:tc>
          <w:tcPr>
            <w:tcW w:type="dxa" w:w="4680"/>
          </w:tcPr>
          <w:p>
            <w:r/>
            <w:r>
              <w:rPr>
                <w:b w:val="0"/>
                <w:i w:val="0"/>
                <w:sz w:val="18"/>
              </w:rPr>
              <w:t>%Y</w:t>
            </w:r>
          </w:p>
        </w:tc>
        <w:tc>
          <w:tcPr>
            <w:tcW w:type="dxa" w:w="4680"/>
          </w:tcPr>
          <w:p>
            <w:r/>
            <w:r>
              <w:rPr>
                <w:b w:val="0"/>
                <w:i w:val="0"/>
                <w:sz w:val="18"/>
              </w:rPr>
              <w:t>Năm có bốn chữ số, ví dụ 2019</w:t>
            </w:r>
          </w:p>
        </w:tc>
      </w:tr>
      <w:tr>
        <w:tc>
          <w:tcPr>
            <w:tcW w:type="dxa" w:w="4680"/>
          </w:tcPr>
          <w:p>
            <w:r/>
            <w:r>
              <w:rPr>
                <w:b w:val="0"/>
                <w:i w:val="0"/>
                <w:sz w:val="18"/>
              </w:rPr>
              <w:t>%y</w:t>
            </w:r>
          </w:p>
        </w:tc>
        <w:tc>
          <w:tcPr>
            <w:tcW w:type="dxa" w:w="4680"/>
          </w:tcPr>
          <w:p>
            <w:r/>
            <w:r>
              <w:rPr>
                <w:b w:val="0"/>
                <w:i w:val="0"/>
                <w:sz w:val="18"/>
              </w:rPr>
              <w:t>Năm có hai chữ số, ví dụ 19</w:t>
            </w:r>
          </w:p>
        </w:tc>
      </w:tr>
      <w:tr>
        <w:tc>
          <w:tcPr>
            <w:tcW w:type="dxa" w:w="4680"/>
          </w:tcPr>
          <w:p>
            <w:r/>
            <w:r>
              <w:rPr>
                <w:b w:val="0"/>
                <w:i w:val="0"/>
                <w:sz w:val="18"/>
              </w:rPr>
              <w:t>%H</w:t>
            </w:r>
          </w:p>
        </w:tc>
        <w:tc>
          <w:tcPr>
            <w:tcW w:type="dxa" w:w="4680"/>
          </w:tcPr>
          <w:p>
            <w:r/>
            <w:r>
              <w:rPr>
                <w:b w:val="0"/>
                <w:i w:val="0"/>
                <w:sz w:val="18"/>
              </w:rPr>
              <w:t>Giờ, theo định dạng 24 giờ (00 đến 23)</w:t>
            </w:r>
          </w:p>
        </w:tc>
      </w:tr>
      <w:tr>
        <w:tc>
          <w:tcPr>
            <w:tcW w:type="dxa" w:w="4680"/>
          </w:tcPr>
          <w:p>
            <w:r/>
            <w:r>
              <w:rPr>
                <w:b w:val="0"/>
                <w:i w:val="0"/>
                <w:sz w:val="18"/>
              </w:rPr>
              <w:t>%I</w:t>
            </w:r>
          </w:p>
        </w:tc>
        <w:tc>
          <w:tcPr>
            <w:tcW w:type="dxa" w:w="4680"/>
          </w:tcPr>
          <w:p>
            <w:r/>
            <w:r>
              <w:rPr>
                <w:b w:val="0"/>
                <w:i w:val="0"/>
                <w:sz w:val="18"/>
              </w:rPr>
              <w:t>Giờ, theo định dạng 12 giờ (01 đến 12)</w:t>
            </w:r>
          </w:p>
        </w:tc>
      </w:tr>
      <w:tr>
        <w:tc>
          <w:tcPr>
            <w:tcW w:type="dxa" w:w="4680"/>
          </w:tcPr>
          <w:p>
            <w:r/>
            <w:r>
              <w:rPr>
                <w:b w:val="0"/>
                <w:i w:val="0"/>
                <w:sz w:val="18"/>
              </w:rPr>
              <w:t>%p</w:t>
            </w:r>
          </w:p>
        </w:tc>
        <w:tc>
          <w:tcPr>
            <w:tcW w:type="dxa" w:w="4680"/>
          </w:tcPr>
          <w:p>
            <w:r/>
            <w:r>
              <w:rPr>
                <w:b w:val="0"/>
                <w:i w:val="0"/>
                <w:sz w:val="18"/>
              </w:rPr>
              <w:t>AM hoặc PM</w:t>
            </w:r>
          </w:p>
        </w:tc>
      </w:tr>
      <w:tr>
        <w:tc>
          <w:tcPr>
            <w:tcW w:type="dxa" w:w="4680"/>
          </w:tcPr>
          <w:p>
            <w:r/>
            <w:r>
              <w:rPr>
                <w:b w:val="0"/>
                <w:i w:val="0"/>
                <w:sz w:val="18"/>
              </w:rPr>
              <w:t>%M</w:t>
            </w:r>
          </w:p>
        </w:tc>
        <w:tc>
          <w:tcPr>
            <w:tcW w:type="dxa" w:w="4680"/>
          </w:tcPr>
          <w:p>
            <w:r/>
            <w:r>
              <w:rPr>
                <w:b w:val="0"/>
                <w:i w:val="0"/>
                <w:sz w:val="18"/>
              </w:rPr>
              <w:t>Phút (00 đến 59)</w:t>
            </w:r>
          </w:p>
        </w:tc>
      </w:tr>
      <w:tr>
        <w:tc>
          <w:tcPr>
            <w:tcW w:type="dxa" w:w="4680"/>
          </w:tcPr>
          <w:p>
            <w:r/>
            <w:r>
              <w:rPr>
                <w:b w:val="0"/>
                <w:i w:val="0"/>
                <w:sz w:val="18"/>
              </w:rPr>
              <w:t>%S</w:t>
            </w:r>
          </w:p>
        </w:tc>
        <w:tc>
          <w:tcPr>
            <w:tcW w:type="dxa" w:w="4680"/>
          </w:tcPr>
          <w:p>
            <w:r/>
            <w:r>
              <w:rPr>
                <w:b w:val="0"/>
                <w:i w:val="0"/>
                <w:sz w:val="18"/>
              </w:rPr>
              <w:t>Giây (00 đến 61)</w:t>
            </w:r>
          </w:p>
        </w:tc>
      </w:tr>
    </w:tbl>
    <w:p>
      <w:pPr>
        <w:spacing w:after="0"/>
      </w:pPr>
    </w:p>
    <w:p>
      <w:pPr>
        <w:pStyle w:val="Heading3"/>
      </w:pPr>
      <w:r>
        <w:rPr>
          <w:rFonts w:ascii="Calibri" w:hAnsi="Calibri"/>
          <w:b/>
          <w:i w:val="0"/>
          <w:sz w:val="27"/>
        </w:rPr>
        <w:t>Vẽ đồ thị cho ngày tháng</w:t>
      </w:r>
    </w:p>
    <w:p>
      <w:pPr>
        <w:spacing w:after="80"/>
      </w:pPr>
      <w:r>
        <w:rPr>
          <w:b w:val="0"/>
          <w:i w:val="0"/>
        </w:rPr>
        <w:t xml:space="preserve">Chúng ta có thể cải thiện đồ thị bằng cách trích xuất ngày tháng cho các giá trị nhiệt độ cao nhất trong ngày, rồi dùng những ngày này trên trục </w:t>
      </w:r>
      <w:r>
        <w:rPr>
          <w:b w:val="0"/>
          <w:i/>
        </w:rPr>
        <w:t>x</w:t>
      </w:r>
      <w:r>
        <w:rPr>
          <w:b w:val="0"/>
          <w:i w:val="0"/>
        </w:rPr>
        <w:t>:</w:t>
      </w:r>
    </w:p>
    <w:p>
      <w:pPr>
        <w:spacing w:after="80"/>
      </w:pPr>
      <w:r>
        <w:rPr>
          <w:b w:val="0"/>
          <w:i w:val="0"/>
        </w:rPr>
        <w:t>sitka_highs.py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csv</w:t>
      </w:r>
    </w:p>
    <w:p>
      <w:pPr>
        <w:spacing w:after="0"/>
        <w:ind w:left="360"/>
        <w:shd w:val="clear" w:color="auto" w:fill="F2F2F2"/>
      </w:pPr>
      <w:r>
        <w:rPr>
          <w:rFonts w:ascii="Consolas" w:hAnsi="Consolas"/>
          <w:b w:val="0"/>
          <w:i w:val="0"/>
          <w:sz w:val="18"/>
        </w:rPr>
        <w:t>from datetime import datetime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matplotlib.pyplot as plt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path = Path('weather_data/sitka_weather_07-2021_simple.csv')</w:t>
      </w:r>
    </w:p>
    <w:p>
      <w:pPr>
        <w:spacing w:after="0"/>
        <w:ind w:left="360"/>
        <w:shd w:val="clear" w:color="auto" w:fill="F2F2F2"/>
      </w:pPr>
      <w:r>
        <w:rPr>
          <w:rFonts w:ascii="Consolas" w:hAnsi="Consolas"/>
          <w:b w:val="0"/>
          <w:i w:val="0"/>
          <w:sz w:val="18"/>
        </w:rPr>
        <w:t>lines = path.read_text(encoding='utf-8').splitlines()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reader = csv.reader(lines)</w:t>
      </w:r>
    </w:p>
    <w:p>
      <w:pPr>
        <w:spacing w:after="0"/>
        <w:ind w:left="360"/>
        <w:shd w:val="clear" w:color="auto" w:fill="F2F2F2"/>
      </w:pPr>
      <w:r>
        <w:rPr>
          <w:rFonts w:ascii="Consolas" w:hAnsi="Consolas"/>
          <w:b w:val="0"/>
          <w:i w:val="0"/>
          <w:sz w:val="18"/>
        </w:rPr>
        <w:t>header_row = next(reader)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Extract dates and high temperatures.</w:t>
      </w:r>
    </w:p>
    <w:p>
      <w:pPr>
        <w:spacing w:after="0"/>
        <w:ind w:left="360"/>
        <w:shd w:val="clear" w:color="auto" w:fill="F2F2F2"/>
      </w:pPr>
      <w:r>
        <w:rPr>
          <w:rFonts w:ascii="Consolas" w:hAnsi="Consolas"/>
          <w:b w:val="0"/>
          <w:i w:val="0"/>
          <w:sz w:val="18"/>
        </w:rPr>
        <w:t>❶ dates, highs = [], []</w:t>
      </w:r>
    </w:p>
    <w:p>
      <w:pPr>
        <w:spacing w:after="0"/>
        <w:ind w:left="360"/>
        <w:shd w:val="clear" w:color="auto" w:fill="F2F2F2"/>
      </w:pPr>
      <w:r>
        <w:rPr>
          <w:rFonts w:ascii="Consolas" w:hAnsi="Consolas"/>
          <w:b w:val="0"/>
          <w:i w:val="0"/>
          <w:sz w:val="18"/>
        </w:rPr>
        <w:t>for row in reader:</w:t>
      </w:r>
    </w:p>
    <w:p>
      <w:pPr>
        <w:spacing w:after="0"/>
        <w:ind w:left="360"/>
        <w:shd w:val="clear" w:color="auto" w:fill="F2F2F2"/>
      </w:pPr>
      <w:r>
        <w:rPr>
          <w:rFonts w:ascii="Consolas" w:hAnsi="Consolas"/>
          <w:b w:val="0"/>
          <w:i w:val="0"/>
          <w:sz w:val="18"/>
        </w:rPr>
        <w:t>❷     current_date = datetime.strptime(row[2], '%Y-%m-%d')</w:t>
      </w:r>
    </w:p>
    <w:p>
      <w:pPr>
        <w:spacing w:after="0"/>
        <w:ind w:left="360"/>
        <w:shd w:val="clear" w:color="auto" w:fill="F2F2F2"/>
      </w:pPr>
      <w:r>
        <w:rPr>
          <w:rFonts w:ascii="Consolas" w:hAnsi="Consolas"/>
          <w:b w:val="0"/>
          <w:i w:val="0"/>
          <w:sz w:val="18"/>
        </w:rPr>
        <w:t xml:space="preserve">    high = int(row[4])</w:t>
      </w:r>
    </w:p>
    <w:p>
      <w:pPr>
        <w:spacing w:after="0"/>
        <w:ind w:left="360"/>
        <w:shd w:val="clear" w:color="auto" w:fill="F2F2F2"/>
      </w:pPr>
      <w:r>
        <w:rPr>
          <w:rFonts w:ascii="Consolas" w:hAnsi="Consolas"/>
          <w:b w:val="0"/>
          <w:i w:val="0"/>
          <w:sz w:val="18"/>
        </w:rPr>
        <w:t xml:space="preserve">    dates.append(current_date)</w:t>
      </w:r>
    </w:p>
    <w:p>
      <w:pPr>
        <w:spacing w:after="0"/>
        <w:ind w:left="360"/>
        <w:shd w:val="clear" w:color="auto" w:fill="F2F2F2"/>
      </w:pPr>
      <w:r>
        <w:rPr>
          <w:rFonts w:ascii="Consolas" w:hAnsi="Consolas"/>
          <w:b w:val="0"/>
          <w:i w:val="0"/>
          <w:sz w:val="18"/>
        </w:rPr>
        <w:t xml:space="preserve">    highs.append(high)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Plot the high temperatures.</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❸ ax.plot(dates, highs, color='red')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Format plot.</w:t>
      </w:r>
    </w:p>
    <w:p>
      <w:pPr>
        <w:spacing w:after="0"/>
        <w:ind w:left="360"/>
        <w:shd w:val="clear" w:color="auto" w:fill="F2F2F2"/>
      </w:pPr>
      <w:r>
        <w:rPr>
          <w:rFonts w:ascii="Consolas" w:hAnsi="Consolas"/>
          <w:b w:val="0"/>
          <w:i w:val="0"/>
          <w:sz w:val="18"/>
        </w:rPr>
        <w:t>ax.set_title("Daily High Temperatures, July 2021", fontsize=24)</w:t>
      </w:r>
    </w:p>
    <w:p>
      <w:pPr>
        <w:spacing w:after="0"/>
        <w:ind w:left="360"/>
        <w:shd w:val="clear" w:color="auto" w:fill="F2F2F2"/>
      </w:pPr>
      <w:r>
        <w:rPr>
          <w:rFonts w:ascii="Consolas" w:hAnsi="Consolas"/>
          <w:b w:val="0"/>
          <w:i w:val="0"/>
          <w:sz w:val="18"/>
        </w:rPr>
        <w:t>ax.set_xlabel('', fontsize=16)</w:t>
      </w:r>
    </w:p>
    <w:p>
      <w:pPr>
        <w:spacing w:after="0"/>
        <w:ind w:left="360"/>
        <w:shd w:val="clear" w:color="auto" w:fill="F2F2F2"/>
      </w:pPr>
      <w:r>
        <w:rPr>
          <w:rFonts w:ascii="Consolas" w:hAnsi="Consolas"/>
          <w:b w:val="0"/>
          <w:i w:val="0"/>
          <w:sz w:val="18"/>
        </w:rPr>
        <w:t>❹ fig.autofmt_xdate()</w:t>
      </w:r>
    </w:p>
    <w:p>
      <w:pPr>
        <w:spacing w:after="0"/>
        <w:ind w:left="360"/>
        <w:shd w:val="clear" w:color="auto" w:fill="F2F2F2"/>
      </w:pPr>
      <w:r>
        <w:rPr>
          <w:rFonts w:ascii="Consolas" w:hAnsi="Consolas"/>
          <w:b w:val="0"/>
          <w:i w:val="0"/>
          <w:sz w:val="18"/>
        </w:rPr>
        <w:t>ax.set_ylabel("Temperature (F)", fontsize=16)</w:t>
      </w:r>
    </w:p>
    <w:p>
      <w:pPr>
        <w:spacing w:after="0"/>
        <w:ind w:left="360"/>
        <w:shd w:val="clear" w:color="auto" w:fill="F2F2F2"/>
      </w:pPr>
      <w:r>
        <w:rPr>
          <w:rFonts w:ascii="Consolas" w:hAnsi="Consolas"/>
          <w:b w:val="0"/>
          <w:i w:val="0"/>
          <w:sz w:val="18"/>
        </w:rPr>
        <w:t>ax.tick_params(labelsize=16)</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plt.show()</w:t>
      </w:r>
    </w:p>
    <w:p>
      <w:pPr>
        <w:spacing w:after="40"/>
      </w:pPr>
    </w:p>
    <w:p>
      <w:pPr>
        <w:spacing w:after="80"/>
      </w:pPr>
      <w:r>
        <w:rPr>
          <w:b w:val="0"/>
          <w:i w:val="0"/>
        </w:rPr>
        <w:t>Chúng ta tạo hai danh sách rỗng để lưu trữ ngày tháng và nhiệt độ cao nhất từ tệp ❶. Sau đó, chúng ta chuyển đổi dữ liệu chứa thông tin ngày (</w:t>
      </w:r>
      <w:r>
        <w:rPr>
          <w:rFonts w:ascii="Consolas" w:hAnsi="Consolas"/>
          <w:b w:val="0"/>
          <w:i w:val="0"/>
          <w:sz w:val="20"/>
        </w:rPr>
        <w:t>row[2]</w:t>
      </w:r>
      <w:r>
        <w:rPr>
          <w:b w:val="0"/>
          <w:i w:val="0"/>
        </w:rPr>
        <w:t xml:space="preserve">) thành đối tượng </w:t>
      </w:r>
      <w:r>
        <w:rPr>
          <w:rFonts w:ascii="Consolas" w:hAnsi="Consolas"/>
          <w:b w:val="0"/>
          <w:i w:val="0"/>
          <w:sz w:val="20"/>
        </w:rPr>
        <w:t>datetime</w:t>
      </w:r>
      <w:r>
        <w:rPr>
          <w:b w:val="0"/>
          <w:i w:val="0"/>
        </w:rPr>
        <w:t xml:space="preserve"> ❷ và thêm nó vào </w:t>
      </w:r>
      <w:r>
        <w:rPr>
          <w:rFonts w:ascii="Consolas" w:hAnsi="Consolas"/>
          <w:b w:val="0"/>
          <w:i w:val="0"/>
          <w:sz w:val="20"/>
        </w:rPr>
        <w:t>dates</w:t>
      </w:r>
      <w:r>
        <w:rPr>
          <w:b w:val="0"/>
          <w:i w:val="0"/>
        </w:rPr>
        <w:t xml:space="preserve">. Chúng ta truyền ngày tháng và các giá trị nhiệt độ cao nhất vào </w:t>
      </w:r>
      <w:r>
        <w:rPr>
          <w:rFonts w:ascii="Consolas" w:hAnsi="Consolas"/>
          <w:b w:val="0"/>
          <w:i w:val="0"/>
          <w:sz w:val="20"/>
        </w:rPr>
        <w:t>plot()</w:t>
      </w:r>
      <w:r>
        <w:rPr>
          <w:b w:val="0"/>
          <w:i w:val="0"/>
        </w:rPr>
        <w:t xml:space="preserve"> ❸. Lệnh gọi </w:t>
      </w:r>
      <w:r>
        <w:rPr>
          <w:rFonts w:ascii="Consolas" w:hAnsi="Consolas"/>
          <w:b w:val="0"/>
          <w:i w:val="0"/>
          <w:sz w:val="20"/>
        </w:rPr>
        <w:t>fig.autofmt_xdate()</w:t>
      </w:r>
      <w:r>
        <w:rPr>
          <w:b w:val="0"/>
          <w:i w:val="0"/>
        </w:rPr>
        <w:t xml:space="preserve"> ❹ vẽ các nhãn ngày theo đường chéo để tránh chúng chồng lên nhau. Hình 16-2 cho thấy đồ thị đã được cải thiện.</w:t>
      </w:r>
    </w:p>
    <w:p>
      <w:pPr>
        <w:jc w:val="center"/>
      </w:pPr>
      <w:r>
        <w:drawing>
          <wp:inline xmlns:a="http://schemas.openxmlformats.org/drawingml/2006/main" xmlns:pic="http://schemas.openxmlformats.org/drawingml/2006/picture">
            <wp:extent cx="5486400" cy="3031958"/>
            <wp:docPr id="53" name="Picture 53"/>
            <wp:cNvGraphicFramePr>
              <a:graphicFrameLocks noChangeAspect="1"/>
            </wp:cNvGraphicFramePr>
            <a:graphic>
              <a:graphicData uri="http://schemas.openxmlformats.org/drawingml/2006/picture">
                <pic:pic>
                  <pic:nvPicPr>
                    <pic:cNvPr id="0" name="image_rsrcBJG.jpg"/>
                    <pic:cNvPicPr/>
                  </pic:nvPicPr>
                  <pic:blipFill>
                    <a:blip r:embed="rId45"/>
                    <a:stretch>
                      <a:fillRect/>
                    </a:stretch>
                  </pic:blipFill>
                  <pic:spPr>
                    <a:xfrm>
                      <a:off x="0" y="0"/>
                      <a:ext cx="5486400" cy="3031958"/>
                    </a:xfrm>
                    <a:prstGeom prst="rect"/>
                  </pic:spPr>
                </pic:pic>
              </a:graphicData>
            </a:graphic>
          </wp:inline>
        </w:drawing>
      </w:r>
    </w:p>
    <w:p>
      <w:pPr>
        <w:spacing w:after="80"/>
      </w:pPr>
      <w:r>
        <w:rPr>
          <w:b w:val="0"/>
          <w:i w:val="0"/>
        </w:rPr>
        <w:t>Hình 16-2: Đồ thị trở nên có ý nghĩa hơn khi có ngày tháng trên trục x.</w:t>
      </w:r>
    </w:p>
    <w:p>
      <w:pPr>
        <w:pStyle w:val="Heading3"/>
      </w:pPr>
      <w:r>
        <w:rPr>
          <w:rFonts w:ascii="Calibri" w:hAnsi="Calibri"/>
          <w:b/>
          <w:i w:val="0"/>
          <w:sz w:val="27"/>
        </w:rPr>
        <w:t>Vẽ đồ thị cho khoảng thời gian dài hơn</w:t>
      </w:r>
    </w:p>
    <w:p>
      <w:pPr>
        <w:spacing w:after="80"/>
      </w:pPr>
      <w:r>
        <w:rPr>
          <w:b w:val="0"/>
          <w:i w:val="0"/>
        </w:rPr>
        <w:t xml:space="preserve">Khi đồ thị đã được thiết lập, hãy thêm dữ liệu để có cái nhìn đầy đủ hơn về thời tiết ở Sitka. Sao chép tệp </w:t>
      </w:r>
      <w:r>
        <w:rPr>
          <w:b w:val="0"/>
          <w:i/>
        </w:rPr>
        <w:t>sitka_weather_2021_simple.csv</w:t>
      </w:r>
      <w:r>
        <w:rPr>
          <w:b w:val="0"/>
          <w:i w:val="0"/>
        </w:rPr>
        <w:t>, chứa dữ liệu thời tiết cả năm cho Sitka, vào thư mục mà bạn đang lưu dữ liệu cho các chương trình của chương này.</w:t>
      </w:r>
    </w:p>
    <w:p>
      <w:pPr>
        <w:spacing w:after="80"/>
      </w:pPr>
      <w:r>
        <w:rPr>
          <w:b w:val="0"/>
          <w:i w:val="0"/>
        </w:rPr>
        <w:t>Bây giờ chúng ta có thể tạo đồ thị cho thời tiết cả năm:</w:t>
      </w:r>
    </w:p>
    <w:p>
      <w:pPr>
        <w:spacing w:after="80"/>
      </w:pPr>
      <w:r>
        <w:rPr>
          <w:b w:val="0"/>
          <w:i w:val="0"/>
        </w:rPr>
        <w:t>sitka_highs.py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path = Path('weather_data/sitka_weather_2021_simple.csv')</w:t>
      </w:r>
    </w:p>
    <w:p>
      <w:pPr>
        <w:spacing w:after="0"/>
        <w:ind w:left="360"/>
        <w:shd w:val="clear" w:color="auto" w:fill="F2F2F2"/>
      </w:pPr>
      <w:r>
        <w:rPr>
          <w:rFonts w:ascii="Consolas" w:hAnsi="Consolas"/>
          <w:b w:val="0"/>
          <w:i w:val="0"/>
          <w:sz w:val="18"/>
        </w:rPr>
        <w:t>lines = path.read_text(encoding='utf-8').splitlines()</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Format plot.</w:t>
      </w:r>
    </w:p>
    <w:p>
      <w:pPr>
        <w:spacing w:after="0"/>
        <w:ind w:left="360"/>
        <w:shd w:val="clear" w:color="auto" w:fill="F2F2F2"/>
      </w:pPr>
      <w:r>
        <w:rPr>
          <w:rFonts w:ascii="Consolas" w:hAnsi="Consolas"/>
          <w:b w:val="0"/>
          <w:i w:val="0"/>
          <w:sz w:val="18"/>
        </w:rPr>
        <w:t>ax.set_title("Daily High Temperatures, 2021", fontsize=24)</w:t>
      </w:r>
    </w:p>
    <w:p>
      <w:pPr>
        <w:spacing w:after="0"/>
        <w:ind w:left="360"/>
        <w:shd w:val="clear" w:color="auto" w:fill="F2F2F2"/>
      </w:pPr>
      <w:r>
        <w:rPr>
          <w:rFonts w:ascii="Consolas" w:hAnsi="Consolas"/>
          <w:b w:val="0"/>
          <w:i w:val="0"/>
          <w:sz w:val="18"/>
        </w:rPr>
        <w:t>ax.set_xlabel('', fontsize=16)</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sửa tên tệp để dùng tệp dữ liệu mới </w:t>
      </w:r>
      <w:r>
        <w:rPr>
          <w:b w:val="0"/>
          <w:i/>
        </w:rPr>
        <w:t>sitka_weather_2021_simple.csv</w:t>
      </w:r>
      <w:r>
        <w:rPr>
          <w:b w:val="0"/>
          <w:i w:val="0"/>
        </w:rPr>
        <w:t>, và cập nhật tiêu đề của đồ thị để phản ánh sự thay đổi trong nội dung. Hình 16-3 cho thấy đồ thị thu được.</w:t>
      </w:r>
    </w:p>
    <w:p>
      <w:pPr>
        <w:jc w:val="center"/>
      </w:pPr>
      <w:r>
        <w:drawing>
          <wp:inline xmlns:a="http://schemas.openxmlformats.org/drawingml/2006/main" xmlns:pic="http://schemas.openxmlformats.org/drawingml/2006/picture">
            <wp:extent cx="5486400" cy="2955522"/>
            <wp:docPr id="54" name="Picture 54"/>
            <wp:cNvGraphicFramePr>
              <a:graphicFrameLocks noChangeAspect="1"/>
            </wp:cNvGraphicFramePr>
            <a:graphic>
              <a:graphicData uri="http://schemas.openxmlformats.org/drawingml/2006/picture">
                <pic:pic>
                  <pic:nvPicPr>
                    <pic:cNvPr id="0" name="image_rsrcBJH.jpg"/>
                    <pic:cNvPicPr/>
                  </pic:nvPicPr>
                  <pic:blipFill>
                    <a:blip r:embed="rId46"/>
                    <a:stretch>
                      <a:fillRect/>
                    </a:stretch>
                  </pic:blipFill>
                  <pic:spPr>
                    <a:xfrm>
                      <a:off x="0" y="0"/>
                      <a:ext cx="5486400" cy="2955522"/>
                    </a:xfrm>
                    <a:prstGeom prst="rect"/>
                  </pic:spPr>
                </pic:pic>
              </a:graphicData>
            </a:graphic>
          </wp:inline>
        </w:drawing>
      </w:r>
    </w:p>
    <w:p>
      <w:pPr>
        <w:spacing w:after="80"/>
      </w:pPr>
      <w:r>
        <w:rPr>
          <w:b w:val="0"/>
          <w:i w:val="0"/>
        </w:rPr>
        <w:t>Hình 16-3: Dữ liệu của cả một năm</w:t>
      </w:r>
    </w:p>
    <w:p>
      <w:pPr>
        <w:pStyle w:val="Heading3"/>
      </w:pPr>
      <w:r>
        <w:rPr>
          <w:rFonts w:ascii="Calibri" w:hAnsi="Calibri"/>
          <w:b/>
          <w:i w:val="0"/>
          <w:sz w:val="27"/>
        </w:rPr>
        <w:t>Vẽ đồ thị cho chuỗi dữ liệu thứ hai</w:t>
      </w:r>
    </w:p>
    <w:p>
      <w:pPr>
        <w:spacing w:after="80"/>
      </w:pPr>
      <w:r>
        <w:rPr>
          <w:b w:val="0"/>
          <w:i w:val="0"/>
        </w:rPr>
        <w:t>Chúng ta có thể làm cho đồ thị hữu ích hơn nữa bằng cách thêm nhiệt độ thấp nhất. Chúng ta cần trích xuất nhiệt độ thấp nhất từ tệp dữ liệu rồi thêm chúng vào đồ thị, như minh họa ở đây:</w:t>
      </w:r>
    </w:p>
    <w:p>
      <w:pPr>
        <w:spacing w:after="80"/>
      </w:pPr>
      <w:r>
        <w:rPr>
          <w:b w:val="0"/>
          <w:i w:val="0"/>
        </w:rPr>
        <w:t>sitka_highs_lows.py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reader = csv.reader(lines)</w:t>
      </w:r>
    </w:p>
    <w:p>
      <w:pPr>
        <w:spacing w:after="0"/>
        <w:ind w:left="360"/>
        <w:shd w:val="clear" w:color="auto" w:fill="F2F2F2"/>
      </w:pPr>
      <w:r>
        <w:rPr>
          <w:rFonts w:ascii="Consolas" w:hAnsi="Consolas"/>
          <w:b w:val="0"/>
          <w:i w:val="0"/>
          <w:sz w:val="18"/>
        </w:rPr>
        <w:t>header_row = next(reader)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Extract dates, and high and low temperatures.</w:t>
      </w:r>
    </w:p>
    <w:p>
      <w:pPr>
        <w:spacing w:after="0"/>
        <w:ind w:left="360"/>
        <w:shd w:val="clear" w:color="auto" w:fill="F2F2F2"/>
      </w:pPr>
      <w:r>
        <w:rPr>
          <w:rFonts w:ascii="Consolas" w:hAnsi="Consolas"/>
          <w:b w:val="0"/>
          <w:i w:val="0"/>
          <w:sz w:val="18"/>
        </w:rPr>
        <w:t>❶ dates, highs, lows = [], [], []</w:t>
      </w:r>
    </w:p>
    <w:p>
      <w:pPr>
        <w:spacing w:after="0"/>
        <w:ind w:left="360"/>
        <w:shd w:val="clear" w:color="auto" w:fill="F2F2F2"/>
      </w:pPr>
      <w:r>
        <w:rPr>
          <w:rFonts w:ascii="Consolas" w:hAnsi="Consolas"/>
          <w:b w:val="0"/>
          <w:i w:val="0"/>
          <w:sz w:val="18"/>
        </w:rPr>
        <w:t>for row in reader:</w:t>
      </w:r>
    </w:p>
    <w:p>
      <w:pPr>
        <w:spacing w:after="0"/>
        <w:ind w:left="360"/>
        <w:shd w:val="clear" w:color="auto" w:fill="F2F2F2"/>
      </w:pPr>
      <w:r>
        <w:rPr>
          <w:rFonts w:ascii="Consolas" w:hAnsi="Consolas"/>
          <w:b w:val="0"/>
          <w:i w:val="0"/>
          <w:sz w:val="18"/>
        </w:rPr>
        <w:t xml:space="preserve">    current_date = datetime.strptime(row[2], '%Y-%m-%d')</w:t>
      </w:r>
    </w:p>
    <w:p>
      <w:pPr>
        <w:spacing w:after="0"/>
        <w:ind w:left="360"/>
        <w:shd w:val="clear" w:color="auto" w:fill="F2F2F2"/>
      </w:pPr>
      <w:r>
        <w:rPr>
          <w:rFonts w:ascii="Consolas" w:hAnsi="Consolas"/>
          <w:b w:val="0"/>
          <w:i w:val="0"/>
          <w:sz w:val="18"/>
        </w:rPr>
        <w:t xml:space="preserve">    high = int(row[4])</w:t>
      </w:r>
    </w:p>
    <w:p>
      <w:pPr>
        <w:spacing w:after="0"/>
        <w:ind w:left="360"/>
        <w:shd w:val="clear" w:color="auto" w:fill="F2F2F2"/>
      </w:pPr>
      <w:r>
        <w:rPr>
          <w:rFonts w:ascii="Consolas" w:hAnsi="Consolas"/>
          <w:b w:val="0"/>
          <w:i w:val="0"/>
          <w:sz w:val="18"/>
        </w:rPr>
        <w:t>❷     low = int(row[5])</w:t>
      </w:r>
    </w:p>
    <w:p>
      <w:pPr>
        <w:spacing w:after="0"/>
        <w:ind w:left="360"/>
        <w:shd w:val="clear" w:color="auto" w:fill="F2F2F2"/>
      </w:pPr>
      <w:r>
        <w:rPr>
          <w:rFonts w:ascii="Consolas" w:hAnsi="Consolas"/>
          <w:b w:val="0"/>
          <w:i w:val="0"/>
          <w:sz w:val="18"/>
        </w:rPr>
        <w:t xml:space="preserve">    dates.append(current_date)</w:t>
      </w:r>
    </w:p>
    <w:p>
      <w:pPr>
        <w:spacing w:after="0"/>
        <w:ind w:left="360"/>
        <w:shd w:val="clear" w:color="auto" w:fill="F2F2F2"/>
      </w:pPr>
      <w:r>
        <w:rPr>
          <w:rFonts w:ascii="Consolas" w:hAnsi="Consolas"/>
          <w:b w:val="0"/>
          <w:i w:val="0"/>
          <w:sz w:val="18"/>
        </w:rPr>
        <w:t xml:space="preserve">    highs.append(high)</w:t>
      </w:r>
    </w:p>
    <w:p>
      <w:pPr>
        <w:spacing w:after="0"/>
        <w:ind w:left="360"/>
        <w:shd w:val="clear" w:color="auto" w:fill="F2F2F2"/>
      </w:pPr>
      <w:r>
        <w:rPr>
          <w:rFonts w:ascii="Consolas" w:hAnsi="Consolas"/>
          <w:b w:val="0"/>
          <w:i w:val="0"/>
          <w:sz w:val="18"/>
        </w:rPr>
        <w:t xml:space="preserve">    lows.append(low)</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Plot the high and low temperatures.</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ax.plot(dates, highs, color='red')</w:t>
      </w:r>
    </w:p>
    <w:p>
      <w:pPr>
        <w:spacing w:after="0"/>
        <w:ind w:left="360"/>
        <w:shd w:val="clear" w:color="auto" w:fill="F2F2F2"/>
      </w:pPr>
      <w:r>
        <w:rPr>
          <w:rFonts w:ascii="Consolas" w:hAnsi="Consolas"/>
          <w:b w:val="0"/>
          <w:i w:val="0"/>
          <w:sz w:val="18"/>
        </w:rPr>
        <w:t>❸ ax.plot(dates, lows, color='blue')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Format plot.</w:t>
      </w:r>
    </w:p>
    <w:p>
      <w:pPr>
        <w:spacing w:after="0"/>
        <w:ind w:left="360"/>
        <w:shd w:val="clear" w:color="auto" w:fill="F2F2F2"/>
      </w:pPr>
      <w:r>
        <w:rPr>
          <w:rFonts w:ascii="Consolas" w:hAnsi="Consolas"/>
          <w:b w:val="0"/>
          <w:i w:val="0"/>
          <w:sz w:val="18"/>
        </w:rPr>
        <w:t>❹ ax.set_title("Daily High and Low Temperatures, 2021", fontsize=24)</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thêm danh sách rỗng </w:t>
      </w:r>
      <w:r>
        <w:rPr>
          <w:rFonts w:ascii="Consolas" w:hAnsi="Consolas"/>
          <w:b w:val="0"/>
          <w:i w:val="0"/>
          <w:sz w:val="20"/>
        </w:rPr>
        <w:t>lows</w:t>
      </w:r>
      <w:r>
        <w:rPr>
          <w:b w:val="0"/>
          <w:i w:val="0"/>
        </w:rPr>
        <w:t xml:space="preserve"> để lưu nhiệt độ thấp ❶, rồi trích xuất và lưu nhiệt độ thấp cho mỗi ngày từ vị trí thứ sáu trong mỗi hàng (</w:t>
      </w:r>
      <w:r>
        <w:rPr>
          <w:rFonts w:ascii="Consolas" w:hAnsi="Consolas"/>
          <w:b w:val="0"/>
          <w:i w:val="0"/>
          <w:sz w:val="20"/>
        </w:rPr>
        <w:t>row[5]</w:t>
      </w:r>
      <w:r>
        <w:rPr>
          <w:b w:val="0"/>
          <w:i w:val="0"/>
        </w:rPr>
        <w:t xml:space="preserve">) ❷. Ta thêm lệnh gọi </w:t>
      </w:r>
      <w:r>
        <w:rPr>
          <w:rFonts w:ascii="Consolas" w:hAnsi="Consolas"/>
          <w:b w:val="0"/>
          <w:i w:val="0"/>
          <w:sz w:val="20"/>
        </w:rPr>
        <w:t>plot()</w:t>
      </w:r>
      <w:r>
        <w:rPr>
          <w:b w:val="0"/>
          <w:i w:val="0"/>
        </w:rPr>
        <w:t xml:space="preserve"> cho nhiệt độ thấp và tô các giá trị này màu xanh dương ❸. Cuối cùng, ta cập nhật tiêu đề ❹. Hình 16-4 cho thấy biểu đồ thu được.</w:t>
      </w:r>
    </w:p>
    <w:p>
      <w:pPr>
        <w:jc w:val="center"/>
      </w:pPr>
      <w:r>
        <w:drawing>
          <wp:inline xmlns:a="http://schemas.openxmlformats.org/drawingml/2006/main" xmlns:pic="http://schemas.openxmlformats.org/drawingml/2006/picture">
            <wp:extent cx="5486400" cy="2946400"/>
            <wp:docPr id="55" name="Picture 55"/>
            <wp:cNvGraphicFramePr>
              <a:graphicFrameLocks noChangeAspect="1"/>
            </wp:cNvGraphicFramePr>
            <a:graphic>
              <a:graphicData uri="http://schemas.openxmlformats.org/drawingml/2006/picture">
                <pic:pic>
                  <pic:nvPicPr>
                    <pic:cNvPr id="0" name="image_rsrcBJJ.jpg"/>
                    <pic:cNvPicPr/>
                  </pic:nvPicPr>
                  <pic:blipFill>
                    <a:blip r:embed="rId47"/>
                    <a:stretch>
                      <a:fillRect/>
                    </a:stretch>
                  </pic:blipFill>
                  <pic:spPr>
                    <a:xfrm>
                      <a:off x="0" y="0"/>
                      <a:ext cx="5486400" cy="2946400"/>
                    </a:xfrm>
                    <a:prstGeom prst="rect"/>
                  </pic:spPr>
                </pic:pic>
              </a:graphicData>
            </a:graphic>
          </wp:inline>
        </w:drawing>
      </w:r>
    </w:p>
    <w:p>
      <w:pPr>
        <w:spacing w:after="80"/>
      </w:pPr>
      <w:r>
        <w:rPr>
          <w:b w:val="0"/>
          <w:i w:val="0"/>
        </w:rPr>
        <w:t>Hình 16-4: Hai chuỗi dữ liệu trên cùng một biểu đồ</w:t>
      </w:r>
    </w:p>
    <w:p>
      <w:pPr>
        <w:pStyle w:val="Heading3"/>
      </w:pPr>
      <w:r>
        <w:rPr>
          <w:rFonts w:ascii="Calibri" w:hAnsi="Calibri"/>
          <w:b/>
          <w:i w:val="0"/>
          <w:sz w:val="27"/>
        </w:rPr>
        <w:t>Tô bóng một vùng trong biểu đồ</w:t>
      </w:r>
    </w:p>
    <w:p>
      <w:pPr>
        <w:spacing w:after="80"/>
      </w:pPr>
      <w:r>
        <w:rPr>
          <w:b w:val="0"/>
          <w:i w:val="0"/>
        </w:rPr>
        <w:t xml:space="preserve">Sau khi đã thêm hai chuỗi dữ liệu, giờ ta có thể xem xét khoảng nhiệt độ của mỗi ngày. Hãy thêm một nét hoàn thiện cho biểu đồ bằng cách dùng tô bóng để thể hiện khoảng giữa nhiệt độ cao và thấp của mỗi ngày. Để làm điều đó, ta sẽ dùng phương thức </w:t>
      </w:r>
      <w:r>
        <w:rPr>
          <w:rFonts w:ascii="Consolas" w:hAnsi="Consolas"/>
          <w:b w:val="0"/>
          <w:i w:val="0"/>
          <w:sz w:val="20"/>
        </w:rPr>
        <w:t>fill_between()</w:t>
      </w:r>
      <w:r>
        <w:rPr>
          <w:b w:val="0"/>
          <w:i w:val="0"/>
        </w:rPr>
        <w:t xml:space="preserve">, phương thức này nhận một chuỗi giá trị </w:t>
      </w:r>
      <w:r>
        <w:rPr>
          <w:b w:val="0"/>
          <w:i/>
        </w:rPr>
        <w:t>x</w:t>
      </w:r>
      <w:r>
        <w:rPr>
          <w:b w:val="0"/>
          <w:i w:val="0"/>
        </w:rPr>
        <w:t xml:space="preserve"> và hai chuỗi giá trị </w:t>
      </w:r>
      <w:r>
        <w:rPr>
          <w:b w:val="0"/>
          <w:i/>
        </w:rPr>
        <w:t>y</w:t>
      </w:r>
      <w:r>
        <w:rPr>
          <w:b w:val="0"/>
          <w:i w:val="0"/>
        </w:rPr>
        <w:t xml:space="preserve"> rồi tô kín khoảng giữa hai chuỗi giá trị </w:t>
      </w:r>
      <w:r>
        <w:rPr>
          <w:b w:val="0"/>
          <w:i/>
        </w:rPr>
        <w:t>y</w:t>
      </w:r>
      <w:r>
        <w:rPr>
          <w:b w:val="0"/>
          <w:i w:val="0"/>
        </w:rPr>
        <w:t>:</w:t>
      </w:r>
    </w:p>
    <w:p>
      <w:pPr>
        <w:spacing w:after="80"/>
      </w:pPr>
      <w:r>
        <w:rPr>
          <w:b w:val="0"/>
          <w:i w:val="0"/>
        </w:rPr>
        <w:t>sitka_highs_lows.py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Plot the high and low temperatures.</w:t>
      </w:r>
    </w:p>
    <w:p>
      <w:pPr>
        <w:spacing w:after="0"/>
        <w:ind w:left="360"/>
        <w:shd w:val="clear" w:color="auto" w:fill="F2F2F2"/>
      </w:pPr>
      <w:r>
        <w:rPr>
          <w:rFonts w:ascii="Consolas" w:hAnsi="Consolas"/>
          <w:b w:val="0"/>
          <w:i w:val="0"/>
          <w:sz w:val="18"/>
        </w:rPr>
        <w:t>plt.style.use('seaborn-v0_8')</w:t>
      </w:r>
    </w:p>
    <w:p>
      <w:pPr>
        <w:spacing w:after="0"/>
        <w:ind w:left="360"/>
        <w:shd w:val="clear" w:color="auto" w:fill="F2F2F2"/>
      </w:pPr>
      <w:r>
        <w:rPr>
          <w:rFonts w:ascii="Consolas" w:hAnsi="Consolas"/>
          <w:b w:val="0"/>
          <w:i w:val="0"/>
          <w:sz w:val="18"/>
        </w:rPr>
        <w:t>fig, ax = plt.subplots()</w:t>
      </w:r>
    </w:p>
    <w:p>
      <w:pPr>
        <w:spacing w:after="0"/>
        <w:ind w:left="360"/>
        <w:shd w:val="clear" w:color="auto" w:fill="F2F2F2"/>
      </w:pPr>
      <w:r>
        <w:rPr>
          <w:rFonts w:ascii="Consolas" w:hAnsi="Consolas"/>
          <w:b w:val="0"/>
          <w:i w:val="0"/>
          <w:sz w:val="18"/>
        </w:rPr>
        <w:t>❶ ax.plot(dates, highs, color='red', alpha=0.5)</w:t>
      </w:r>
    </w:p>
    <w:p>
      <w:pPr>
        <w:spacing w:after="0"/>
        <w:ind w:left="360"/>
        <w:shd w:val="clear" w:color="auto" w:fill="F2F2F2"/>
      </w:pPr>
      <w:r>
        <w:rPr>
          <w:rFonts w:ascii="Consolas" w:hAnsi="Consolas"/>
          <w:b w:val="0"/>
          <w:i w:val="0"/>
          <w:sz w:val="18"/>
        </w:rPr>
        <w:t>ax.plot(dates, lows, color='blue', alpha=0.5)</w:t>
      </w:r>
    </w:p>
    <w:p>
      <w:pPr>
        <w:spacing w:after="0"/>
        <w:ind w:left="360"/>
        <w:shd w:val="clear" w:color="auto" w:fill="F2F2F2"/>
      </w:pPr>
      <w:r>
        <w:rPr>
          <w:rFonts w:ascii="Consolas" w:hAnsi="Consolas"/>
          <w:b w:val="0"/>
          <w:i w:val="0"/>
          <w:sz w:val="18"/>
        </w:rPr>
        <w:t>❷ ax.fill_between(dates, highs, lows, facecolor='blue', alpha=0.1)</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Đối số </w:t>
      </w:r>
      <w:r>
        <w:rPr>
          <w:rFonts w:ascii="Consolas" w:hAnsi="Consolas"/>
          <w:b w:val="0"/>
          <w:i w:val="0"/>
          <w:sz w:val="20"/>
        </w:rPr>
        <w:t>alpha</w:t>
      </w:r>
      <w:r>
        <w:rPr>
          <w:b w:val="0"/>
          <w:i w:val="0"/>
        </w:rPr>
        <w:t xml:space="preserve"> điều khiển độ trong suốt của màu ❶. Giá trị </w:t>
      </w:r>
      <w:r>
        <w:rPr>
          <w:rFonts w:ascii="Consolas" w:hAnsi="Consolas"/>
          <w:b w:val="0"/>
          <w:i w:val="0"/>
          <w:sz w:val="20"/>
        </w:rPr>
        <w:t>alpha</w:t>
      </w:r>
      <w:r>
        <w:rPr>
          <w:b w:val="0"/>
          <w:i w:val="0"/>
        </w:rPr>
        <w:t xml:space="preserve"> bằng 0 là hoàn toàn trong suốt, còn giá trị 1 (mặc định) là hoàn toàn đục. Bằng cách đặt </w:t>
      </w:r>
      <w:r>
        <w:rPr>
          <w:rFonts w:ascii="Consolas" w:hAnsi="Consolas"/>
          <w:b w:val="0"/>
          <w:i w:val="0"/>
          <w:sz w:val="20"/>
        </w:rPr>
        <w:t>alpha</w:t>
      </w:r>
      <w:r>
        <w:rPr>
          <w:b w:val="0"/>
          <w:i w:val="0"/>
        </w:rPr>
        <w:t xml:space="preserve"> bằng 0.5, ta làm cho các đường biểu diễn màu đỏ và xanh dương trông nhạt hơn.</w:t>
      </w:r>
    </w:p>
    <w:p>
      <w:pPr>
        <w:spacing w:after="80"/>
      </w:pPr>
      <w:r>
        <w:rPr>
          <w:b w:val="0"/>
          <w:i w:val="0"/>
        </w:rPr>
        <w:t xml:space="preserve">Ta truyền cho </w:t>
      </w:r>
      <w:r>
        <w:rPr>
          <w:rFonts w:ascii="Consolas" w:hAnsi="Consolas"/>
          <w:b w:val="0"/>
          <w:i w:val="0"/>
          <w:sz w:val="20"/>
        </w:rPr>
        <w:t>fill_between()</w:t>
      </w:r>
      <w:r>
        <w:rPr>
          <w:b w:val="0"/>
          <w:i w:val="0"/>
        </w:rPr>
        <w:t xml:space="preserve"> danh sách </w:t>
      </w:r>
      <w:r>
        <w:rPr>
          <w:rFonts w:ascii="Consolas" w:hAnsi="Consolas"/>
          <w:b w:val="0"/>
          <w:i w:val="0"/>
          <w:sz w:val="20"/>
        </w:rPr>
        <w:t>dates</w:t>
      </w:r>
      <w:r>
        <w:rPr>
          <w:b w:val="0"/>
          <w:i w:val="0"/>
        </w:rPr>
        <w:t xml:space="preserve"> làm giá trị </w:t>
      </w:r>
      <w:r>
        <w:rPr>
          <w:b w:val="0"/>
          <w:i/>
        </w:rPr>
        <w:t>x</w:t>
      </w:r>
      <w:r>
        <w:rPr>
          <w:b w:val="0"/>
          <w:i w:val="0"/>
        </w:rPr>
        <w:t xml:space="preserve">, rồi đến hai chuỗi giá trị </w:t>
      </w:r>
      <w:r>
        <w:rPr>
          <w:b w:val="0"/>
          <w:i/>
        </w:rPr>
        <w:t>y</w:t>
      </w:r>
      <w:r>
        <w:rPr>
          <w:b w:val="0"/>
          <w:i w:val="0"/>
        </w:rPr>
        <w:t xml:space="preserve"> là </w:t>
      </w:r>
      <w:r>
        <w:rPr>
          <w:rFonts w:ascii="Consolas" w:hAnsi="Consolas"/>
          <w:b w:val="0"/>
          <w:i w:val="0"/>
          <w:sz w:val="20"/>
        </w:rPr>
        <w:t>highs</w:t>
      </w:r>
      <w:r>
        <w:rPr>
          <w:b w:val="0"/>
          <w:i w:val="0"/>
        </w:rPr>
        <w:t xml:space="preserve"> và </w:t>
      </w:r>
      <w:r>
        <w:rPr>
          <w:rFonts w:ascii="Consolas" w:hAnsi="Consolas"/>
          <w:b w:val="0"/>
          <w:i w:val="0"/>
          <w:sz w:val="20"/>
        </w:rPr>
        <w:t>lows</w:t>
      </w:r>
      <w:r>
        <w:rPr>
          <w:b w:val="0"/>
          <w:i w:val="0"/>
        </w:rPr>
        <w:t xml:space="preserve"> ❷. Đối số </w:t>
      </w:r>
      <w:r>
        <w:rPr>
          <w:rFonts w:ascii="Consolas" w:hAnsi="Consolas"/>
          <w:b w:val="0"/>
          <w:i w:val="0"/>
          <w:sz w:val="20"/>
        </w:rPr>
        <w:t>facecolor</w:t>
      </w:r>
      <w:r>
        <w:rPr>
          <w:b w:val="0"/>
          <w:i w:val="0"/>
        </w:rPr>
        <w:t xml:space="preserve"> quyết định màu của vùng được tô bóng; ta đặt giá trị </w:t>
      </w:r>
      <w:r>
        <w:rPr>
          <w:rFonts w:ascii="Consolas" w:hAnsi="Consolas"/>
          <w:b w:val="0"/>
          <w:i w:val="0"/>
          <w:sz w:val="20"/>
        </w:rPr>
        <w:t>alpha</w:t>
      </w:r>
      <w:r>
        <w:rPr>
          <w:b w:val="0"/>
          <w:i w:val="0"/>
        </w:rPr>
        <w:t xml:space="preserve"> thấp là 0.1 để vùng được tô kín nối hai chuỗi dữ liệu mà không gây phân tán khỏi thông tin mà chúng thể hiện. Hình 16-5 cho thấy biểu đồ với vùng được tô bóng giữa nhiệt độ cao và thấp.</w:t>
      </w:r>
    </w:p>
    <w:p>
      <w:pPr>
        <w:jc w:val="center"/>
      </w:pPr>
      <w:r>
        <w:drawing>
          <wp:inline xmlns:a="http://schemas.openxmlformats.org/drawingml/2006/main" xmlns:pic="http://schemas.openxmlformats.org/drawingml/2006/picture">
            <wp:extent cx="5486400" cy="2938536"/>
            <wp:docPr id="56" name="Picture 56"/>
            <wp:cNvGraphicFramePr>
              <a:graphicFrameLocks noChangeAspect="1"/>
            </wp:cNvGraphicFramePr>
            <a:graphic>
              <a:graphicData uri="http://schemas.openxmlformats.org/drawingml/2006/picture">
                <pic:pic>
                  <pic:nvPicPr>
                    <pic:cNvPr id="0" name="image_rsrcBJK.jpg"/>
                    <pic:cNvPicPr/>
                  </pic:nvPicPr>
                  <pic:blipFill>
                    <a:blip r:embed="rId48"/>
                    <a:stretch>
                      <a:fillRect/>
                    </a:stretch>
                  </pic:blipFill>
                  <pic:spPr>
                    <a:xfrm>
                      <a:off x="0" y="0"/>
                      <a:ext cx="5486400" cy="2938536"/>
                    </a:xfrm>
                    <a:prstGeom prst="rect"/>
                  </pic:spPr>
                </pic:pic>
              </a:graphicData>
            </a:graphic>
          </wp:inline>
        </w:drawing>
      </w:r>
    </w:p>
    <w:p>
      <w:pPr>
        <w:spacing w:after="80"/>
      </w:pPr>
      <w:r>
        <w:rPr>
          <w:b w:val="0"/>
          <w:i w:val="0"/>
        </w:rPr>
        <w:t>Hình 16-5: Vùng giữa hai tập dữ liệu được tô bóng.</w:t>
      </w:r>
    </w:p>
    <w:p>
      <w:pPr>
        <w:spacing w:after="80"/>
      </w:pPr>
      <w:r>
        <w:rPr>
          <w:b w:val="0"/>
          <w:i w:val="0"/>
        </w:rPr>
        <w:t>Việc tô bóng giúp khoảng giữa hai tập dữ liệu hiện ra ngay lập tức.</w:t>
      </w:r>
    </w:p>
    <w:p>
      <w:pPr>
        <w:pStyle w:val="Heading3"/>
      </w:pPr>
      <w:r>
        <w:rPr>
          <w:rFonts w:ascii="Calibri" w:hAnsi="Calibri"/>
          <w:b/>
          <w:i w:val="0"/>
          <w:sz w:val="27"/>
        </w:rPr>
        <w:t>Kiểm tra lỗi</w:t>
      </w:r>
    </w:p>
    <w:p>
      <w:pPr>
        <w:spacing w:after="80"/>
      </w:pPr>
      <w:r>
        <w:rPr>
          <w:b w:val="0"/>
          <w:i w:val="0"/>
        </w:rPr>
        <w:t xml:space="preserve">Đáng lẽ ta có thể chạy mã </w:t>
      </w:r>
      <w:r>
        <w:rPr>
          <w:b w:val="0"/>
          <w:i/>
        </w:rPr>
        <w:t>sitka_highs_lows.py</w:t>
      </w:r>
      <w:r>
        <w:rPr>
          <w:b w:val="0"/>
          <w:i w:val="0"/>
        </w:rPr>
        <w:t xml:space="preserve"> với dữ liệu của bất kỳ địa điểm nào. Nhưng một số trạm khí tượng thu thập dữ liệu khác với những trạm khác, và một số thỉnh thoảng bị trục trặc, không thu thập được một phần dữ liệu mà đáng lẽ chúng phải thu thập. Dữ liệu thiếu có thể gây ra các ngoại lệ (exception) làm chương trình của ta bị sập, trừ khi ta xử lý chúng đúng cách.</w:t>
      </w:r>
    </w:p>
    <w:p>
      <w:pPr>
        <w:spacing w:after="80"/>
      </w:pPr>
      <w:r>
        <w:rPr>
          <w:b w:val="0"/>
          <w:i w:val="0"/>
        </w:rPr>
        <w:t xml:space="preserve">Ví dụ, hãy xem điều gì xảy ra khi ta thử tạo biểu đồ nhiệt độ cho Death Valley, California. Hãy sao chép tệp </w:t>
      </w:r>
      <w:r>
        <w:rPr>
          <w:b w:val="0"/>
          <w:i/>
        </w:rPr>
        <w:t>death_valley_2021_simple.csv</w:t>
      </w:r>
      <w:r>
        <w:rPr>
          <w:b w:val="0"/>
          <w:i w:val="0"/>
        </w:rPr>
        <w:t xml:space="preserve"> vào thư mục mà bạn đang lưu dữ liệu cho các chương trình của chương này.</w:t>
      </w:r>
    </w:p>
    <w:p>
      <w:pPr>
        <w:spacing w:after="80"/>
      </w:pPr>
      <w:r>
        <w:rPr>
          <w:b w:val="0"/>
          <w:i w:val="0"/>
        </w:rPr>
        <w:t>Đầu tiên, hãy chạy mã để xem các tiêu đề có trong tệp dữ liệu này:</w:t>
      </w:r>
    </w:p>
    <w:p>
      <w:pPr>
        <w:spacing w:after="80"/>
      </w:pPr>
      <w:r>
        <w:rPr>
          <w:b w:val="0"/>
          <w:i w:val="0"/>
        </w:rPr>
        <w:t>death_valley_highs_lows.py</w:t>
      </w:r>
    </w:p>
    <w:p>
      <w:pPr>
        <w:spacing w:after="80"/>
      </w:pPr>
      <w:r>
        <w:rPr>
          <w:b w:val="0"/>
          <w:i w:val="0"/>
        </w:rPr>
        <w:t>from pathlib import Path</w:t>
      </w:r>
      <w:r>
        <w:br/>
      </w:r>
      <w:r>
        <w:rPr>
          <w:b w:val="0"/>
          <w:i w:val="0"/>
        </w:rPr>
        <w:t>import csv</w:t>
      </w:r>
      <w:r>
        <w:br/>
      </w:r>
      <w:r>
        <w:br/>
      </w:r>
      <w:r>
        <w:rPr>
          <w:b w:val="0"/>
          <w:i w:val="0"/>
        </w:rPr>
        <w:t>path = Path('weather_data/death_valley_2021_simple.csv')</w:t>
      </w:r>
      <w:r>
        <w:br/>
      </w:r>
      <w:r>
        <w:rPr>
          <w:b w:val="0"/>
          <w:i w:val="0"/>
        </w:rPr>
        <w:t>lines = path.read_text(encoding='utf-8').splitlines()</w:t>
      </w:r>
      <w:r>
        <w:br/>
      </w:r>
      <w:r>
        <w:br/>
      </w:r>
      <w:r>
        <w:rPr>
          <w:b w:val="0"/>
          <w:i w:val="0"/>
        </w:rPr>
        <w:t>reader = csv.reader(lines)</w:t>
      </w:r>
      <w:r>
        <w:br/>
      </w:r>
      <w:r>
        <w:rPr>
          <w:b w:val="0"/>
          <w:i w:val="0"/>
        </w:rPr>
        <w:t>header_row = next(reader)</w:t>
      </w:r>
      <w:r>
        <w:br/>
      </w:r>
      <w:r>
        <w:br/>
      </w:r>
      <w:r>
        <w:rPr>
          <w:b w:val="0"/>
          <w:i w:val="0"/>
        </w:rPr>
        <w:t>for index, column_header in enumerate(header_row):</w:t>
      </w:r>
      <w:r>
        <w:br/>
      </w:r>
      <w:r>
        <w:rPr>
          <w:b w:val="0"/>
          <w:i w:val="0"/>
        </w:rPr>
        <w:t xml:space="preserve">    print(index, column_header)</w:t>
      </w:r>
    </w:p>
    <w:p>
      <w:pPr>
        <w:spacing w:after="80"/>
      </w:pPr>
      <w:r>
        <w:rPr>
          <w:b w:val="0"/>
          <w:i w:val="0"/>
        </w:rPr>
        <w:t>Đây là kết quả:</w:t>
      </w:r>
    </w:p>
    <w:p>
      <w:pPr>
        <w:spacing w:after="80"/>
      </w:pPr>
      <w:r>
        <w:rPr>
          <w:b w:val="0"/>
          <w:i w:val="0"/>
        </w:rPr>
        <w:t>0 STATION</w:t>
      </w:r>
      <w:r>
        <w:br/>
      </w:r>
      <w:r>
        <w:rPr>
          <w:b w:val="0"/>
          <w:i w:val="0"/>
        </w:rPr>
        <w:t>1 NAME</w:t>
      </w:r>
      <w:r>
        <w:br/>
      </w:r>
      <w:r>
        <w:rPr>
          <w:b w:val="0"/>
          <w:i w:val="0"/>
        </w:rPr>
        <w:t>2 DATE</w:t>
      </w:r>
      <w:r>
        <w:br/>
      </w:r>
      <w:r>
        <w:rPr>
          <w:b w:val="0"/>
          <w:i w:val="0"/>
        </w:rPr>
        <w:t>3 TMAX</w:t>
      </w:r>
      <w:r>
        <w:br/>
      </w:r>
      <w:r>
        <w:rPr>
          <w:b w:val="0"/>
          <w:i w:val="0"/>
        </w:rPr>
        <w:t>4 TMIN</w:t>
      </w:r>
      <w:r>
        <w:br/>
      </w:r>
      <w:r>
        <w:rPr>
          <w:b w:val="0"/>
          <w:i w:val="0"/>
        </w:rPr>
        <w:t>5 TOBS</w:t>
      </w:r>
    </w:p>
    <w:p>
      <w:pPr>
        <w:spacing w:after="80"/>
      </w:pPr>
      <w:r>
        <w:rPr>
          <w:b w:val="0"/>
          <w:i w:val="0"/>
        </w:rPr>
        <w:t xml:space="preserve">Ngày tháng nằm ở cùng vị trí, tại chỉ số 2. Nhưng nhiệt độ cao nhất và thấp nhất nằm ở chỉ số 3 và 4, nên chúng ta cần thay đổi các chỉ số trong mã để phản ánh những vị trí mới này. Thay vì bao gồm một chỉ số nhiệt độ trung bình trong ngày, trạm này bao gồm </w:t>
      </w:r>
      <w:r>
        <w:rPr>
          <w:rFonts w:ascii="Consolas" w:hAnsi="Consolas"/>
          <w:b w:val="0"/>
          <w:i w:val="0"/>
          <w:sz w:val="20"/>
        </w:rPr>
        <w:t>TOBS</w:t>
      </w:r>
      <w:r>
        <w:rPr>
          <w:b w:val="0"/>
          <w:i w:val="0"/>
        </w:rPr>
        <w:t>, một chỉ số cho một thời điểm quan sát cụ thể.</w:t>
      </w:r>
    </w:p>
    <w:p>
      <w:pPr>
        <w:spacing w:after="80"/>
      </w:pPr>
      <w:r>
        <w:rPr>
          <w:b w:val="0"/>
          <w:i w:val="0"/>
        </w:rPr>
        <w:t xml:space="preserve">Thay đổi </w:t>
      </w:r>
      <w:r>
        <w:rPr>
          <w:b w:val="0"/>
          <w:i/>
        </w:rPr>
        <w:t>sitka_highs_lows.py</w:t>
      </w:r>
      <w:r>
        <w:rPr>
          <w:b w:val="0"/>
          <w:i w:val="0"/>
        </w:rPr>
        <w:t xml:space="preserve"> để tạo biểu đồ cho Death Valley bằng cách sử dụng các chỉ số chúng ta vừa ghi nhận, và xem điều gì xảy ra:</w:t>
      </w:r>
    </w:p>
    <w:p>
      <w:pPr>
        <w:spacing w:after="80"/>
      </w:pPr>
      <w:r>
        <w:rPr>
          <w:b w:val="0"/>
          <w:i w:val="0"/>
        </w:rPr>
        <w:t>death_valley_highs_lows.py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path = Path('weather_data/death_valley_2021_simple.csv')</w:t>
      </w:r>
    </w:p>
    <w:p>
      <w:pPr>
        <w:spacing w:after="0"/>
        <w:ind w:left="360"/>
        <w:shd w:val="clear" w:color="auto" w:fill="F2F2F2"/>
      </w:pPr>
      <w:r>
        <w:rPr>
          <w:rFonts w:ascii="Consolas" w:hAnsi="Consolas"/>
          <w:b w:val="0"/>
          <w:i w:val="0"/>
          <w:sz w:val="18"/>
        </w:rPr>
        <w:t>lines = path.read_text(encoding='utf-8').splitlines()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Extract dates, and high and low temperatures.</w:t>
      </w:r>
    </w:p>
    <w:p>
      <w:pPr>
        <w:spacing w:after="0"/>
        <w:ind w:left="360"/>
        <w:shd w:val="clear" w:color="auto" w:fill="F2F2F2"/>
      </w:pPr>
      <w:r>
        <w:rPr>
          <w:rFonts w:ascii="Consolas" w:hAnsi="Consolas"/>
          <w:b w:val="0"/>
          <w:i w:val="0"/>
          <w:sz w:val="18"/>
        </w:rPr>
        <w:t>dates, highs, lows = [], [], []</w:t>
      </w:r>
    </w:p>
    <w:p>
      <w:pPr>
        <w:spacing w:after="0"/>
        <w:ind w:left="360"/>
        <w:shd w:val="clear" w:color="auto" w:fill="F2F2F2"/>
      </w:pPr>
      <w:r>
        <w:rPr>
          <w:rFonts w:ascii="Consolas" w:hAnsi="Consolas"/>
          <w:b w:val="0"/>
          <w:i w:val="0"/>
          <w:sz w:val="18"/>
        </w:rPr>
        <w:t>for row in reader:</w:t>
      </w:r>
    </w:p>
    <w:p>
      <w:pPr>
        <w:spacing w:after="0"/>
        <w:ind w:left="360"/>
        <w:shd w:val="clear" w:color="auto" w:fill="F2F2F2"/>
      </w:pPr>
      <w:r>
        <w:rPr>
          <w:rFonts w:ascii="Consolas" w:hAnsi="Consolas"/>
          <w:b w:val="0"/>
          <w:i w:val="0"/>
          <w:sz w:val="18"/>
        </w:rPr>
        <w:t xml:space="preserve">    current_date = datetime.strptime(row[2], '%Y-%m-%d')</w:t>
      </w:r>
    </w:p>
    <w:p>
      <w:pPr>
        <w:spacing w:after="0"/>
        <w:ind w:left="360"/>
        <w:shd w:val="clear" w:color="auto" w:fill="F2F2F2"/>
      </w:pPr>
      <w:r>
        <w:rPr>
          <w:rFonts w:ascii="Consolas" w:hAnsi="Consolas"/>
          <w:b w:val="0"/>
          <w:i w:val="0"/>
          <w:sz w:val="18"/>
        </w:rPr>
        <w:t xml:space="preserve">    high = int(row[3])</w:t>
      </w:r>
    </w:p>
    <w:p>
      <w:pPr>
        <w:spacing w:after="0"/>
        <w:ind w:left="360"/>
        <w:shd w:val="clear" w:color="auto" w:fill="F2F2F2"/>
      </w:pPr>
      <w:r>
        <w:rPr>
          <w:rFonts w:ascii="Consolas" w:hAnsi="Consolas"/>
          <w:b w:val="0"/>
          <w:i w:val="0"/>
          <w:sz w:val="18"/>
        </w:rPr>
        <w:t xml:space="preserve">    low = int(row[4])</w:t>
      </w:r>
    </w:p>
    <w:p>
      <w:pPr>
        <w:spacing w:after="0"/>
        <w:ind w:left="360"/>
        <w:shd w:val="clear" w:color="auto" w:fill="F2F2F2"/>
      </w:pPr>
      <w:r>
        <w:rPr>
          <w:rFonts w:ascii="Consolas" w:hAnsi="Consolas"/>
          <w:b w:val="0"/>
          <w:i w:val="0"/>
          <w:sz w:val="18"/>
        </w:rPr>
        <w:t xml:space="preserve">    dates.append(current_date)</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cập nhật chương trình để đọc từ tệp dữ liệu Death Valley, và chúng ta thay đổi các chỉ số để tương ứng với vị trí </w:t>
      </w:r>
      <w:r>
        <w:rPr>
          <w:rFonts w:ascii="Consolas" w:hAnsi="Consolas"/>
          <w:b w:val="0"/>
          <w:i w:val="0"/>
          <w:sz w:val="20"/>
        </w:rPr>
        <w:t>TMAX</w:t>
      </w:r>
      <w:r>
        <w:rPr>
          <w:b w:val="0"/>
          <w:i w:val="0"/>
        </w:rPr>
        <w:t xml:space="preserve"> và </w:t>
      </w:r>
      <w:r>
        <w:rPr>
          <w:rFonts w:ascii="Consolas" w:hAnsi="Consolas"/>
          <w:b w:val="0"/>
          <w:i w:val="0"/>
          <w:sz w:val="20"/>
        </w:rPr>
        <w:t>TMIN</w:t>
      </w:r>
      <w:r>
        <w:rPr>
          <w:b w:val="0"/>
          <w:i w:val="0"/>
        </w:rPr>
        <w:t xml:space="preserve"> của tệp này.</w:t>
      </w:r>
    </w:p>
    <w:p>
      <w:pPr>
        <w:spacing w:after="80"/>
      </w:pPr>
      <w:r>
        <w:rPr>
          <w:b w:val="0"/>
          <w:i w:val="0"/>
        </w:rPr>
        <w:t>Khi chúng ta chạy chương trình, chúng ta gặp lỗi:</w:t>
      </w:r>
    </w:p>
    <w:p>
      <w:pPr>
        <w:spacing w:after="0"/>
        <w:ind w:left="360"/>
        <w:shd w:val="clear" w:color="auto" w:fill="F2F2F2"/>
      </w:pPr>
      <w:r>
        <w:rPr>
          <w:rFonts w:ascii="Consolas" w:hAnsi="Consolas"/>
          <w:b w:val="0"/>
          <w:i w:val="0"/>
          <w:sz w:val="18"/>
        </w:rPr>
        <w:t>Traceback (most recent call last):</w:t>
      </w:r>
    </w:p>
    <w:p>
      <w:pPr>
        <w:spacing w:after="0"/>
        <w:ind w:left="360"/>
        <w:shd w:val="clear" w:color="auto" w:fill="F2F2F2"/>
      </w:pPr>
      <w:r>
        <w:rPr>
          <w:rFonts w:ascii="Consolas" w:hAnsi="Consolas"/>
          <w:b w:val="0"/>
          <w:i w:val="0"/>
          <w:sz w:val="18"/>
        </w:rPr>
        <w:t xml:space="preserve">  File "death_valley_highs_lows.py", line 17, in &lt;module&gt;</w:t>
      </w:r>
    </w:p>
    <w:p>
      <w:pPr>
        <w:spacing w:after="0"/>
        <w:ind w:left="360"/>
        <w:shd w:val="clear" w:color="auto" w:fill="F2F2F2"/>
      </w:pPr>
      <w:r>
        <w:rPr>
          <w:rFonts w:ascii="Consolas" w:hAnsi="Consolas"/>
          <w:b w:val="0"/>
          <w:i w:val="0"/>
          <w:sz w:val="18"/>
        </w:rPr>
        <w:t xml:space="preserve">    high = int(row[3])</w:t>
      </w:r>
    </w:p>
    <w:p>
      <w:pPr>
        <w:spacing w:after="0"/>
        <w:ind w:left="360"/>
        <w:shd w:val="clear" w:color="auto" w:fill="F2F2F2"/>
      </w:pPr>
      <w:r>
        <w:rPr>
          <w:rFonts w:ascii="Consolas" w:hAnsi="Consolas"/>
          <w:b w:val="0"/>
          <w:i w:val="0"/>
          <w:sz w:val="18"/>
        </w:rPr>
        <w:t>❶ ValueError: invalid literal for int() with base 10: ''</w:t>
      </w:r>
    </w:p>
    <w:p>
      <w:pPr>
        <w:spacing w:after="40"/>
      </w:pPr>
    </w:p>
    <w:p>
      <w:pPr>
        <w:spacing w:after="80"/>
      </w:pPr>
      <w:r>
        <w:rPr>
          <w:b w:val="0"/>
          <w:i w:val="0"/>
        </w:rPr>
        <w:t>Dấu vết lỗi (traceback) cho chúng ta biết rằng Python không thể xử lý nhiệt độ cao nhất cho một trong các ngày vì nó không thể chuyển một chuỗi rỗng (</w:t>
      </w:r>
      <w:r>
        <w:rPr>
          <w:rFonts w:ascii="Consolas" w:hAnsi="Consolas"/>
          <w:b w:val="0"/>
          <w:i w:val="0"/>
          <w:sz w:val="20"/>
        </w:rPr>
        <w:t>''</w:t>
      </w:r>
      <w:r>
        <w:rPr>
          <w:b w:val="0"/>
          <w:i w:val="0"/>
        </w:rPr>
        <w:t>) thành số nguyên ❶. Thay vì tìm kiếm trong dữ liệu để tìm ra chỉ số nào bị thiếu, chúng ta sẽ xử lý trực tiếp các trường hợp dữ liệu bị thiếu.</w:t>
      </w:r>
    </w:p>
    <w:p>
      <w:pPr>
        <w:spacing w:after="80"/>
      </w:pPr>
      <w:r>
        <w:rPr>
          <w:b w:val="0"/>
          <w:i w:val="0"/>
        </w:rPr>
        <w:t>Chúng ta sẽ chạy mã kiểm tra lỗi khi các giá trị được đọc từ tệp CSV để xử lý các ngoại lệ có thể phát sinh. Đây là cách thực hiện:</w:t>
      </w:r>
    </w:p>
    <w:p>
      <w:pPr>
        <w:spacing w:after="80"/>
      </w:pPr>
      <w:r>
        <w:rPr>
          <w:b w:val="0"/>
          <w:i w:val="0"/>
        </w:rPr>
        <w:t>death_valley_highs_lows.py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for row in reader:</w:t>
      </w:r>
    </w:p>
    <w:p>
      <w:pPr>
        <w:spacing w:after="0"/>
        <w:ind w:left="360"/>
        <w:shd w:val="clear" w:color="auto" w:fill="F2F2F2"/>
      </w:pPr>
      <w:r>
        <w:rPr>
          <w:rFonts w:ascii="Consolas" w:hAnsi="Consolas"/>
          <w:b w:val="0"/>
          <w:i w:val="0"/>
          <w:sz w:val="18"/>
        </w:rPr>
        <w:t xml:space="preserve">    current_date = datetime.strptime(row[2], '%Y-%m-%d')</w:t>
      </w:r>
    </w:p>
    <w:p>
      <w:pPr>
        <w:spacing w:after="0"/>
        <w:ind w:left="360"/>
        <w:shd w:val="clear" w:color="auto" w:fill="F2F2F2"/>
      </w:pPr>
      <w:r>
        <w:rPr>
          <w:rFonts w:ascii="Consolas" w:hAnsi="Consolas"/>
          <w:b w:val="0"/>
          <w:i w:val="0"/>
          <w:sz w:val="18"/>
        </w:rPr>
        <w:t>❶     try:</w:t>
      </w:r>
    </w:p>
    <w:p>
      <w:pPr>
        <w:spacing w:after="0"/>
        <w:ind w:left="360"/>
        <w:shd w:val="clear" w:color="auto" w:fill="F2F2F2"/>
      </w:pPr>
      <w:r>
        <w:rPr>
          <w:rFonts w:ascii="Consolas" w:hAnsi="Consolas"/>
          <w:b w:val="0"/>
          <w:i w:val="0"/>
          <w:sz w:val="18"/>
        </w:rPr>
        <w:t xml:space="preserve">        high = int(row[3])</w:t>
      </w:r>
    </w:p>
    <w:p>
      <w:pPr>
        <w:spacing w:after="0"/>
        <w:ind w:left="360"/>
        <w:shd w:val="clear" w:color="auto" w:fill="F2F2F2"/>
      </w:pPr>
      <w:r>
        <w:rPr>
          <w:rFonts w:ascii="Consolas" w:hAnsi="Consolas"/>
          <w:b w:val="0"/>
          <w:i w:val="0"/>
          <w:sz w:val="18"/>
        </w:rPr>
        <w:t xml:space="preserve">        low = int(row[4])</w:t>
      </w:r>
    </w:p>
    <w:p>
      <w:pPr>
        <w:spacing w:after="0"/>
        <w:ind w:left="360"/>
        <w:shd w:val="clear" w:color="auto" w:fill="F2F2F2"/>
      </w:pPr>
      <w:r>
        <w:rPr>
          <w:rFonts w:ascii="Consolas" w:hAnsi="Consolas"/>
          <w:b w:val="0"/>
          <w:i w:val="0"/>
          <w:sz w:val="18"/>
        </w:rPr>
        <w:t xml:space="preserve">    except ValueError:</w:t>
      </w:r>
    </w:p>
    <w:p>
      <w:pPr>
        <w:spacing w:after="0"/>
        <w:ind w:left="360"/>
        <w:shd w:val="clear" w:color="auto" w:fill="F2F2F2"/>
      </w:pPr>
      <w:r>
        <w:rPr>
          <w:rFonts w:ascii="Consolas" w:hAnsi="Consolas"/>
          <w:b w:val="0"/>
          <w:i w:val="0"/>
          <w:sz w:val="18"/>
        </w:rPr>
        <w:t>❷         print(f"Missing data for {current_date}")</w:t>
      </w:r>
    </w:p>
    <w:p>
      <w:pPr>
        <w:spacing w:after="0"/>
        <w:ind w:left="360"/>
        <w:shd w:val="clear" w:color="auto" w:fill="F2F2F2"/>
      </w:pPr>
      <w:r>
        <w:rPr>
          <w:rFonts w:ascii="Consolas" w:hAnsi="Consolas"/>
          <w:b w:val="0"/>
          <w:i w:val="0"/>
          <w:sz w:val="18"/>
        </w:rPr>
        <w:t>❸     else:</w:t>
      </w:r>
    </w:p>
    <w:p>
      <w:pPr>
        <w:spacing w:after="0"/>
        <w:ind w:left="360"/>
        <w:shd w:val="clear" w:color="auto" w:fill="F2F2F2"/>
      </w:pPr>
      <w:r>
        <w:rPr>
          <w:rFonts w:ascii="Consolas" w:hAnsi="Consolas"/>
          <w:b w:val="0"/>
          <w:i w:val="0"/>
          <w:sz w:val="18"/>
        </w:rPr>
        <w:t xml:space="preserve">        dates.append(current_date)</w:t>
      </w:r>
    </w:p>
    <w:p>
      <w:pPr>
        <w:spacing w:after="0"/>
        <w:ind w:left="360"/>
        <w:shd w:val="clear" w:color="auto" w:fill="F2F2F2"/>
      </w:pPr>
      <w:r>
        <w:rPr>
          <w:rFonts w:ascii="Consolas" w:hAnsi="Consolas"/>
          <w:b w:val="0"/>
          <w:i w:val="0"/>
          <w:sz w:val="18"/>
        </w:rPr>
        <w:t xml:space="preserve">        highs.append(high)</w:t>
      </w:r>
    </w:p>
    <w:p>
      <w:pPr>
        <w:spacing w:after="0"/>
        <w:ind w:left="360"/>
        <w:shd w:val="clear" w:color="auto" w:fill="F2F2F2"/>
      </w:pPr>
      <w:r>
        <w:rPr>
          <w:rFonts w:ascii="Consolas" w:hAnsi="Consolas"/>
          <w:b w:val="0"/>
          <w:i w:val="0"/>
          <w:sz w:val="18"/>
        </w:rPr>
        <w:t xml:space="preserve">        lows.append(low)</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Plot the high and low temperatures.</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Format plot.</w:t>
      </w:r>
    </w:p>
    <w:p>
      <w:pPr>
        <w:spacing w:after="0"/>
        <w:ind w:left="360"/>
        <w:shd w:val="clear" w:color="auto" w:fill="F2F2F2"/>
      </w:pPr>
      <w:r>
        <w:rPr>
          <w:rFonts w:ascii="Consolas" w:hAnsi="Consolas"/>
          <w:b w:val="0"/>
          <w:i w:val="0"/>
          <w:sz w:val="18"/>
        </w:rPr>
        <w:t>❹ title = "Daily High and Low Temperatures, 2021\nDeath Valley, CA"</w:t>
      </w:r>
    </w:p>
    <w:p>
      <w:pPr>
        <w:spacing w:after="0"/>
        <w:ind w:left="360"/>
        <w:shd w:val="clear" w:color="auto" w:fill="F2F2F2"/>
      </w:pPr>
      <w:r>
        <w:rPr>
          <w:rFonts w:ascii="Consolas" w:hAnsi="Consolas"/>
          <w:b w:val="0"/>
          <w:i w:val="0"/>
          <w:sz w:val="18"/>
        </w:rPr>
        <w:t>ax.set_title(title, fontsize=20)</w:t>
      </w:r>
    </w:p>
    <w:p>
      <w:pPr>
        <w:spacing w:after="0"/>
        <w:ind w:left="360"/>
        <w:shd w:val="clear" w:color="auto" w:fill="F2F2F2"/>
      </w:pPr>
      <w:r>
        <w:rPr>
          <w:rFonts w:ascii="Consolas" w:hAnsi="Consolas"/>
          <w:b w:val="0"/>
          <w:i w:val="0"/>
          <w:sz w:val="18"/>
        </w:rPr>
        <w:t>ax.set_xlabel('', fontsize=16)</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Mỗi lần chúng ta kiểm tra một hàng, chúng ta cố gắng trích xuất ngày tháng và nhiệt độ cao nhất và thấp nhất ❶. Nếu bất kỳ dữ liệu nào bị thiếu, Python sẽ đưa ra một </w:t>
      </w:r>
      <w:r>
        <w:rPr>
          <w:rFonts w:ascii="Consolas" w:hAnsi="Consolas"/>
          <w:b w:val="0"/>
          <w:i w:val="0"/>
          <w:sz w:val="20"/>
        </w:rPr>
        <w:t>ValueError</w:t>
      </w:r>
      <w:r>
        <w:rPr>
          <w:b w:val="0"/>
          <w:i w:val="0"/>
        </w:rPr>
        <w:t xml:space="preserve"> và chúng ta xử lý nó bằng cách in một thông báo lỗi bao gồm ngày tháng của dữ liệu bị thiếu ❷. Sau khi in lỗi, vòng lặp sẽ tiếp tục xử lý hàng tiếp theo. Nếu tất cả dữ liệu cho một ngày được truy xuất mà không có lỗi, khối </w:t>
      </w:r>
      <w:r>
        <w:rPr>
          <w:rFonts w:ascii="Consolas" w:hAnsi="Consolas"/>
          <w:b w:val="0"/>
          <w:i w:val="0"/>
          <w:sz w:val="20"/>
        </w:rPr>
        <w:t>else</w:t>
      </w:r>
      <w:r>
        <w:rPr>
          <w:b w:val="0"/>
          <w:i w:val="0"/>
        </w:rPr>
        <w:t xml:space="preserve"> sẽ chạy và dữ liệu sẽ được thêm vào các danh sách thích hợp ❸. Vì chúng ta đang vẽ thông tin cho một địa điểm mới, chúng ta cập nhật tiêu đề để bao gồm địa điểm trên biểu đồ, và chúng ta sử dụng cỡ chữ nhỏ hơn để phù hợp với tiêu đề dài hơn ❹.</w:t>
      </w:r>
    </w:p>
    <w:p>
      <w:pPr>
        <w:spacing w:after="80"/>
      </w:pPr>
      <w:r>
        <w:rPr>
          <w:b w:val="0"/>
          <w:i w:val="0"/>
        </w:rPr>
        <w:t xml:space="preserve">Khi bạn chạy </w:t>
      </w:r>
      <w:r>
        <w:rPr>
          <w:b w:val="0"/>
          <w:i/>
        </w:rPr>
        <w:t>death_valley_highs_lows.py</w:t>
      </w:r>
      <w:r>
        <w:rPr>
          <w:b w:val="0"/>
          <w:i w:val="0"/>
        </w:rPr>
        <w:t xml:space="preserve"> bây giờ, bạn sẽ thấy rằng chỉ có một ngày bị thiếu dữ liệu:</w:t>
      </w:r>
    </w:p>
    <w:p>
      <w:pPr>
        <w:spacing w:after="80"/>
      </w:pPr>
      <w:r>
        <w:rPr>
          <w:b w:val="0"/>
          <w:i w:val="0"/>
        </w:rPr>
        <w:t>Dữ liệu bị thiếu cho 2021-05-04 00:00:00</w:t>
      </w:r>
    </w:p>
    <w:p>
      <w:pPr>
        <w:spacing w:after="80"/>
      </w:pPr>
      <w:r>
        <w:rPr>
          <w:b w:val="0"/>
          <w:i w:val="0"/>
        </w:rPr>
        <w:t>Vì lỗi đã được xử lý thích hợp, mã của chúng ta có thể tạo ra một biểu đồ, bỏ qua phần dữ liệu bị thiếu. Hình 16-6 cho thấy biểu đồ kết quả.</w:t>
      </w:r>
    </w:p>
    <w:p>
      <w:pPr>
        <w:spacing w:after="80"/>
      </w:pPr>
      <w:r>
        <w:rPr>
          <w:b w:val="0"/>
          <w:i w:val="0"/>
        </w:rPr>
        <w:t>So sánh biểu đồ này với biểu đồ Sitka, chúng ta có thể thấy rằng Death Valley nhìn chung ấm hơn so với vùng đông nam Alaska, đúng như chúng ta mong đợi. Ngoài ra, biên độ nhiệt độ mỗi ngày ở vùng sa mạc cũng lớn hơn. Chiều cao của vùng được tô bóng cho thấy rõ điều này.</w:t>
      </w:r>
    </w:p>
    <w:p>
      <w:pPr>
        <w:jc w:val="center"/>
      </w:pPr>
      <w:r>
        <w:drawing>
          <wp:inline xmlns:a="http://schemas.openxmlformats.org/drawingml/2006/main" xmlns:pic="http://schemas.openxmlformats.org/drawingml/2006/picture">
            <wp:extent cx="5486400" cy="2936147"/>
            <wp:docPr id="57" name="Picture 57"/>
            <wp:cNvGraphicFramePr>
              <a:graphicFrameLocks noChangeAspect="1"/>
            </wp:cNvGraphicFramePr>
            <a:graphic>
              <a:graphicData uri="http://schemas.openxmlformats.org/drawingml/2006/picture">
                <pic:pic>
                  <pic:nvPicPr>
                    <pic:cNvPr id="0" name="image_rsrcBJM.jpg"/>
                    <pic:cNvPicPr/>
                  </pic:nvPicPr>
                  <pic:blipFill>
                    <a:blip r:embed="rId49"/>
                    <a:stretch>
                      <a:fillRect/>
                    </a:stretch>
                  </pic:blipFill>
                  <pic:spPr>
                    <a:xfrm>
                      <a:off x="0" y="0"/>
                      <a:ext cx="5486400" cy="2936147"/>
                    </a:xfrm>
                    <a:prstGeom prst="rect"/>
                  </pic:spPr>
                </pic:pic>
              </a:graphicData>
            </a:graphic>
          </wp:inline>
        </w:drawing>
      </w:r>
    </w:p>
    <w:p>
      <w:pPr>
        <w:spacing w:after="80"/>
      </w:pPr>
      <w:r>
        <w:rPr>
          <w:b w:val="0"/>
          <w:i w:val="0"/>
        </w:rPr>
        <w:t>Hình 16-6: Nhiệt độ cao nhất và thấp nhất hằng ngày ở Death Valley</w:t>
      </w:r>
    </w:p>
    <w:p>
      <w:pPr>
        <w:spacing w:after="80"/>
      </w:pPr>
      <w:r>
        <w:rPr>
          <w:b w:val="0"/>
          <w:i w:val="0"/>
        </w:rPr>
        <w:t xml:space="preserve">Nhiều bộ dữ liệu bạn làm việc cùng sẽ có dữ liệu bị thiếu, định dạng sai hoặc không chính xác. Bạn có thể dùng những công cụ đã học ở nửa đầu cuốn sách này để xử lý những tình huống đó. Ở đây chúng ta đã dùng khối </w:t>
      </w:r>
      <w:r>
        <w:rPr>
          <w:rFonts w:ascii="Consolas" w:hAnsi="Consolas"/>
          <w:b w:val="0"/>
          <w:i w:val="0"/>
          <w:sz w:val="20"/>
        </w:rPr>
        <w:t>try</w:t>
      </w:r>
      <w:r>
        <w:rPr>
          <w:b w:val="0"/>
          <w:i w:val="0"/>
        </w:rPr>
        <w:t>-</w:t>
      </w:r>
      <w:r>
        <w:rPr>
          <w:rFonts w:ascii="Consolas" w:hAnsi="Consolas"/>
          <w:b w:val="0"/>
          <w:i w:val="0"/>
          <w:sz w:val="20"/>
        </w:rPr>
        <w:t>except</w:t>
      </w:r>
      <w:r>
        <w:rPr>
          <w:b w:val="0"/>
          <w:i w:val="0"/>
        </w:rPr>
        <w:t>-</w:t>
      </w:r>
      <w:r>
        <w:rPr>
          <w:rFonts w:ascii="Consolas" w:hAnsi="Consolas"/>
          <w:b w:val="0"/>
          <w:i w:val="0"/>
          <w:sz w:val="20"/>
        </w:rPr>
        <w:t>else</w:t>
      </w:r>
      <w:r>
        <w:rPr>
          <w:b w:val="0"/>
          <w:i w:val="0"/>
        </w:rPr>
        <w:t xml:space="preserve"> để xử lý dữ liệu bị thiếu. Đôi khi bạn sẽ dùng </w:t>
      </w:r>
      <w:r>
        <w:rPr>
          <w:rFonts w:ascii="Consolas" w:hAnsi="Consolas"/>
          <w:b w:val="0"/>
          <w:i w:val="0"/>
          <w:sz w:val="20"/>
        </w:rPr>
        <w:t>continue</w:t>
      </w:r>
      <w:r>
        <w:rPr>
          <w:b w:val="0"/>
          <w:i w:val="0"/>
        </w:rPr>
        <w:t xml:space="preserve"> để bỏ qua một số dữ liệu, hoặc dùng </w:t>
      </w:r>
      <w:r>
        <w:rPr>
          <w:rFonts w:ascii="Consolas" w:hAnsi="Consolas"/>
          <w:b w:val="0"/>
          <w:i w:val="0"/>
          <w:sz w:val="20"/>
        </w:rPr>
        <w:t>remove()</w:t>
      </w:r>
      <w:r>
        <w:rPr>
          <w:b w:val="0"/>
          <w:i w:val="0"/>
        </w:rPr>
        <w:t xml:space="preserve"> hay </w:t>
      </w:r>
      <w:r>
        <w:rPr>
          <w:rFonts w:ascii="Consolas" w:hAnsi="Consolas"/>
          <w:b w:val="0"/>
          <w:i w:val="0"/>
          <w:sz w:val="20"/>
        </w:rPr>
        <w:t>del</w:t>
      </w:r>
      <w:r>
        <w:rPr>
          <w:b w:val="0"/>
          <w:i w:val="0"/>
        </w:rPr>
        <w:t xml:space="preserve"> để loại bỏ một số dữ liệu sau khi nó đã được trích xuất. Hãy dùng bất kỳ cách nào hiệu quả, miễn là kết quả là một hình ảnh trực quan có ý nghĩa và chính xác.</w:t>
      </w:r>
    </w:p>
    <w:p>
      <w:pPr>
        <w:pStyle w:val="Heading3"/>
      </w:pPr>
      <w:r>
        <w:rPr>
          <w:rFonts w:ascii="Calibri" w:hAnsi="Calibri"/>
          <w:b/>
          <w:i w:val="0"/>
          <w:sz w:val="27"/>
        </w:rPr>
        <w:t>Tải dữ liệu của riêng bạn</w:t>
      </w:r>
    </w:p>
    <w:p>
      <w:pPr>
        <w:spacing w:after="80"/>
      </w:pPr>
      <w:r>
        <w:rPr>
          <w:b w:val="0"/>
          <w:i w:val="0"/>
        </w:rPr>
        <w:t>Để tải dữ liệu thời tiết của riêng bạn, hãy làm theo các bước sau:</w:t>
      </w:r>
    </w:p>
    <w:p>
      <w:pPr>
        <w:spacing w:after="80"/>
        <w:ind w:left="360"/>
      </w:pPr>
      <w:r>
        <w:t xml:space="preserve">1. </w:t>
      </w:r>
      <w:r>
        <w:rPr>
          <w:b w:val="0"/>
          <w:i w:val="0"/>
        </w:rPr>
        <w:t xml:space="preserve">Truy cập trang NOAA Climate Data Online tại https://www.ncdc.noaa.gov/cdo-web. Trong mục Discover Data By, nhấp vào </w:t>
      </w:r>
      <w:r>
        <w:rPr>
          <w:b/>
          <w:i w:val="0"/>
        </w:rPr>
        <w:t>Search Tool</w:t>
      </w:r>
      <w:r>
        <w:rPr>
          <w:b w:val="0"/>
          <w:i w:val="0"/>
        </w:rPr>
        <w:t xml:space="preserve">. Trong hộp Select a Dataset, chọn </w:t>
      </w:r>
      <w:r>
        <w:rPr>
          <w:b/>
          <w:i w:val="0"/>
        </w:rPr>
        <w:t>Daily Summaries</w:t>
      </w:r>
      <w:r>
        <w:rPr>
          <w:b w:val="0"/>
          <w:i w:val="0"/>
        </w:rPr>
        <w:t>.</w:t>
      </w:r>
    </w:p>
    <w:p>
      <w:pPr>
        <w:spacing w:after="80"/>
        <w:ind w:left="360"/>
      </w:pPr>
      <w:r>
        <w:t xml:space="preserve">2. </w:t>
      </w:r>
      <w:r>
        <w:rPr>
          <w:b w:val="0"/>
          <w:i w:val="0"/>
        </w:rPr>
        <w:t xml:space="preserve">Chọn một khoảng thời gian, và trong mục Search For, chọn </w:t>
      </w:r>
      <w:r>
        <w:rPr>
          <w:b/>
          <w:i w:val="0"/>
        </w:rPr>
        <w:t>ZIP Codes</w:t>
      </w:r>
      <w:r>
        <w:rPr>
          <w:b w:val="0"/>
          <w:i w:val="0"/>
        </w:rPr>
        <w:t xml:space="preserve">. Nhập mã ZIP mà bạn quan tâm và nhấp vào </w:t>
      </w:r>
      <w:r>
        <w:rPr>
          <w:b/>
          <w:i w:val="0"/>
        </w:rPr>
        <w:t>Search</w:t>
      </w:r>
      <w:r>
        <w:rPr>
          <w:b w:val="0"/>
          <w:i w:val="0"/>
        </w:rPr>
        <w:t>.</w:t>
      </w:r>
    </w:p>
    <w:p>
      <w:pPr>
        <w:spacing w:after="80"/>
        <w:ind w:left="360"/>
      </w:pPr>
      <w:r>
        <w:t xml:space="preserve">3. </w:t>
      </w:r>
      <w:r>
        <w:rPr>
          <w:b w:val="0"/>
          <w:i w:val="0"/>
        </w:rPr>
        <w:t xml:space="preserve">Ở trang tiếp theo, bạn sẽ thấy một bản đồ và một số thông tin về khu vực bạn đang tập trung vào. Bên dưới tên địa điểm, nhấp vào </w:t>
      </w:r>
      <w:r>
        <w:rPr>
          <w:b/>
          <w:i w:val="0"/>
        </w:rPr>
        <w:t>View Full Details</w:t>
      </w:r>
      <w:r>
        <w:rPr>
          <w:b w:val="0"/>
          <w:i w:val="0"/>
        </w:rPr>
        <w:t xml:space="preserve">, hoặc nhấp vào bản đồ rồi nhấp vào </w:t>
      </w:r>
      <w:r>
        <w:rPr>
          <w:b/>
          <w:i w:val="0"/>
        </w:rPr>
        <w:t>Full Details</w:t>
      </w:r>
      <w:r>
        <w:rPr>
          <w:b w:val="0"/>
          <w:i w:val="0"/>
        </w:rPr>
        <w:t>.</w:t>
      </w:r>
    </w:p>
    <w:p>
      <w:pPr>
        <w:spacing w:after="80"/>
        <w:ind w:left="360"/>
      </w:pPr>
      <w:r>
        <w:t xml:space="preserve">4. </w:t>
      </w:r>
      <w:r>
        <w:rPr>
          <w:b w:val="0"/>
          <w:i w:val="0"/>
        </w:rPr>
        <w:t xml:space="preserve">Cuộn xuống và nhấp vào </w:t>
      </w:r>
      <w:r>
        <w:rPr>
          <w:b/>
          <w:i w:val="0"/>
        </w:rPr>
        <w:t>Station List</w:t>
      </w:r>
      <w:r>
        <w:rPr>
          <w:b w:val="0"/>
          <w:i w:val="0"/>
        </w:rPr>
        <w:t xml:space="preserve"> để xem các trạm thời tiết có sẵn trong khu vực này. Nhấp vào một trong các tên trạm rồi nhấp vào </w:t>
      </w:r>
      <w:r>
        <w:rPr>
          <w:b/>
          <w:i w:val="0"/>
        </w:rPr>
        <w:t>Add to Cart</w:t>
      </w:r>
      <w:r>
        <w:rPr>
          <w:b w:val="0"/>
          <w:i w:val="0"/>
        </w:rPr>
        <w:t>. Dữ liệu này miễn phí, mặc dù trang web dùng biểu tượng giỏ hàng. Ở góc trên bên phải, nhấp vào giỏ hàng.</w:t>
      </w:r>
    </w:p>
    <w:p>
      <w:pPr>
        <w:spacing w:after="80"/>
        <w:ind w:left="360"/>
      </w:pPr>
      <w:r>
        <w:t xml:space="preserve">5. </w:t>
      </w:r>
      <w:r>
        <w:rPr>
          <w:b w:val="0"/>
          <w:i w:val="0"/>
        </w:rPr>
        <w:t xml:space="preserve">Trong Select the Output Format, chọn </w:t>
      </w:r>
      <w:r>
        <w:rPr>
          <w:b/>
          <w:i w:val="0"/>
        </w:rPr>
        <w:t>Custom GHCN-Daily CSV</w:t>
      </w:r>
      <w:r>
        <w:rPr>
          <w:b w:val="0"/>
          <w:i w:val="0"/>
        </w:rPr>
        <w:t xml:space="preserve">. Đảm bảo khoảng thời gian là chính xác và nhấp vào </w:t>
      </w:r>
      <w:r>
        <w:rPr>
          <w:b/>
          <w:i w:val="0"/>
        </w:rPr>
        <w:t>Continue</w:t>
      </w:r>
      <w:r>
        <w:rPr>
          <w:b w:val="0"/>
          <w:i w:val="0"/>
        </w:rPr>
        <w:t>.</w:t>
      </w:r>
    </w:p>
    <w:p>
      <w:pPr>
        <w:spacing w:after="80"/>
        <w:ind w:left="360"/>
      </w:pPr>
      <w:r>
        <w:t xml:space="preserve">6. </w:t>
      </w:r>
      <w:r>
        <w:rPr>
          <w:b w:val="0"/>
          <w:i w:val="0"/>
        </w:rPr>
        <w:t xml:space="preserve">Ở trang tiếp theo, bạn có thể chọn các loại dữ liệu bạn muốn. Bạn có thể tải một loại dữ liệu (ví dụ, tập trung vào nhiệt độ không khí) hoặc bạn có thể tải tất cả dữ liệu có sẵn từ trạm này. Hãy đưa ra lựa chọn của bạn rồi nhấp vào </w:t>
      </w:r>
      <w:r>
        <w:rPr>
          <w:b/>
          <w:i w:val="0"/>
        </w:rPr>
        <w:t>Continue</w:t>
      </w:r>
      <w:r>
        <w:rPr>
          <w:b w:val="0"/>
          <w:i w:val="0"/>
        </w:rPr>
        <w:t>.</w:t>
      </w:r>
    </w:p>
    <w:p>
      <w:pPr>
        <w:spacing w:after="80"/>
        <w:ind w:left="360"/>
      </w:pPr>
      <w:r>
        <w:t xml:space="preserve">7. </w:t>
      </w:r>
      <w:r>
        <w:rPr>
          <w:b w:val="0"/>
          <w:i w:val="0"/>
        </w:rPr>
        <w:t xml:space="preserve">Ở trang cuối cùng, bạn sẽ thấy bản tóm tắt đơn hàng của mình. Nhập địa chỉ email của bạn và nhấp vào </w:t>
      </w:r>
      <w:r>
        <w:rPr>
          <w:b/>
          <w:i w:val="0"/>
        </w:rPr>
        <w:t>Submit Order</w:t>
      </w:r>
      <w:r>
        <w:rPr>
          <w:b w:val="0"/>
          <w:i w:val="0"/>
        </w:rPr>
        <w:t>. Bạn sẽ nhận được xác nhận rằng đơn hàng đã được tiếp nhận, và trong vài phút, bạn sẽ nhận được một email khác chứa liên kết để tải dữ liệu của bạn.</w:t>
      </w:r>
    </w:p>
    <w:p>
      <w:pPr>
        <w:spacing w:after="80"/>
      </w:pPr>
      <w:r>
        <w:rPr>
          <w:b w:val="0"/>
          <w:i w:val="0"/>
        </w:rPr>
        <w:t>Dữ liệu bạn tải về nên có cấu trúc giống hệt dữ liệu mà chúng ta đã làm việc trong phần này. Nó có thể có các tiêu đề khác với những gì bạn thấy trong phần này, nhưng nếu bạn làm theo các bước tương tự như chúng ta đã dùng ở đây, bạn sẽ có thể tạo ra các biểu đồ trực quan hóa cho dữ liệu mà bạn quan tâm.</w:t>
      </w:r>
    </w:p>
    <w:p>
      <w:pPr>
        <w:spacing w:before="120" w:after="40"/>
      </w:pPr>
      <w:r>
        <w:rPr>
          <w:b/>
          <w:sz w:val="21"/>
        </w:rPr>
        <w:t>Tự thực hành</w:t>
      </w:r>
    </w:p>
    <w:p>
      <w:pPr>
        <w:spacing w:after="80"/>
      </w:pPr>
      <w:r>
        <w:rPr>
          <w:b/>
          <w:i w:val="0"/>
        </w:rPr>
        <w:t>16-1. Lượng mưa ở Sitka:</w:t>
      </w:r>
      <w:r>
        <w:rPr>
          <w:b w:val="0"/>
          <w:i w:val="0"/>
        </w:rPr>
        <w:t xml:space="preserve"> Sitka nằm trong một khu rừng mưa ôn đới, nên nơi đây có lượng mưa khá lớn. Trong tệp dữ liệu </w:t>
      </w:r>
      <w:r>
        <w:rPr>
          <w:b w:val="0"/>
          <w:i/>
        </w:rPr>
        <w:t>sitka_weather_2021_full.csv</w:t>
      </w:r>
      <w:r>
        <w:rPr>
          <w:b w:val="0"/>
          <w:i w:val="0"/>
        </w:rPr>
        <w:t xml:space="preserve"> có một tiêu đề tên là </w:t>
      </w:r>
      <w:r>
        <w:rPr>
          <w:rFonts w:ascii="Consolas" w:hAnsi="Consolas"/>
          <w:b w:val="0"/>
          <w:i w:val="0"/>
          <w:sz w:val="20"/>
        </w:rPr>
        <w:t>PRCP</w:t>
      </w:r>
      <w:r>
        <w:rPr>
          <w:b w:val="0"/>
          <w:i w:val="0"/>
        </w:rPr>
        <w:t>, đại diện cho lượng mưa hàng ngày. Hãy tạo một biểu đồ trực quan hóa tập trung vào dữ liệu trong cột này. Bạn có thể lặp lại bài tập này cho Thung lũng Chết (Death Valley) nếu bạn tò mò muốn biết lượng mưa ở sa mạc ít đến mức nào.</w:t>
      </w:r>
    </w:p>
    <w:p>
      <w:pPr>
        <w:spacing w:after="80"/>
      </w:pPr>
      <w:r>
        <w:rPr>
          <w:b/>
          <w:i w:val="0"/>
        </w:rPr>
        <w:t>16-2. So sánh Sitka – Thung lũng Chết:</w:t>
      </w:r>
      <w:r>
        <w:rPr>
          <w:b w:val="0"/>
          <w:i w:val="0"/>
        </w:rPr>
        <w:t xml:space="preserve"> Các thang đo nhiệt độ trên biểu đồ Sitka và Thung lũng Chết phản ánh các khoảng dữ liệu khác nhau. Để so sánh chính xác khoảng nhiệt độ ở Sitka với khoảng nhiệt độ ở Thung lũng Chết, bạn cần có các thang đo giống hệt nhau trên trục </w:t>
      </w:r>
      <w:r>
        <w:rPr>
          <w:b w:val="0"/>
          <w:i/>
        </w:rPr>
        <w:t>y</w:t>
      </w:r>
      <w:r>
        <w:rPr>
          <w:b w:val="0"/>
          <w:i w:val="0"/>
        </w:rPr>
        <w:t xml:space="preserve">. Hãy thay đổi cài đặt cho trục </w:t>
      </w:r>
      <w:r>
        <w:rPr>
          <w:b w:val="0"/>
          <w:i/>
        </w:rPr>
        <w:t>y</w:t>
      </w:r>
      <w:r>
        <w:rPr>
          <w:b w:val="0"/>
          <w:i w:val="0"/>
        </w:rPr>
        <w:t xml:space="preserve"> trên một hoặc cả hai biểu đồ trong Hình 16-5 và 16-6. Sau đó thực hiện so sánh trực tiếp giữa khoảng nhiệt độ ở Sitka và Thung lũng Chết (hoặc bất kỳ hai địa điểm nào bạn muốn so sánh).</w:t>
      </w:r>
    </w:p>
    <w:p>
      <w:pPr>
        <w:spacing w:after="80"/>
      </w:pPr>
      <w:r>
        <w:rPr>
          <w:b/>
          <w:i w:val="0"/>
        </w:rPr>
        <w:t>16-3. San Francisco:</w:t>
      </w:r>
      <w:r>
        <w:rPr>
          <w:b w:val="0"/>
          <w:i w:val="0"/>
        </w:rPr>
        <w:t xml:space="preserve"> Nhiệt độ ở San Francisco giống nhiệt độ ở Sitka hay nhiệt độ ở Thung lũng Chết hơn? Hãy tải một ít dữ liệu về San Francisco, và tạo một biểu đồ nhiệt độ cao-thấp cho San Francisco để so sánh.</w:t>
      </w:r>
    </w:p>
    <w:p>
      <w:pPr>
        <w:spacing w:after="80"/>
      </w:pPr>
      <w:r>
        <w:rPr>
          <w:b/>
          <w:i w:val="0"/>
        </w:rPr>
        <w:t>16-4. Chỉ số tự động:</w:t>
      </w:r>
      <w:r>
        <w:rPr>
          <w:b w:val="0"/>
          <w:i w:val="0"/>
        </w:rPr>
        <w:t xml:space="preserve"> Trong phần này, chúng ta đã gán cứng các chỉ số tương ứng với các cột </w:t>
      </w:r>
      <w:r>
        <w:rPr>
          <w:rFonts w:ascii="Consolas" w:hAnsi="Consolas"/>
          <w:b w:val="0"/>
          <w:i w:val="0"/>
          <w:sz w:val="20"/>
        </w:rPr>
        <w:t>TMIN</w:t>
      </w:r>
      <w:r>
        <w:rPr>
          <w:b w:val="0"/>
          <w:i w:val="0"/>
        </w:rPr>
        <w:t xml:space="preserve"> và </w:t>
      </w:r>
      <w:r>
        <w:rPr>
          <w:rFonts w:ascii="Consolas" w:hAnsi="Consolas"/>
          <w:b w:val="0"/>
          <w:i w:val="0"/>
          <w:sz w:val="20"/>
        </w:rPr>
        <w:t>TMAX</w:t>
      </w:r>
      <w:r>
        <w:rPr>
          <w:b w:val="0"/>
          <w:i w:val="0"/>
        </w:rPr>
        <w:t>. Hãy dùng hàng tiêu đề để xác định các chỉ số cho những giá trị này, để chương trình của bạn có thể hoạt động cho cả Sitka hoặc Thung lũng Chết. Đồng thời dùng tên trạm để tự động tạo tiêu đề phù hợp cho biểu đồ của bạn.</w:t>
      </w:r>
    </w:p>
    <w:p>
      <w:pPr>
        <w:spacing w:after="80"/>
      </w:pPr>
      <w:r>
        <w:rPr>
          <w:b/>
          <w:i w:val="0"/>
        </w:rPr>
        <w:t>16-5. Khám phá:</w:t>
      </w:r>
      <w:r>
        <w:rPr>
          <w:b w:val="0"/>
          <w:i w:val="0"/>
        </w:rPr>
        <w:t xml:space="preserve"> Hãy tạo thêm một vài biểu đồ trực quan hóa để khảo sát bất kỳ khía cạnh thời tiết nào khác mà bạn quan tâm, cho bất kỳ địa điểm nào bạn tò mò.</w:t>
      </w:r>
    </w:p>
    <w:p>
      <w:pPr>
        <w:pStyle w:val="Heading2"/>
      </w:pPr>
      <w:r>
        <w:rPr>
          <w:rFonts w:ascii="Calibri" w:hAnsi="Calibri"/>
          <w:b/>
          <w:i w:val="0"/>
          <w:sz w:val="32"/>
        </w:rPr>
        <w:t>Lập bản đồ các tập dữ liệu toàn cầu: Định dạng GeoJSON</w:t>
      </w:r>
    </w:p>
    <w:p>
      <w:pPr>
        <w:spacing w:after="80"/>
      </w:pPr>
      <w:r>
        <w:rPr>
          <w:b w:val="0"/>
          <w:i w:val="0"/>
        </w:rPr>
        <w:t xml:space="preserve">Trong phần này, bạn sẽ tải về một tập dữ liệu đại diện cho tất cả các trận động đất đã xảy ra trên thế giới trong tháng trước. Sau đó bạn sẽ tạo một bản đồ hiển thị vị trí của những trận động đất này và mức độ nghiêm trọng của từng trận. Vì dữ liệu được lưu ở định dạng GeoJSON, chúng ta sẽ làm việc với nó bằng mô-đun </w:t>
      </w:r>
      <w:r>
        <w:rPr>
          <w:rFonts w:ascii="Consolas" w:hAnsi="Consolas"/>
          <w:b w:val="0"/>
          <w:i w:val="0"/>
          <w:sz w:val="20"/>
        </w:rPr>
        <w:t>json</w:t>
      </w:r>
      <w:r>
        <w:rPr>
          <w:b w:val="0"/>
          <w:i w:val="0"/>
        </w:rPr>
        <w:t xml:space="preserve">. Sử dụng biểu đồ </w:t>
      </w:r>
      <w:r>
        <w:rPr>
          <w:rFonts w:ascii="Consolas" w:hAnsi="Consolas"/>
          <w:b w:val="0"/>
          <w:i w:val="0"/>
          <w:sz w:val="20"/>
        </w:rPr>
        <w:t>scatter_geo()</w:t>
      </w:r>
      <w:r>
        <w:rPr>
          <w:b w:val="0"/>
          <w:i w:val="0"/>
        </w:rPr>
        <w:t xml:space="preserve"> của Plotly, bạn sẽ tạo ra các biểu đồ trực quan hóa thể hiện rõ ràng sự phân bố động đất trên toàn cầu.</w:t>
      </w:r>
    </w:p>
    <w:p>
      <w:pPr>
        <w:pStyle w:val="Heading3"/>
      </w:pPr>
      <w:r>
        <w:rPr>
          <w:rFonts w:ascii="Calibri" w:hAnsi="Calibri"/>
          <w:b/>
          <w:i w:val="0"/>
          <w:sz w:val="27"/>
        </w:rPr>
        <w:t>Tải dữ liệu động đất</w:t>
      </w:r>
    </w:p>
    <w:p>
      <w:pPr>
        <w:spacing w:after="80"/>
      </w:pPr>
      <w:r>
        <w:rPr>
          <w:b w:val="0"/>
          <w:i w:val="0"/>
        </w:rPr>
        <w:t xml:space="preserve">Hãy tạo một thư mục tên là </w:t>
      </w:r>
      <w:r>
        <w:rPr>
          <w:b w:val="0"/>
          <w:i/>
        </w:rPr>
        <w:t>eq_data</w:t>
      </w:r>
      <w:r>
        <w:rPr>
          <w:b w:val="0"/>
          <w:i w:val="0"/>
        </w:rPr>
        <w:t xml:space="preserve"> bên trong thư mục mà bạn đang lưu các chương trình của chương này. Sao chép tệp </w:t>
      </w:r>
      <w:r>
        <w:rPr>
          <w:b w:val="0"/>
          <w:i/>
        </w:rPr>
        <w:t>eq_1_day_m1.geojson</w:t>
      </w:r>
      <w:r>
        <w:rPr>
          <w:b w:val="0"/>
          <w:i w:val="0"/>
        </w:rPr>
        <w:t xml:space="preserve"> vào thư mục mới này. Động đất được phân loại theo độ lớn (magnitude) của chúng trên thang đo Richter. Tệp này bao gồm dữ liệu cho tất cả các trận động đất có độ lớn từ M1 trở lên xảy ra trong 24 giờ qua (tại thời điểm viết cuốn sách này). Dữ liệu này đến từ một trong các nguồn cấp dữ liệu động đất của Cơ quan Khảo sát Địa chất Hoa Kỳ (United States Geological Survey), tại https://earthquake.usgs.gov/earthquakes/feed.</w:t>
      </w:r>
    </w:p>
    <w:p>
      <w:pPr>
        <w:pStyle w:val="Heading3"/>
      </w:pPr>
      <w:r>
        <w:rPr>
          <w:rFonts w:ascii="Calibri" w:hAnsi="Calibri"/>
          <w:b/>
          <w:i w:val="0"/>
          <w:sz w:val="27"/>
        </w:rPr>
        <w:t>Xem xét dữ liệu GeoJSON</w:t>
      </w:r>
    </w:p>
    <w:p>
      <w:pPr>
        <w:spacing w:after="80"/>
      </w:pPr>
      <w:r>
        <w:rPr>
          <w:b w:val="0"/>
          <w:i w:val="0"/>
        </w:rPr>
        <w:t xml:space="preserve">Khi bạn mở </w:t>
      </w:r>
      <w:r>
        <w:rPr>
          <w:b w:val="0"/>
          <w:i/>
        </w:rPr>
        <w:t>eq_1_day_m1.geojson</w:t>
      </w:r>
      <w:r>
        <w:rPr>
          <w:b w:val="0"/>
          <w:i w:val="0"/>
        </w:rPr>
        <w:t>, bạn sẽ thấy nó rất dày đặc và khó đọc:</w:t>
      </w:r>
    </w:p>
    <w:p>
      <w:pPr>
        <w:spacing w:after="0"/>
        <w:ind w:left="360"/>
        <w:shd w:val="clear" w:color="auto" w:fill="F2F2F2"/>
      </w:pPr>
      <w:r>
        <w:rPr>
          <w:rFonts w:ascii="Consolas" w:hAnsi="Consolas"/>
          <w:b w:val="0"/>
          <w:i w:val="0"/>
          <w:sz w:val="18"/>
        </w:rPr>
        <w:t>{"type":"FeatureCollection","metadata":{"generated":1649052296000,...</w:t>
      </w:r>
    </w:p>
    <w:p>
      <w:pPr>
        <w:spacing w:after="0"/>
        <w:ind w:left="360"/>
        <w:shd w:val="clear" w:color="auto" w:fill="F2F2F2"/>
      </w:pPr>
      <w:r>
        <w:rPr>
          <w:rFonts w:ascii="Consolas" w:hAnsi="Consolas"/>
          <w:b w:val="0"/>
          <w:i w:val="0"/>
          <w:sz w:val="18"/>
        </w:rPr>
        <w:t>{"type":"Feature","properties":{"mag":1.6,"place":"63 km SE of Ped...</w:t>
      </w:r>
    </w:p>
    <w:p>
      <w:pPr>
        <w:spacing w:after="0"/>
        <w:ind w:left="360"/>
        <w:shd w:val="clear" w:color="auto" w:fill="F2F2F2"/>
      </w:pPr>
      <w:r>
        <w:rPr>
          <w:rFonts w:ascii="Consolas" w:hAnsi="Consolas"/>
          <w:b w:val="0"/>
          <w:i w:val="0"/>
          <w:sz w:val="18"/>
        </w:rPr>
        <w:t>{"type":"Feature","properties":{"mag":2.2,"place":"27 km SSE of Ca...</w:t>
      </w:r>
    </w:p>
    <w:p>
      <w:pPr>
        <w:spacing w:after="0"/>
        <w:ind w:left="360"/>
        <w:shd w:val="clear" w:color="auto" w:fill="F2F2F2"/>
      </w:pPr>
      <w:r>
        <w:rPr>
          <w:rFonts w:ascii="Consolas" w:hAnsi="Consolas"/>
          <w:b w:val="0"/>
          <w:i w:val="0"/>
          <w:sz w:val="18"/>
        </w:rPr>
        <w:t>{"type":"Feature","properties":{"mag":3.7,"place":"102 km SSE of S...</w:t>
      </w:r>
    </w:p>
    <w:p>
      <w:pPr>
        <w:spacing w:after="0"/>
        <w:ind w:left="360"/>
        <w:shd w:val="clear" w:color="auto" w:fill="F2F2F2"/>
      </w:pPr>
      <w:r>
        <w:rPr>
          <w:rFonts w:ascii="Consolas" w:hAnsi="Consolas"/>
          <w:b w:val="0"/>
          <w:i w:val="0"/>
          <w:sz w:val="18"/>
        </w:rPr>
        <w:t>{"type":"Feature","properties":{"mag":2.92000008,"place":"49 km SE...</w:t>
      </w:r>
    </w:p>
    <w:p>
      <w:pPr>
        <w:spacing w:after="0"/>
        <w:ind w:left="360"/>
        <w:shd w:val="clear" w:color="auto" w:fill="F2F2F2"/>
      </w:pPr>
      <w:r>
        <w:rPr>
          <w:rFonts w:ascii="Consolas" w:hAnsi="Consolas"/>
          <w:b w:val="0"/>
          <w:i w:val="0"/>
          <w:sz w:val="18"/>
        </w:rPr>
        <w:t>{"type":"Feature","properties":{"mag":1.4,"place":"44 km NE of Sus...</w:t>
      </w:r>
    </w:p>
    <w:p>
      <w:pPr>
        <w:spacing w:after="0"/>
        <w:ind w:left="360"/>
        <w:shd w:val="clear" w:color="auto" w:fill="F2F2F2"/>
      </w:pPr>
      <w:r>
        <w:rPr>
          <w:rFonts w:ascii="Consolas" w:hAnsi="Consolas"/>
          <w:b w:val="0"/>
          <w:i/>
          <w:sz w:val="18"/>
        </w:rPr>
        <w:t>--snip--</w:t>
      </w:r>
    </w:p>
    <w:p>
      <w:pPr>
        <w:spacing w:after="40"/>
      </w:pPr>
    </w:p>
    <w:p>
      <w:pPr>
        <w:spacing w:after="80"/>
      </w:pPr>
      <w:r>
        <w:rPr>
          <w:b w:val="0"/>
          <w:i w:val="0"/>
        </w:rPr>
        <w:t>Tệp này được định dạng phù hợp cho máy móc hơn là con người. Nhưng chúng ta có thể thấy rằng tệp chứa một số từ điển (dictionary), cũng như thông tin mà chúng ta quan tâm, chẳng hạn như độ lớn và vị trí của các trận động đất.</w:t>
      </w:r>
    </w:p>
    <w:p>
      <w:pPr>
        <w:spacing w:after="80"/>
      </w:pPr>
      <w:r>
        <w:rPr>
          <w:b w:val="0"/>
          <w:i w:val="0"/>
        </w:rPr>
        <w:t xml:space="preserve">Mô-đun </w:t>
      </w:r>
      <w:r>
        <w:rPr>
          <w:rFonts w:ascii="Consolas" w:hAnsi="Consolas"/>
          <w:b w:val="0"/>
          <w:i w:val="0"/>
          <w:sz w:val="20"/>
        </w:rPr>
        <w:t>json</w:t>
      </w:r>
      <w:r>
        <w:rPr>
          <w:b w:val="0"/>
          <w:i w:val="0"/>
        </w:rPr>
        <w:t xml:space="preserve"> cung cấp nhiều công cụ để khám phá và làm việc với dữ liệu JSON. Một số công cụ này sẽ giúp chúng ta định dạng lại tệp để có thể xem dữ liệu thô dễ dàng hơn trước khi xử lý bằng chương trình.</w:t>
      </w:r>
    </w:p>
    <w:p>
      <w:pPr>
        <w:spacing w:after="80"/>
      </w:pPr>
      <w:r>
        <w:rPr>
          <w:b w:val="0"/>
          <w:i w:val="0"/>
        </w:rPr>
        <w:t>Hãy bắt đầu bằng việc tải dữ liệu và hiển thị nó ở định dạng dễ đọc hơn. Đây là một tệp dữ liệu dài, nên thay vì in ra, chúng ta sẽ ghi lại dữ liệu vào một tệp mới. Sau đó, chúng ta có thể mở tệp đó và cuộn qua lại để xem dữ liệu dễ dàng hơn:</w:t>
      </w:r>
    </w:p>
    <w:p>
      <w:pPr>
        <w:spacing w:after="80"/>
      </w:pPr>
      <w:r>
        <w:rPr>
          <w:b w:val="0"/>
          <w:i w:val="0"/>
        </w:rPr>
        <w:t>eq_explore_data.py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Read data as a string and convert to a Python object.</w:t>
      </w:r>
    </w:p>
    <w:p>
      <w:pPr>
        <w:spacing w:after="0"/>
        <w:ind w:left="360"/>
        <w:shd w:val="clear" w:color="auto" w:fill="F2F2F2"/>
      </w:pPr>
      <w:r>
        <w:rPr>
          <w:rFonts w:ascii="Consolas" w:hAnsi="Consolas"/>
          <w:b w:val="0"/>
          <w:i w:val="0"/>
          <w:sz w:val="18"/>
        </w:rPr>
        <w:t>path = Path('eq_data/eq_data_1_day_m1.geojson')</w:t>
      </w:r>
    </w:p>
    <w:p>
      <w:pPr>
        <w:spacing w:after="0"/>
        <w:ind w:left="360"/>
        <w:shd w:val="clear" w:color="auto" w:fill="F2F2F2"/>
      </w:pPr>
      <w:r>
        <w:rPr>
          <w:rFonts w:ascii="Consolas" w:hAnsi="Consolas"/>
          <w:b w:val="0"/>
          <w:i w:val="0"/>
          <w:sz w:val="18"/>
        </w:rPr>
        <w:t>contents = path.read_text(encoding='utf-8')</w:t>
      </w:r>
    </w:p>
    <w:p>
      <w:pPr>
        <w:spacing w:after="0"/>
        <w:ind w:left="360"/>
        <w:shd w:val="clear" w:color="auto" w:fill="F2F2F2"/>
      </w:pPr>
      <w:r>
        <w:rPr>
          <w:rFonts w:ascii="Consolas" w:hAnsi="Consolas"/>
          <w:b w:val="0"/>
          <w:i w:val="0"/>
          <w:sz w:val="18"/>
        </w:rPr>
        <w:t>❶ all_eq_data = json.loads(contents)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Create a more readable version of the data file.</w:t>
      </w:r>
    </w:p>
    <w:p>
      <w:pPr>
        <w:spacing w:after="0"/>
        <w:ind w:left="360"/>
        <w:shd w:val="clear" w:color="auto" w:fill="F2F2F2"/>
      </w:pPr>
      <w:r>
        <w:rPr>
          <w:rFonts w:ascii="Consolas" w:hAnsi="Consolas"/>
          <w:b w:val="0"/>
          <w:i w:val="0"/>
          <w:sz w:val="18"/>
        </w:rPr>
        <w:t>❷ path = Path('eq_data/readable_eq_data.geojson')</w:t>
      </w:r>
    </w:p>
    <w:p>
      <w:pPr>
        <w:spacing w:after="0"/>
        <w:ind w:left="360"/>
        <w:shd w:val="clear" w:color="auto" w:fill="F2F2F2"/>
      </w:pPr>
      <w:r>
        <w:rPr>
          <w:rFonts w:ascii="Consolas" w:hAnsi="Consolas"/>
          <w:b w:val="0"/>
          <w:i w:val="0"/>
          <w:sz w:val="18"/>
        </w:rPr>
        <w:t>❸ readable_contents = json.dumps(all_eq_data, indent=4)</w:t>
      </w:r>
    </w:p>
    <w:p>
      <w:pPr>
        <w:spacing w:after="0"/>
        <w:ind w:left="360"/>
        <w:shd w:val="clear" w:color="auto" w:fill="F2F2F2"/>
      </w:pPr>
      <w:r>
        <w:rPr>
          <w:rFonts w:ascii="Consolas" w:hAnsi="Consolas"/>
          <w:b w:val="0"/>
          <w:i w:val="0"/>
          <w:sz w:val="18"/>
        </w:rPr>
        <w:t>path.write_text(readable_contents)</w:t>
      </w:r>
    </w:p>
    <w:p>
      <w:pPr>
        <w:spacing w:after="40"/>
      </w:pPr>
    </w:p>
    <w:p>
      <w:pPr>
        <w:spacing w:after="80"/>
      </w:pPr>
      <w:r>
        <w:rPr>
          <w:b w:val="0"/>
          <w:i w:val="0"/>
        </w:rPr>
        <w:t xml:space="preserve">Chúng ta đọc tệp dữ liệu dưới dạng chuỗi, và dùng </w:t>
      </w:r>
      <w:r>
        <w:rPr>
          <w:rFonts w:ascii="Consolas" w:hAnsi="Consolas"/>
          <w:b w:val="0"/>
          <w:i w:val="0"/>
          <w:sz w:val="20"/>
        </w:rPr>
        <w:t>json.loads()</w:t>
      </w:r>
      <w:r>
        <w:rPr>
          <w:b w:val="0"/>
          <w:i w:val="0"/>
        </w:rPr>
        <w:t xml:space="preserve"> để chuyển biểu diễn chuỗi của tệp thành một đối tượng Python ❶. Đây cũng là cách tiếp cận mà chúng ta đã dùng trong Chương 10. Trong trường hợp này, toàn bộ tập dữ liệu được chuyển thành một từ điển duy nhất, mà chúng ta gán cho </w:t>
      </w:r>
      <w:r>
        <w:rPr>
          <w:rFonts w:ascii="Consolas" w:hAnsi="Consolas"/>
          <w:b w:val="0"/>
          <w:i w:val="0"/>
          <w:sz w:val="20"/>
        </w:rPr>
        <w:t>all_eq_data</w:t>
      </w:r>
      <w:r>
        <w:rPr>
          <w:b w:val="0"/>
          <w:i w:val="0"/>
        </w:rPr>
        <w:t xml:space="preserve">. Sau đó, chúng ta định nghĩa một </w:t>
      </w:r>
      <w:r>
        <w:rPr>
          <w:rFonts w:ascii="Consolas" w:hAnsi="Consolas"/>
          <w:b w:val="0"/>
          <w:i w:val="0"/>
          <w:sz w:val="20"/>
        </w:rPr>
        <w:t>path</w:t>
      </w:r>
      <w:r>
        <w:rPr>
          <w:b w:val="0"/>
          <w:i w:val="0"/>
        </w:rPr>
        <w:t xml:space="preserve"> mới để có thể ghi cùng dữ liệu này ở định dạng dễ đọc hơn ❷. Hàm </w:t>
      </w:r>
      <w:r>
        <w:rPr>
          <w:rFonts w:ascii="Consolas" w:hAnsi="Consolas"/>
          <w:b w:val="0"/>
          <w:i w:val="0"/>
          <w:sz w:val="20"/>
        </w:rPr>
        <w:t>json.dumps()</w:t>
      </w:r>
      <w:r>
        <w:rPr>
          <w:b w:val="0"/>
          <w:i w:val="0"/>
        </w:rPr>
        <w:t xml:space="preserve"> mà bạn đã thấy trong Chương 10 có thể nhận một đối số tùy chọn </w:t>
      </w:r>
      <w:r>
        <w:rPr>
          <w:rFonts w:ascii="Consolas" w:hAnsi="Consolas"/>
          <w:b w:val="0"/>
          <w:i w:val="0"/>
          <w:sz w:val="20"/>
        </w:rPr>
        <w:t>indent</w:t>
      </w:r>
      <w:r>
        <w:rPr>
          <w:b w:val="0"/>
          <w:i w:val="0"/>
        </w:rPr>
        <w:t xml:space="preserve"> ❸, cho biết mức thụt lề cho các phần tử lồng nhau trong cấu trúc dữ liệu.</w:t>
      </w:r>
    </w:p>
    <w:p>
      <w:pPr>
        <w:spacing w:after="80"/>
      </w:pPr>
      <w:r>
        <w:rPr>
          <w:b w:val="0"/>
          <w:i w:val="0"/>
        </w:rPr>
        <w:t xml:space="preserve">Khi bạn xem trong thư mục </w:t>
      </w:r>
      <w:r>
        <w:rPr>
          <w:b w:val="0"/>
          <w:i/>
        </w:rPr>
        <w:t>eq_data</w:t>
      </w:r>
      <w:r>
        <w:rPr>
          <w:b w:val="0"/>
          <w:i w:val="0"/>
        </w:rPr>
        <w:t xml:space="preserve"> và mở tệp </w:t>
      </w:r>
      <w:r>
        <w:rPr>
          <w:b w:val="0"/>
          <w:i/>
        </w:rPr>
        <w:t>readable_eq_data.json</w:t>
      </w:r>
      <w:r>
        <w:rPr>
          <w:b w:val="0"/>
          <w:i w:val="0"/>
        </w:rPr>
        <w:t>, đây là phần đầu tiên mà bạn sẽ thấy:</w:t>
      </w:r>
    </w:p>
    <w:p>
      <w:pPr>
        <w:spacing w:after="80"/>
      </w:pPr>
      <w:r>
        <w:rPr>
          <w:b w:val="0"/>
          <w:i w:val="0"/>
        </w:rPr>
        <w:t>readable_eq_data.json</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 xml:space="preserve">    "type": "FeatureCollection",</w:t>
      </w:r>
    </w:p>
    <w:p>
      <w:pPr>
        <w:spacing w:after="0"/>
        <w:ind w:left="360"/>
        <w:shd w:val="clear" w:color="auto" w:fill="F2F2F2"/>
      </w:pPr>
      <w:r>
        <w:rPr>
          <w:rFonts w:ascii="Consolas" w:hAnsi="Consolas"/>
          <w:b w:val="0"/>
          <w:i w:val="0"/>
          <w:sz w:val="18"/>
        </w:rPr>
        <w:t>❶     "metadata": {</w:t>
      </w:r>
    </w:p>
    <w:p>
      <w:pPr>
        <w:spacing w:after="0"/>
        <w:ind w:left="360"/>
        <w:shd w:val="clear" w:color="auto" w:fill="F2F2F2"/>
      </w:pPr>
      <w:r>
        <w:rPr>
          <w:rFonts w:ascii="Consolas" w:hAnsi="Consolas"/>
          <w:b w:val="0"/>
          <w:i w:val="0"/>
          <w:sz w:val="18"/>
        </w:rPr>
        <w:t xml:space="preserve">        "generated": 1649052296000,</w:t>
      </w:r>
    </w:p>
    <w:p>
      <w:pPr>
        <w:spacing w:after="0"/>
        <w:ind w:left="360"/>
        <w:shd w:val="clear" w:color="auto" w:fill="F2F2F2"/>
      </w:pPr>
      <w:r>
        <w:rPr>
          <w:rFonts w:ascii="Consolas" w:hAnsi="Consolas"/>
          <w:b w:val="0"/>
          <w:i w:val="0"/>
          <w:sz w:val="18"/>
        </w:rPr>
        <w:t xml:space="preserve">        "url": "https://earthquake.usgs.gov/earthquakes/.../1.0_day.geojson",</w:t>
      </w:r>
    </w:p>
    <w:p>
      <w:pPr>
        <w:spacing w:after="0"/>
        <w:ind w:left="360"/>
        <w:shd w:val="clear" w:color="auto" w:fill="F2F2F2"/>
      </w:pPr>
      <w:r>
        <w:rPr>
          <w:rFonts w:ascii="Consolas" w:hAnsi="Consolas"/>
          <w:b w:val="0"/>
          <w:i w:val="0"/>
          <w:sz w:val="18"/>
        </w:rPr>
        <w:t xml:space="preserve">        "title": "USGS Magnitude 1.0+ Earthquakes, Past Day",</w:t>
      </w:r>
    </w:p>
    <w:p>
      <w:pPr>
        <w:spacing w:after="0"/>
        <w:ind w:left="360"/>
        <w:shd w:val="clear" w:color="auto" w:fill="F2F2F2"/>
      </w:pPr>
      <w:r>
        <w:rPr>
          <w:rFonts w:ascii="Consolas" w:hAnsi="Consolas"/>
          <w:b w:val="0"/>
          <w:i w:val="0"/>
          <w:sz w:val="18"/>
        </w:rPr>
        <w:t xml:space="preserve">        "status": 200,</w:t>
      </w:r>
    </w:p>
    <w:p>
      <w:pPr>
        <w:spacing w:after="0"/>
        <w:ind w:left="360"/>
        <w:shd w:val="clear" w:color="auto" w:fill="F2F2F2"/>
      </w:pPr>
      <w:r>
        <w:rPr>
          <w:rFonts w:ascii="Consolas" w:hAnsi="Consolas"/>
          <w:b w:val="0"/>
          <w:i w:val="0"/>
          <w:sz w:val="18"/>
        </w:rPr>
        <w:t xml:space="preserve">        "api": "1.10.3",</w:t>
      </w:r>
    </w:p>
    <w:p>
      <w:pPr>
        <w:spacing w:after="0"/>
        <w:ind w:left="360"/>
        <w:shd w:val="clear" w:color="auto" w:fill="F2F2F2"/>
      </w:pPr>
      <w:r>
        <w:rPr>
          <w:rFonts w:ascii="Consolas" w:hAnsi="Consolas"/>
          <w:b w:val="0"/>
          <w:i w:val="0"/>
          <w:sz w:val="18"/>
        </w:rPr>
        <w:t xml:space="preserve">        "count": 160</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❷     "features":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Phần đầu của tệp bao gồm một mục với khóa </w:t>
      </w:r>
      <w:r>
        <w:rPr>
          <w:rFonts w:ascii="Consolas" w:hAnsi="Consolas"/>
          <w:b w:val="0"/>
          <w:i w:val="0"/>
          <w:sz w:val="20"/>
        </w:rPr>
        <w:t>"metadata"</w:t>
      </w:r>
      <w:r>
        <w:rPr>
          <w:b w:val="0"/>
          <w:i w:val="0"/>
        </w:rPr>
        <w:t xml:space="preserve">❶. Mục này cho chúng ta biết tệp dữ liệu được tạo khi nào và chúng ta có thể tìm dữ liệu trực tuyến ở đâu. Nó cũng cung cấp cho chúng ta một tiêu đề dễ đọc và số lượng trận động đất có trong tệp này. Trong khoảng thời gian 24 giờ này, </w:t>
      </w:r>
      <w:r>
        <w:rPr>
          <w:rFonts w:ascii="Consolas" w:hAnsi="Consolas"/>
          <w:b w:val="0"/>
          <w:i w:val="0"/>
          <w:sz w:val="20"/>
        </w:rPr>
        <w:t>160</w:t>
      </w:r>
      <w:r>
        <w:rPr>
          <w:b w:val="0"/>
          <w:i w:val="0"/>
        </w:rPr>
        <w:t xml:space="preserve"> trận động đất đã được ghi nhận.</w:t>
      </w:r>
    </w:p>
    <w:p>
      <w:pPr>
        <w:spacing w:after="80"/>
      </w:pPr>
      <w:r>
        <w:rPr>
          <w:b w:val="0"/>
          <w:i w:val="0"/>
        </w:rPr>
        <w:t xml:space="preserve">Tệp GeoJSON này có cấu trúc hữu ích cho dữ liệu dựa trên vị trí. Thông tin được lưu trong một danh sách gắn với khóa </w:t>
      </w:r>
      <w:r>
        <w:rPr>
          <w:rFonts w:ascii="Consolas" w:hAnsi="Consolas"/>
          <w:b w:val="0"/>
          <w:i w:val="0"/>
          <w:sz w:val="20"/>
        </w:rPr>
        <w:t>"features"</w:t>
      </w:r>
      <w:r>
        <w:rPr>
          <w:b w:val="0"/>
          <w:i w:val="0"/>
        </w:rPr>
        <w:t xml:space="preserve"> ❷. Vì tệp này chứa dữ liệu động đất, dữ liệu ở dạng danh sách trong đó mỗi mục trong danh sách tương ứng với một trận động đất. Cấu trúc này có thể trông khó hiểu, nhưng nó khá mạnh mẽ. Nó cho phép các nhà địa chất lưu trữ bao nhiêu thông tin tùy thích trong một từ điển về mỗi trận động đất, rồi nhồi tất cả các từ điển đó vào một danh sách lớn.</w:t>
      </w:r>
    </w:p>
    <w:p>
      <w:pPr>
        <w:spacing w:after="80"/>
      </w:pPr>
      <w:r>
        <w:rPr>
          <w:b w:val="0"/>
          <w:i w:val="0"/>
        </w:rPr>
        <w:t>Hãy xem một từ điển đại diện cho một trận động đất:</w:t>
      </w:r>
    </w:p>
    <w:p>
      <w:pPr>
        <w:spacing w:after="80"/>
      </w:pPr>
      <w:r>
        <w:rPr>
          <w:b w:val="0"/>
          <w:i w:val="0"/>
        </w:rPr>
        <w:t>readable_eq_data.json</w:t>
      </w:r>
    </w:p>
    <w:p>
      <w:pPr>
        <w:spacing w:after="80"/>
      </w:pPr>
      <w:r>
        <w:rPr>
          <w:b w:val="0"/>
          <w:i/>
        </w:rPr>
        <w:t>--snip--</w:t>
      </w:r>
      <w:r>
        <w:br/>
      </w:r>
      <w:r>
        <w:rPr>
          <w:b w:val="0"/>
          <w:i w:val="0"/>
        </w:rPr>
        <w:t xml:space="preserve">        {</w:t>
      </w:r>
      <w:r>
        <w:br/>
      </w:r>
      <w:r>
        <w:rPr>
          <w:b w:val="0"/>
          <w:i w:val="0"/>
        </w:rPr>
        <w:t xml:space="preserve">            "type": "Feature",</w:t>
      </w:r>
      <w:r>
        <w:br/>
      </w:r>
      <w:r>
        <w:rPr>
          <w:b w:val="0"/>
          <w:i w:val="0"/>
        </w:rPr>
        <w:t>❶             "properties": {</w:t>
      </w:r>
      <w:r>
        <w:br/>
      </w:r>
      <w:r>
        <w:rPr>
          <w:b w:val="0"/>
          <w:i w:val="0"/>
        </w:rPr>
        <w:t xml:space="preserve">                "mag": 1.6,</w:t>
      </w:r>
      <w:r>
        <w:br/>
      </w:r>
      <w:r>
        <w:rPr>
          <w:b w:val="0"/>
          <w:i/>
        </w:rPr>
        <w:t xml:space="preserve">                --snip--</w:t>
      </w:r>
      <w:r>
        <w:br/>
      </w:r>
      <w:r>
        <w:rPr>
          <w:b w:val="0"/>
          <w:i w:val="0"/>
        </w:rPr>
        <w:t>❷                 "title": "M 1.6 - 27 km NNW of Susitna, Alaska"</w:t>
      </w:r>
      <w:r>
        <w:br/>
      </w:r>
      <w:r>
        <w:rPr>
          <w:b w:val="0"/>
          <w:i w:val="0"/>
        </w:rPr>
        <w:t xml:space="preserve">            },</w:t>
      </w:r>
      <w:r>
        <w:br/>
      </w:r>
      <w:r>
        <w:rPr>
          <w:b w:val="0"/>
          <w:i w:val="0"/>
        </w:rPr>
        <w:t>❸             "geometry": {</w:t>
      </w:r>
      <w:r>
        <w:br/>
      </w:r>
      <w:r>
        <w:rPr>
          <w:b w:val="0"/>
          <w:i w:val="0"/>
        </w:rPr>
        <w:t xml:space="preserve">                "type": "Point",</w:t>
      </w:r>
      <w:r>
        <w:br/>
      </w:r>
      <w:r>
        <w:rPr>
          <w:b w:val="0"/>
          <w:i w:val="0"/>
        </w:rPr>
        <w:t xml:space="preserve">                "coordinates": [</w:t>
      </w:r>
      <w:r>
        <w:br/>
      </w:r>
      <w:r>
        <w:rPr>
          <w:b w:val="0"/>
          <w:i w:val="0"/>
        </w:rPr>
        <w:t>❹                     -150.7585,</w:t>
      </w:r>
      <w:r>
        <w:br/>
      </w:r>
      <w:r>
        <w:rPr>
          <w:b w:val="0"/>
          <w:i w:val="0"/>
        </w:rPr>
        <w:t>❺                     61.7591,</w:t>
      </w:r>
      <w:r>
        <w:br/>
      </w:r>
      <w:r>
        <w:rPr>
          <w:b w:val="0"/>
          <w:i w:val="0"/>
        </w:rPr>
        <w:t xml:space="preserve">                    56.3</w:t>
      </w:r>
      <w:r>
        <w:br/>
      </w:r>
      <w:r>
        <w:rPr>
          <w:b w:val="0"/>
          <w:i w:val="0"/>
        </w:rPr>
        <w:t xml:space="preserve">                ]</w:t>
      </w:r>
      <w:r>
        <w:br/>
      </w:r>
      <w:r>
        <w:rPr>
          <w:b w:val="0"/>
          <w:i w:val="0"/>
        </w:rPr>
        <w:t xml:space="preserve">            },</w:t>
      </w:r>
      <w:r>
        <w:br/>
      </w:r>
      <w:r>
        <w:rPr>
          <w:b w:val="0"/>
          <w:i w:val="0"/>
        </w:rPr>
        <w:t xml:space="preserve">            "id": "ak0224bju1jx"</w:t>
      </w:r>
      <w:r>
        <w:br/>
      </w:r>
      <w:r>
        <w:rPr>
          <w:b w:val="0"/>
          <w:i w:val="0"/>
        </w:rPr>
        <w:t xml:space="preserve">        },</w:t>
      </w:r>
    </w:p>
    <w:p>
      <w:pPr>
        <w:spacing w:after="80"/>
      </w:pPr>
      <w:r>
        <w:rPr>
          <w:b w:val="0"/>
          <w:i w:val="0"/>
        </w:rPr>
        <w:t xml:space="preserve">Khóa </w:t>
      </w:r>
      <w:r>
        <w:rPr>
          <w:rFonts w:ascii="Consolas" w:hAnsi="Consolas"/>
          <w:b w:val="0"/>
          <w:i w:val="0"/>
          <w:sz w:val="20"/>
        </w:rPr>
        <w:t>"properties"</w:t>
      </w:r>
      <w:r>
        <w:rPr>
          <w:b w:val="0"/>
          <w:i w:val="0"/>
        </w:rPr>
        <w:t xml:space="preserve"> chứa rất nhiều thông tin về mỗi trận động đất ❶. Chúng ta chủ yếu quan tâm đến độ lớn (magnitude) của mỗi trận động đất, gắn với khóa </w:t>
      </w:r>
      <w:r>
        <w:rPr>
          <w:rFonts w:ascii="Consolas" w:hAnsi="Consolas"/>
          <w:b w:val="0"/>
          <w:i w:val="0"/>
          <w:sz w:val="20"/>
        </w:rPr>
        <w:t>"mag"</w:t>
      </w:r>
      <w:r>
        <w:rPr>
          <w:b w:val="0"/>
          <w:i w:val="0"/>
        </w:rPr>
        <w:t xml:space="preserve">. Chúng ta cũng quan tâm đến </w:t>
      </w:r>
      <w:r>
        <w:rPr>
          <w:rFonts w:ascii="Consolas" w:hAnsi="Consolas"/>
          <w:b w:val="0"/>
          <w:i w:val="0"/>
          <w:sz w:val="20"/>
        </w:rPr>
        <w:t>"title"</w:t>
      </w:r>
      <w:r>
        <w:rPr>
          <w:b w:val="0"/>
          <w:i w:val="0"/>
        </w:rPr>
        <w:t xml:space="preserve"> của mỗi sự kiện, cung cấp một tóm tắt gọn gàng về độ lớn và vị trí của nó ❷.</w:t>
      </w:r>
    </w:p>
    <w:p>
      <w:pPr>
        <w:spacing w:after="80"/>
      </w:pPr>
      <w:r>
        <w:rPr>
          <w:b w:val="0"/>
          <w:i w:val="0"/>
        </w:rPr>
        <w:t xml:space="preserve">Khóa </w:t>
      </w:r>
      <w:r>
        <w:rPr>
          <w:rFonts w:ascii="Consolas" w:hAnsi="Consolas"/>
          <w:b w:val="0"/>
          <w:i w:val="0"/>
          <w:sz w:val="20"/>
        </w:rPr>
        <w:t>"geometry"</w:t>
      </w:r>
      <w:r>
        <w:rPr>
          <w:b w:val="0"/>
          <w:i w:val="0"/>
        </w:rPr>
        <w:t xml:space="preserve"> giúp chúng ta hiểu trận động đất xảy ra ở đâu ❸. Chúng ta sẽ cần thông tin này để vẽ bản đồ cho mỗi sự kiện. Chúng ta có thể tìm kinh độ ❹ và vĩ độ ❺ của mỗi trận động đất trong một danh sách gắn với khóa </w:t>
      </w:r>
      <w:r>
        <w:rPr>
          <w:rFonts w:ascii="Consolas" w:hAnsi="Consolas"/>
          <w:b w:val="0"/>
          <w:i w:val="0"/>
          <w:sz w:val="20"/>
        </w:rPr>
        <w:t>"coordinates"</w:t>
      </w:r>
      <w:r>
        <w:rPr>
          <w:b w:val="0"/>
          <w:i w:val="0"/>
        </w:rPr>
        <w:t>.</w:t>
      </w:r>
    </w:p>
    <w:p>
      <w:pPr>
        <w:spacing w:after="80"/>
      </w:pPr>
      <w:r>
        <w:rPr>
          <w:b w:val="0"/>
          <w:i w:val="0"/>
        </w:rPr>
        <w:t>Tệp này chứa nhiều tầng lồng nhau hơn mức chúng ta thường dùng trong mã mình viết, nên nếu nó trông khó hiểu thì đừng lo: Python sẽ xử lý phần lớn sự phức tạp. Chúng ta sẽ chỉ làm việc với một hoặc hai tầng lồng nhau tại một thời điểm. Chúng ta sẽ bắt đầu bằng việc lấy ra một từ điển cho mỗi trận động đất được ghi nhận trong khoảng thời gian 24 giờ.</w:t>
      </w:r>
    </w:p>
    <w:p>
      <w:pPr>
        <w:spacing w:before="120" w:after="40"/>
      </w:pPr>
      <w:r>
        <w:rPr>
          <w:b/>
          <w:sz w:val="21"/>
        </w:rPr>
        <w:t>Ghi chú</w:t>
      </w:r>
    </w:p>
    <w:p>
      <w:pPr>
        <w:spacing w:after="80"/>
      </w:pPr>
      <w:r>
        <w:rPr>
          <w:b w:val="0"/>
          <w:i w:val="0"/>
        </w:rPr>
        <w:t>Khi nói về vị trí, chúng ta thường nói vĩ độ (latitude) của địa điểm trước, rồi mới đến kinh độ (longitude). Quy ước này có lẽ ra đời vì con người đã khám phá ra vĩ độ từ rất lâu trước khi phát triển khái niệm kinh độ. Tuy nhiên, nhiều framework không gian địa lý (geospatial framework) lại liệt kê kinh độ trước rồi mới đến vĩ độ, vì điều này tương ứng với quy ước (x, y) mà chúng ta dùng trong biểu diễn toán học. Định dạng GeoJSON tuân theo quy ước (kinh độ, vĩ độ). Nếu bạn dùng một framework khác, điều quan trọng là phải tìm hiểu xem framework đó tuân theo quy ước nào.</w:t>
      </w:r>
    </w:p>
    <w:p>
      <w:pPr>
        <w:pStyle w:val="Heading3"/>
      </w:pPr>
      <w:r>
        <w:rPr>
          <w:rFonts w:ascii="Calibri" w:hAnsi="Calibri"/>
          <w:b/>
          <w:i w:val="0"/>
          <w:sz w:val="27"/>
        </w:rPr>
        <w:t>Lập danh sách tất cả các trận động đất</w:t>
      </w:r>
    </w:p>
    <w:p>
      <w:pPr>
        <w:spacing w:after="80"/>
      </w:pPr>
      <w:r>
        <w:rPr>
          <w:b w:val="0"/>
          <w:i w:val="0"/>
        </w:rPr>
        <w:t>Đầu tiên, chúng ta sẽ lập một danh sách chứa toàn bộ thông tin về mọi trận động đất đã xảy ra.</w:t>
      </w:r>
    </w:p>
    <w:p>
      <w:pPr>
        <w:spacing w:after="80"/>
      </w:pPr>
      <w:r>
        <w:rPr>
          <w:b w:val="0"/>
          <w:i w:val="0"/>
        </w:rPr>
        <w:t>eq_explore_data.py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Read data as a string and convert to a Python object.</w:t>
      </w:r>
    </w:p>
    <w:p>
      <w:pPr>
        <w:spacing w:after="0"/>
        <w:ind w:left="360"/>
        <w:shd w:val="clear" w:color="auto" w:fill="F2F2F2"/>
      </w:pPr>
      <w:r>
        <w:rPr>
          <w:rFonts w:ascii="Consolas" w:hAnsi="Consolas"/>
          <w:b w:val="0"/>
          <w:i w:val="0"/>
          <w:sz w:val="18"/>
        </w:rPr>
        <w:t>path = Path('eq_data/eq_data_1_day_m1.geojson')</w:t>
      </w:r>
    </w:p>
    <w:p>
      <w:pPr>
        <w:spacing w:after="0"/>
        <w:ind w:left="360"/>
        <w:shd w:val="clear" w:color="auto" w:fill="F2F2F2"/>
      </w:pPr>
      <w:r>
        <w:rPr>
          <w:rFonts w:ascii="Consolas" w:hAnsi="Consolas"/>
          <w:b w:val="0"/>
          <w:i w:val="0"/>
          <w:sz w:val="18"/>
        </w:rPr>
        <w:t>contents = path.read_text(encoding='utf-8')</w:t>
      </w:r>
    </w:p>
    <w:p>
      <w:pPr>
        <w:spacing w:after="0"/>
        <w:ind w:left="360"/>
        <w:shd w:val="clear" w:color="auto" w:fill="F2F2F2"/>
      </w:pPr>
      <w:r>
        <w:rPr>
          <w:rFonts w:ascii="Consolas" w:hAnsi="Consolas"/>
          <w:b w:val="0"/>
          <w:i w:val="0"/>
          <w:sz w:val="18"/>
        </w:rPr>
        <w:t>all_eq_data = json.loads(contents)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Examine all earthquakes in the dataset.</w:t>
      </w:r>
    </w:p>
    <w:p>
      <w:pPr>
        <w:spacing w:after="0"/>
        <w:ind w:left="360"/>
        <w:shd w:val="clear" w:color="auto" w:fill="F2F2F2"/>
      </w:pPr>
      <w:r>
        <w:rPr>
          <w:rFonts w:ascii="Consolas" w:hAnsi="Consolas"/>
          <w:b w:val="0"/>
          <w:i w:val="0"/>
          <w:sz w:val="18"/>
        </w:rPr>
        <w:t>all_eq_dicts = all_eq_data['features']</w:t>
      </w:r>
    </w:p>
    <w:p>
      <w:pPr>
        <w:spacing w:after="0"/>
        <w:ind w:left="360"/>
        <w:shd w:val="clear" w:color="auto" w:fill="F2F2F2"/>
      </w:pPr>
      <w:r>
        <w:rPr>
          <w:rFonts w:ascii="Consolas" w:hAnsi="Consolas"/>
          <w:b w:val="0"/>
          <w:i w:val="0"/>
          <w:sz w:val="18"/>
        </w:rPr>
        <w:t>print(len(all_eq_dicts))</w:t>
      </w:r>
    </w:p>
    <w:p>
      <w:pPr>
        <w:spacing w:after="40"/>
      </w:pPr>
    </w:p>
    <w:p>
      <w:pPr>
        <w:spacing w:after="80"/>
      </w:pPr>
      <w:r>
        <w:rPr>
          <w:b w:val="0"/>
          <w:i w:val="0"/>
        </w:rPr>
        <w:t xml:space="preserve">Chúng ta lấy dữ liệu gắn với khóa </w:t>
      </w:r>
      <w:r>
        <w:rPr>
          <w:rFonts w:ascii="Consolas" w:hAnsi="Consolas"/>
          <w:b w:val="0"/>
          <w:i w:val="0"/>
          <w:sz w:val="20"/>
        </w:rPr>
        <w:t>'features'</w:t>
      </w:r>
      <w:r>
        <w:rPr>
          <w:b w:val="0"/>
          <w:i w:val="0"/>
        </w:rPr>
        <w:t xml:space="preserve"> trong từ điển </w:t>
      </w:r>
      <w:r>
        <w:rPr>
          <w:rFonts w:ascii="Consolas" w:hAnsi="Consolas"/>
          <w:b w:val="0"/>
          <w:i w:val="0"/>
          <w:sz w:val="20"/>
        </w:rPr>
        <w:t>all_eq_data</w:t>
      </w:r>
      <w:r>
        <w:rPr>
          <w:b w:val="0"/>
          <w:i w:val="0"/>
        </w:rPr>
        <w:t xml:space="preserve">, rồi gán nó cho </w:t>
      </w:r>
      <w:r>
        <w:rPr>
          <w:rFonts w:ascii="Consolas" w:hAnsi="Consolas"/>
          <w:b w:val="0"/>
          <w:i w:val="0"/>
          <w:sz w:val="20"/>
        </w:rPr>
        <w:t>all_eq_dicts</w:t>
      </w:r>
      <w:r>
        <w:rPr>
          <w:b w:val="0"/>
          <w:i w:val="0"/>
        </w:rPr>
        <w:t>. Chúng ta biết tệp này chứa bản ghi của 160 trận động đất, và kết quả xuất ra xác nhận rằng chúng ta đã nắm được tất cả các trận động đất trong tệp:</w:t>
      </w:r>
    </w:p>
    <w:p>
      <w:pPr>
        <w:spacing w:after="80"/>
      </w:pPr>
      <w:r>
        <w:rPr>
          <w:b w:val="0"/>
          <w:i w:val="0"/>
        </w:rPr>
        <w:t>160</w:t>
      </w:r>
    </w:p>
    <w:p>
      <w:pPr>
        <w:spacing w:after="80"/>
      </w:pPr>
      <w:r>
        <w:rPr>
          <w:b w:val="0"/>
          <w:i w:val="0"/>
        </w:rPr>
        <w:t xml:space="preserve">Hãy để ý đoạn mã này ngắn đến mức nào. Tệp được định dạng gọn gàng </w:t>
      </w:r>
      <w:r>
        <w:rPr>
          <w:b w:val="0"/>
          <w:i/>
        </w:rPr>
        <w:t>readable_eq_data.json</w:t>
      </w:r>
      <w:r>
        <w:rPr>
          <w:b w:val="0"/>
          <w:i w:val="0"/>
        </w:rPr>
        <w:t xml:space="preserve"> có hơn 6.000 dòng. Nhưng chỉ với vài dòng, chúng ta có thể đọc hết đống dữ liệu đó và lưu nó vào một danh sách Python. Tiếp theo, chúng ta sẽ lấy độ lớn (magnitude) từ mỗi trận động đất.</w:t>
      </w:r>
    </w:p>
    <w:p>
      <w:pPr>
        <w:pStyle w:val="Heading3"/>
      </w:pPr>
      <w:r>
        <w:rPr>
          <w:rFonts w:ascii="Calibri" w:hAnsi="Calibri"/>
          <w:b/>
          <w:i w:val="0"/>
          <w:sz w:val="27"/>
        </w:rPr>
        <w:t>Trích xuất độ lớn</w:t>
      </w:r>
    </w:p>
    <w:p>
      <w:pPr>
        <w:spacing w:after="80"/>
      </w:pPr>
      <w:r>
        <w:rPr>
          <w:b w:val="0"/>
          <w:i w:val="0"/>
        </w:rPr>
        <w:t>Chúng ta có thể lặp qua danh sách chứa dữ liệu về từng trận động đất, và trích xuất bất kỳ thông tin nào mình muốn. Hãy lấy ra độ lớn của mỗi trận động đất:</w:t>
      </w:r>
    </w:p>
    <w:p>
      <w:pPr>
        <w:spacing w:after="80"/>
      </w:pPr>
      <w:r>
        <w:rPr>
          <w:b w:val="0"/>
          <w:i w:val="0"/>
        </w:rPr>
        <w:t>eq_explore_data.py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all_eq_dicts = all_eq_data['features']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mags = []</w:t>
      </w:r>
    </w:p>
    <w:p>
      <w:pPr>
        <w:spacing w:after="0"/>
        <w:ind w:left="360"/>
        <w:shd w:val="clear" w:color="auto" w:fill="F2F2F2"/>
      </w:pPr>
      <w:r>
        <w:rPr>
          <w:rFonts w:ascii="Consolas" w:hAnsi="Consolas"/>
          <w:b w:val="0"/>
          <w:i w:val="0"/>
          <w:sz w:val="18"/>
        </w:rPr>
        <w:t>for eq_dict in all_eq_dicts:</w:t>
      </w:r>
    </w:p>
    <w:p>
      <w:pPr>
        <w:spacing w:after="0"/>
        <w:ind w:left="360"/>
        <w:shd w:val="clear" w:color="auto" w:fill="F2F2F2"/>
      </w:pPr>
      <w:r>
        <w:rPr>
          <w:rFonts w:ascii="Consolas" w:hAnsi="Consolas"/>
          <w:b w:val="0"/>
          <w:i w:val="0"/>
          <w:sz w:val="18"/>
        </w:rPr>
        <w:t>❷     mag = eq_dict['properties']['mag']</w:t>
      </w:r>
    </w:p>
    <w:p>
      <w:pPr>
        <w:spacing w:after="0"/>
        <w:ind w:left="360"/>
        <w:shd w:val="clear" w:color="auto" w:fill="F2F2F2"/>
      </w:pPr>
      <w:r>
        <w:rPr>
          <w:rFonts w:ascii="Consolas" w:hAnsi="Consolas"/>
          <w:b w:val="0"/>
          <w:i w:val="0"/>
          <w:sz w:val="18"/>
        </w:rPr>
        <w:t xml:space="preserve">    mags.append(mag)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print(mags[:10])</w:t>
      </w:r>
    </w:p>
    <w:p>
      <w:pPr>
        <w:spacing w:after="40"/>
      </w:pPr>
    </w:p>
    <w:p>
      <w:pPr>
        <w:spacing w:after="80"/>
      </w:pPr>
      <w:r>
        <w:rPr>
          <w:b w:val="0"/>
          <w:i w:val="0"/>
        </w:rPr>
        <w:t xml:space="preserve">Chúng ta tạo một danh sách rỗng để lưu các độ lớn, rồi lặp qua danh sách </w:t>
      </w:r>
      <w:r>
        <w:rPr>
          <w:rFonts w:ascii="Consolas" w:hAnsi="Consolas"/>
          <w:b w:val="0"/>
          <w:i w:val="0"/>
          <w:sz w:val="20"/>
        </w:rPr>
        <w:t>all_eq_dicts</w:t>
      </w:r>
      <w:r>
        <w:rPr>
          <w:b w:val="0"/>
          <w:i w:val="0"/>
        </w:rPr>
        <w:t xml:space="preserve"> ❶. Bên trong vòng lặp này, mỗi trận động đất được biểu diễn bằng từ điển </w:t>
      </w:r>
      <w:r>
        <w:rPr>
          <w:rFonts w:ascii="Consolas" w:hAnsi="Consolas"/>
          <w:b w:val="0"/>
          <w:i w:val="0"/>
          <w:sz w:val="20"/>
        </w:rPr>
        <w:t>eq_dict</w:t>
      </w:r>
      <w:r>
        <w:rPr>
          <w:b w:val="0"/>
          <w:i w:val="0"/>
        </w:rPr>
        <w:t xml:space="preserve">. Độ lớn của mỗi trận động đất được lưu trong phần </w:t>
      </w:r>
      <w:r>
        <w:rPr>
          <w:rFonts w:ascii="Consolas" w:hAnsi="Consolas"/>
          <w:b w:val="0"/>
          <w:i w:val="0"/>
          <w:sz w:val="20"/>
        </w:rPr>
        <w:t>'properties'</w:t>
      </w:r>
      <w:r>
        <w:rPr>
          <w:b w:val="0"/>
          <w:i w:val="0"/>
        </w:rPr>
        <w:t xml:space="preserve"> của từ điển này, dưới khóa </w:t>
      </w:r>
      <w:r>
        <w:rPr>
          <w:rFonts w:ascii="Consolas" w:hAnsi="Consolas"/>
          <w:b w:val="0"/>
          <w:i w:val="0"/>
          <w:sz w:val="20"/>
        </w:rPr>
        <w:t>'mag'</w:t>
      </w:r>
      <w:r>
        <w:rPr>
          <w:b w:val="0"/>
          <w:i w:val="0"/>
        </w:rPr>
        <w:t xml:space="preserve"> ❷. Chúng ta lưu mỗi độ lớn vào biến </w:t>
      </w:r>
      <w:r>
        <w:rPr>
          <w:rFonts w:ascii="Consolas" w:hAnsi="Consolas"/>
          <w:b w:val="0"/>
          <w:i w:val="0"/>
          <w:sz w:val="20"/>
        </w:rPr>
        <w:t>mag</w:t>
      </w:r>
      <w:r>
        <w:rPr>
          <w:b w:val="0"/>
          <w:i w:val="0"/>
        </w:rPr>
        <w:t xml:space="preserve"> rồi nối nó vào danh sách </w:t>
      </w:r>
      <w:r>
        <w:rPr>
          <w:rFonts w:ascii="Consolas" w:hAnsi="Consolas"/>
          <w:b w:val="0"/>
          <w:i w:val="0"/>
          <w:sz w:val="20"/>
        </w:rPr>
        <w:t>mags</w:t>
      </w:r>
      <w:r>
        <w:rPr>
          <w:b w:val="0"/>
          <w:i w:val="0"/>
        </w:rPr>
        <w:t>.</w:t>
      </w:r>
    </w:p>
    <w:p>
      <w:pPr>
        <w:spacing w:after="80"/>
      </w:pPr>
      <w:r>
        <w:rPr>
          <w:b w:val="0"/>
          <w:i w:val="0"/>
        </w:rPr>
        <w:t xml:space="preserve">Chúng ta in ra </w:t>
      </w:r>
      <w:r>
        <w:rPr>
          <w:rFonts w:ascii="Consolas" w:hAnsi="Consolas"/>
          <w:b w:val="0"/>
          <w:i w:val="0"/>
          <w:sz w:val="20"/>
        </w:rPr>
        <w:t>10</w:t>
      </w:r>
      <w:r>
        <w:rPr>
          <w:b w:val="0"/>
          <w:i w:val="0"/>
        </w:rPr>
        <w:t xml:space="preserve"> độ lớn đầu tiên, để xem liệu mình có lấy đúng dữ liệu không:</w:t>
      </w:r>
    </w:p>
    <w:p>
      <w:pPr>
        <w:spacing w:after="80"/>
      </w:pPr>
      <w:r>
        <w:rPr>
          <w:b w:val="0"/>
          <w:i w:val="0"/>
        </w:rPr>
        <w:t>[1.6, 1.6, 2.2, 3.7, 2.92000008, 1.4, 4.6, 4.5, 1.9, 1.8]</w:t>
      </w:r>
    </w:p>
    <w:p>
      <w:pPr>
        <w:spacing w:after="80"/>
      </w:pPr>
      <w:r>
        <w:rPr>
          <w:b w:val="0"/>
          <w:i w:val="0"/>
        </w:rPr>
        <w:t>Tiếp theo, chúng ta sẽ lấy dữ liệu vị trí của từng trận động đất, rồi từ đó có thể vẽ bản đồ các trận động đất.</w:t>
      </w:r>
    </w:p>
    <w:p>
      <w:pPr>
        <w:pStyle w:val="Heading3"/>
      </w:pPr>
      <w:r>
        <w:rPr>
          <w:rFonts w:ascii="Calibri" w:hAnsi="Calibri"/>
          <w:b/>
          <w:i w:val="0"/>
          <w:sz w:val="27"/>
        </w:rPr>
        <w:t>Trích xuất dữ liệu vị trí</w:t>
      </w:r>
    </w:p>
    <w:p>
      <w:pPr>
        <w:spacing w:after="80"/>
      </w:pPr>
      <w:r>
        <w:rPr>
          <w:b w:val="0"/>
          <w:i w:val="0"/>
        </w:rPr>
        <w:t xml:space="preserve">Dữ liệu vị trí của mỗi trận động đất được lưu dưới khóa </w:t>
      </w:r>
      <w:r>
        <w:rPr>
          <w:rFonts w:ascii="Consolas" w:hAnsi="Consolas"/>
          <w:b w:val="0"/>
          <w:i w:val="0"/>
          <w:sz w:val="20"/>
        </w:rPr>
        <w:t>"geometry"</w:t>
      </w:r>
      <w:r>
        <w:rPr>
          <w:b w:val="0"/>
          <w:i w:val="0"/>
        </w:rPr>
        <w:t xml:space="preserve">. Bên trong dictionary geometry có một khóa </w:t>
      </w:r>
      <w:r>
        <w:rPr>
          <w:rFonts w:ascii="Consolas" w:hAnsi="Consolas"/>
          <w:b w:val="0"/>
          <w:i w:val="0"/>
          <w:sz w:val="20"/>
        </w:rPr>
        <w:t>"coordinates"</w:t>
      </w:r>
      <w:r>
        <w:rPr>
          <w:b w:val="0"/>
          <w:i w:val="0"/>
        </w:rPr>
        <w:t>, và hai giá trị đầu tiên trong danh sách này chính là kinh độ và vĩ độ. Đây là cách chúng ta sẽ lấy dữ liệu này:</w:t>
      </w:r>
    </w:p>
    <w:p>
      <w:pPr>
        <w:spacing w:after="80"/>
      </w:pPr>
      <w:r>
        <w:rPr>
          <w:b w:val="0"/>
          <w:i w:val="0"/>
        </w:rPr>
        <w:t>eq_explore_data.py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all_eq_dicts = all_eq_data['features']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mags, lons, lats = [], [], []</w:t>
      </w:r>
    </w:p>
    <w:p>
      <w:pPr>
        <w:spacing w:after="0"/>
        <w:ind w:left="360"/>
        <w:shd w:val="clear" w:color="auto" w:fill="F2F2F2"/>
      </w:pPr>
      <w:r>
        <w:rPr>
          <w:rFonts w:ascii="Consolas" w:hAnsi="Consolas"/>
          <w:b w:val="0"/>
          <w:i w:val="0"/>
          <w:sz w:val="18"/>
        </w:rPr>
        <w:t>for eq_dict in all_eq_dicts:</w:t>
      </w:r>
    </w:p>
    <w:p>
      <w:pPr>
        <w:spacing w:after="0"/>
        <w:ind w:left="360"/>
        <w:shd w:val="clear" w:color="auto" w:fill="F2F2F2"/>
      </w:pPr>
      <w:r>
        <w:rPr>
          <w:rFonts w:ascii="Consolas" w:hAnsi="Consolas"/>
          <w:b w:val="0"/>
          <w:i w:val="0"/>
          <w:sz w:val="18"/>
        </w:rPr>
        <w:t xml:space="preserve">    mag = eq_dict['properties']['mag']</w:t>
      </w:r>
    </w:p>
    <w:p>
      <w:pPr>
        <w:spacing w:after="0"/>
        <w:ind w:left="360"/>
        <w:shd w:val="clear" w:color="auto" w:fill="F2F2F2"/>
      </w:pPr>
      <w:r>
        <w:rPr>
          <w:rFonts w:ascii="Consolas" w:hAnsi="Consolas"/>
          <w:b w:val="0"/>
          <w:i w:val="0"/>
          <w:sz w:val="18"/>
        </w:rPr>
        <w:t>❶     lon = eq_dict['geometry']['coordinates'][0]</w:t>
      </w:r>
    </w:p>
    <w:p>
      <w:pPr>
        <w:spacing w:after="0"/>
        <w:ind w:left="360"/>
        <w:shd w:val="clear" w:color="auto" w:fill="F2F2F2"/>
      </w:pPr>
      <w:r>
        <w:rPr>
          <w:rFonts w:ascii="Consolas" w:hAnsi="Consolas"/>
          <w:b w:val="0"/>
          <w:i w:val="0"/>
          <w:sz w:val="18"/>
        </w:rPr>
        <w:t xml:space="preserve">    lat = eq_dict['geometry']['coordinates'][1]</w:t>
      </w:r>
    </w:p>
    <w:p>
      <w:pPr>
        <w:spacing w:after="0"/>
        <w:ind w:left="360"/>
        <w:shd w:val="clear" w:color="auto" w:fill="F2F2F2"/>
      </w:pPr>
      <w:r>
        <w:rPr>
          <w:rFonts w:ascii="Consolas" w:hAnsi="Consolas"/>
          <w:b w:val="0"/>
          <w:i w:val="0"/>
          <w:sz w:val="18"/>
        </w:rPr>
        <w:t xml:space="preserve">    mags.append(mag)</w:t>
      </w:r>
    </w:p>
    <w:p>
      <w:pPr>
        <w:spacing w:after="0"/>
        <w:ind w:left="360"/>
        <w:shd w:val="clear" w:color="auto" w:fill="F2F2F2"/>
      </w:pPr>
      <w:r>
        <w:rPr>
          <w:rFonts w:ascii="Consolas" w:hAnsi="Consolas"/>
          <w:b w:val="0"/>
          <w:i w:val="0"/>
          <w:sz w:val="18"/>
        </w:rPr>
        <w:t xml:space="preserve">    lons.append(lon)</w:t>
      </w:r>
    </w:p>
    <w:p>
      <w:pPr>
        <w:spacing w:after="0"/>
        <w:ind w:left="360"/>
        <w:shd w:val="clear" w:color="auto" w:fill="F2F2F2"/>
      </w:pPr>
      <w:r>
        <w:rPr>
          <w:rFonts w:ascii="Consolas" w:hAnsi="Consolas"/>
          <w:b w:val="0"/>
          <w:i w:val="0"/>
          <w:sz w:val="18"/>
        </w:rPr>
        <w:t xml:space="preserve">    lats.append(lat)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print(mags[:10])</w:t>
      </w:r>
    </w:p>
    <w:p>
      <w:pPr>
        <w:spacing w:after="0"/>
        <w:ind w:left="360"/>
        <w:shd w:val="clear" w:color="auto" w:fill="F2F2F2"/>
      </w:pPr>
      <w:r>
        <w:rPr>
          <w:rFonts w:ascii="Consolas" w:hAnsi="Consolas"/>
          <w:b w:val="0"/>
          <w:i w:val="0"/>
          <w:sz w:val="18"/>
        </w:rPr>
        <w:t>print(lons[:5])</w:t>
      </w:r>
    </w:p>
    <w:p>
      <w:pPr>
        <w:spacing w:after="0"/>
        <w:ind w:left="360"/>
        <w:shd w:val="clear" w:color="auto" w:fill="F2F2F2"/>
      </w:pPr>
      <w:r>
        <w:rPr>
          <w:rFonts w:ascii="Consolas" w:hAnsi="Consolas"/>
          <w:b w:val="0"/>
          <w:i w:val="0"/>
          <w:sz w:val="18"/>
        </w:rPr>
        <w:t>print(lats[:5])</w:t>
      </w:r>
    </w:p>
    <w:p>
      <w:pPr>
        <w:spacing w:after="40"/>
      </w:pPr>
    </w:p>
    <w:p>
      <w:pPr>
        <w:spacing w:after="80"/>
      </w:pPr>
      <w:r>
        <w:rPr>
          <w:b w:val="0"/>
          <w:i w:val="0"/>
        </w:rPr>
        <w:t xml:space="preserve">Chúng ta tạo các danh sách rỗng cho kinh độ và vĩ độ. Đoạn code </w:t>
      </w:r>
      <w:r>
        <w:rPr>
          <w:rFonts w:ascii="Consolas" w:hAnsi="Consolas"/>
          <w:b w:val="0"/>
          <w:i w:val="0"/>
          <w:sz w:val="20"/>
        </w:rPr>
        <w:t>eq_dict['geometry']</w:t>
      </w:r>
      <w:r>
        <w:rPr>
          <w:b w:val="0"/>
          <w:i w:val="0"/>
        </w:rPr>
        <w:t xml:space="preserve"> truy cập vào dictionary đại diện cho phần tử geometry của trận động đất ❶. Khóa thứ hai, </w:t>
      </w:r>
      <w:r>
        <w:rPr>
          <w:rFonts w:ascii="Consolas" w:hAnsi="Consolas"/>
          <w:b w:val="0"/>
          <w:i w:val="0"/>
          <w:sz w:val="20"/>
        </w:rPr>
        <w:t>'coordinates'</w:t>
      </w:r>
      <w:r>
        <w:rPr>
          <w:b w:val="0"/>
          <w:i w:val="0"/>
        </w:rPr>
        <w:t xml:space="preserve">, lấy ra danh sách các giá trị gắn với </w:t>
      </w:r>
      <w:r>
        <w:rPr>
          <w:rFonts w:ascii="Consolas" w:hAnsi="Consolas"/>
          <w:b w:val="0"/>
          <w:i w:val="0"/>
          <w:sz w:val="20"/>
        </w:rPr>
        <w:t>'coordinates'</w:t>
      </w:r>
      <w:r>
        <w:rPr>
          <w:b w:val="0"/>
          <w:i w:val="0"/>
        </w:rPr>
        <w:t xml:space="preserve">. Cuối cùng, chỉ số </w:t>
      </w:r>
      <w:r>
        <w:rPr>
          <w:rFonts w:ascii="Consolas" w:hAnsi="Consolas"/>
          <w:b w:val="0"/>
          <w:i w:val="0"/>
          <w:sz w:val="20"/>
        </w:rPr>
        <w:t>0</w:t>
      </w:r>
      <w:r>
        <w:rPr>
          <w:b w:val="0"/>
          <w:i w:val="0"/>
        </w:rPr>
        <w:t xml:space="preserve"> yêu cầu giá trị đầu tiên trong danh sách tọa độ, tương ứng với kinh độ của trận động đất.</w:t>
      </w:r>
    </w:p>
    <w:p>
      <w:pPr>
        <w:spacing w:after="80"/>
      </w:pPr>
      <w:r>
        <w:rPr>
          <w:b w:val="0"/>
          <w:i w:val="0"/>
        </w:rPr>
        <w:t xml:space="preserve">Khi chúng ta in ra </w:t>
      </w:r>
      <w:r>
        <w:rPr>
          <w:rFonts w:ascii="Consolas" w:hAnsi="Consolas"/>
          <w:b w:val="0"/>
          <w:i w:val="0"/>
          <w:sz w:val="20"/>
        </w:rPr>
        <w:t>5</w:t>
      </w:r>
      <w:r>
        <w:rPr>
          <w:b w:val="0"/>
          <w:i w:val="0"/>
        </w:rPr>
        <w:t xml:space="preserve"> kinh độ và vĩ độ đầu tiên, kết quả cho thấy chúng ta đang lấy đúng dữ liệu:</w:t>
      </w:r>
    </w:p>
    <w:p>
      <w:pPr>
        <w:spacing w:after="0"/>
        <w:ind w:left="360"/>
        <w:shd w:val="clear" w:color="auto" w:fill="F2F2F2"/>
      </w:pPr>
      <w:r>
        <w:rPr>
          <w:rFonts w:ascii="Consolas" w:hAnsi="Consolas"/>
          <w:b w:val="0"/>
          <w:i w:val="0"/>
          <w:sz w:val="18"/>
        </w:rPr>
        <w:t>[1.6, 1.6, 2.2, 3.7, 2.92000008, 1.4, 4.6, 4.5, 1.9, 1.8]</w:t>
      </w:r>
    </w:p>
    <w:p>
      <w:pPr>
        <w:spacing w:after="0"/>
        <w:ind w:left="360"/>
        <w:shd w:val="clear" w:color="auto" w:fill="F2F2F2"/>
      </w:pPr>
      <w:r>
        <w:rPr>
          <w:rFonts w:ascii="Consolas" w:hAnsi="Consolas"/>
          <w:b w:val="0"/>
          <w:i w:val="0"/>
          <w:sz w:val="18"/>
        </w:rPr>
        <w:t>[-150.7585, -153.4716, -148.7531, -159.6267, -155.248336791992]</w:t>
      </w:r>
    </w:p>
    <w:p>
      <w:pPr>
        <w:spacing w:after="0"/>
        <w:ind w:left="360"/>
        <w:shd w:val="clear" w:color="auto" w:fill="F2F2F2"/>
      </w:pPr>
      <w:r>
        <w:rPr>
          <w:rFonts w:ascii="Consolas" w:hAnsi="Consolas"/>
          <w:b w:val="0"/>
          <w:i w:val="0"/>
          <w:sz w:val="18"/>
        </w:rPr>
        <w:t>[61.7591, 59.3152, 63.1633, 54.5612, 18.7551670074463]</w:t>
      </w:r>
    </w:p>
    <w:p>
      <w:pPr>
        <w:spacing w:after="40"/>
      </w:pPr>
    </w:p>
    <w:p>
      <w:pPr>
        <w:spacing w:after="80"/>
      </w:pPr>
      <w:r>
        <w:rPr>
          <w:b w:val="0"/>
          <w:i w:val="0"/>
        </w:rPr>
        <w:t>Với dữ liệu này, chúng ta có thể chuyển sang vẽ bản đồ cho từng trận động đất.</w:t>
      </w:r>
    </w:p>
    <w:p>
      <w:pPr>
        <w:pStyle w:val="Heading3"/>
      </w:pPr>
      <w:r>
        <w:rPr>
          <w:rFonts w:ascii="Calibri" w:hAnsi="Calibri"/>
          <w:b/>
          <w:i w:val="0"/>
          <w:sz w:val="27"/>
        </w:rPr>
        <w:t>Xây dựng bản đồ thế giới</w:t>
      </w:r>
    </w:p>
    <w:p>
      <w:pPr>
        <w:spacing w:after="80"/>
      </w:pPr>
      <w:r>
        <w:rPr>
          <w:b w:val="0"/>
          <w:i w:val="0"/>
        </w:rPr>
        <w:t>Dùng thông tin đã lấy được, chúng ta có thể xây dựng một bản đồ thế giới đơn giản. Tuy nó chưa trông đẹp mắt cho lắm, nhưng chúng ta muốn chắc chắn rằng thông tin được hiển thị chính xác trước khi tập trung vào các vấn đề về phong cách và trình bày. Đây là bản đồ ban đầu:</w:t>
      </w:r>
    </w:p>
    <w:p>
      <w:pPr>
        <w:spacing w:after="80"/>
      </w:pPr>
      <w:r>
        <w:rPr>
          <w:b w:val="0"/>
          <w:i w:val="0"/>
        </w:rPr>
        <w:t>eq_world_map.py</w:t>
      </w:r>
    </w:p>
    <w:p>
      <w:pPr>
        <w:spacing w:after="0"/>
        <w:ind w:left="360"/>
        <w:shd w:val="clear" w:color="auto" w:fill="F2F2F2"/>
      </w:pPr>
      <w:r>
        <w:rPr>
          <w:rFonts w:ascii="Consolas" w:hAnsi="Consolas"/>
          <w:b w:val="0"/>
          <w:i w:val="0"/>
          <w:sz w:val="18"/>
        </w:rPr>
        <w:t>from pathlib import Path</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plotly.express as px</w:t>
      </w:r>
    </w:p>
    <w:p>
      <w:pPr>
        <w:spacing w:after="0"/>
        <w:ind w:left="360"/>
        <w:shd w:val="clear" w:color="auto" w:fill="F2F2F2"/>
      </w:pPr>
      <w:r>
        <w:t xml:space="preserve">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for eq_dict in all_eq_dicts: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 'Global Earthquakes'</w:t>
      </w:r>
    </w:p>
    <w:p>
      <w:pPr>
        <w:spacing w:after="0"/>
        <w:ind w:left="360"/>
        <w:shd w:val="clear" w:color="auto" w:fill="F2F2F2"/>
      </w:pPr>
      <w:r>
        <w:rPr>
          <w:rFonts w:ascii="Consolas" w:hAnsi="Consolas"/>
          <w:b w:val="0"/>
          <w:i w:val="0"/>
          <w:sz w:val="18"/>
        </w:rPr>
        <w:t>❶ fig = px.scatter_geo(lat=lats, lon=lons, title=title)</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Chúng ta import </w:t>
      </w:r>
      <w:r>
        <w:rPr>
          <w:rFonts w:ascii="Consolas" w:hAnsi="Consolas"/>
          <w:b w:val="0"/>
          <w:i w:val="0"/>
          <w:sz w:val="20"/>
        </w:rPr>
        <w:t>plotly.express</w:t>
      </w:r>
      <w:r>
        <w:rPr>
          <w:b w:val="0"/>
          <w:i w:val="0"/>
        </w:rPr>
        <w:t xml:space="preserve"> với bí danh </w:t>
      </w:r>
      <w:r>
        <w:rPr>
          <w:rFonts w:ascii="Consolas" w:hAnsi="Consolas"/>
          <w:b w:val="0"/>
          <w:i w:val="0"/>
          <w:sz w:val="20"/>
        </w:rPr>
        <w:t>px</w:t>
      </w:r>
      <w:r>
        <w:rPr>
          <w:b w:val="0"/>
          <w:i w:val="0"/>
        </w:rPr>
        <w:t xml:space="preserve">, giống như đã làm ở Chương 15. Hàm </w:t>
      </w:r>
      <w:r>
        <w:rPr>
          <w:rFonts w:ascii="Consolas" w:hAnsi="Consolas"/>
          <w:b w:val="0"/>
          <w:i w:val="0"/>
          <w:sz w:val="20"/>
        </w:rPr>
        <w:t>scatter_geo()</w:t>
      </w:r>
      <w:r>
        <w:rPr>
          <w:b w:val="0"/>
          <w:i w:val="0"/>
        </w:rPr>
        <w:t xml:space="preserve"> ❶ cho phép bạn phủ một biểu đồ phân tán (scatterplot) dữ liệu địa lý lên bản đồ. Với cách dùng đơn giản nhất của loại biểu đồ này, bạn chỉ cần cung cấp một danh sách vĩ độ và một danh sách kinh độ. Chúng ta truyền danh sách </w:t>
      </w:r>
      <w:r>
        <w:rPr>
          <w:rFonts w:ascii="Consolas" w:hAnsi="Consolas"/>
          <w:b w:val="0"/>
          <w:i w:val="0"/>
          <w:sz w:val="20"/>
        </w:rPr>
        <w:t>lats</w:t>
      </w:r>
      <w:r>
        <w:rPr>
          <w:b w:val="0"/>
          <w:i w:val="0"/>
        </w:rPr>
        <w:t xml:space="preserve"> vào đối số </w:t>
      </w:r>
      <w:r>
        <w:rPr>
          <w:rFonts w:ascii="Consolas" w:hAnsi="Consolas"/>
          <w:b w:val="0"/>
          <w:i w:val="0"/>
          <w:sz w:val="20"/>
        </w:rPr>
        <w:t>lat</w:t>
      </w:r>
      <w:r>
        <w:rPr>
          <w:b w:val="0"/>
          <w:i w:val="0"/>
        </w:rPr>
        <w:t xml:space="preserve">, và </w:t>
      </w:r>
      <w:r>
        <w:rPr>
          <w:rFonts w:ascii="Consolas" w:hAnsi="Consolas"/>
          <w:b w:val="0"/>
          <w:i w:val="0"/>
          <w:sz w:val="20"/>
        </w:rPr>
        <w:t>lons</w:t>
      </w:r>
      <w:r>
        <w:rPr>
          <w:b w:val="0"/>
          <w:i w:val="0"/>
        </w:rPr>
        <w:t xml:space="preserve"> vào đối số </w:t>
      </w:r>
      <w:r>
        <w:rPr>
          <w:rFonts w:ascii="Consolas" w:hAnsi="Consolas"/>
          <w:b w:val="0"/>
          <w:i w:val="0"/>
          <w:sz w:val="20"/>
        </w:rPr>
        <w:t>lon</w:t>
      </w:r>
      <w:r>
        <w:rPr>
          <w:b w:val="0"/>
          <w:i w:val="0"/>
        </w:rPr>
        <w:t>.</w:t>
      </w:r>
    </w:p>
    <w:p>
      <w:pPr>
        <w:spacing w:after="80"/>
      </w:pPr>
      <w:r>
        <w:rPr>
          <w:b w:val="0"/>
          <w:i w:val="0"/>
        </w:rPr>
        <w:t>Khi chạy file này, bạn sẽ thấy một bản đồ trông giống như trong Hình 16-7. Điều này một lần nữa cho thấy sức mạnh của thư viện Plotly Express; chỉ với ba dòng code, chúng ta đã có một bản đồ về hoạt động động đất trên toàn cầu.</w:t>
      </w:r>
    </w:p>
    <w:p>
      <w:pPr>
        <w:jc w:val="center"/>
      </w:pPr>
      <w:r>
        <w:drawing>
          <wp:inline xmlns:a="http://schemas.openxmlformats.org/drawingml/2006/main" xmlns:pic="http://schemas.openxmlformats.org/drawingml/2006/picture">
            <wp:extent cx="5486400" cy="3391449"/>
            <wp:docPr id="58" name="Picture 58"/>
            <wp:cNvGraphicFramePr>
              <a:graphicFrameLocks noChangeAspect="1"/>
            </wp:cNvGraphicFramePr>
            <a:graphic>
              <a:graphicData uri="http://schemas.openxmlformats.org/drawingml/2006/picture">
                <pic:pic>
                  <pic:nvPicPr>
                    <pic:cNvPr id="0" name="image_rsrcBJN.jpg"/>
                    <pic:cNvPicPr/>
                  </pic:nvPicPr>
                  <pic:blipFill>
                    <a:blip r:embed="rId50"/>
                    <a:stretch>
                      <a:fillRect/>
                    </a:stretch>
                  </pic:blipFill>
                  <pic:spPr>
                    <a:xfrm>
                      <a:off x="0" y="0"/>
                      <a:ext cx="5486400" cy="3391449"/>
                    </a:xfrm>
                    <a:prstGeom prst="rect"/>
                  </pic:spPr>
                </pic:pic>
              </a:graphicData>
            </a:graphic>
          </wp:inline>
        </w:drawing>
      </w:r>
    </w:p>
    <w:p>
      <w:pPr>
        <w:spacing w:after="80"/>
      </w:pPr>
      <w:r>
        <w:rPr>
          <w:b w:val="0"/>
          <w:i w:val="0"/>
        </w:rPr>
        <w:t>Hình 16-7: Một bản đồ đơn giản cho thấy tất cả các trận động đất trong 24 giờ qua đã xảy ra ở đâu</w:t>
      </w:r>
    </w:p>
    <w:p>
      <w:pPr>
        <w:spacing w:after="80"/>
      </w:pPr>
      <w:r>
        <w:rPr>
          <w:b w:val="0"/>
          <w:i w:val="0"/>
        </w:rPr>
        <w:t>Giờ đây khi đã biết thông tin trong bộ dữ liệu của mình được vẽ chính xác, chúng ta có thể thực hiện vài thay đổi để bản đồ trở nên ý nghĩa hơn và dễ đọc hơn.</w:t>
      </w:r>
    </w:p>
    <w:p>
      <w:pPr>
        <w:pStyle w:val="Heading3"/>
      </w:pPr>
      <w:r>
        <w:rPr>
          <w:rFonts w:ascii="Calibri" w:hAnsi="Calibri"/>
          <w:b/>
          <w:i w:val="0"/>
          <w:sz w:val="27"/>
        </w:rPr>
        <w:t>Biểu diễn độ lớn</w:t>
      </w:r>
    </w:p>
    <w:p>
      <w:pPr>
        <w:spacing w:after="80"/>
      </w:pPr>
      <w:r>
        <w:rPr>
          <w:b w:val="0"/>
          <w:i w:val="0"/>
        </w:rPr>
        <w:t>Bản đồ hoạt động động đất nên hiển thị độ lớn (magnitude) của từng trận động đất. Giờ đây khi đã biết dữ liệu được vẽ đúng, chúng ta cũng có thể thêm nhiều dữ liệu hơn nữa.</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Read data as a string and convert to a Python object.</w:t>
      </w:r>
    </w:p>
    <w:p>
      <w:pPr>
        <w:spacing w:after="0"/>
        <w:ind w:left="360"/>
        <w:shd w:val="clear" w:color="auto" w:fill="F2F2F2"/>
      </w:pPr>
      <w:r>
        <w:rPr>
          <w:rFonts w:ascii="Consolas" w:hAnsi="Consolas"/>
          <w:b w:val="0"/>
          <w:i w:val="0"/>
          <w:sz w:val="18"/>
        </w:rPr>
        <w:t>path = Path('eq_data/eq_data_30_day_m1.geojson')</w:t>
      </w:r>
    </w:p>
    <w:p>
      <w:pPr>
        <w:spacing w:after="0"/>
        <w:ind w:left="360"/>
        <w:shd w:val="clear" w:color="auto" w:fill="F2F2F2"/>
      </w:pPr>
      <w:r>
        <w:rPr>
          <w:rFonts w:ascii="Consolas" w:hAnsi="Consolas"/>
          <w:b w:val="0"/>
          <w:i w:val="0"/>
          <w:sz w:val="18"/>
        </w:rPr>
        <w:t>contents = path.read_text(encoding='utf-8')</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 'Global Earthquakes'</w:t>
      </w:r>
    </w:p>
    <w:p>
      <w:pPr>
        <w:spacing w:after="0"/>
        <w:ind w:left="360"/>
        <w:shd w:val="clear" w:color="auto" w:fill="F2F2F2"/>
      </w:pPr>
      <w:r>
        <w:rPr>
          <w:rFonts w:ascii="Consolas" w:hAnsi="Consolas"/>
          <w:b w:val="0"/>
          <w:i w:val="0"/>
          <w:sz w:val="18"/>
        </w:rPr>
        <w:t>fig = px.scatter_geo(lat=lats, lon=lons, size=mags, title=title)</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Chúng ta tải tệp </w:t>
      </w:r>
      <w:r>
        <w:rPr>
          <w:b w:val="0"/>
          <w:i/>
        </w:rPr>
        <w:t>eq_data_30_day_m1.geojson</w:t>
      </w:r>
      <w:r>
        <w:rPr>
          <w:b w:val="0"/>
          <w:i w:val="0"/>
        </w:rPr>
        <w:t xml:space="preserve"> để bao gồm trọn vẹn 30 ngày hoạt động động đất. Chúng ta cũng dùng đối số size trong lời gọi </w:t>
      </w:r>
      <w:r>
        <w:rPr>
          <w:rFonts w:ascii="Consolas" w:hAnsi="Consolas"/>
          <w:b w:val="0"/>
          <w:i w:val="0"/>
          <w:sz w:val="20"/>
        </w:rPr>
        <w:t>px.scatter_geo()</w:t>
      </w:r>
      <w:r>
        <w:rPr>
          <w:b w:val="0"/>
          <w:i w:val="0"/>
        </w:rPr>
        <w:t xml:space="preserve">, đối số này quy định cách các điểm trên bản đồ được định cỡ. Ta truyền danh sách </w:t>
      </w:r>
      <w:r>
        <w:rPr>
          <w:rFonts w:ascii="Consolas" w:hAnsi="Consolas"/>
          <w:b w:val="0"/>
          <w:i w:val="0"/>
          <w:sz w:val="20"/>
        </w:rPr>
        <w:t>mags</w:t>
      </w:r>
      <w:r>
        <w:rPr>
          <w:b w:val="0"/>
          <w:i w:val="0"/>
        </w:rPr>
        <w:t xml:space="preserve"> cho </w:t>
      </w:r>
      <w:r>
        <w:rPr>
          <w:rFonts w:ascii="Consolas" w:hAnsi="Consolas"/>
          <w:b w:val="0"/>
          <w:i w:val="0"/>
          <w:sz w:val="20"/>
        </w:rPr>
        <w:t>size</w:t>
      </w:r>
      <w:r>
        <w:rPr>
          <w:b w:val="0"/>
          <w:i w:val="0"/>
        </w:rPr>
        <w:t>, nên những trận động đất có độ lớn cao hơn sẽ hiện ra thành các điểm lớn hơn trên bản đồ.</w:t>
      </w:r>
    </w:p>
    <w:p>
      <w:pPr>
        <w:spacing w:after="80"/>
      </w:pPr>
      <w:r>
        <w:rPr>
          <w:b w:val="0"/>
          <w:i w:val="0"/>
        </w:rPr>
        <w:t>Bản đồ thu được được thể hiện trong Hình 16-8. Động đất thường xảy ra gần các ranh giới mảng kiến tạo (tectonic plate), và khoảng thời gian hoạt động động đất dài hơn được đưa vào bản đồ này đã tiết lộ vị trí chính xác của các ranh giới đó.</w:t>
      </w:r>
    </w:p>
    <w:p>
      <w:pPr>
        <w:jc w:val="center"/>
      </w:pPr>
      <w:r>
        <w:drawing>
          <wp:inline xmlns:a="http://schemas.openxmlformats.org/drawingml/2006/main" xmlns:pic="http://schemas.openxmlformats.org/drawingml/2006/picture">
            <wp:extent cx="5486400" cy="3391449"/>
            <wp:docPr id="59" name="Picture 59"/>
            <wp:cNvGraphicFramePr>
              <a:graphicFrameLocks noChangeAspect="1"/>
            </wp:cNvGraphicFramePr>
            <a:graphic>
              <a:graphicData uri="http://schemas.openxmlformats.org/drawingml/2006/picture">
                <pic:pic>
                  <pic:nvPicPr>
                    <pic:cNvPr id="0" name="image_rsrcBJP.jpg"/>
                    <pic:cNvPicPr/>
                  </pic:nvPicPr>
                  <pic:blipFill>
                    <a:blip r:embed="rId51"/>
                    <a:stretch>
                      <a:fillRect/>
                    </a:stretch>
                  </pic:blipFill>
                  <pic:spPr>
                    <a:xfrm>
                      <a:off x="0" y="0"/>
                      <a:ext cx="5486400" cy="3391449"/>
                    </a:xfrm>
                    <a:prstGeom prst="rect"/>
                  </pic:spPr>
                </pic:pic>
              </a:graphicData>
            </a:graphic>
          </wp:inline>
        </w:drawing>
      </w:r>
    </w:p>
    <w:p>
      <w:pPr>
        <w:spacing w:after="80"/>
      </w:pPr>
      <w:r>
        <w:rPr>
          <w:b w:val="0"/>
          <w:i w:val="0"/>
        </w:rPr>
        <w:t>Hình 16-8: Bản đồ giờ đây hiển thị độ lớn của tất cả các trận động đất trong 30 ngày qua.</w:t>
      </w:r>
    </w:p>
    <w:p>
      <w:pPr>
        <w:spacing w:after="80"/>
      </w:pPr>
      <w:r>
        <w:rPr>
          <w:b w:val="0"/>
          <w:i w:val="0"/>
        </w:rPr>
        <w:t>Bản đồ này đã tốt hơn, nhưng vẫn còn khó nhận ra điểm nào đại diện cho những trận động đất đáng chú ý nhất. Chúng ta có thể cải thiện thêm bằng cách dùng màu sắc để biểu diễn độ lớn.</w:t>
      </w:r>
    </w:p>
    <w:p>
      <w:pPr>
        <w:pStyle w:val="Heading3"/>
      </w:pPr>
      <w:r>
        <w:rPr>
          <w:rFonts w:ascii="Calibri" w:hAnsi="Calibri"/>
          <w:b/>
          <w:i w:val="0"/>
          <w:sz w:val="27"/>
        </w:rPr>
        <w:t>Tùy chỉnh màu của điểm đánh dấu</w:t>
      </w:r>
    </w:p>
    <w:p>
      <w:pPr>
        <w:spacing w:after="80"/>
      </w:pPr>
      <w:r>
        <w:rPr>
          <w:b w:val="0"/>
          <w:i w:val="0"/>
        </w:rPr>
        <w:t>Chúng ta có thể dùng các thang màu (color scale) của Plotly để tùy chỉnh màu của từng điểm đánh dấu, theo mức độ nghiêm trọng của trận động đất tương ứng. Chúng ta cũng sẽ dùng một phép chiếu (projection) khác cho bản đồ nền.</w:t>
      </w:r>
    </w:p>
    <w:p>
      <w:pPr>
        <w:spacing w:after="80"/>
      </w:pPr>
      <w:r>
        <w:rPr>
          <w:b w:val="0"/>
          <w:i w:val="0"/>
        </w:rPr>
        <w:t>eq_world_map.py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fig = px.scatter_geo(lat=lats, lon=lons, size=mags, title=title,</w:t>
      </w:r>
    </w:p>
    <w:p>
      <w:pPr>
        <w:spacing w:after="0"/>
        <w:ind w:left="360"/>
        <w:shd w:val="clear" w:color="auto" w:fill="F2F2F2"/>
      </w:pPr>
      <w:r>
        <w:rPr>
          <w:rFonts w:ascii="Consolas" w:hAnsi="Consolas"/>
          <w:b w:val="0"/>
          <w:i w:val="0"/>
          <w:sz w:val="18"/>
        </w:rPr>
        <w:t>❶         color=mags,</w:t>
      </w:r>
    </w:p>
    <w:p>
      <w:pPr>
        <w:spacing w:after="0"/>
        <w:ind w:left="360"/>
        <w:shd w:val="clear" w:color="auto" w:fill="F2F2F2"/>
      </w:pPr>
      <w:r>
        <w:rPr>
          <w:rFonts w:ascii="Consolas" w:hAnsi="Consolas"/>
          <w:b w:val="0"/>
          <w:i w:val="0"/>
          <w:sz w:val="18"/>
        </w:rPr>
        <w:t>❷         color_continuous_scale='Viridis',</w:t>
      </w:r>
    </w:p>
    <w:p>
      <w:pPr>
        <w:spacing w:after="0"/>
        <w:ind w:left="360"/>
        <w:shd w:val="clear" w:color="auto" w:fill="F2F2F2"/>
      </w:pPr>
      <w:r>
        <w:rPr>
          <w:rFonts w:ascii="Consolas" w:hAnsi="Consolas"/>
          <w:b w:val="0"/>
          <w:i w:val="0"/>
          <w:sz w:val="18"/>
        </w:rPr>
        <w:t>❸         labels={'color':'Magnitude'},</w:t>
      </w:r>
    </w:p>
    <w:p>
      <w:pPr>
        <w:spacing w:after="0"/>
        <w:ind w:left="360"/>
        <w:shd w:val="clear" w:color="auto" w:fill="F2F2F2"/>
      </w:pPr>
      <w:r>
        <w:rPr>
          <w:rFonts w:ascii="Consolas" w:hAnsi="Consolas"/>
          <w:b w:val="0"/>
          <w:i w:val="0"/>
          <w:sz w:val="18"/>
        </w:rPr>
        <w:t>❹         projection='natural earth',</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Tất cả những thay đổi quan trọng ở đây đều nằm trong lời gọi hàm </w:t>
      </w:r>
      <w:r>
        <w:rPr>
          <w:rFonts w:ascii="Consolas" w:hAnsi="Consolas"/>
          <w:b w:val="0"/>
          <w:i w:val="0"/>
          <w:sz w:val="20"/>
        </w:rPr>
        <w:t>px.scatter_geo()</w:t>
      </w:r>
      <w:r>
        <w:rPr>
          <w:b w:val="0"/>
          <w:i w:val="0"/>
        </w:rPr>
        <w:t xml:space="preserve">. Đối số </w:t>
      </w:r>
      <w:r>
        <w:rPr>
          <w:rFonts w:ascii="Consolas" w:hAnsi="Consolas"/>
          <w:b w:val="0"/>
          <w:i w:val="0"/>
          <w:sz w:val="20"/>
        </w:rPr>
        <w:t>color</w:t>
      </w:r>
      <w:r>
        <w:rPr>
          <w:b w:val="0"/>
          <w:i w:val="0"/>
        </w:rPr>
        <w:t xml:space="preserve"> cho Plotly biết nên dùng những giá trị nào để xác định vị trí của từng điểm đánh dấu trên thang màu ❶. Chúng ta dùng danh sách </w:t>
      </w:r>
      <w:r>
        <w:rPr>
          <w:rFonts w:ascii="Consolas" w:hAnsi="Consolas"/>
          <w:b w:val="0"/>
          <w:i w:val="0"/>
          <w:sz w:val="20"/>
        </w:rPr>
        <w:t>mags</w:t>
      </w:r>
      <w:r>
        <w:rPr>
          <w:b w:val="0"/>
          <w:i w:val="0"/>
        </w:rPr>
        <w:t xml:space="preserve"> để xác định màu cho từng điểm, giống như đã làm với đối số </w:t>
      </w:r>
      <w:r>
        <w:rPr>
          <w:rFonts w:ascii="Consolas" w:hAnsi="Consolas"/>
          <w:b w:val="0"/>
          <w:i w:val="0"/>
          <w:sz w:val="20"/>
        </w:rPr>
        <w:t>size</w:t>
      </w:r>
      <w:r>
        <w:rPr>
          <w:b w:val="0"/>
          <w:i w:val="0"/>
        </w:rPr>
        <w:t>.</w:t>
      </w:r>
    </w:p>
    <w:p>
      <w:pPr>
        <w:spacing w:after="80"/>
      </w:pPr>
      <w:r>
        <w:rPr>
          <w:b w:val="0"/>
          <w:i w:val="0"/>
        </w:rPr>
        <w:t xml:space="preserve">Đối số </w:t>
      </w:r>
      <w:r>
        <w:rPr>
          <w:rFonts w:ascii="Consolas" w:hAnsi="Consolas"/>
          <w:b w:val="0"/>
          <w:i w:val="0"/>
          <w:sz w:val="20"/>
        </w:rPr>
        <w:t>color_continuous_scale</w:t>
      </w:r>
      <w:r>
        <w:rPr>
          <w:b w:val="0"/>
          <w:i w:val="0"/>
        </w:rPr>
        <w:t xml:space="preserve"> cho Plotly biết nên dùng thang màu nào ❷. </w:t>
      </w:r>
      <w:r>
        <w:rPr>
          <w:b w:val="0"/>
          <w:i/>
        </w:rPr>
        <w:t>Viridis</w:t>
      </w:r>
      <w:r>
        <w:rPr>
          <w:b w:val="0"/>
          <w:i w:val="0"/>
        </w:rPr>
        <w:t xml:space="preserve"> là một thang màu trải từ xanh đậm đến vàng sáng, và nó rất phù hợp với bộ dữ liệu này. Theo mặc định, thang màu bên phải bản đồ được ghi nhãn là </w:t>
      </w:r>
      <w:r>
        <w:rPr>
          <w:b w:val="0"/>
          <w:i/>
        </w:rPr>
        <w:t>color</w:t>
      </w:r>
      <w:r>
        <w:rPr>
          <w:b w:val="0"/>
          <w:i w:val="0"/>
        </w:rPr>
        <w:t xml:space="preserve">; nhãn này không thể hiện đúng ý nghĩa thực sự của các màu. Đối số </w:t>
      </w:r>
      <w:r>
        <w:rPr>
          <w:rFonts w:ascii="Consolas" w:hAnsi="Consolas"/>
          <w:b w:val="0"/>
          <w:i w:val="0"/>
          <w:sz w:val="20"/>
        </w:rPr>
        <w:t>labels</w:t>
      </w:r>
      <w:r>
        <w:rPr>
          <w:b w:val="0"/>
          <w:i w:val="0"/>
        </w:rPr>
        <w:t xml:space="preserve">, đã trình bày ở Chương 15, nhận giá trị là một từ điển (dictionary) ❸. Ở biểu đồ này chúng ta chỉ cần đặt một nhãn tùy chỉnh, đảm bảo thang màu được ghi nhãn là </w:t>
      </w:r>
      <w:r>
        <w:rPr>
          <w:b w:val="0"/>
          <w:i/>
        </w:rPr>
        <w:t>Magnitude</w:t>
      </w:r>
      <w:r>
        <w:rPr>
          <w:b w:val="0"/>
          <w:i w:val="0"/>
        </w:rPr>
        <w:t xml:space="preserve"> thay vì </w:t>
      </w:r>
      <w:r>
        <w:rPr>
          <w:b w:val="0"/>
          <w:i/>
        </w:rPr>
        <w:t>color</w:t>
      </w:r>
      <w:r>
        <w:rPr>
          <w:b w:val="0"/>
          <w:i w:val="0"/>
        </w:rPr>
        <w:t>.</w:t>
      </w:r>
    </w:p>
    <w:p>
      <w:pPr>
        <w:spacing w:after="80"/>
      </w:pPr>
      <w:r>
        <w:rPr>
          <w:b w:val="0"/>
          <w:i w:val="0"/>
        </w:rPr>
        <w:t xml:space="preserve">Chúng ta thêm một đối số nữa để thay đổi bản đồ nền mà các trận động đất được vẽ lên. Đối số </w:t>
      </w:r>
      <w:r>
        <w:rPr>
          <w:rFonts w:ascii="Consolas" w:hAnsi="Consolas"/>
          <w:b w:val="0"/>
          <w:i w:val="0"/>
          <w:sz w:val="20"/>
        </w:rPr>
        <w:t>projection</w:t>
      </w:r>
      <w:r>
        <w:rPr>
          <w:b w:val="0"/>
          <w:i w:val="0"/>
        </w:rPr>
        <w:t xml:space="preserve"> chấp nhận một số phép chiếu bản đồ thông dụng ❹. Ở đây ta dùng phép chiếu </w:t>
      </w:r>
      <w:r>
        <w:rPr>
          <w:rFonts w:ascii="Consolas" w:hAnsi="Consolas"/>
          <w:b w:val="0"/>
          <w:i w:val="0"/>
          <w:sz w:val="20"/>
        </w:rPr>
        <w:t>'natural earth'</w:t>
      </w:r>
      <w:r>
        <w:rPr>
          <w:b w:val="0"/>
          <w:i w:val="0"/>
        </w:rPr>
        <w:t>, phép chiếu này bo tròn các đầu của bản đồ. Ngoài ra, hãy lưu ý dấu phẩy ở cuối đối số cuối cùng này. Khi một lời gọi hàm có danh sách đối số dài trải qua nhiều dòng như thế này, người ta thường thêm dấu phẩy ở cuối để luôn sẵn sàng thêm đối số khác vào dòng tiếp theo.</w:t>
      </w:r>
    </w:p>
    <w:p>
      <w:pPr>
        <w:spacing w:after="80"/>
      </w:pPr>
      <w:r>
        <w:rPr>
          <w:b w:val="0"/>
          <w:i w:val="0"/>
        </w:rPr>
        <w:t>Khi chạy chương trình bây giờ, bạn sẽ thấy một bản đồ trông đẹp hơn hẳn. Trong Hình 16-9, thang màu thể hiện mức độ nghiêm trọng của từng trận động đất; những trận động đất nghiêm trọng nhất nổi bật lên thành các điểm vàng nhạt, tương phản với nhiều điểm sẫm màu hơn. Bạn cũng có thể nhận ra những vùng nào trên thế giới có hoạt động động đất đáng chú ý hơn.</w:t>
      </w:r>
    </w:p>
    <w:p>
      <w:pPr>
        <w:jc w:val="center"/>
      </w:pPr>
      <w:r>
        <w:drawing>
          <wp:inline xmlns:a="http://schemas.openxmlformats.org/drawingml/2006/main" xmlns:pic="http://schemas.openxmlformats.org/drawingml/2006/picture">
            <wp:extent cx="5486400" cy="3396753"/>
            <wp:docPr id="60" name="Picture 60"/>
            <wp:cNvGraphicFramePr>
              <a:graphicFrameLocks noChangeAspect="1"/>
            </wp:cNvGraphicFramePr>
            <a:graphic>
              <a:graphicData uri="http://schemas.openxmlformats.org/drawingml/2006/picture">
                <pic:pic>
                  <pic:nvPicPr>
                    <pic:cNvPr id="0" name="image_rsrcBJR.jpg"/>
                    <pic:cNvPicPr/>
                  </pic:nvPicPr>
                  <pic:blipFill>
                    <a:blip r:embed="rId52"/>
                    <a:stretch>
                      <a:fillRect/>
                    </a:stretch>
                  </pic:blipFill>
                  <pic:spPr>
                    <a:xfrm>
                      <a:off x="0" y="0"/>
                      <a:ext cx="5486400" cy="3396753"/>
                    </a:xfrm>
                    <a:prstGeom prst="rect"/>
                  </pic:spPr>
                </pic:pic>
              </a:graphicData>
            </a:graphic>
          </wp:inline>
        </w:drawing>
      </w:r>
    </w:p>
    <w:p>
      <w:pPr>
        <w:spacing w:after="80"/>
      </w:pPr>
      <w:r>
        <w:rPr>
          <w:b w:val="0"/>
          <w:i w:val="0"/>
        </w:rPr>
        <w:t>Hình 16-9: Trong 30 ngày động đất, màu sắc và kích thước được dùng để biểu diễn độ lớn của từng trận động đất.</w:t>
      </w:r>
    </w:p>
    <w:p>
      <w:pPr>
        <w:pStyle w:val="Heading3"/>
      </w:pPr>
      <w:r>
        <w:rPr>
          <w:rFonts w:ascii="Calibri" w:hAnsi="Calibri"/>
          <w:b/>
          <w:i w:val="0"/>
          <w:sz w:val="27"/>
        </w:rPr>
        <w:t>Các thang màu khác</w:t>
      </w:r>
    </w:p>
    <w:p>
      <w:pPr>
        <w:spacing w:after="80"/>
      </w:pPr>
      <w:r>
        <w:rPr>
          <w:b w:val="0"/>
          <w:i w:val="0"/>
        </w:rPr>
        <w:t>Bạn có thể chọn từ một số thang màu khác. Để xem các thang màu có sẵn, hãy nhập hai dòng sau vào phiên làm việc Python trên terminal: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import plotly.express as px</w:t>
      </w:r>
    </w:p>
    <w:p>
      <w:pPr>
        <w:spacing w:after="0"/>
        <w:ind w:left="360"/>
        <w:shd w:val="clear" w:color="auto" w:fill="F2F2F2"/>
      </w:pPr>
      <w:r>
        <w:rPr>
          <w:rFonts w:ascii="Consolas" w:hAnsi="Consolas"/>
          <w:b w:val="0"/>
          <w:i w:val="0"/>
          <w:sz w:val="18"/>
        </w:rPr>
        <w:t xml:space="preserve">&gt;&gt;&gt; </w:t>
      </w:r>
      <w:r>
        <w:rPr>
          <w:rFonts w:ascii="Consolas" w:hAnsi="Consolas"/>
          <w:b/>
          <w:i w:val="0"/>
          <w:sz w:val="18"/>
        </w:rPr>
        <w:t>px.colors.named_colorscales()</w:t>
      </w:r>
    </w:p>
    <w:p>
      <w:pPr>
        <w:spacing w:after="0"/>
        <w:ind w:left="360"/>
        <w:shd w:val="clear" w:color="auto" w:fill="F2F2F2"/>
      </w:pPr>
      <w:r>
        <w:rPr>
          <w:rFonts w:ascii="Consolas" w:hAnsi="Consolas"/>
          <w:b w:val="0"/>
          <w:i w:val="0"/>
          <w:sz w:val="18"/>
        </w:rPr>
        <w:t>['aggrnyl', 'agsunset', 'blackbody', ..., 'mygbm']</w:t>
      </w:r>
    </w:p>
    <w:p>
      <w:pPr>
        <w:spacing w:after="40"/>
      </w:pPr>
    </w:p>
    <w:p>
      <w:pPr>
        <w:spacing w:after="80"/>
      </w:pPr>
      <w:r>
        <w:rPr>
          <w:b w:val="0"/>
          <w:i w:val="0"/>
        </w:rPr>
        <w:t>Cứ thoải mái thử các thang màu này trong bản đồ động đất, hoặc với bất kỳ tập dữ liệu nào mà các màu biến đổi liên tục có thể giúp thể hiện các quy luật trong dữ liệu.</w:t>
      </w:r>
    </w:p>
    <w:p>
      <w:pPr>
        <w:pStyle w:val="Heading3"/>
      </w:pPr>
      <w:r>
        <w:rPr>
          <w:rFonts w:ascii="Calibri" w:hAnsi="Calibri"/>
          <w:b/>
          <w:i w:val="0"/>
          <w:sz w:val="27"/>
        </w:rPr>
        <w:t>Thêm văn bản hiển thị khi rê chuột</w:t>
      </w:r>
    </w:p>
    <w:p>
      <w:pPr>
        <w:spacing w:after="80"/>
      </w:pPr>
      <w:r>
        <w:rPr>
          <w:b w:val="0"/>
          <w:i w:val="0"/>
        </w:rPr>
        <w:t>Để hoàn thiện bản đồ này, chúng ta sẽ thêm một chút văn bản thông tin xuất hiện khi bạn rê chuột lên điểm đánh dấu đại diện cho một trận động đất. Ngoài việc hiển thị kinh độ và vĩ độ (vốn xuất hiện mặc định), chúng ta sẽ hiển thị cả độ lớn (magnitude) và cung cấp mô tả về vị trí gần đúng nữa.</w:t>
      </w:r>
    </w:p>
    <w:p>
      <w:pPr>
        <w:spacing w:after="80"/>
      </w:pPr>
      <w:r>
        <w:rPr>
          <w:b w:val="0"/>
          <w:i w:val="0"/>
        </w:rPr>
        <w:t>Để thực hiện thay đổi này, chúng ta cần lấy thêm một chút dữ liệu từ tệp:</w:t>
      </w:r>
    </w:p>
    <w:p>
      <w:pPr>
        <w:spacing w:after="80"/>
      </w:pPr>
      <w:r>
        <w:rPr>
          <w:b w:val="0"/>
          <w:i w:val="0"/>
        </w:rPr>
        <w:t>eq_world_map.py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❶ mags, lons, lats, eq_titles = [], [], [], []</w:t>
      </w:r>
    </w:p>
    <w:p>
      <w:pPr>
        <w:spacing w:after="0"/>
        <w:ind w:left="360"/>
        <w:shd w:val="clear" w:color="auto" w:fill="F2F2F2"/>
      </w:pPr>
      <w:r>
        <w:rPr>
          <w:rFonts w:ascii="Consolas" w:hAnsi="Consolas"/>
          <w:b w:val="0"/>
          <w:i w:val="0"/>
          <w:sz w:val="18"/>
        </w:rPr>
        <w:t xml:space="preserve">    mag = eq_dict['properties']['mag']</w:t>
      </w:r>
    </w:p>
    <w:p>
      <w:pPr>
        <w:spacing w:after="0"/>
        <w:ind w:left="360"/>
        <w:shd w:val="clear" w:color="auto" w:fill="F2F2F2"/>
      </w:pPr>
      <w:r>
        <w:rPr>
          <w:rFonts w:ascii="Consolas" w:hAnsi="Consolas"/>
          <w:b w:val="0"/>
          <w:i w:val="0"/>
          <w:sz w:val="18"/>
        </w:rPr>
        <w:t xml:space="preserve">    lon = eq_dict['geometry']['coordinates'][0]</w:t>
      </w:r>
    </w:p>
    <w:p>
      <w:pPr>
        <w:spacing w:after="0"/>
        <w:ind w:left="360"/>
        <w:shd w:val="clear" w:color="auto" w:fill="F2F2F2"/>
      </w:pPr>
      <w:r>
        <w:rPr>
          <w:rFonts w:ascii="Consolas" w:hAnsi="Consolas"/>
          <w:b w:val="0"/>
          <w:i w:val="0"/>
          <w:sz w:val="18"/>
        </w:rPr>
        <w:t xml:space="preserve">    lat = eq_dict['geometry']['coordinates'][1]</w:t>
      </w:r>
    </w:p>
    <w:p>
      <w:pPr>
        <w:spacing w:after="0"/>
        <w:ind w:left="360"/>
        <w:shd w:val="clear" w:color="auto" w:fill="F2F2F2"/>
      </w:pPr>
      <w:r>
        <w:rPr>
          <w:rFonts w:ascii="Consolas" w:hAnsi="Consolas"/>
          <w:b w:val="0"/>
          <w:i w:val="0"/>
          <w:sz w:val="18"/>
        </w:rPr>
        <w:t>❷     eq_title = eq_dict['properties']['title']</w:t>
      </w:r>
    </w:p>
    <w:p>
      <w:pPr>
        <w:spacing w:after="0"/>
        <w:ind w:left="360"/>
        <w:shd w:val="clear" w:color="auto" w:fill="F2F2F2"/>
      </w:pPr>
      <w:r>
        <w:rPr>
          <w:rFonts w:ascii="Consolas" w:hAnsi="Consolas"/>
          <w:b w:val="0"/>
          <w:i w:val="0"/>
          <w:sz w:val="18"/>
        </w:rPr>
        <w:t xml:space="preserve">    mags.append(mag)</w:t>
      </w:r>
    </w:p>
    <w:p>
      <w:pPr>
        <w:spacing w:after="0"/>
        <w:ind w:left="360"/>
        <w:shd w:val="clear" w:color="auto" w:fill="F2F2F2"/>
      </w:pPr>
      <w:r>
        <w:rPr>
          <w:rFonts w:ascii="Consolas" w:hAnsi="Consolas"/>
          <w:b w:val="0"/>
          <w:i w:val="0"/>
          <w:sz w:val="18"/>
        </w:rPr>
        <w:t xml:space="preserve">    lons.append(lon)</w:t>
      </w:r>
    </w:p>
    <w:p>
      <w:pPr>
        <w:spacing w:after="0"/>
        <w:ind w:left="360"/>
        <w:shd w:val="clear" w:color="auto" w:fill="F2F2F2"/>
      </w:pPr>
      <w:r>
        <w:rPr>
          <w:rFonts w:ascii="Consolas" w:hAnsi="Consolas"/>
          <w:b w:val="0"/>
          <w:i w:val="0"/>
          <w:sz w:val="18"/>
        </w:rPr>
        <w:t xml:space="preserve">    lats.append(lat)</w:t>
      </w:r>
    </w:p>
    <w:p>
      <w:pPr>
        <w:spacing w:after="0"/>
        <w:ind w:left="360"/>
        <w:shd w:val="clear" w:color="auto" w:fill="F2F2F2"/>
      </w:pPr>
      <w:r>
        <w:rPr>
          <w:rFonts w:ascii="Consolas" w:hAnsi="Consolas"/>
          <w:b w:val="0"/>
          <w:i w:val="0"/>
          <w:sz w:val="18"/>
        </w:rPr>
        <w:t xml:space="preserve">    eq_titles.append(eq_title)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 'Global Earthquakes'</w:t>
      </w:r>
    </w:p>
    <w:p>
      <w:pPr>
        <w:spacing w:after="0"/>
        <w:ind w:left="360"/>
        <w:shd w:val="clear" w:color="auto" w:fill="F2F2F2"/>
      </w:pPr>
      <w:r>
        <w:rPr>
          <w:rFonts w:ascii="Consolas" w:hAnsi="Consolas"/>
          <w:b w:val="0"/>
          <w:i w:val="0"/>
          <w:sz w:val="18"/>
        </w:rPr>
        <w:t>fig = px.scatter_geo(lat=lats, lon=lons, size=mags, title=title,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projection='natural earth',</w:t>
      </w:r>
    </w:p>
    <w:p>
      <w:pPr>
        <w:spacing w:after="0"/>
        <w:ind w:left="360"/>
        <w:shd w:val="clear" w:color="auto" w:fill="F2F2F2"/>
      </w:pPr>
      <w:r>
        <w:rPr>
          <w:rFonts w:ascii="Consolas" w:hAnsi="Consolas"/>
          <w:b w:val="0"/>
          <w:i w:val="0"/>
          <w:sz w:val="18"/>
        </w:rPr>
        <w:t>❸         hover_name=eq_titles,</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Đầu tiên chúng ta tạo một danh sách tên là </w:t>
      </w:r>
      <w:r>
        <w:rPr>
          <w:rFonts w:ascii="Consolas" w:hAnsi="Consolas"/>
          <w:b w:val="0"/>
          <w:i w:val="0"/>
          <w:sz w:val="20"/>
        </w:rPr>
        <w:t>eq_titles</w:t>
      </w:r>
      <w:r>
        <w:rPr>
          <w:b w:val="0"/>
          <w:i w:val="0"/>
        </w:rPr>
        <w:t xml:space="preserve"> để lưu tiêu đề của mỗi trận động đất ❶. Phần </w:t>
      </w:r>
      <w:r>
        <w:rPr>
          <w:rFonts w:ascii="Consolas" w:hAnsi="Consolas"/>
          <w:b w:val="0"/>
          <w:i w:val="0"/>
          <w:sz w:val="20"/>
        </w:rPr>
        <w:t>'title'</w:t>
      </w:r>
      <w:r>
        <w:rPr>
          <w:b w:val="0"/>
          <w:i w:val="0"/>
        </w:rPr>
        <w:t xml:space="preserve"> của dữ liệu chứa tên mô tả về độ lớn và vị trí của mỗi trận động đất, ngoài kinh độ và vĩ độ của nó. Chúng ta lấy thông tin này và gán nó cho biến </w:t>
      </w:r>
      <w:r>
        <w:rPr>
          <w:rFonts w:ascii="Consolas" w:hAnsi="Consolas"/>
          <w:b w:val="0"/>
          <w:i w:val="0"/>
          <w:sz w:val="20"/>
        </w:rPr>
        <w:t>eq_title</w:t>
      </w:r>
      <w:r>
        <w:rPr>
          <w:b w:val="0"/>
          <w:i w:val="0"/>
        </w:rPr>
        <w:t xml:space="preserve"> ❷, rồi thêm nó vào danh sách </w:t>
      </w:r>
      <w:r>
        <w:rPr>
          <w:rFonts w:ascii="Consolas" w:hAnsi="Consolas"/>
          <w:b w:val="0"/>
          <w:i w:val="0"/>
          <w:sz w:val="20"/>
        </w:rPr>
        <w:t>eq_titles</w:t>
      </w:r>
      <w:r>
        <w:rPr>
          <w:b w:val="0"/>
          <w:i w:val="0"/>
        </w:rPr>
        <w:t>.</w:t>
      </w:r>
    </w:p>
    <w:p>
      <w:pPr>
        <w:spacing w:after="80"/>
      </w:pPr>
      <w:r>
        <w:rPr>
          <w:b w:val="0"/>
          <w:i w:val="0"/>
        </w:rPr>
        <w:t xml:space="preserve">Trong lời gọi </w:t>
      </w:r>
      <w:r>
        <w:rPr>
          <w:rFonts w:ascii="Consolas" w:hAnsi="Consolas"/>
          <w:b w:val="0"/>
          <w:i w:val="0"/>
          <w:sz w:val="20"/>
        </w:rPr>
        <w:t>px.scatter_geo()</w:t>
      </w:r>
      <w:r>
        <w:rPr>
          <w:b w:val="0"/>
          <w:i w:val="0"/>
        </w:rPr>
        <w:t xml:space="preserve">, chúng ta truyền </w:t>
      </w:r>
      <w:r>
        <w:rPr>
          <w:rFonts w:ascii="Consolas" w:hAnsi="Consolas"/>
          <w:b w:val="0"/>
          <w:i w:val="0"/>
          <w:sz w:val="20"/>
        </w:rPr>
        <w:t>eq_titles</w:t>
      </w:r>
      <w:r>
        <w:rPr>
          <w:b w:val="0"/>
          <w:i w:val="0"/>
        </w:rPr>
        <w:t xml:space="preserve"> cho đối số </w:t>
      </w:r>
      <w:r>
        <w:rPr>
          <w:rFonts w:ascii="Consolas" w:hAnsi="Consolas"/>
          <w:b w:val="0"/>
          <w:i w:val="0"/>
          <w:sz w:val="20"/>
        </w:rPr>
        <w:t>hover_name</w:t>
      </w:r>
      <w:r>
        <w:rPr>
          <w:b w:val="0"/>
          <w:i w:val="0"/>
        </w:rPr>
        <w:t xml:space="preserve"> ❸. Plotly giờ đây sẽ thêm thông tin từ tiêu đề của mỗi trận động đất vào văn bản hiển thị khi rê chuột trên mỗi điểm. Khi bạn chạy chương trình này, bạn sẽ có thể rê chuột lên bất kỳ điểm đánh dấu nào, thấy mô tả về nơi trận động đất đó xảy ra, và đọc độ lớn chính xác của nó. Một ví dụ về thông tin này được thể hiện trong Hình 16-10.</w:t>
      </w:r>
    </w:p>
    <w:p>
      <w:pPr>
        <w:jc w:val="center"/>
      </w:pPr>
      <w:r>
        <w:drawing>
          <wp:inline xmlns:a="http://schemas.openxmlformats.org/drawingml/2006/main" xmlns:pic="http://schemas.openxmlformats.org/drawingml/2006/picture">
            <wp:extent cx="5486400" cy="3221720"/>
            <wp:docPr id="61" name="Picture 61"/>
            <wp:cNvGraphicFramePr>
              <a:graphicFrameLocks noChangeAspect="1"/>
            </wp:cNvGraphicFramePr>
            <a:graphic>
              <a:graphicData uri="http://schemas.openxmlformats.org/drawingml/2006/picture">
                <pic:pic>
                  <pic:nvPicPr>
                    <pic:cNvPr id="0" name="image_rsrcBJS.jpg"/>
                    <pic:cNvPicPr/>
                  </pic:nvPicPr>
                  <pic:blipFill>
                    <a:blip r:embed="rId53"/>
                    <a:stretch>
                      <a:fillRect/>
                    </a:stretch>
                  </pic:blipFill>
                  <pic:spPr>
                    <a:xfrm>
                      <a:off x="0" y="0"/>
                      <a:ext cx="5486400" cy="3221720"/>
                    </a:xfrm>
                    <a:prstGeom prst="rect"/>
                  </pic:spPr>
                </pic:pic>
              </a:graphicData>
            </a:graphic>
          </wp:inline>
        </w:drawing>
      </w:r>
    </w:p>
    <w:p>
      <w:pPr>
        <w:spacing w:after="80"/>
      </w:pPr>
      <w:r>
        <w:rPr>
          <w:b w:val="0"/>
          <w:i w:val="0"/>
        </w:rPr>
        <w:t>Hình 16-10: Văn bản hiển thị khi rê chuột giờ đây bao gồm tóm tắt về mỗi trận động đất.</w:t>
      </w:r>
    </w:p>
    <w:p>
      <w:pPr>
        <w:spacing w:after="80"/>
      </w:pPr>
      <w:r>
        <w:rPr>
          <w:b w:val="0"/>
          <w:i w:val="0"/>
        </w:rPr>
        <w:t>Thật ấn tượng! Chỉ trong chưa đầy 30 dòng mã, chúng ta đã tạo ra một bản đồ trực quan hấp dẫn và đầy ý nghĩa về hoạt động động đất toàn cầu, đồng thời cũng minh họa cấu trúc địa chất của hành tinh. Plotly cung cấp rất nhiều cách để bạn tùy chỉnh diện mạo và hành vi của các trực quan hóa của mình. Với vô số tùy chọn của Plotly, bạn có thể tạo ra các biểu đồ và bản đồ thể hiện chính xác điều bạn muốn chúng thể hiện.</w:t>
      </w:r>
    </w:p>
    <w:p>
      <w:pPr>
        <w:spacing w:before="120" w:after="40"/>
      </w:pPr>
      <w:r>
        <w:rPr>
          <w:b/>
          <w:sz w:val="21"/>
        </w:rPr>
        <w:t>Tự thực hành</w:t>
      </w:r>
    </w:p>
    <w:p>
      <w:pPr>
        <w:spacing w:after="80"/>
      </w:pPr>
      <w:r>
        <w:rPr>
          <w:b/>
          <w:i w:val="0"/>
        </w:rPr>
        <w:t>16-6. Tái cấu trúc mã:</w:t>
      </w:r>
      <w:r>
        <w:rPr>
          <w:b w:val="0"/>
          <w:i w:val="0"/>
        </w:rPr>
        <w:t xml:space="preserve"> Vòng lặp lấy dữ liệu từ </w:t>
      </w:r>
      <w:r>
        <w:rPr>
          <w:rFonts w:ascii="Consolas" w:hAnsi="Consolas"/>
          <w:b w:val="0"/>
          <w:i w:val="0"/>
          <w:sz w:val="20"/>
        </w:rPr>
        <w:t>all_eq_dicts</w:t>
      </w:r>
      <w:r>
        <w:rPr>
          <w:b w:val="0"/>
          <w:i w:val="0"/>
        </w:rPr>
        <w:t xml:space="preserve"> dùng các biến cho độ lớn, kinh độ, vĩ độ và tiêu đề của mỗi trận động đất trước khi thêm các giá trị này vào danh sách thích hợp của chúng. Cách làm này được chọn để rõ ràng trong việc lấy dữ liệu từ tệp GeoJSON, nhưng nó không cần thiết trong mã của bạn. Thay vì dùng các biến tạm thời này, hãy lấy từng giá trị từ </w:t>
      </w:r>
      <w:r>
        <w:rPr>
          <w:rFonts w:ascii="Consolas" w:hAnsi="Consolas"/>
          <w:b w:val="0"/>
          <w:i w:val="0"/>
          <w:sz w:val="20"/>
        </w:rPr>
        <w:t>eq_dict</w:t>
      </w:r>
      <w:r>
        <w:rPr>
          <w:b w:val="0"/>
          <w:i w:val="0"/>
        </w:rPr>
        <w:t xml:space="preserve"> và thêm nó vào danh sách thích hợp trong một dòng. Làm như vậy sẽ rút ngắn phần thân của vòng lặp này xuống chỉ còn bốn dòng.</w:t>
      </w:r>
    </w:p>
    <w:p>
      <w:pPr>
        <w:spacing w:after="80"/>
      </w:pPr>
      <w:r>
        <w:rPr>
          <w:b/>
          <w:i w:val="0"/>
        </w:rPr>
        <w:t>16-7. Tiêu đề tự động:</w:t>
      </w:r>
      <w:r>
        <w:rPr>
          <w:b w:val="0"/>
          <w:i w:val="0"/>
        </w:rPr>
        <w:t xml:space="preserve"> Trong phần này, chúng ta đã dùng tiêu đề chung chung </w:t>
      </w:r>
      <w:r>
        <w:rPr>
          <w:b w:val="0"/>
          <w:i/>
        </w:rPr>
        <w:t>Global Earthquakes</w:t>
      </w:r>
      <w:r>
        <w:rPr>
          <w:b w:val="0"/>
          <w:i w:val="0"/>
        </w:rPr>
        <w:t xml:space="preserve">. Thay vào đó, bạn có thể dùng tiêu đề của tập dữ liệu trong phần metadata của tệp GeoJSON. Lấy giá trị này và gán nó cho biến </w:t>
      </w:r>
      <w:r>
        <w:rPr>
          <w:rFonts w:ascii="Consolas" w:hAnsi="Consolas"/>
          <w:b w:val="0"/>
          <w:i w:val="0"/>
          <w:sz w:val="20"/>
        </w:rPr>
        <w:t>title</w:t>
      </w:r>
      <w:r>
        <w:rPr>
          <w:b w:val="0"/>
          <w:i w:val="0"/>
        </w:rPr>
        <w:t>.</w:t>
      </w:r>
    </w:p>
    <w:p>
      <w:pPr>
        <w:spacing w:after="80"/>
      </w:pPr>
      <w:r>
        <w:rPr>
          <w:b/>
          <w:i w:val="0"/>
        </w:rPr>
        <w:t>16-8. Các trận động đất gần đây:</w:t>
      </w:r>
      <w:r>
        <w:rPr>
          <w:b w:val="0"/>
          <w:i w:val="0"/>
        </w:rPr>
        <w:t xml:space="preserve"> Bạn có thể tìm thấy các tệp dữ liệu trực tuyến chứa thông tin về những trận động đất gần đây nhất trong khoảng thời gian 1 giờ, 1 ngày, 7 ngày và 30 ngày. Truy cập https://earthquake.usgs.gov/earthquakes/feed/v1.0/geojson.php và bạn sẽ thấy danh sách các liên kết đến các bộ dữ liệu cho nhiều khoảng thời gian khác nhau, tập trung vào các trận động đất có độ lớn khác nhau. Tải xuống một trong những bộ dữ liệu này và tạo một biểu đồ trực quan hóa hoạt động động đất gần đây nhất.</w:t>
      </w:r>
    </w:p>
    <w:p>
      <w:pPr>
        <w:spacing w:after="80"/>
      </w:pPr>
      <w:r>
        <w:rPr>
          <w:b/>
          <w:i w:val="0"/>
        </w:rPr>
        <w:t xml:space="preserve">16-9. Các đám cháy trên thế giới: </w:t>
      </w:r>
      <w:r>
        <w:rPr>
          <w:b w:val="0"/>
          <w:i w:val="0"/>
        </w:rPr>
        <w:t xml:space="preserve">Trong phần tài nguyên của chương này, bạn sẽ tìm thấy một tệp có tên </w:t>
      </w:r>
      <w:r>
        <w:rPr>
          <w:b w:val="0"/>
          <w:i/>
        </w:rPr>
        <w:t>world_fires_1_day.csv</w:t>
      </w:r>
      <w:r>
        <w:rPr>
          <w:b w:val="0"/>
          <w:i w:val="0"/>
        </w:rPr>
        <w:t>. Tệp này chứa thông tin về các đám cháy đang bùng phát ở nhiều vị trí khác nhau trên toàn cầu, bao gồm vĩ độ, kinh độ và độ sáng của từng đám cháy. Sử dụng phần xử lý dữ liệu từ phần đầu của chương này và phần vẽ bản đồ từ mục này, hãy tạo một bản đồ hiển thị những khu vực trên thế giới đang bị ảnh hưởng bởi các đám cháy.</w:t>
      </w:r>
    </w:p>
    <w:p>
      <w:pPr>
        <w:spacing w:after="80"/>
      </w:pPr>
      <w:r>
        <w:rPr>
          <w:b w:val="0"/>
          <w:i w:val="0"/>
        </w:rPr>
        <w:t xml:space="preserve">Bạn có thể tải xuống các phiên bản dữ liệu mới hơn tại https://earthdata.nasa.gov/earth-observation-data/near-real-time/firms/active-fire-data. Bạn có thể tìm thấy các liên kết đến dữ liệu ở định dạng CSV trong mục </w:t>
      </w:r>
      <w:r>
        <w:rPr>
          <w:b w:val="0"/>
          <w:i/>
        </w:rPr>
        <w:t>SHP, KML, and TXT Files</w:t>
      </w:r>
      <w:r>
        <w:rPr>
          <w:b w:val="0"/>
          <w:i w:val="0"/>
        </w:rPr>
        <w:t>.</w:t>
      </w:r>
    </w:p>
    <w:p>
      <w:pPr>
        <w:pStyle w:val="Heading2"/>
      </w:pPr>
      <w:r>
        <w:rPr>
          <w:rFonts w:ascii="Calibri" w:hAnsi="Calibri"/>
          <w:b/>
          <w:i w:val="0"/>
          <w:sz w:val="32"/>
        </w:rPr>
        <w:t>Tóm tắt</w:t>
      </w:r>
    </w:p>
    <w:p>
      <w:pPr>
        <w:spacing w:after="80"/>
      </w:pPr>
      <w:r>
        <w:rPr>
          <w:b w:val="0"/>
          <w:i w:val="0"/>
        </w:rPr>
        <w:t xml:space="preserve">Trong chương này, bạn đã học cách làm việc với các bộ dữ liệu thực tế. Bạn đã xử lý các tệp CSV và GeoJSON, đồng thời trích xuất dữ liệu mà bạn muốn tập trung vào. Sử dụng dữ liệu thời tiết lịch sử, bạn đã hiểu thêm về cách làm việc với Matplotlib, bao gồm cách sử dụng mô-đun </w:t>
      </w:r>
      <w:r>
        <w:rPr>
          <w:rFonts w:ascii="Consolas" w:hAnsi="Consolas"/>
          <w:b w:val="0"/>
          <w:i w:val="0"/>
          <w:sz w:val="20"/>
        </w:rPr>
        <w:t>datetime</w:t>
      </w:r>
      <w:r>
        <w:rPr>
          <w:b w:val="0"/>
          <w:i w:val="0"/>
        </w:rPr>
        <w:t xml:space="preserve"> và cách vẽ nhiều chuỗi dữ liệu trên một biểu đồ. Bạn đã vẽ dữ liệu địa lý trên bản đồ thế giới bằng Plotly, và học cách tùy chỉnh kiểu dáng của bản đồ.</w:t>
      </w:r>
    </w:p>
    <w:p>
      <w:pPr>
        <w:spacing w:after="80"/>
      </w:pPr>
      <w:r>
        <w:rPr>
          <w:b w:val="0"/>
          <w:i w:val="0"/>
        </w:rPr>
        <w:t>Khi bạn tích lũy kinh nghiệm làm việc với các tệp CSV và JSON, bạn sẽ có thể xử lý gần như bất kỳ dữ liệu nào bạn muốn phân tích. Bạn có thể tải xuống hầu hết các bộ dữ liệu trực tuyến ở một trong hai hoặc cả hai định dạng này. Bằng cách làm việc với các định dạng này, bạn cũng sẽ có thể học cách làm việc với các định dạng dữ liệu khác dễ dàng hơn.</w:t>
      </w:r>
    </w:p>
    <w:p>
      <w:pPr>
        <w:spacing w:after="80"/>
      </w:pPr>
      <w:r>
        <w:rPr>
          <w:b w:val="0"/>
          <w:i w:val="0"/>
        </w:rPr>
        <w:t>Trong chương tiếp theo, bạn sẽ viết các chương trình tự động thu thập dữ liệu của riêng chúng từ các nguồn trực tuyến, và sau đó bạn sẽ tạo các biểu đồ trực quan hóa dữ liệu đó. Đây là những kỹ năng thú vị nếu bạn muốn lập trình như một sở thích và là những kỹ năng quan trọng nếu bạn quan tâm đến việc lập trình chuyên nghiệp.</w:t>
      </w:r>
    </w:p>
    <w:p>
      <w:pPr>
        <w:pStyle w:val="Heading1"/>
      </w:pPr>
      <w:r>
        <w:rPr>
          <w:rFonts w:ascii="Calibri" w:hAnsi="Calibri"/>
          <w:b/>
          <w:i w:val="0"/>
          <w:sz w:val="38"/>
        </w:rPr>
        <w:t>17</w:t>
      </w:r>
      <w:r>
        <w:rPr>
          <w:rFonts w:ascii="Calibri" w:hAnsi="Calibri"/>
          <w:b/>
          <w:i w:val="0"/>
          <w:sz w:val="38"/>
        </w:rPr>
      </w:r>
      <w:r>
        <w:rPr>
          <w:rFonts w:ascii="Calibri" w:hAnsi="Calibri"/>
          <w:b/>
          <w:i w:val="0"/>
          <w:sz w:val="38"/>
        </w:rPr>
        <w:t>Làm việc với API</w:t>
      </w:r>
    </w:p>
    <w:p>
      <w:pPr>
        <w:jc w:val="center"/>
      </w:pPr>
      <w:r>
        <w:drawing>
          <wp:inline xmlns:a="http://schemas.openxmlformats.org/drawingml/2006/main" xmlns:pic="http://schemas.openxmlformats.org/drawingml/2006/picture">
            <wp:extent cx="3867150" cy="3867150"/>
            <wp:docPr id="62" name="Picture 62"/>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Trong chương này, bạn sẽ học cách viết một chương trình khép kín tự tạo ra biểu đồ trực quan hóa dựa trên dữ liệu mà nó truy xuất được. Chương trình của bạn sẽ sử dụng </w:t>
      </w:r>
      <w:r>
        <w:rPr>
          <w:b w:val="0"/>
          <w:i/>
        </w:rPr>
        <w:t>giao diện lập trình ứng dụng (application programming interface - API)</w:t>
      </w:r>
      <w:r>
        <w:rPr>
          <w:b w:val="0"/>
          <w:i w:val="0"/>
        </w:rPr>
        <w:t xml:space="preserve"> để tự động yêu cầu thông tin cụ thể từ một trang web và sau đó sử dụng thông tin đó để tạo biểu đồ trực quan hóa. Vì các chương trình được viết theo cách này sẽ luôn sử dụng dữ liệu hiện tại để tạo biểu đồ trực quan hóa, ngay cả khi dữ liệu đó có thể thay đổi nhanh chóng, nên biểu đồ sẽ luôn được cập nhật.</w:t>
      </w:r>
    </w:p>
    <w:p>
      <w:pPr>
        <w:pStyle w:val="Heading2"/>
      </w:pPr>
      <w:r>
        <w:rPr>
          <w:rFonts w:ascii="Calibri" w:hAnsi="Calibri"/>
          <w:b/>
          <w:i w:val="0"/>
          <w:sz w:val="32"/>
        </w:rPr>
        <w:t>Sử dụng API</w:t>
      </w:r>
    </w:p>
    <w:p>
      <w:pPr>
        <w:spacing w:after="80"/>
      </w:pPr>
      <w:r>
        <w:rPr>
          <w:b w:val="0"/>
          <w:i w:val="0"/>
        </w:rPr>
        <w:t xml:space="preserve">API là một phần của trang web được thiết kế để tương tác với các chương trình. Những chương trình đó sử dụng các URL rất cụ thể để yêu cầu thông tin nhất định. Kiểu yêu cầu này được gọi là </w:t>
      </w:r>
      <w:r>
        <w:rPr>
          <w:b w:val="0"/>
          <w:i/>
        </w:rPr>
        <w:t>lệnh gọi API (API call)</w:t>
      </w:r>
      <w:r>
        <w:rPr>
          <w:b w:val="0"/>
          <w:i w:val="0"/>
        </w:rPr>
        <w:t>. Dữ liệu được yêu cầu sẽ được trả về ở định dạng dễ xử lý, chẳng hạn như JSON hoặc CSV. Hầu hết các ứng dụng sử dụng nguồn dữ liệu bên ngoài, chẳng hạn như các ứng dụng tích hợp với các trang mạng xã hội, đều dựa vào các lệnh gọi API.</w:t>
      </w:r>
    </w:p>
    <w:p>
      <w:pPr>
        <w:pStyle w:val="Heading3"/>
      </w:pPr>
      <w:r>
        <w:rPr>
          <w:rFonts w:ascii="Calibri" w:hAnsi="Calibri"/>
          <w:b/>
          <w:i w:val="0"/>
          <w:sz w:val="27"/>
        </w:rPr>
        <w:t>Git và GitHub</w:t>
      </w:r>
    </w:p>
    <w:p>
      <w:pPr>
        <w:spacing w:after="80"/>
      </w:pPr>
      <w:r>
        <w:rPr>
          <w:b w:val="0"/>
          <w:i w:val="0"/>
        </w:rPr>
        <w:t>Chúng ta sẽ xây dựng biểu đồ trực quan hóa dựa trên thông tin từ GitHub (https://github.com), một trang web cho phép các lập trình viên cộng tác trong các dự án lập trình. Chúng ta sẽ sử dụng API của GitHub để yêu cầu thông tin về các dự án Python trên trang web, sau đó tạo một biểu đồ trực quan hóa tương tác về mức độ phổ biến tương đối của các dự án này bằng Plotly.</w:t>
      </w:r>
    </w:p>
    <w:p>
      <w:pPr>
        <w:spacing w:after="80"/>
      </w:pPr>
      <w:r>
        <w:rPr>
          <w:b w:val="0"/>
          <w:i w:val="0"/>
        </w:rPr>
        <w:t xml:space="preserve">GitHub lấy tên từ Git, một hệ thống quản lý phiên bản phân tán. Git giúp mọi người quản lý công việc của họ trong một dự án theo cách ngăn chặn những thay đổi do một người thực hiện gây ảnh hưởng đến những thay đổi mà người khác đang thực hiện. Khi bạn triển khai một tính năng mới trong một dự án, Git sẽ theo dõi những thay đổi bạn thực hiện đối với từng tệp. Khi mã mới của bạn hoạt động, bạn </w:t>
      </w:r>
      <w:r>
        <w:rPr>
          <w:b w:val="0"/>
          <w:i/>
        </w:rPr>
        <w:t>commit</w:t>
      </w:r>
      <w:r>
        <w:rPr>
          <w:b w:val="0"/>
          <w:i w:val="0"/>
        </w:rPr>
        <w:t xml:space="preserve"> những thay đổi đã thực hiện, và Git ghi lại trạng thái mới của dự án. Nếu bạn mắc lỗi và muốn hoàn tác các thay đổi của mình, bạn có thể dễ dàng quay lại bất kỳ trạng thái hoạt động nào trước đó. (Để tìm hiểu thêm về quản lý phiên bản bằng Git, xem Phụ lục D.) Các dự án trên GitHub được lưu trữ trong các </w:t>
      </w:r>
      <w:r>
        <w:rPr>
          <w:b w:val="0"/>
          <w:i/>
        </w:rPr>
        <w:t>kho lưu trữ (repository)</w:t>
      </w:r>
      <w:r>
        <w:rPr>
          <w:b w:val="0"/>
          <w:i w:val="0"/>
        </w:rPr>
        <w:t>, chứa mọi thứ liên quan đến dự án: mã nguồn, thông tin về những người cộng tác, mọi vấn đề hoặc báo cáo lỗi, v.v.</w:t>
      </w:r>
    </w:p>
    <w:p>
      <w:pPr>
        <w:spacing w:after="80"/>
      </w:pPr>
      <w:r>
        <w:rPr>
          <w:b w:val="0"/>
          <w:i w:val="0"/>
        </w:rPr>
        <w:t>Khi người dùng trên GitHub thích một dự án, họ có thể “gắn sao” (star) cho nó để thể hiện sự ủng hộ và theo dõi những dự án mà họ có thể muốn sử dụng. Trong chương này, chúng ta sẽ viết một chương trình tự động tải xuống thông tin về những dự án Python được gắn sao nhiều nhất trên GitHub, rồi tạo một biểu đồ trực quan sinh động về các dự án này.</w:t>
      </w:r>
    </w:p>
    <w:p>
      <w:pPr>
        <w:pStyle w:val="Heading3"/>
      </w:pPr>
      <w:r>
        <w:rPr>
          <w:rFonts w:ascii="Calibri" w:hAnsi="Calibri"/>
          <w:b/>
          <w:i w:val="0"/>
          <w:sz w:val="27"/>
        </w:rPr>
        <w:t>Yêu cầu dữ liệu bằng một lệnh gọi API</w:t>
      </w:r>
    </w:p>
    <w:p>
      <w:pPr>
        <w:spacing w:after="80"/>
      </w:pPr>
      <w:r>
        <w:rPr>
          <w:b w:val="0"/>
          <w:i w:val="0"/>
        </w:rPr>
        <w:t>API của GitHub cho phép bạn yêu cầu rất nhiều loại thông tin thông qua các lệnh gọi API (API call). Để xem một lệnh gọi API trông như thế nào, hãy nhập đoạn sau vào thanh địa chỉ của trình duyệt và nhấn ENTER:</w:t>
      </w:r>
    </w:p>
    <w:p>
      <w:pPr>
        <w:spacing w:after="80"/>
      </w:pPr>
      <w:r>
        <w:rPr>
          <w:b w:val="0"/>
          <w:i w:val="0"/>
        </w:rPr>
        <w:t>https://api.github.com/search/repositories?q=language:python+sort:stars</w:t>
      </w:r>
    </w:p>
    <w:p>
      <w:pPr>
        <w:spacing w:after="80"/>
      </w:pPr>
      <w:r>
        <w:rPr>
          <w:b w:val="0"/>
          <w:i w:val="0"/>
        </w:rPr>
        <w:t xml:space="preserve">Lệnh gọi này trả về số lượng dự án Python hiện đang được lưu trữ trên GitHub, cùng với thông tin về những kho chứa (repository) Python phổ biến nhất. Hãy cùng phân tích lệnh gọi này. Phần đầu tiên, </w:t>
      </w:r>
      <w:r>
        <w:rPr>
          <w:rFonts w:ascii="Consolas" w:hAnsi="Consolas"/>
          <w:b w:val="0"/>
          <w:i w:val="0"/>
          <w:sz w:val="20"/>
        </w:rPr>
        <w:t>https://api.github.com/</w:t>
      </w:r>
      <w:r>
        <w:rPr>
          <w:b w:val="0"/>
          <w:i w:val="0"/>
        </w:rPr>
        <w:t xml:space="preserve">, hướng yêu cầu đến phần của GitHub chuyên xử lý các lệnh gọi API. Phần tiếp theo, </w:t>
      </w:r>
      <w:r>
        <w:rPr>
          <w:rFonts w:ascii="Consolas" w:hAnsi="Consolas"/>
          <w:b w:val="0"/>
          <w:i w:val="0"/>
          <w:sz w:val="20"/>
        </w:rPr>
        <w:t>search/repositories</w:t>
      </w:r>
      <w:r>
        <w:rPr>
          <w:b w:val="0"/>
          <w:i w:val="0"/>
        </w:rPr>
        <w:t>, báo cho API biết cần tìm kiếm qua tất cả các kho chứa trên GitHub.</w:t>
      </w:r>
    </w:p>
    <w:p>
      <w:pPr>
        <w:spacing w:after="80"/>
      </w:pPr>
      <w:r>
        <w:rPr>
          <w:b w:val="0"/>
          <w:i w:val="0"/>
        </w:rPr>
        <w:t xml:space="preserve">Dấu hỏi sau </w:t>
      </w:r>
      <w:r>
        <w:rPr>
          <w:rFonts w:ascii="Consolas" w:hAnsi="Consolas"/>
          <w:b w:val="0"/>
          <w:i w:val="0"/>
          <w:sz w:val="20"/>
        </w:rPr>
        <w:t>repositories</w:t>
      </w:r>
      <w:r>
        <w:rPr>
          <w:b w:val="0"/>
          <w:i w:val="0"/>
        </w:rPr>
        <w:t xml:space="preserve"> báo hiệu rằng chúng ta sắp truyền vào một đối số (argument). Chữ </w:t>
      </w:r>
      <w:r>
        <w:rPr>
          <w:rFonts w:ascii="Consolas" w:hAnsi="Consolas"/>
          <w:b w:val="0"/>
          <w:i w:val="0"/>
          <w:sz w:val="20"/>
        </w:rPr>
        <w:t>q</w:t>
      </w:r>
      <w:r>
        <w:rPr>
          <w:b w:val="0"/>
          <w:i w:val="0"/>
        </w:rPr>
        <w:t xml:space="preserve"> là viết tắt của </w:t>
      </w:r>
      <w:r>
        <w:rPr>
          <w:b w:val="0"/>
          <w:i/>
        </w:rPr>
        <w:t>query</w:t>
      </w:r>
      <w:r>
        <w:rPr>
          <w:b w:val="0"/>
          <w:i w:val="0"/>
        </w:rPr>
        <w:t xml:space="preserve"> (truy vấn), và dấu bằng (</w:t>
      </w:r>
      <w:r>
        <w:rPr>
          <w:rFonts w:ascii="Consolas" w:hAnsi="Consolas"/>
          <w:b w:val="0"/>
          <w:i w:val="0"/>
          <w:sz w:val="20"/>
        </w:rPr>
        <w:t>=</w:t>
      </w:r>
      <w:r>
        <w:rPr>
          <w:b w:val="0"/>
          <w:i w:val="0"/>
        </w:rPr>
        <w:t>) cho phép chúng ta bắt đầu chỉ định một truy vấn (</w:t>
      </w:r>
      <w:r>
        <w:rPr>
          <w:rFonts w:ascii="Consolas" w:hAnsi="Consolas"/>
          <w:b w:val="0"/>
          <w:i w:val="0"/>
          <w:sz w:val="20"/>
        </w:rPr>
        <w:t>q=</w:t>
      </w:r>
      <w:r>
        <w:rPr>
          <w:b w:val="0"/>
          <w:i w:val="0"/>
        </w:rPr>
        <w:t xml:space="preserve">). Bằng cách dùng </w:t>
      </w:r>
      <w:r>
        <w:rPr>
          <w:rFonts w:ascii="Consolas" w:hAnsi="Consolas"/>
          <w:b w:val="0"/>
          <w:i w:val="0"/>
          <w:sz w:val="20"/>
        </w:rPr>
        <w:t>language:python</w:t>
      </w:r>
      <w:r>
        <w:rPr>
          <w:b w:val="0"/>
          <w:i w:val="0"/>
        </w:rPr>
        <w:t xml:space="preserve">, chúng ta cho biết chỉ muốn thông tin về những kho chứa có Python là ngôn ngữ chính. Phần cuối cùng, </w:t>
      </w:r>
      <w:r>
        <w:rPr>
          <w:rFonts w:ascii="Consolas" w:hAnsi="Consolas"/>
          <w:b w:val="0"/>
          <w:i w:val="0"/>
          <w:sz w:val="20"/>
        </w:rPr>
        <w:t>+sort:stars</w:t>
      </w:r>
      <w:r>
        <w:rPr>
          <w:b w:val="0"/>
          <w:i w:val="0"/>
        </w:rPr>
        <w:t>, sắp xếp các dự án theo số lượng sao mà chúng nhận được.</w:t>
      </w:r>
    </w:p>
    <w:p>
      <w:pPr>
        <w:spacing w:after="80"/>
      </w:pPr>
      <w:r>
        <w:rPr>
          <w:b w:val="0"/>
          <w:i w:val="0"/>
        </w:rPr>
        <w:t>Đoạn trích sau đây hiển thị vài dòng đầu tiên của phản hồi:</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❶   "total_count": 8961993,</w:t>
      </w:r>
    </w:p>
    <w:p>
      <w:pPr>
        <w:spacing w:after="0"/>
        <w:ind w:left="360"/>
        <w:shd w:val="clear" w:color="auto" w:fill="F2F2F2"/>
      </w:pPr>
      <w:r>
        <w:rPr>
          <w:rFonts w:ascii="Consolas" w:hAnsi="Consolas"/>
          <w:b w:val="0"/>
          <w:i w:val="0"/>
          <w:sz w:val="18"/>
        </w:rPr>
        <w:t>❷   "incomplete_results": true,</w:t>
      </w:r>
    </w:p>
    <w:p>
      <w:pPr>
        <w:spacing w:after="0"/>
        <w:ind w:left="360"/>
        <w:shd w:val="clear" w:color="auto" w:fill="F2F2F2"/>
      </w:pPr>
      <w:r>
        <w:rPr>
          <w:rFonts w:ascii="Consolas" w:hAnsi="Consolas"/>
          <w:b w:val="0"/>
          <w:i w:val="0"/>
          <w:sz w:val="18"/>
        </w:rPr>
        <w:t>❸   "items":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"id": 54346799,</w:t>
      </w:r>
    </w:p>
    <w:p>
      <w:pPr>
        <w:spacing w:after="0"/>
        <w:ind w:left="360"/>
        <w:shd w:val="clear" w:color="auto" w:fill="F2F2F2"/>
      </w:pPr>
      <w:r>
        <w:rPr>
          <w:rFonts w:ascii="Consolas" w:hAnsi="Consolas"/>
          <w:b w:val="0"/>
          <w:i w:val="0"/>
          <w:sz w:val="18"/>
        </w:rPr>
        <w:t xml:space="preserve">      "node_id": "MDEwOlJlcG9zaXRvcnk1NDM0Njc5OQ==",</w:t>
      </w:r>
    </w:p>
    <w:p>
      <w:pPr>
        <w:spacing w:after="0"/>
        <w:ind w:left="360"/>
        <w:shd w:val="clear" w:color="auto" w:fill="F2F2F2"/>
      </w:pPr>
      <w:r>
        <w:rPr>
          <w:rFonts w:ascii="Consolas" w:hAnsi="Consolas"/>
          <w:b w:val="0"/>
          <w:i w:val="0"/>
          <w:sz w:val="18"/>
        </w:rPr>
        <w:t xml:space="preserve">      "name": "public-apis",</w:t>
      </w:r>
    </w:p>
    <w:p>
      <w:pPr>
        <w:spacing w:after="0"/>
        <w:ind w:left="360"/>
        <w:shd w:val="clear" w:color="auto" w:fill="F2F2F2"/>
      </w:pPr>
      <w:r>
        <w:rPr>
          <w:rFonts w:ascii="Consolas" w:hAnsi="Consolas"/>
          <w:b w:val="0"/>
          <w:i w:val="0"/>
          <w:sz w:val="18"/>
        </w:rPr>
        <w:t xml:space="preserve">      "full_name": "public-apis/public-apis",</w:t>
      </w:r>
    </w:p>
    <w:p>
      <w:pPr>
        <w:spacing w:after="0"/>
        <w:ind w:left="360"/>
        <w:shd w:val="clear" w:color="auto" w:fill="F2F2F2"/>
      </w:pPr>
      <w:r>
        <w:rPr>
          <w:rFonts w:ascii="Consolas" w:hAnsi="Consolas"/>
          <w:b w:val="0"/>
          <w:i/>
          <w:sz w:val="18"/>
        </w:rPr>
        <w:t xml:space="preserve">      --snip--</w:t>
      </w:r>
    </w:p>
    <w:p>
      <w:pPr>
        <w:spacing w:after="40"/>
      </w:pPr>
    </w:p>
    <w:p>
      <w:pPr>
        <w:spacing w:after="80"/>
      </w:pPr>
      <w:r>
        <w:rPr>
          <w:b w:val="0"/>
          <w:i w:val="0"/>
        </w:rPr>
        <w:t xml:space="preserve">Bạn có thể thấy từ phản hồi rằng URL này không phải chủ yếu để con người nhập vào, vì nó ở định dạng dành cho chương trình xử lý. GitHub tìm thấy chưa đến chín triệu dự án Python tính đến thời điểm viết bài này ❶. Giá trị của </w:t>
      </w:r>
      <w:r>
        <w:rPr>
          <w:rFonts w:ascii="Consolas" w:hAnsi="Consolas"/>
          <w:b w:val="0"/>
          <w:i w:val="0"/>
          <w:sz w:val="20"/>
        </w:rPr>
        <w:t>"incomplete_results"</w:t>
      </w:r>
      <w:r>
        <w:rPr>
          <w:b w:val="0"/>
          <w:i w:val="0"/>
        </w:rPr>
        <w:t xml:space="preserve"> là </w:t>
      </w:r>
      <w:r>
        <w:rPr>
          <w:rFonts w:ascii="Consolas" w:hAnsi="Consolas"/>
          <w:b w:val="0"/>
          <w:i w:val="0"/>
          <w:sz w:val="20"/>
        </w:rPr>
        <w:t>true</w:t>
      </w:r>
      <w:r>
        <w:rPr>
          <w:b w:val="0"/>
          <w:i w:val="0"/>
        </w:rPr>
        <w:t xml:space="preserve">, cho chúng ta biết rằng GitHub đã không xử lý đầy đủ truy vấn ❷. GitHub giới hạn thời gian chạy của mỗi truy vấn để giữ cho API luôn phản hồi nhanh với mọi người dùng. Trong trường hợp này, nó tìm được một số kho chứa Python phổ biến nhất, nhưng không có đủ thời gian để tìm hết tất cả; chúng ta sẽ khắc phục điều đó ngay sau đây. Danh sách </w:t>
      </w:r>
      <w:r>
        <w:rPr>
          <w:rFonts w:ascii="Consolas" w:hAnsi="Consolas"/>
          <w:b w:val="0"/>
          <w:i w:val="0"/>
          <w:sz w:val="20"/>
        </w:rPr>
        <w:t>"items"</w:t>
      </w:r>
      <w:r>
        <w:rPr>
          <w:b w:val="0"/>
          <w:i w:val="0"/>
        </w:rPr>
        <w:t xml:space="preserve"> được trả về hiển thị ở danh sách phía sau, chứa thông tin chi tiết về những dự án Python phổ biến nhất trên GitHub ❸.</w:t>
      </w:r>
    </w:p>
    <w:p>
      <w:pPr>
        <w:pStyle w:val="Heading3"/>
      </w:pPr>
      <w:r>
        <w:rPr>
          <w:rFonts w:ascii="Calibri" w:hAnsi="Calibri"/>
          <w:b/>
          <w:i w:val="0"/>
          <w:sz w:val="27"/>
        </w:rPr>
        <w:t>Cài đặt Requests</w:t>
      </w:r>
    </w:p>
    <w:p>
      <w:pPr>
        <w:spacing w:after="80"/>
      </w:pPr>
      <w:r>
        <w:rPr>
          <w:b w:val="0"/>
          <w:i w:val="0"/>
        </w:rPr>
        <w:t xml:space="preserve">Gói </w:t>
      </w:r>
      <w:r>
        <w:rPr>
          <w:b w:val="0"/>
          <w:i/>
        </w:rPr>
        <w:t>Requests</w:t>
      </w:r>
      <w:r>
        <w:rPr>
          <w:b w:val="0"/>
          <w:i w:val="0"/>
        </w:rPr>
        <w:t xml:space="preserve"> cho phép một chương trình Python dễ dàng yêu cầu thông tin từ một trang web và kiểm tra phản hồi. Dùng pip để cài đặt Requests:</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-m pip install --user requests</w:t>
      </w:r>
    </w:p>
    <w:p>
      <w:pPr>
        <w:spacing w:after="40"/>
      </w:pPr>
    </w:p>
    <w:p>
      <w:pPr>
        <w:spacing w:after="80"/>
      </w:pPr>
      <w:r>
        <w:rPr>
          <w:b w:val="0"/>
          <w:i w:val="0"/>
        </w:rPr>
        <w:t xml:space="preserve">Nếu bạn dùng lệnh khác thay cho </w:t>
      </w:r>
      <w:r>
        <w:rPr>
          <w:rFonts w:ascii="Consolas" w:hAnsi="Consolas"/>
          <w:b/>
          <w:i w:val="0"/>
          <w:sz w:val="20"/>
        </w:rPr>
        <w:t>python</w:t>
      </w:r>
      <w:r>
        <w:rPr>
          <w:b w:val="0"/>
          <w:i w:val="0"/>
        </w:rPr>
        <w:t xml:space="preserve"> để chạy chương trình hoặc mở phiên terminal, chẳng hạn như </w:t>
      </w:r>
      <w:r>
        <w:rPr>
          <w:rFonts w:ascii="Consolas" w:hAnsi="Consolas"/>
          <w:b/>
          <w:i w:val="0"/>
          <w:sz w:val="20"/>
        </w:rPr>
        <w:t>python3</w:t>
      </w:r>
      <w:r>
        <w:rPr>
          <w:b w:val="0"/>
          <w:i w:val="0"/>
        </w:rPr>
        <w:t>, thì lệnh của bạn sẽ trông như thế này:</w:t>
      </w:r>
    </w:p>
    <w:p>
      <w:pPr>
        <w:spacing w:after="0"/>
        <w:ind w:left="360"/>
        <w:shd w:val="clear" w:color="auto" w:fill="F2F2F2"/>
      </w:pPr>
      <w:r>
        <w:rPr>
          <w:rFonts w:ascii="Consolas" w:hAnsi="Consolas"/>
          <w:b w:val="0"/>
          <w:i w:val="0"/>
          <w:sz w:val="18"/>
        </w:rPr>
        <w:t xml:space="preserve">$ </w:t>
      </w:r>
      <w:r>
        <w:rPr>
          <w:rFonts w:ascii="Consolas" w:hAnsi="Consolas"/>
          <w:b/>
          <w:i w:val="0"/>
          <w:sz w:val="18"/>
        </w:rPr>
        <w:t>python3 -m pip install --user requests</w:t>
      </w:r>
    </w:p>
    <w:p>
      <w:pPr>
        <w:spacing w:after="40"/>
      </w:pPr>
    </w:p>
    <w:p>
      <w:pPr>
        <w:pStyle w:val="Heading3"/>
      </w:pPr>
      <w:r>
        <w:rPr>
          <w:rFonts w:ascii="Calibri" w:hAnsi="Calibri"/>
          <w:b/>
          <w:i w:val="0"/>
          <w:sz w:val="27"/>
        </w:rPr>
        <w:t>Xử lý phản hồi API</w:t>
      </w:r>
    </w:p>
    <w:p>
      <w:pPr>
        <w:spacing w:after="80"/>
      </w:pPr>
      <w:r>
        <w:rPr>
          <w:b w:val="0"/>
          <w:i w:val="0"/>
        </w:rPr>
        <w:t>Giờ chúng ta sẽ viết một chương trình tự động gửi một lệnh gọi API và xử lý kết quả:</w:t>
      </w:r>
    </w:p>
    <w:p>
      <w:pPr>
        <w:spacing w:after="80"/>
      </w:pPr>
      <w:r>
        <w:rPr>
          <w:b w:val="0"/>
          <w:i w:val="0"/>
        </w:rPr>
        <w:t>python_repos.py</w:t>
      </w:r>
    </w:p>
    <w:p>
      <w:pPr>
        <w:spacing w:after="0"/>
        <w:ind w:left="360"/>
        <w:shd w:val="clear" w:color="auto" w:fill="F2F2F2"/>
      </w:pPr>
      <w:r>
        <w:rPr>
          <w:rFonts w:ascii="Consolas" w:hAnsi="Consolas"/>
          <w:b w:val="0"/>
          <w:i w:val="0"/>
          <w:sz w:val="18"/>
        </w:rPr>
        <w:t>import requests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an API call and check the response.</w:t>
      </w:r>
    </w:p>
    <w:p>
      <w:pPr>
        <w:spacing w:after="0"/>
        <w:ind w:left="360"/>
        <w:shd w:val="clear" w:color="auto" w:fill="F2F2F2"/>
      </w:pPr>
      <w:r>
        <w:rPr>
          <w:rFonts w:ascii="Consolas" w:hAnsi="Consolas"/>
          <w:b w:val="0"/>
          <w:i w:val="0"/>
          <w:sz w:val="18"/>
        </w:rPr>
        <w:t>❶ url = "https://api.github.com/search/repositories"</w:t>
      </w:r>
    </w:p>
    <w:p>
      <w:pPr>
        <w:spacing w:after="0"/>
        <w:ind w:left="360"/>
        <w:shd w:val="clear" w:color="auto" w:fill="F2F2F2"/>
      </w:pPr>
      <w:r>
        <w:rPr>
          <w:rFonts w:ascii="Consolas" w:hAnsi="Consolas"/>
          <w:b w:val="0"/>
          <w:i w:val="0"/>
          <w:sz w:val="18"/>
        </w:rPr>
        <w:t>url += "?q=language:python+sort:stars+stars:&gt;10000"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headers = {"Accept": "application/vnd.github.v3+json"}</w:t>
      </w:r>
    </w:p>
    <w:p>
      <w:pPr>
        <w:spacing w:after="0"/>
        <w:ind w:left="360"/>
        <w:shd w:val="clear" w:color="auto" w:fill="F2F2F2"/>
      </w:pPr>
      <w:r>
        <w:rPr>
          <w:rFonts w:ascii="Consolas" w:hAnsi="Consolas"/>
          <w:b w:val="0"/>
          <w:i w:val="0"/>
          <w:sz w:val="18"/>
        </w:rPr>
        <w:t>❸ r = requests.get(url, headers=headers)</w:t>
      </w:r>
    </w:p>
    <w:p>
      <w:pPr>
        <w:spacing w:after="0"/>
        <w:ind w:left="360"/>
        <w:shd w:val="clear" w:color="auto" w:fill="F2F2F2"/>
      </w:pPr>
      <w:r>
        <w:rPr>
          <w:rFonts w:ascii="Consolas" w:hAnsi="Consolas"/>
          <w:b w:val="0"/>
          <w:i w:val="0"/>
          <w:sz w:val="18"/>
        </w:rPr>
        <w:t>❹ print(f"Status code: {r.status_code}")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Convert the response object to a dictionary.</w:t>
      </w:r>
    </w:p>
    <w:p>
      <w:pPr>
        <w:spacing w:after="0"/>
        <w:ind w:left="360"/>
        <w:shd w:val="clear" w:color="auto" w:fill="F2F2F2"/>
      </w:pPr>
      <w:r>
        <w:rPr>
          <w:rFonts w:ascii="Consolas" w:hAnsi="Consolas"/>
          <w:b w:val="0"/>
          <w:i w:val="0"/>
          <w:sz w:val="18"/>
        </w:rPr>
        <w:t>❺ response_dict = r.json()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Process results.</w:t>
      </w:r>
    </w:p>
    <w:p>
      <w:pPr>
        <w:spacing w:after="0"/>
        <w:ind w:left="360"/>
        <w:shd w:val="clear" w:color="auto" w:fill="F2F2F2"/>
      </w:pPr>
      <w:r>
        <w:rPr>
          <w:rFonts w:ascii="Consolas" w:hAnsi="Consolas"/>
          <w:b w:val="0"/>
          <w:i w:val="0"/>
          <w:sz w:val="18"/>
        </w:rPr>
        <w:t>print(response_dict.keys())</w:t>
      </w:r>
    </w:p>
    <w:p>
      <w:pPr>
        <w:spacing w:after="40"/>
      </w:pPr>
    </w:p>
    <w:p>
      <w:pPr>
        <w:spacing w:after="80"/>
      </w:pPr>
      <w:r>
        <w:rPr>
          <w:b w:val="0"/>
          <w:i w:val="0"/>
        </w:rPr>
        <w:t xml:space="preserve">Đầu tiên chúng ta import module </w:t>
      </w:r>
      <w:r>
        <w:rPr>
          <w:rFonts w:ascii="Consolas" w:hAnsi="Consolas"/>
          <w:b w:val="0"/>
          <w:i w:val="0"/>
          <w:sz w:val="20"/>
        </w:rPr>
        <w:t>requests</w:t>
      </w:r>
      <w:r>
        <w:rPr>
          <w:b w:val="0"/>
          <w:i w:val="0"/>
        </w:rPr>
        <w:t xml:space="preserve">. Sau đó ta gán URL của lời gọi API vào biến </w:t>
      </w:r>
      <w:r>
        <w:rPr>
          <w:rFonts w:ascii="Consolas" w:hAnsi="Consolas"/>
          <w:b w:val="0"/>
          <w:i w:val="0"/>
          <w:sz w:val="20"/>
        </w:rPr>
        <w:t>url</w:t>
      </w:r>
      <w:r>
        <w:rPr>
          <w:b w:val="0"/>
          <w:i w:val="0"/>
        </w:rPr>
        <w:t xml:space="preserve"> ❶. Đây là một URL dài, nên ta tách nó thành hai dòng. Dòng đầu là phần chính của URL, dòng thứ hai là chuỗi truy vấn (query string). Ta đã thêm một điều kiện nữa vào chuỗi truy vấn gốc: </w:t>
      </w:r>
      <w:r>
        <w:rPr>
          <w:rFonts w:ascii="Consolas" w:hAnsi="Consolas"/>
          <w:b w:val="0"/>
          <w:i w:val="0"/>
          <w:sz w:val="20"/>
        </w:rPr>
        <w:t>stars:&gt;10000</w:t>
      </w:r>
      <w:r>
        <w:rPr>
          <w:b w:val="0"/>
          <w:i w:val="0"/>
        </w:rPr>
        <w:t>, điều này bảo GitHub chỉ tìm những kho chứa (repository) Python có hơn 10,000 sao. Điều này sẽ cho phép GitHub trả về một tập kết quả đầy đủ và nhất quán.</w:t>
      </w:r>
    </w:p>
    <w:p>
      <w:pPr>
        <w:spacing w:after="80"/>
      </w:pPr>
      <w:r>
        <w:rPr>
          <w:b w:val="0"/>
          <w:i w:val="0"/>
        </w:rPr>
        <w:t xml:space="preserve">GitHub hiện đang ở phiên bản thứ ba của API, nên ta định nghĩa các header cho lời gọi API để yêu cầu rõ ràng việc dùng phiên bản này của API, và trả kết quả về theo định dạng JSON ❷. Sau đó ta dùng </w:t>
      </w:r>
      <w:r>
        <w:rPr>
          <w:rFonts w:ascii="Consolas" w:hAnsi="Consolas"/>
          <w:b w:val="0"/>
          <w:i w:val="0"/>
          <w:sz w:val="20"/>
        </w:rPr>
        <w:t>requests</w:t>
      </w:r>
      <w:r>
        <w:rPr>
          <w:b w:val="0"/>
          <w:i w:val="0"/>
        </w:rPr>
        <w:t xml:space="preserve"> để thực hiện lời gọi tới API ❸. Ta gọi </w:t>
      </w:r>
      <w:r>
        <w:rPr>
          <w:rFonts w:ascii="Consolas" w:hAnsi="Consolas"/>
          <w:b w:val="0"/>
          <w:i w:val="0"/>
          <w:sz w:val="20"/>
        </w:rPr>
        <w:t>get()</w:t>
      </w:r>
      <w:r>
        <w:rPr>
          <w:b w:val="0"/>
          <w:i w:val="0"/>
        </w:rPr>
        <w:t xml:space="preserve"> và truyền vào URL cùng header mà ta đã định nghĩa, rồi gán đối tượng phản hồi (response object) cho biến </w:t>
      </w:r>
      <w:r>
        <w:rPr>
          <w:rFonts w:ascii="Consolas" w:hAnsi="Consolas"/>
          <w:b w:val="0"/>
          <w:i w:val="0"/>
          <w:sz w:val="20"/>
        </w:rPr>
        <w:t>r</w:t>
      </w:r>
      <w:r>
        <w:rPr>
          <w:b w:val="0"/>
          <w:i w:val="0"/>
        </w:rPr>
        <w:t>.</w:t>
      </w:r>
    </w:p>
    <w:p>
      <w:pPr>
        <w:spacing w:after="80"/>
      </w:pPr>
      <w:r>
        <w:rPr>
          <w:b w:val="0"/>
          <w:i w:val="0"/>
        </w:rPr>
        <w:t xml:space="preserve">Đối tượng phản hồi có một thuộc tính tên là </w:t>
      </w:r>
      <w:r>
        <w:rPr>
          <w:rFonts w:ascii="Consolas" w:hAnsi="Consolas"/>
          <w:b w:val="0"/>
          <w:i w:val="0"/>
          <w:sz w:val="20"/>
        </w:rPr>
        <w:t>status_code</w:t>
      </w:r>
      <w:r>
        <w:rPr>
          <w:b w:val="0"/>
          <w:i w:val="0"/>
        </w:rPr>
        <w:t xml:space="preserve">, cho ta biết yêu cầu có thành công hay không. (Mã trạng thái 200 nghĩa là phản hồi thành công.) Ta in giá trị của </w:t>
      </w:r>
      <w:r>
        <w:rPr>
          <w:rFonts w:ascii="Consolas" w:hAnsi="Consolas"/>
          <w:b w:val="0"/>
          <w:i w:val="0"/>
          <w:sz w:val="20"/>
        </w:rPr>
        <w:t>status_code</w:t>
      </w:r>
      <w:r>
        <w:rPr>
          <w:b w:val="0"/>
          <w:i w:val="0"/>
        </w:rPr>
        <w:t xml:space="preserve"> để chắc chắn rằng lời gọi đã diễn ra thành công ❹. Ta đã yêu cầu API trả thông tin về theo định dạng JSON, nên ta dùng phương thức </w:t>
      </w:r>
      <w:r>
        <w:rPr>
          <w:rFonts w:ascii="Consolas" w:hAnsi="Consolas"/>
          <w:b w:val="0"/>
          <w:i w:val="0"/>
          <w:sz w:val="20"/>
        </w:rPr>
        <w:t>json()</w:t>
      </w:r>
      <w:r>
        <w:rPr>
          <w:b w:val="0"/>
          <w:i w:val="0"/>
        </w:rPr>
        <w:t xml:space="preserve"> để chuyển thông tin thành một dictionary Python ❺. Ta gán dictionary kết quả cho </w:t>
      </w:r>
      <w:r>
        <w:rPr>
          <w:rFonts w:ascii="Consolas" w:hAnsi="Consolas"/>
          <w:b w:val="0"/>
          <w:i w:val="0"/>
          <w:sz w:val="20"/>
        </w:rPr>
        <w:t>response_dict</w:t>
      </w:r>
      <w:r>
        <w:rPr>
          <w:b w:val="0"/>
          <w:i w:val="0"/>
        </w:rPr>
        <w:t>.</w:t>
      </w:r>
    </w:p>
    <w:p>
      <w:pPr>
        <w:spacing w:after="80"/>
      </w:pPr>
      <w:r>
        <w:rPr>
          <w:b w:val="0"/>
          <w:i w:val="0"/>
        </w:rPr>
        <w:t xml:space="preserve">Cuối cùng, ta in các key từ </w:t>
      </w:r>
      <w:r>
        <w:rPr>
          <w:rFonts w:ascii="Consolas" w:hAnsi="Consolas"/>
          <w:b w:val="0"/>
          <w:i w:val="0"/>
          <w:sz w:val="20"/>
        </w:rPr>
        <w:t>response_dict</w:t>
      </w:r>
      <w:r>
        <w:rPr>
          <w:b w:val="0"/>
          <w:i w:val="0"/>
        </w:rPr>
        <w:t xml:space="preserve"> và thấy kết quả như sau:</w:t>
      </w:r>
    </w:p>
    <w:p>
      <w:pPr>
        <w:spacing w:after="80"/>
      </w:pPr>
      <w:r>
        <w:rPr>
          <w:b w:val="0"/>
          <w:i w:val="0"/>
        </w:rPr>
        <w:t>Status code: 200</w:t>
      </w:r>
      <w:r>
        <w:br/>
      </w:r>
      <w:r>
        <w:rPr>
          <w:b w:val="0"/>
          <w:i w:val="0"/>
        </w:rPr>
        <w:t>dict_keys(['total_count', 'incomplete_results', 'items'])</w:t>
      </w:r>
    </w:p>
    <w:p>
      <w:pPr>
        <w:spacing w:after="80"/>
      </w:pPr>
      <w:r>
        <w:rPr>
          <w:b w:val="0"/>
          <w:i w:val="0"/>
        </w:rPr>
        <w:t xml:space="preserve">Vì mã trạng thái là </w:t>
      </w:r>
      <w:r>
        <w:rPr>
          <w:rFonts w:ascii="Consolas" w:hAnsi="Consolas"/>
          <w:b w:val="0"/>
          <w:i w:val="0"/>
          <w:sz w:val="20"/>
        </w:rPr>
        <w:t>200</w:t>
      </w:r>
      <w:r>
        <w:rPr>
          <w:b w:val="0"/>
          <w:i w:val="0"/>
        </w:rPr>
        <w:t xml:space="preserve">, ta biết rằng yêu cầu đã thành công. Dictionary phản hồi chỉ chứa ba key: </w:t>
      </w:r>
      <w:r>
        <w:rPr>
          <w:rFonts w:ascii="Consolas" w:hAnsi="Consolas"/>
          <w:b w:val="0"/>
          <w:i w:val="0"/>
          <w:sz w:val="20"/>
        </w:rPr>
        <w:t>'total_count'</w:t>
      </w:r>
      <w:r>
        <w:rPr>
          <w:b w:val="0"/>
          <w:i w:val="0"/>
        </w:rPr>
        <w:t xml:space="preserve">, </w:t>
      </w:r>
      <w:r>
        <w:rPr>
          <w:rFonts w:ascii="Consolas" w:hAnsi="Consolas"/>
          <w:b w:val="0"/>
          <w:i w:val="0"/>
          <w:sz w:val="20"/>
        </w:rPr>
        <w:t>'incomplete_results'</w:t>
      </w:r>
      <w:r>
        <w:rPr>
          <w:b w:val="0"/>
          <w:i w:val="0"/>
        </w:rPr>
        <w:t xml:space="preserve">, và </w:t>
      </w:r>
      <w:r>
        <w:rPr>
          <w:rFonts w:ascii="Consolas" w:hAnsi="Consolas"/>
          <w:b w:val="0"/>
          <w:i w:val="0"/>
          <w:sz w:val="20"/>
        </w:rPr>
        <w:t>'items'</w:t>
      </w:r>
      <w:r>
        <w:rPr>
          <w:b w:val="0"/>
          <w:i w:val="0"/>
        </w:rPr>
        <w:t>. Hãy cùng xem bên trong dictionary phản hồi này.</w:t>
      </w:r>
    </w:p>
    <w:p>
      <w:pPr>
        <w:pStyle w:val="Heading3"/>
      </w:pPr>
      <w:r>
        <w:rPr>
          <w:rFonts w:ascii="Calibri" w:hAnsi="Calibri"/>
          <w:b/>
          <w:i w:val="0"/>
          <w:sz w:val="27"/>
        </w:rPr>
        <w:t>Làm việc với Dictionary phản hồi</w:t>
      </w:r>
    </w:p>
    <w:p>
      <w:pPr>
        <w:spacing w:after="80"/>
      </w:pPr>
      <w:r>
        <w:rPr>
          <w:b w:val="0"/>
          <w:i w:val="0"/>
        </w:rPr>
        <w:t>Khi thông tin từ lời gọi API đã được biểu diễn dưới dạng dictionary, ta có thể làm việc với dữ liệu được lưu ở đó. Hãy tạo một ít kết quả tóm tắt thông tin. Đây là cách hay để chắc chắn rằng ta đã nhận được thông tin như mong đợi, và để bắt đầu xem xét thông tin mà ta quan tâm:</w:t>
      </w:r>
    </w:p>
    <w:p>
      <w:pPr>
        <w:spacing w:after="80"/>
      </w:pPr>
      <w:r>
        <w:rPr>
          <w:b w:val="0"/>
          <w:i w:val="0"/>
        </w:rPr>
        <w:t>python_repos.py</w:t>
      </w:r>
    </w:p>
    <w:p>
      <w:pPr>
        <w:spacing w:after="0"/>
        <w:ind w:left="360"/>
        <w:shd w:val="clear" w:color="auto" w:fill="F2F2F2"/>
      </w:pPr>
      <w:r>
        <w:rPr>
          <w:rFonts w:ascii="Consolas" w:hAnsi="Consolas"/>
          <w:b w:val="0"/>
          <w:i w:val="0"/>
          <w:sz w:val="18"/>
        </w:rPr>
        <w:t>import requests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an API call and store the response.</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Convert the response object to a dictionary.</w:t>
      </w:r>
    </w:p>
    <w:p>
      <w:pPr>
        <w:spacing w:after="0"/>
        <w:ind w:left="360"/>
        <w:shd w:val="clear" w:color="auto" w:fill="F2F2F2"/>
      </w:pPr>
      <w:r>
        <w:rPr>
          <w:rFonts w:ascii="Consolas" w:hAnsi="Consolas"/>
          <w:b w:val="0"/>
          <w:i w:val="0"/>
          <w:sz w:val="18"/>
        </w:rPr>
        <w:t>response_dict = r.json()</w:t>
      </w:r>
    </w:p>
    <w:p>
      <w:pPr>
        <w:spacing w:after="0"/>
        <w:ind w:left="360"/>
        <w:shd w:val="clear" w:color="auto" w:fill="F2F2F2"/>
      </w:pPr>
      <w:r>
        <w:rPr>
          <w:rFonts w:ascii="Consolas" w:hAnsi="Consolas"/>
          <w:b w:val="0"/>
          <w:i w:val="0"/>
          <w:sz w:val="18"/>
        </w:rPr>
        <w:t>❶ print(f"Total repositories: {response_dict['total_count']}")</w:t>
      </w:r>
    </w:p>
    <w:p>
      <w:pPr>
        <w:spacing w:after="0"/>
        <w:ind w:left="360"/>
        <w:shd w:val="clear" w:color="auto" w:fill="F2F2F2"/>
      </w:pPr>
      <w:r>
        <w:rPr>
          <w:rFonts w:ascii="Consolas" w:hAnsi="Consolas"/>
          <w:b w:val="0"/>
          <w:i w:val="0"/>
          <w:sz w:val="18"/>
        </w:rPr>
        <w:t>print(f"Complete results: {not response_dict['incomplete_results']}")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Explore information about the repositories.</w:t>
      </w:r>
    </w:p>
    <w:p>
      <w:pPr>
        <w:spacing w:after="0"/>
        <w:ind w:left="360"/>
        <w:shd w:val="clear" w:color="auto" w:fill="F2F2F2"/>
      </w:pPr>
      <w:r>
        <w:rPr>
          <w:rFonts w:ascii="Consolas" w:hAnsi="Consolas"/>
          <w:b w:val="0"/>
          <w:i w:val="0"/>
          <w:sz w:val="18"/>
        </w:rPr>
        <w:t>❷ repo_dicts = response_dict['items']</w:t>
      </w:r>
    </w:p>
    <w:p>
      <w:pPr>
        <w:spacing w:after="0"/>
        <w:ind w:left="360"/>
        <w:shd w:val="clear" w:color="auto" w:fill="F2F2F2"/>
      </w:pPr>
      <w:r>
        <w:rPr>
          <w:rFonts w:ascii="Consolas" w:hAnsi="Consolas"/>
          <w:b w:val="0"/>
          <w:i w:val="0"/>
          <w:sz w:val="18"/>
        </w:rPr>
        <w:t>print(f"Repositories returned: {len(repo_dicts)}")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Examine the first repository.</w:t>
      </w:r>
    </w:p>
    <w:p>
      <w:pPr>
        <w:spacing w:after="0"/>
        <w:ind w:left="360"/>
        <w:shd w:val="clear" w:color="auto" w:fill="F2F2F2"/>
      </w:pPr>
      <w:r>
        <w:rPr>
          <w:rFonts w:ascii="Consolas" w:hAnsi="Consolas"/>
          <w:b w:val="0"/>
          <w:i w:val="0"/>
          <w:sz w:val="18"/>
        </w:rPr>
        <w:t>❸ repo_dict = repo_dicts[0]</w:t>
      </w:r>
    </w:p>
    <w:p>
      <w:pPr>
        <w:spacing w:after="0"/>
        <w:ind w:left="360"/>
        <w:shd w:val="clear" w:color="auto" w:fill="F2F2F2"/>
      </w:pPr>
      <w:r>
        <w:rPr>
          <w:rFonts w:ascii="Consolas" w:hAnsi="Consolas"/>
          <w:b w:val="0"/>
          <w:i w:val="0"/>
          <w:sz w:val="18"/>
        </w:rPr>
        <w:t>❹ print(f"\nKeys: {len(repo_dict)}")</w:t>
      </w:r>
    </w:p>
    <w:p>
      <w:pPr>
        <w:spacing w:after="0"/>
        <w:ind w:left="360"/>
        <w:shd w:val="clear" w:color="auto" w:fill="F2F2F2"/>
      </w:pPr>
      <w:r>
        <w:rPr>
          <w:rFonts w:ascii="Consolas" w:hAnsi="Consolas"/>
          <w:b w:val="0"/>
          <w:i w:val="0"/>
          <w:sz w:val="18"/>
        </w:rPr>
        <w:t>❺ for key in sorted(repo_dict.keys()):</w:t>
      </w:r>
    </w:p>
    <w:p>
      <w:pPr>
        <w:spacing w:after="0"/>
        <w:ind w:left="360"/>
        <w:shd w:val="clear" w:color="auto" w:fill="F2F2F2"/>
      </w:pPr>
      <w:r>
        <w:rPr>
          <w:rFonts w:ascii="Consolas" w:hAnsi="Consolas"/>
          <w:b w:val="0"/>
          <w:i w:val="0"/>
          <w:sz w:val="18"/>
        </w:rPr>
        <w:t xml:space="preserve">    print(key)</w:t>
      </w:r>
    </w:p>
    <w:p>
      <w:pPr>
        <w:spacing w:after="40"/>
      </w:pPr>
    </w:p>
    <w:p>
      <w:pPr>
        <w:spacing w:after="80"/>
      </w:pPr>
      <w:r>
        <w:rPr>
          <w:b w:val="0"/>
          <w:i w:val="0"/>
        </w:rPr>
        <w:t xml:space="preserve">Ta bắt đầu khám phá dictionary phản hồi bằng cách in giá trị gắn với </w:t>
      </w:r>
      <w:r>
        <w:rPr>
          <w:rFonts w:ascii="Consolas" w:hAnsi="Consolas"/>
          <w:b w:val="0"/>
          <w:i w:val="0"/>
          <w:sz w:val="20"/>
        </w:rPr>
        <w:t>'total_count'</w:t>
      </w:r>
      <w:r>
        <w:rPr>
          <w:b w:val="0"/>
          <w:i w:val="0"/>
        </w:rPr>
        <w:t xml:space="preserve">, đại diện cho tổng số kho chứa Python mà lời gọi API này trả về ❶. Ta cũng dùng giá trị gắn với </w:t>
      </w:r>
      <w:r>
        <w:rPr>
          <w:rFonts w:ascii="Consolas" w:hAnsi="Consolas"/>
          <w:b w:val="0"/>
          <w:i w:val="0"/>
          <w:sz w:val="20"/>
        </w:rPr>
        <w:t>'incomplete_results'</w:t>
      </w:r>
      <w:r>
        <w:rPr>
          <w:b w:val="0"/>
          <w:i w:val="0"/>
        </w:rPr>
        <w:t xml:space="preserve">, để biết liệu GitHub có thể xử lý đầy đủ truy vấn hay không. Thay vì in trực tiếp giá trị này, ta in giá trị ngược lại: giá trị </w:t>
      </w:r>
      <w:r>
        <w:rPr>
          <w:rFonts w:ascii="Consolas" w:hAnsi="Consolas"/>
          <w:b w:val="0"/>
          <w:i w:val="0"/>
          <w:sz w:val="20"/>
        </w:rPr>
        <w:t>True</w:t>
      </w:r>
      <w:r>
        <w:rPr>
          <w:b w:val="0"/>
          <w:i w:val="0"/>
        </w:rPr>
        <w:t xml:space="preserve"> sẽ cho biết rằng ta đã nhận được một tập kết quả đầy đủ.</w:t>
      </w:r>
    </w:p>
    <w:p>
      <w:pPr>
        <w:spacing w:after="80"/>
      </w:pPr>
      <w:r>
        <w:rPr>
          <w:b w:val="0"/>
          <w:i w:val="0"/>
        </w:rPr>
        <w:t xml:space="preserve">Giá trị gắn với </w:t>
      </w:r>
      <w:r>
        <w:rPr>
          <w:rFonts w:ascii="Consolas" w:hAnsi="Consolas"/>
          <w:b w:val="0"/>
          <w:i w:val="0"/>
          <w:sz w:val="20"/>
        </w:rPr>
        <w:t>'items'</w:t>
      </w:r>
      <w:r>
        <w:rPr>
          <w:b w:val="0"/>
          <w:i w:val="0"/>
        </w:rPr>
        <w:t xml:space="preserve"> là một danh sách chứa một số dictionary, mỗi dictionary chứa dữ liệu về một kho chứa Python riêng lẻ. Ta gán danh sách dictionary này cho </w:t>
      </w:r>
      <w:r>
        <w:rPr>
          <w:rFonts w:ascii="Consolas" w:hAnsi="Consolas"/>
          <w:b w:val="0"/>
          <w:i w:val="0"/>
          <w:sz w:val="20"/>
        </w:rPr>
        <w:t>repo_dicts</w:t>
      </w:r>
      <w:r>
        <w:rPr>
          <w:b w:val="0"/>
          <w:i w:val="0"/>
        </w:rPr>
        <w:t xml:space="preserve"> ❷. Sau đó ta in độ dài của </w:t>
      </w:r>
      <w:r>
        <w:rPr>
          <w:rFonts w:ascii="Consolas" w:hAnsi="Consolas"/>
          <w:b w:val="0"/>
          <w:i w:val="0"/>
          <w:sz w:val="20"/>
        </w:rPr>
        <w:t>repo_dicts</w:t>
      </w:r>
      <w:r>
        <w:rPr>
          <w:b w:val="0"/>
          <w:i w:val="0"/>
        </w:rPr>
        <w:t xml:space="preserve"> để xem ta có thông tin của bao nhiêu kho chứa.</w:t>
      </w:r>
    </w:p>
    <w:p>
      <w:pPr>
        <w:spacing w:after="80"/>
      </w:pPr>
      <w:r>
        <w:rPr>
          <w:b w:val="0"/>
          <w:i w:val="0"/>
        </w:rPr>
        <w:t xml:space="preserve">Để xem kỹ hơn thông tin trả về về mỗi kho chứa, ta lấy phần tử đầu tiên từ </w:t>
      </w:r>
      <w:r>
        <w:rPr>
          <w:rFonts w:ascii="Consolas" w:hAnsi="Consolas"/>
          <w:b w:val="0"/>
          <w:i w:val="0"/>
          <w:sz w:val="20"/>
        </w:rPr>
        <w:t>repo_dicts</w:t>
      </w:r>
      <w:r>
        <w:rPr>
          <w:b w:val="0"/>
          <w:i w:val="0"/>
        </w:rPr>
        <w:t xml:space="preserve"> và gán nó cho </w:t>
      </w:r>
      <w:r>
        <w:rPr>
          <w:rFonts w:ascii="Consolas" w:hAnsi="Consolas"/>
          <w:b w:val="0"/>
          <w:i w:val="0"/>
          <w:sz w:val="20"/>
        </w:rPr>
        <w:t>repo_dict</w:t>
      </w:r>
      <w:r>
        <w:rPr>
          <w:b w:val="0"/>
          <w:i w:val="0"/>
        </w:rPr>
        <w:t xml:space="preserve"> ❸. Sau đó ta in số lượng key trong dictionary để xem ta có bao nhiêu thông tin ❹. Cuối cùng, ta in tất cả các key của dictionary để xem có những loại thông tin nào ❺.</w:t>
      </w:r>
    </w:p>
    <w:p>
      <w:pPr>
        <w:spacing w:after="80"/>
      </w:pPr>
      <w:r>
        <w:rPr>
          <w:b w:val="0"/>
          <w:i w:val="0"/>
        </w:rPr>
        <w:t>Kết quả cho ta bức tranh rõ ràng hơn về dữ liệu thực tế:</w:t>
      </w:r>
    </w:p>
    <w:p>
      <w:pPr>
        <w:spacing w:after="0"/>
        <w:ind w:left="360"/>
        <w:shd w:val="clear" w:color="auto" w:fill="F2F2F2"/>
      </w:pPr>
      <w:r>
        <w:rPr>
          <w:rFonts w:ascii="Consolas" w:hAnsi="Consolas"/>
          <w:b w:val="0"/>
          <w:i w:val="0"/>
          <w:sz w:val="18"/>
        </w:rPr>
        <w:t>Status code: 200</w:t>
      </w:r>
    </w:p>
    <w:p>
      <w:pPr>
        <w:spacing w:after="0"/>
        <w:ind w:left="360"/>
        <w:shd w:val="clear" w:color="auto" w:fill="F2F2F2"/>
      </w:pPr>
      <w:r>
        <w:rPr>
          <w:rFonts w:ascii="Consolas" w:hAnsi="Consolas"/>
          <w:b w:val="0"/>
          <w:i w:val="0"/>
          <w:sz w:val="18"/>
        </w:rPr>
        <w:t>❶ Total repositories: 248</w:t>
      </w:r>
    </w:p>
    <w:p>
      <w:pPr>
        <w:spacing w:after="0"/>
        <w:ind w:left="360"/>
        <w:shd w:val="clear" w:color="auto" w:fill="F2F2F2"/>
      </w:pPr>
      <w:r>
        <w:rPr>
          <w:rFonts w:ascii="Consolas" w:hAnsi="Consolas"/>
          <w:b w:val="0"/>
          <w:i w:val="0"/>
          <w:sz w:val="18"/>
        </w:rPr>
        <w:t>❷ Complete results: True</w:t>
      </w:r>
    </w:p>
    <w:p>
      <w:pPr>
        <w:spacing w:after="0"/>
        <w:ind w:left="360"/>
        <w:shd w:val="clear" w:color="auto" w:fill="F2F2F2"/>
      </w:pPr>
      <w:r>
        <w:rPr>
          <w:rFonts w:ascii="Consolas" w:hAnsi="Consolas"/>
          <w:b w:val="0"/>
          <w:i w:val="0"/>
          <w:sz w:val="18"/>
        </w:rPr>
        <w:t>Repositories returned: 30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Keys: 78</w:t>
      </w:r>
    </w:p>
    <w:p>
      <w:pPr>
        <w:spacing w:after="0"/>
        <w:ind w:left="360"/>
        <w:shd w:val="clear" w:color="auto" w:fill="F2F2F2"/>
      </w:pPr>
      <w:r>
        <w:rPr>
          <w:rFonts w:ascii="Consolas" w:hAnsi="Consolas"/>
          <w:b w:val="0"/>
          <w:i w:val="0"/>
          <w:sz w:val="18"/>
        </w:rPr>
        <w:t>allow_forking</w:t>
      </w:r>
    </w:p>
    <w:p>
      <w:pPr>
        <w:spacing w:after="0"/>
        <w:ind w:left="360"/>
        <w:shd w:val="clear" w:color="auto" w:fill="F2F2F2"/>
      </w:pPr>
      <w:r>
        <w:rPr>
          <w:rFonts w:ascii="Consolas" w:hAnsi="Consolas"/>
          <w:b w:val="0"/>
          <w:i w:val="0"/>
          <w:sz w:val="18"/>
        </w:rPr>
        <w:t>archive_url</w:t>
      </w:r>
    </w:p>
    <w:p>
      <w:pPr>
        <w:spacing w:after="0"/>
        <w:ind w:left="360"/>
        <w:shd w:val="clear" w:color="auto" w:fill="F2F2F2"/>
      </w:pPr>
      <w:r>
        <w:rPr>
          <w:rFonts w:ascii="Consolas" w:hAnsi="Consolas"/>
          <w:b w:val="0"/>
          <w:i w:val="0"/>
          <w:sz w:val="18"/>
        </w:rPr>
        <w:t>archived</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w:t>
      </w:r>
    </w:p>
    <w:p>
      <w:pPr>
        <w:spacing w:after="0"/>
        <w:ind w:left="360"/>
        <w:shd w:val="clear" w:color="auto" w:fill="F2F2F2"/>
      </w:pPr>
      <w:r>
        <w:rPr>
          <w:rFonts w:ascii="Consolas" w:hAnsi="Consolas"/>
          <w:b w:val="0"/>
          <w:i w:val="0"/>
          <w:sz w:val="18"/>
        </w:rPr>
        <w:t>visiblity</w:t>
      </w:r>
    </w:p>
    <w:p>
      <w:pPr>
        <w:spacing w:after="0"/>
        <w:ind w:left="360"/>
        <w:shd w:val="clear" w:color="auto" w:fill="F2F2F2"/>
      </w:pPr>
      <w:r>
        <w:rPr>
          <w:rFonts w:ascii="Consolas" w:hAnsi="Consolas"/>
          <w:b w:val="0"/>
          <w:i w:val="0"/>
          <w:sz w:val="18"/>
        </w:rPr>
        <w:t>watchers</w:t>
      </w:r>
    </w:p>
    <w:p>
      <w:pPr>
        <w:spacing w:after="0"/>
        <w:ind w:left="360"/>
        <w:shd w:val="clear" w:color="auto" w:fill="F2F2F2"/>
      </w:pPr>
      <w:r>
        <w:rPr>
          <w:rFonts w:ascii="Consolas" w:hAnsi="Consolas"/>
          <w:b w:val="0"/>
          <w:i w:val="0"/>
          <w:sz w:val="18"/>
        </w:rPr>
        <w:t>watchers_count</w:t>
      </w:r>
    </w:p>
    <w:p>
      <w:pPr>
        <w:spacing w:after="40"/>
      </w:pPr>
    </w:p>
    <w:p>
      <w:pPr>
        <w:spacing w:after="80"/>
      </w:pPr>
      <w:r>
        <w:rPr>
          <w:b w:val="0"/>
          <w:i w:val="0"/>
        </w:rPr>
        <w:t xml:space="preserve">Vào thời điểm viết cuốn sách này, chỉ có </w:t>
      </w:r>
      <w:r>
        <w:rPr>
          <w:rFonts w:ascii="Consolas" w:hAnsi="Consolas"/>
          <w:b w:val="0"/>
          <w:i w:val="0"/>
          <w:sz w:val="20"/>
        </w:rPr>
        <w:t>248</w:t>
      </w:r>
      <w:r>
        <w:rPr>
          <w:b w:val="0"/>
          <w:i w:val="0"/>
        </w:rPr>
        <w:t xml:space="preserve"> kho chứa Python có hơn 10,000 sao ❶. Ta có thể thấy rằng GitHub đã xử lý đầy đủ lời gọi API ❷. Trong phản hồi này, GitHub trả về thông tin về </w:t>
      </w:r>
      <w:r>
        <w:rPr>
          <w:rFonts w:ascii="Consolas" w:hAnsi="Consolas"/>
          <w:b w:val="0"/>
          <w:i w:val="0"/>
          <w:sz w:val="20"/>
        </w:rPr>
        <w:t>30</w:t>
      </w:r>
      <w:r>
        <w:rPr>
          <w:b w:val="0"/>
          <w:i w:val="0"/>
        </w:rPr>
        <w:t xml:space="preserve"> kho chứa đầu tiên khớp với các điều kiện trong truy vấn của ta. Nếu muốn thêm nhiều kho chứa nữa, ta có thể yêu cầu thêm các trang dữ liệu khác.</w:t>
      </w:r>
    </w:p>
    <w:p>
      <w:pPr>
        <w:spacing w:after="80"/>
      </w:pPr>
      <w:r>
        <w:rPr>
          <w:b w:val="0"/>
          <w:i w:val="0"/>
        </w:rPr>
        <w:t xml:space="preserve">API của GitHub trả về rất nhiều thông tin về mỗi kho chứa (repository): có </w:t>
      </w:r>
      <w:r>
        <w:rPr>
          <w:rFonts w:ascii="Consolas" w:hAnsi="Consolas"/>
          <w:b w:val="0"/>
          <w:i w:val="0"/>
          <w:sz w:val="20"/>
        </w:rPr>
        <w:t>78</w:t>
      </w:r>
      <w:r>
        <w:rPr>
          <w:b w:val="0"/>
          <w:i w:val="0"/>
        </w:rPr>
        <w:t xml:space="preserve"> khóa (key) trong </w:t>
      </w:r>
      <w:r>
        <w:rPr>
          <w:rFonts w:ascii="Consolas" w:hAnsi="Consolas"/>
          <w:b w:val="0"/>
          <w:i w:val="0"/>
          <w:sz w:val="20"/>
        </w:rPr>
        <w:t>repo_dict</w:t>
      </w:r>
      <w:r>
        <w:rPr>
          <w:b w:val="0"/>
          <w:i w:val="0"/>
        </w:rPr>
        <w:t xml:space="preserve"> ❸. Khi bạn xem qua các khóa này, bạn sẽ hiểu được những loại thông tin mà bạn có thể trích xuất về một dự án. (Cách duy nhất để biết API cung cấp những thông tin gì là đọc tài liệu hướng dẫn hoặc xem xét thông tin thông qua mã nguồn, như chúng ta đang làm ở đây.)</w:t>
      </w:r>
    </w:p>
    <w:p>
      <w:pPr>
        <w:spacing w:after="80"/>
      </w:pPr>
      <w:r>
        <w:rPr>
          <w:b w:val="0"/>
          <w:i w:val="0"/>
        </w:rPr>
        <w:t xml:space="preserve">Hãy cùng lấy ra giá trị của một số khóa trong </w:t>
      </w:r>
      <w:r>
        <w:rPr>
          <w:rFonts w:ascii="Consolas" w:hAnsi="Consolas"/>
          <w:b w:val="0"/>
          <w:i w:val="0"/>
          <w:sz w:val="20"/>
        </w:rPr>
        <w:t>repo_dict</w:t>
      </w:r>
      <w:r>
        <w:rPr>
          <w:b w:val="0"/>
          <w:i w:val="0"/>
        </w:rPr>
        <w:t>:</w:t>
      </w:r>
    </w:p>
    <w:p>
      <w:pPr>
        <w:spacing w:after="80"/>
      </w:pPr>
      <w:r>
        <w:rPr>
          <w:b w:val="0"/>
          <w:i w:val="0"/>
        </w:rPr>
        <w:t>python_repos.py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Examine the first repository.</w:t>
      </w:r>
    </w:p>
    <w:p>
      <w:pPr>
        <w:spacing w:after="0"/>
        <w:ind w:left="360"/>
        <w:shd w:val="clear" w:color="auto" w:fill="F2F2F2"/>
      </w:pPr>
      <w:r>
        <w:rPr>
          <w:rFonts w:ascii="Consolas" w:hAnsi="Consolas"/>
          <w:b w:val="0"/>
          <w:i w:val="0"/>
          <w:sz w:val="18"/>
        </w:rPr>
        <w:t>repo_dict = repo_dicts[0]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print("\nSelected information about first repository:")</w:t>
      </w:r>
    </w:p>
    <w:p>
      <w:pPr>
        <w:spacing w:after="0"/>
        <w:ind w:left="360"/>
        <w:shd w:val="clear" w:color="auto" w:fill="F2F2F2"/>
      </w:pPr>
      <w:r>
        <w:rPr>
          <w:rFonts w:ascii="Consolas" w:hAnsi="Consolas"/>
          <w:b w:val="0"/>
          <w:i w:val="0"/>
          <w:sz w:val="18"/>
        </w:rPr>
        <w:t>❶ print(f"Name: {repo_dict['name']}")</w:t>
      </w:r>
    </w:p>
    <w:p>
      <w:pPr>
        <w:spacing w:after="0"/>
        <w:ind w:left="360"/>
        <w:shd w:val="clear" w:color="auto" w:fill="F2F2F2"/>
      </w:pPr>
      <w:r>
        <w:rPr>
          <w:rFonts w:ascii="Consolas" w:hAnsi="Consolas"/>
          <w:b w:val="0"/>
          <w:i w:val="0"/>
          <w:sz w:val="18"/>
        </w:rPr>
        <w:t>❷ print(f"Owner: {repo_dict['owner']['login']}")</w:t>
      </w:r>
    </w:p>
    <w:p>
      <w:pPr>
        <w:spacing w:after="0"/>
        <w:ind w:left="360"/>
        <w:shd w:val="clear" w:color="auto" w:fill="F2F2F2"/>
      </w:pPr>
      <w:r>
        <w:rPr>
          <w:rFonts w:ascii="Consolas" w:hAnsi="Consolas"/>
          <w:b w:val="0"/>
          <w:i w:val="0"/>
          <w:sz w:val="18"/>
        </w:rPr>
        <w:t>❸ print(f"Stars: {repo_dict['stargazers_count']}")</w:t>
      </w:r>
    </w:p>
    <w:p>
      <w:pPr>
        <w:spacing w:after="0"/>
        <w:ind w:left="360"/>
        <w:shd w:val="clear" w:color="auto" w:fill="F2F2F2"/>
      </w:pPr>
      <w:r>
        <w:rPr>
          <w:rFonts w:ascii="Consolas" w:hAnsi="Consolas"/>
          <w:b w:val="0"/>
          <w:i w:val="0"/>
          <w:sz w:val="18"/>
        </w:rPr>
        <w:t>print(f"Repository: {repo_dict['html_url']}")</w:t>
      </w:r>
    </w:p>
    <w:p>
      <w:pPr>
        <w:spacing w:after="0"/>
        <w:ind w:left="360"/>
        <w:shd w:val="clear" w:color="auto" w:fill="F2F2F2"/>
      </w:pPr>
      <w:r>
        <w:rPr>
          <w:rFonts w:ascii="Consolas" w:hAnsi="Consolas"/>
          <w:b w:val="0"/>
          <w:i w:val="0"/>
          <w:sz w:val="18"/>
        </w:rPr>
        <w:t>❹ print(f"Created: {repo_dict['created_at']}")</w:t>
      </w:r>
    </w:p>
    <w:p>
      <w:pPr>
        <w:spacing w:after="0"/>
        <w:ind w:left="360"/>
        <w:shd w:val="clear" w:color="auto" w:fill="F2F2F2"/>
      </w:pPr>
      <w:r>
        <w:rPr>
          <w:rFonts w:ascii="Consolas" w:hAnsi="Consolas"/>
          <w:b w:val="0"/>
          <w:i w:val="0"/>
          <w:sz w:val="18"/>
        </w:rPr>
        <w:t>❺ print(f"Updated: {repo_dict['updated_at']}")</w:t>
      </w:r>
    </w:p>
    <w:p>
      <w:pPr>
        <w:spacing w:after="0"/>
        <w:ind w:left="360"/>
        <w:shd w:val="clear" w:color="auto" w:fill="F2F2F2"/>
      </w:pPr>
      <w:r>
        <w:rPr>
          <w:rFonts w:ascii="Consolas" w:hAnsi="Consolas"/>
          <w:b w:val="0"/>
          <w:i w:val="0"/>
          <w:sz w:val="18"/>
        </w:rPr>
        <w:t>print(f"Description: {repo_dict['description']}")</w:t>
      </w:r>
    </w:p>
    <w:p>
      <w:pPr>
        <w:spacing w:after="40"/>
      </w:pPr>
    </w:p>
    <w:p>
      <w:pPr>
        <w:spacing w:after="80"/>
      </w:pPr>
      <w:r>
        <w:rPr>
          <w:b w:val="0"/>
          <w:i w:val="0"/>
        </w:rPr>
        <w:t xml:space="preserve">Ở đây, chúng ta in ra giá trị của một số khóa từ từ điển (dictionary) của kho chứa đầu tiên. Chúng ta bắt đầu với tên của dự án ❶. Toàn bộ một từ điển đại diện cho chủ sở hữu của dự án, nên chúng ta dùng khóa </w:t>
      </w:r>
      <w:r>
        <w:rPr>
          <w:rFonts w:ascii="Consolas" w:hAnsi="Consolas"/>
          <w:b w:val="0"/>
          <w:i w:val="0"/>
          <w:sz w:val="20"/>
        </w:rPr>
        <w:t>owner</w:t>
      </w:r>
      <w:r>
        <w:rPr>
          <w:b w:val="0"/>
          <w:i w:val="0"/>
        </w:rPr>
        <w:t xml:space="preserve"> để truy cập vào từ điển đại diện cho chủ sở hữu, rồi dùng khóa </w:t>
      </w:r>
      <w:r>
        <w:rPr>
          <w:rFonts w:ascii="Consolas" w:hAnsi="Consolas"/>
          <w:b w:val="0"/>
          <w:i w:val="0"/>
          <w:sz w:val="20"/>
        </w:rPr>
        <w:t>login</w:t>
      </w:r>
      <w:r>
        <w:rPr>
          <w:b w:val="0"/>
          <w:i w:val="0"/>
        </w:rPr>
        <w:t xml:space="preserve"> để lấy tên đăng nhập của chủ sở hữu ❷. Tiếp theo, chúng ta in ra số sao (star) mà dự án đã nhận được ❸ và URL của kho chứa GitHub của dự án. Sau đó chúng ta hiển thị thời điểm nó được tạo ❹ và thời điểm nó được cập nhật lần cuối ❺. Cuối cùng, chúng ta in ra phần mô tả của kho chứa.</w:t>
      </w:r>
    </w:p>
    <w:p>
      <w:pPr>
        <w:spacing w:after="80"/>
      </w:pPr>
      <w:r>
        <w:rPr>
          <w:b w:val="0"/>
          <w:i w:val="0"/>
        </w:rPr>
        <w:t>Kết quả đầu ra sẽ trông đại khái như thế này:</w:t>
      </w:r>
    </w:p>
    <w:p>
      <w:pPr>
        <w:spacing w:after="80"/>
      </w:pPr>
      <w:r>
        <w:rPr>
          <w:b w:val="0"/>
          <w:i w:val="0"/>
        </w:rPr>
        <w:t>Status code: 200</w:t>
      </w:r>
      <w:r>
        <w:br/>
      </w:r>
      <w:r>
        <w:rPr>
          <w:b w:val="0"/>
          <w:i w:val="0"/>
        </w:rPr>
        <w:t>Total repositories: 248</w:t>
      </w:r>
      <w:r>
        <w:br/>
      </w:r>
      <w:r>
        <w:rPr>
          <w:b w:val="0"/>
          <w:i w:val="0"/>
        </w:rPr>
        <w:t>Complete results: True</w:t>
      </w:r>
      <w:r>
        <w:br/>
      </w:r>
      <w:r>
        <w:rPr>
          <w:b w:val="0"/>
          <w:i w:val="0"/>
        </w:rPr>
        <w:t>Repositories returned: 30</w:t>
      </w:r>
      <w:r>
        <w:br/>
      </w:r>
      <w:r>
        <w:br/>
      </w:r>
      <w:r>
        <w:rPr>
          <w:b w:val="0"/>
          <w:i w:val="0"/>
        </w:rPr>
        <w:t>Selected information about first repository:</w:t>
      </w:r>
      <w:r>
        <w:br/>
      </w:r>
      <w:r>
        <w:rPr>
          <w:b w:val="0"/>
          <w:i w:val="0"/>
        </w:rPr>
        <w:t>Name: public-apis</w:t>
      </w:r>
      <w:r>
        <w:br/>
      </w:r>
      <w:r>
        <w:rPr>
          <w:b w:val="0"/>
          <w:i w:val="0"/>
        </w:rPr>
        <w:t>Owner: public-apis</w:t>
      </w:r>
      <w:r>
        <w:br/>
      </w:r>
      <w:r>
        <w:rPr>
          <w:b w:val="0"/>
          <w:i w:val="0"/>
        </w:rPr>
        <w:t>Stars: 191493</w:t>
      </w:r>
      <w:r>
        <w:br/>
      </w:r>
      <w:r>
        <w:rPr>
          <w:b w:val="0"/>
          <w:i w:val="0"/>
        </w:rPr>
        <w:t>Repository: https://github.com/public-apis/public-apis</w:t>
      </w:r>
      <w:r>
        <w:br/>
      </w:r>
      <w:r>
        <w:rPr>
          <w:b w:val="0"/>
          <w:i w:val="0"/>
        </w:rPr>
        <w:t>Created: 2016-03-20T23:49:42Z</w:t>
      </w:r>
      <w:r>
        <w:br/>
      </w:r>
      <w:r>
        <w:rPr>
          <w:b w:val="0"/>
          <w:i w:val="0"/>
        </w:rPr>
        <w:t>Updated: 2022-05-12T06:37:11Z</w:t>
      </w:r>
      <w:r>
        <w:br/>
      </w:r>
      <w:r>
        <w:rPr>
          <w:b w:val="0"/>
          <w:i w:val="0"/>
        </w:rPr>
        <w:t>Description: A collective list of free APIs</w:t>
      </w:r>
    </w:p>
    <w:p>
      <w:pPr>
        <w:spacing w:after="80"/>
      </w:pPr>
      <w:r>
        <w:rPr>
          <w:b w:val="0"/>
          <w:i w:val="0"/>
        </w:rPr>
        <w:t xml:space="preserve">Chúng ta có thể thấy rằng dự án Python được gắn sao nhiều nhất trên GitHub tính đến thời điểm viết bài này là </w:t>
      </w:r>
      <w:r>
        <w:rPr>
          <w:b w:val="0"/>
          <w:i/>
        </w:rPr>
        <w:t>public-apis</w:t>
      </w:r>
      <w:r>
        <w:rPr>
          <w:b w:val="0"/>
          <w:i w:val="0"/>
        </w:rPr>
        <w:t xml:space="preserve">. Chủ sở hữu của nó là một tổ chức có cùng tên, và nó đã được gần 200.000 người dùng GitHub gắn sao. Chúng ta có thể thấy URL kho chứa của dự án, ngày tạo là tháng 3 năm 2016, và nó đã được cập nhật gần đây. Ngoài ra, phần mô tả cho chúng ta biết rằng </w:t>
      </w:r>
      <w:r>
        <w:rPr>
          <w:b w:val="0"/>
          <w:i/>
        </w:rPr>
        <w:t>public-apis</w:t>
      </w:r>
      <w:r>
        <w:rPr>
          <w:b w:val="0"/>
          <w:i w:val="0"/>
        </w:rPr>
        <w:t xml:space="preserve"> chứa một danh sách các API miễn phí mà lập trình viên có thể quan tâm.</w:t>
      </w:r>
    </w:p>
    <w:p>
      <w:pPr>
        <w:pStyle w:val="Heading3"/>
      </w:pPr>
      <w:r>
        <w:rPr>
          <w:rFonts w:ascii="Calibri" w:hAnsi="Calibri"/>
          <w:b/>
          <w:i w:val="0"/>
          <w:sz w:val="27"/>
        </w:rPr>
        <w:t>Tóm tắt các kho chứa hàng đầu</w:t>
      </w:r>
    </w:p>
    <w:p>
      <w:pPr>
        <w:spacing w:after="80"/>
      </w:pPr>
      <w:r>
        <w:rPr>
          <w:b w:val="0"/>
          <w:i w:val="0"/>
        </w:rPr>
        <w:t>Khi tạo trực quan hóa (visualization) cho dữ liệu này, chúng ta sẽ muốn đưa vào nhiều hơn một kho chứa. Hãy viết một vòng lặp để in ra thông tin được chọn của từng kho chứa mà lệnh gọi API trả về, để chúng ta có thể đưa tất cả chúng vào phần trực quan hóa:</w:t>
      </w:r>
    </w:p>
    <w:p>
      <w:pPr>
        <w:spacing w:after="80"/>
      </w:pPr>
      <w:r>
        <w:rPr>
          <w:b w:val="0"/>
          <w:i w:val="0"/>
        </w:rPr>
        <w:t>python_repos.py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Explore information about the repositories.</w:t>
      </w:r>
    </w:p>
    <w:p>
      <w:pPr>
        <w:spacing w:after="0"/>
        <w:ind w:left="360"/>
        <w:shd w:val="clear" w:color="auto" w:fill="F2F2F2"/>
      </w:pPr>
      <w:r>
        <w:rPr>
          <w:rFonts w:ascii="Consolas" w:hAnsi="Consolas"/>
          <w:b w:val="0"/>
          <w:i w:val="0"/>
          <w:sz w:val="18"/>
        </w:rPr>
        <w:t>repo_dicts = response_dict['items']</w:t>
      </w:r>
    </w:p>
    <w:p>
      <w:pPr>
        <w:spacing w:after="0"/>
        <w:ind w:left="360"/>
        <w:shd w:val="clear" w:color="auto" w:fill="F2F2F2"/>
      </w:pPr>
      <w:r>
        <w:rPr>
          <w:rFonts w:ascii="Consolas" w:hAnsi="Consolas"/>
          <w:b w:val="0"/>
          <w:i w:val="0"/>
          <w:sz w:val="18"/>
        </w:rPr>
        <w:t>print(f"Repositories returned: {len(repo_dicts)}")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print("\nSelected information about each repository:")</w:t>
      </w:r>
    </w:p>
    <w:p>
      <w:pPr>
        <w:spacing w:after="0"/>
        <w:ind w:left="360"/>
        <w:shd w:val="clear" w:color="auto" w:fill="F2F2F2"/>
      </w:pPr>
      <w:r>
        <w:rPr>
          <w:rFonts w:ascii="Consolas" w:hAnsi="Consolas"/>
          <w:b w:val="0"/>
          <w:i w:val="0"/>
          <w:sz w:val="18"/>
        </w:rPr>
        <w:t>❷ for repo_dict in repo_dicts:</w:t>
      </w:r>
    </w:p>
    <w:p>
      <w:pPr>
        <w:spacing w:after="0"/>
        <w:ind w:left="360"/>
        <w:shd w:val="clear" w:color="auto" w:fill="F2F2F2"/>
      </w:pPr>
      <w:r>
        <w:rPr>
          <w:rFonts w:ascii="Consolas" w:hAnsi="Consolas"/>
          <w:b w:val="0"/>
          <w:i w:val="0"/>
          <w:sz w:val="18"/>
        </w:rPr>
        <w:t xml:space="preserve">    print(f"\nName: {repo_dict['name']}")</w:t>
      </w:r>
    </w:p>
    <w:p>
      <w:pPr>
        <w:spacing w:after="0"/>
        <w:ind w:left="360"/>
        <w:shd w:val="clear" w:color="auto" w:fill="F2F2F2"/>
      </w:pPr>
      <w:r>
        <w:rPr>
          <w:rFonts w:ascii="Consolas" w:hAnsi="Consolas"/>
          <w:b w:val="0"/>
          <w:i w:val="0"/>
          <w:sz w:val="18"/>
        </w:rPr>
        <w:t xml:space="preserve">    print(f"Owner: {repo_dict['owner']['login']}")</w:t>
      </w:r>
    </w:p>
    <w:p>
      <w:pPr>
        <w:spacing w:after="0"/>
        <w:ind w:left="360"/>
        <w:shd w:val="clear" w:color="auto" w:fill="F2F2F2"/>
      </w:pPr>
      <w:r>
        <w:rPr>
          <w:rFonts w:ascii="Consolas" w:hAnsi="Consolas"/>
          <w:b w:val="0"/>
          <w:i w:val="0"/>
          <w:sz w:val="18"/>
        </w:rPr>
        <w:t xml:space="preserve">    print(f"Stars: {repo_dict['stargazers_count']}")</w:t>
      </w:r>
    </w:p>
    <w:p>
      <w:pPr>
        <w:spacing w:after="0"/>
        <w:ind w:left="360"/>
        <w:shd w:val="clear" w:color="auto" w:fill="F2F2F2"/>
      </w:pPr>
      <w:r>
        <w:rPr>
          <w:rFonts w:ascii="Consolas" w:hAnsi="Consolas"/>
          <w:b w:val="0"/>
          <w:i w:val="0"/>
          <w:sz w:val="18"/>
        </w:rPr>
        <w:t xml:space="preserve">    print(f"Repository: {repo_dict['html_url']}")</w:t>
      </w:r>
    </w:p>
    <w:p>
      <w:pPr>
        <w:spacing w:after="0"/>
        <w:ind w:left="360"/>
        <w:shd w:val="clear" w:color="auto" w:fill="F2F2F2"/>
      </w:pPr>
      <w:r>
        <w:rPr>
          <w:rFonts w:ascii="Consolas" w:hAnsi="Consolas"/>
          <w:b w:val="0"/>
          <w:i w:val="0"/>
          <w:sz w:val="18"/>
        </w:rPr>
        <w:t xml:space="preserve">    print(f"Description: {repo_dict['description']}")</w:t>
      </w:r>
    </w:p>
    <w:p>
      <w:pPr>
        <w:spacing w:after="40"/>
      </w:pPr>
    </w:p>
    <w:p>
      <w:pPr>
        <w:spacing w:after="80"/>
      </w:pPr>
      <w:r>
        <w:rPr>
          <w:b w:val="0"/>
          <w:i w:val="0"/>
        </w:rPr>
        <w:t xml:space="preserve">Đầu tiên chúng ta in một thông báo mở đầu ❶. Sau đó chúng ta lặp qua tất cả các từ điển trong </w:t>
      </w:r>
      <w:r>
        <w:rPr>
          <w:rFonts w:ascii="Consolas" w:hAnsi="Consolas"/>
          <w:b w:val="0"/>
          <w:i w:val="0"/>
          <w:sz w:val="20"/>
        </w:rPr>
        <w:t>repo_dicts</w:t>
      </w:r>
      <w:r>
        <w:rPr>
          <w:b w:val="0"/>
          <w:i w:val="0"/>
        </w:rPr>
        <w:t xml:space="preserve"> ❷. Bên trong vòng lặp, chúng ta in tên của từng dự án, chủ sở hữu của nó, số sao mà nó có, URL của nó trên GitHub, và phần mô tả của dự án:</w:t>
      </w:r>
    </w:p>
    <w:p>
      <w:pPr>
        <w:spacing w:after="0"/>
        <w:ind w:left="360"/>
        <w:shd w:val="clear" w:color="auto" w:fill="F2F2F2"/>
      </w:pPr>
      <w:r>
        <w:rPr>
          <w:rFonts w:ascii="Consolas" w:hAnsi="Consolas"/>
          <w:b w:val="0"/>
          <w:i w:val="0"/>
          <w:sz w:val="18"/>
        </w:rPr>
        <w:t>Status code: 200</w:t>
      </w:r>
    </w:p>
    <w:p>
      <w:pPr>
        <w:spacing w:after="0"/>
        <w:ind w:left="360"/>
        <w:shd w:val="clear" w:color="auto" w:fill="F2F2F2"/>
      </w:pPr>
      <w:r>
        <w:rPr>
          <w:rFonts w:ascii="Consolas" w:hAnsi="Consolas"/>
          <w:b w:val="0"/>
          <w:i w:val="0"/>
          <w:sz w:val="18"/>
        </w:rPr>
        <w:t>Total repositories: 248</w:t>
      </w:r>
    </w:p>
    <w:p>
      <w:pPr>
        <w:spacing w:after="0"/>
        <w:ind w:left="360"/>
        <w:shd w:val="clear" w:color="auto" w:fill="F2F2F2"/>
      </w:pPr>
      <w:r>
        <w:rPr>
          <w:rFonts w:ascii="Consolas" w:hAnsi="Consolas"/>
          <w:b w:val="0"/>
          <w:i w:val="0"/>
          <w:sz w:val="18"/>
        </w:rPr>
        <w:t>Complete results: True</w:t>
      </w:r>
    </w:p>
    <w:p>
      <w:pPr>
        <w:spacing w:after="0"/>
        <w:ind w:left="360"/>
        <w:shd w:val="clear" w:color="auto" w:fill="F2F2F2"/>
      </w:pPr>
      <w:r>
        <w:rPr>
          <w:rFonts w:ascii="Consolas" w:hAnsi="Consolas"/>
          <w:b w:val="0"/>
          <w:i w:val="0"/>
          <w:sz w:val="18"/>
        </w:rPr>
        <w:t>Repositories returned: 30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Selected information about each repository: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Name: public-apis</w:t>
      </w:r>
    </w:p>
    <w:p>
      <w:pPr>
        <w:spacing w:after="0"/>
        <w:ind w:left="360"/>
        <w:shd w:val="clear" w:color="auto" w:fill="F2F2F2"/>
      </w:pPr>
      <w:r>
        <w:rPr>
          <w:rFonts w:ascii="Consolas" w:hAnsi="Consolas"/>
          <w:b w:val="0"/>
          <w:i w:val="0"/>
          <w:sz w:val="18"/>
        </w:rPr>
        <w:t>Owner: public-apis</w:t>
      </w:r>
    </w:p>
    <w:p>
      <w:pPr>
        <w:spacing w:after="0"/>
        <w:ind w:left="360"/>
        <w:shd w:val="clear" w:color="auto" w:fill="F2F2F2"/>
      </w:pPr>
      <w:r>
        <w:rPr>
          <w:rFonts w:ascii="Consolas" w:hAnsi="Consolas"/>
          <w:b w:val="0"/>
          <w:i w:val="0"/>
          <w:sz w:val="18"/>
        </w:rPr>
        <w:t>Stars: 191494</w:t>
      </w:r>
    </w:p>
    <w:p>
      <w:pPr>
        <w:spacing w:after="0"/>
        <w:ind w:left="360"/>
        <w:shd w:val="clear" w:color="auto" w:fill="F2F2F2"/>
      </w:pPr>
      <w:r>
        <w:rPr>
          <w:rFonts w:ascii="Consolas" w:hAnsi="Consolas"/>
          <w:b w:val="0"/>
          <w:i w:val="0"/>
          <w:sz w:val="18"/>
        </w:rPr>
        <w:t>Repository: https://github.com/public-apis/public-apis</w:t>
      </w:r>
    </w:p>
    <w:p>
      <w:pPr>
        <w:spacing w:after="0"/>
        <w:ind w:left="360"/>
        <w:shd w:val="clear" w:color="auto" w:fill="F2F2F2"/>
      </w:pPr>
      <w:r>
        <w:rPr>
          <w:rFonts w:ascii="Consolas" w:hAnsi="Consolas"/>
          <w:b w:val="0"/>
          <w:i w:val="0"/>
          <w:sz w:val="18"/>
        </w:rPr>
        <w:t>Description: A collective list of free APIs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Name: system-design-primer</w:t>
      </w:r>
    </w:p>
    <w:p>
      <w:pPr>
        <w:spacing w:after="0"/>
        <w:ind w:left="360"/>
        <w:shd w:val="clear" w:color="auto" w:fill="F2F2F2"/>
      </w:pPr>
      <w:r>
        <w:rPr>
          <w:rFonts w:ascii="Consolas" w:hAnsi="Consolas"/>
          <w:b w:val="0"/>
          <w:i w:val="0"/>
          <w:sz w:val="18"/>
        </w:rPr>
        <w:t>Owner: donnemartin</w:t>
      </w:r>
    </w:p>
    <w:p>
      <w:pPr>
        <w:spacing w:after="0"/>
        <w:ind w:left="360"/>
        <w:shd w:val="clear" w:color="auto" w:fill="F2F2F2"/>
      </w:pPr>
      <w:r>
        <w:rPr>
          <w:rFonts w:ascii="Consolas" w:hAnsi="Consolas"/>
          <w:b w:val="0"/>
          <w:i w:val="0"/>
          <w:sz w:val="18"/>
        </w:rPr>
        <w:t>Stars: 179952</w:t>
      </w:r>
    </w:p>
    <w:p>
      <w:pPr>
        <w:spacing w:after="0"/>
        <w:ind w:left="360"/>
        <w:shd w:val="clear" w:color="auto" w:fill="F2F2F2"/>
      </w:pPr>
      <w:r>
        <w:rPr>
          <w:rFonts w:ascii="Consolas" w:hAnsi="Consolas"/>
          <w:b w:val="0"/>
          <w:i w:val="0"/>
          <w:sz w:val="18"/>
        </w:rPr>
        <w:t>Repository: https://github.com/donnemartin/system-design-primer</w:t>
      </w:r>
    </w:p>
    <w:p>
      <w:pPr>
        <w:spacing w:after="0"/>
        <w:ind w:left="360"/>
        <w:shd w:val="clear" w:color="auto" w:fill="F2F2F2"/>
      </w:pPr>
      <w:r>
        <w:rPr>
          <w:rFonts w:ascii="Consolas" w:hAnsi="Consolas"/>
          <w:b w:val="0"/>
          <w:i w:val="0"/>
          <w:sz w:val="18"/>
        </w:rPr>
        <w:t>Description: Learn how to design large-scale systems. Prep for the system</w:t>
      </w:r>
    </w:p>
    <w:p>
      <w:pPr>
        <w:spacing w:after="0"/>
        <w:ind w:left="360"/>
        <w:shd w:val="clear" w:color="auto" w:fill="F2F2F2"/>
      </w:pPr>
      <w:r>
        <w:rPr>
          <w:rFonts w:ascii="Consolas" w:hAnsi="Consolas"/>
          <w:b w:val="0"/>
          <w:i w:val="0"/>
          <w:sz w:val="18"/>
        </w:rPr>
        <w:t xml:space="preserve">  design interview.  Includes Anki flashcards.</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Name: PayloadsAllTheThings</w:t>
      </w:r>
    </w:p>
    <w:p>
      <w:pPr>
        <w:spacing w:after="0"/>
        <w:ind w:left="360"/>
        <w:shd w:val="clear" w:color="auto" w:fill="F2F2F2"/>
      </w:pPr>
      <w:r>
        <w:rPr>
          <w:rFonts w:ascii="Consolas" w:hAnsi="Consolas"/>
          <w:b w:val="0"/>
          <w:i w:val="0"/>
          <w:sz w:val="18"/>
        </w:rPr>
        <w:t>Owner: swisskyrepo</w:t>
      </w:r>
    </w:p>
    <w:p>
      <w:pPr>
        <w:spacing w:after="0"/>
        <w:ind w:left="360"/>
        <w:shd w:val="clear" w:color="auto" w:fill="F2F2F2"/>
      </w:pPr>
      <w:r>
        <w:rPr>
          <w:rFonts w:ascii="Consolas" w:hAnsi="Consolas"/>
          <w:b w:val="0"/>
          <w:i w:val="0"/>
          <w:sz w:val="18"/>
        </w:rPr>
        <w:t>Stars: 37227</w:t>
      </w:r>
    </w:p>
    <w:p>
      <w:pPr>
        <w:spacing w:after="0"/>
        <w:ind w:left="360"/>
        <w:shd w:val="clear" w:color="auto" w:fill="F2F2F2"/>
      </w:pPr>
      <w:r>
        <w:rPr>
          <w:rFonts w:ascii="Consolas" w:hAnsi="Consolas"/>
          <w:b w:val="0"/>
          <w:i w:val="0"/>
          <w:sz w:val="18"/>
        </w:rPr>
        <w:t>Repository: https://github.com/swisskyrepo/PayloadsAllTheThings</w:t>
      </w:r>
    </w:p>
    <w:p>
      <w:pPr>
        <w:spacing w:after="0"/>
        <w:ind w:left="360"/>
        <w:shd w:val="clear" w:color="auto" w:fill="F2F2F2"/>
      </w:pPr>
      <w:r>
        <w:rPr>
          <w:rFonts w:ascii="Consolas" w:hAnsi="Consolas"/>
          <w:b w:val="0"/>
          <w:i w:val="0"/>
          <w:sz w:val="18"/>
        </w:rPr>
        <w:t>Description: A list of useful payloads and bypass for Web Application Security</w:t>
      </w:r>
    </w:p>
    <w:p>
      <w:pPr>
        <w:spacing w:after="0"/>
        <w:ind w:left="360"/>
        <w:shd w:val="clear" w:color="auto" w:fill="F2F2F2"/>
      </w:pPr>
      <w:r>
        <w:rPr>
          <w:rFonts w:ascii="Consolas" w:hAnsi="Consolas"/>
          <w:b w:val="0"/>
          <w:i w:val="0"/>
          <w:sz w:val="18"/>
        </w:rPr>
        <w:t xml:space="preserve">  and Pentest/CTF</w:t>
      </w:r>
    </w:p>
    <w:p>
      <w:pPr>
        <w:spacing w:after="40"/>
      </w:pPr>
    </w:p>
    <w:p>
      <w:pPr>
        <w:spacing w:after="80"/>
      </w:pPr>
      <w:r>
        <w:rPr>
          <w:b w:val="0"/>
          <w:i w:val="0"/>
        </w:rPr>
        <w:t>Một vài dự án thú vị xuất hiện trong kết quả này, và có thể đáng để xem qua một vài cái. Nhưng đừng dành quá nhiều thời gian ở đây, vì chúng ta sắp tạo một phần trực quan hóa giúp kết quả dễ đọc hơn nhiều.</w:t>
      </w:r>
    </w:p>
    <w:p>
      <w:pPr>
        <w:pStyle w:val="Heading3"/>
      </w:pPr>
      <w:r>
        <w:rPr>
          <w:rFonts w:ascii="Calibri" w:hAnsi="Calibri"/>
          <w:b/>
          <w:i w:val="0"/>
          <w:sz w:val="27"/>
        </w:rPr>
        <w:t>Theo dõi giới hạn tốc độ của API</w:t>
      </w:r>
    </w:p>
    <w:p>
      <w:pPr>
        <w:spacing w:after="80"/>
      </w:pPr>
      <w:r>
        <w:rPr>
          <w:b w:val="0"/>
          <w:i w:val="0"/>
        </w:rPr>
        <w:t xml:space="preserve">Hầu hết các API đều có </w:t>
      </w:r>
      <w:r>
        <w:rPr>
          <w:b w:val="0"/>
          <w:i/>
        </w:rPr>
        <w:t>giới hạn tốc độ</w:t>
      </w:r>
      <w:r>
        <w:rPr>
          <w:b w:val="0"/>
          <w:i w:val="0"/>
        </w:rPr>
        <w:t xml:space="preserve"> (rate limit), nghĩa là có giới hạn về số lượng yêu cầu (request) bạn có thể thực hiện trong một khoảng thời gian nhất định. Để xem bạn có đang tiến gần đến giới hạn của GitHub hay không, hãy nhập https://api.github.com/rate_limit vào một trình duyệt web. Bạn sẽ thấy một phản hồi bắt đầu như thế này:</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 xml:space="preserve">  "resources":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❶     "search": {</w:t>
      </w:r>
    </w:p>
    <w:p>
      <w:pPr>
        <w:spacing w:after="0"/>
        <w:ind w:left="360"/>
        <w:shd w:val="clear" w:color="auto" w:fill="F2F2F2"/>
      </w:pPr>
      <w:r>
        <w:rPr>
          <w:rFonts w:ascii="Consolas" w:hAnsi="Consolas"/>
          <w:b w:val="0"/>
          <w:i w:val="0"/>
          <w:sz w:val="18"/>
        </w:rPr>
        <w:t>❷       "limit": 10,</w:t>
      </w:r>
    </w:p>
    <w:p>
      <w:pPr>
        <w:spacing w:after="0"/>
        <w:ind w:left="360"/>
        <w:shd w:val="clear" w:color="auto" w:fill="F2F2F2"/>
      </w:pPr>
      <w:r>
        <w:rPr>
          <w:rFonts w:ascii="Consolas" w:hAnsi="Consolas"/>
          <w:b w:val="0"/>
          <w:i w:val="0"/>
          <w:sz w:val="18"/>
        </w:rPr>
        <w:t>❸       "remaining": 9,</w:t>
      </w:r>
    </w:p>
    <w:p>
      <w:pPr>
        <w:spacing w:after="0"/>
        <w:ind w:left="360"/>
        <w:shd w:val="clear" w:color="auto" w:fill="F2F2F2"/>
      </w:pPr>
      <w:r>
        <w:rPr>
          <w:rFonts w:ascii="Consolas" w:hAnsi="Consolas"/>
          <w:b w:val="0"/>
          <w:i w:val="0"/>
          <w:sz w:val="18"/>
        </w:rPr>
        <w:t>❹       "reset": 1652338832,</w:t>
      </w:r>
    </w:p>
    <w:p>
      <w:pPr>
        <w:spacing w:after="0"/>
        <w:ind w:left="360"/>
        <w:shd w:val="clear" w:color="auto" w:fill="F2F2F2"/>
      </w:pPr>
      <w:r>
        <w:rPr>
          <w:rFonts w:ascii="Consolas" w:hAnsi="Consolas"/>
          <w:b w:val="0"/>
          <w:i w:val="0"/>
          <w:sz w:val="18"/>
        </w:rPr>
        <w:t xml:space="preserve">      "used": 1,</w:t>
      </w:r>
    </w:p>
    <w:p>
      <w:pPr>
        <w:spacing w:after="0"/>
        <w:ind w:left="360"/>
        <w:shd w:val="clear" w:color="auto" w:fill="F2F2F2"/>
      </w:pPr>
      <w:r>
        <w:rPr>
          <w:rFonts w:ascii="Consolas" w:hAnsi="Consolas"/>
          <w:b w:val="0"/>
          <w:i w:val="0"/>
          <w:sz w:val="18"/>
        </w:rPr>
        <w:t xml:space="preserve">      "resource": "search"</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Thông tin chúng ta quan tâm là giới hạn tốc độ (rate limit) của API tìm kiếm ❶. Ta thấy giới hạn là 10 yêu cầu mỗi phút ❷ và ta còn 9 yêu cầu trong phút hiện tại ❸. Giá trị gắn với khóa </w:t>
      </w:r>
      <w:r>
        <w:rPr>
          <w:rFonts w:ascii="Consolas" w:hAnsi="Consolas"/>
          <w:b w:val="0"/>
          <w:i w:val="0"/>
          <w:sz w:val="20"/>
        </w:rPr>
        <w:t>"reset"</w:t>
      </w:r>
      <w:r>
        <w:rPr>
          <w:b w:val="0"/>
          <w:i w:val="0"/>
        </w:rPr>
        <w:t xml:space="preserve"> biểu thị thời gian theo </w:t>
      </w:r>
      <w:r>
        <w:rPr>
          <w:b w:val="0"/>
          <w:i/>
        </w:rPr>
        <w:t>Unix</w:t>
      </w:r>
      <w:r>
        <w:rPr>
          <w:b w:val="0"/>
          <w:i w:val="0"/>
        </w:rPr>
        <w:t xml:space="preserve"> hay </w:t>
      </w:r>
      <w:r>
        <w:rPr>
          <w:b w:val="0"/>
          <w:i/>
        </w:rPr>
        <w:t>epoch time</w:t>
      </w:r>
      <w:r>
        <w:rPr>
          <w:b w:val="0"/>
          <w:i w:val="0"/>
        </w:rPr>
        <w:t xml:space="preserve"> (số giây kể từ nửa đêm ngày 1 tháng 1 năm 1970) khi hạn ngạch của ta được đặt lại ❹. Nếu bạn đạt đến hạn ngạch, bạn sẽ nhận được một phản hồi ngắn cho biết bạn đã chạm giới hạn API. Nếu bạn chạm giới hạn, chỉ cần đợi cho đến khi hạn ngạch được đặt lại.</w:t>
      </w:r>
    </w:p>
    <w:p>
      <w:pPr>
        <w:spacing w:before="120" w:after="40"/>
      </w:pPr>
      <w:r>
        <w:rPr>
          <w:b/>
          <w:sz w:val="21"/>
        </w:rPr>
        <w:t>Ghi chú</w:t>
      </w:r>
    </w:p>
    <w:p>
      <w:pPr>
        <w:spacing w:after="80"/>
      </w:pPr>
      <w:r>
        <w:rPr>
          <w:b w:val="0"/>
          <w:i w:val="0"/>
        </w:rPr>
        <w:t>Nhiều API yêu cầu bạn đăng ký và lấy API key hoặc access token để thực hiện các lệnh gọi API. Tại thời điểm viết bài này, GitHub không có yêu cầu như vậy, nhưng nếu bạn lấy một access token, giới hạn của bạn sẽ cao hơn nhiều.</w:t>
      </w:r>
    </w:p>
    <w:p>
      <w:pPr>
        <w:pStyle w:val="Heading2"/>
      </w:pPr>
      <w:r>
        <w:rPr>
          <w:rFonts w:ascii="Calibri" w:hAnsi="Calibri"/>
          <w:b/>
          <w:i w:val="0"/>
          <w:sz w:val="32"/>
        </w:rPr>
        <w:t>Trực quan hóa các kho lưu trữ bằng Plotly</w:t>
      </w:r>
    </w:p>
    <w:p>
      <w:pPr>
        <w:spacing w:after="80"/>
      </w:pPr>
      <w:r>
        <w:rPr>
          <w:b w:val="0"/>
          <w:i w:val="0"/>
        </w:rPr>
        <w:t>Hãy tạo một trực quan hóa bằng dữ liệu chúng ta đã thu thập để cho thấy mức độ phổ biến tương đối của các dự án Python trên GitHub. Chúng ta sẽ tạo một biểu đồ cột tương tác: chiều cao của mỗi cột sẽ biểu thị số sao mà dự án đã nhận được, và bạn có thể nhấp vào nhãn của cột để đến trang chủ của dự án đó trên GitHub.</w:t>
      </w:r>
    </w:p>
    <w:p>
      <w:pPr>
        <w:spacing w:after="80"/>
      </w:pPr>
      <w:r>
        <w:rPr>
          <w:b w:val="0"/>
          <w:i w:val="0"/>
        </w:rPr>
        <w:t xml:space="preserve">Lưu một bản sao của chương trình chúng ta đang làm việc với tên </w:t>
      </w:r>
      <w:r>
        <w:rPr>
          <w:b w:val="0"/>
          <w:i/>
        </w:rPr>
        <w:t>python_repos_visual.py</w:t>
      </w:r>
      <w:r>
        <w:rPr>
          <w:b w:val="0"/>
          <w:i w:val="0"/>
        </w:rPr>
        <w:t>, rồi sửa nó để đọc như sau:</w:t>
      </w:r>
    </w:p>
    <w:p>
      <w:pPr>
        <w:spacing w:after="80"/>
      </w:pPr>
      <w:r>
        <w:rPr>
          <w:b w:val="0"/>
          <w:i w:val="0"/>
        </w:rPr>
        <w:t>python_repos_visual.py</w:t>
      </w:r>
    </w:p>
    <w:p>
      <w:pPr>
        <w:spacing w:after="0"/>
        <w:ind w:left="360"/>
        <w:shd w:val="clear" w:color="auto" w:fill="F2F2F2"/>
      </w:pPr>
      <w:r>
        <w:rPr>
          <w:rFonts w:ascii="Consolas" w:hAnsi="Consolas"/>
          <w:b w:val="0"/>
          <w:i w:val="0"/>
          <w:sz w:val="18"/>
        </w:rPr>
        <w:t>import requests</w:t>
      </w:r>
    </w:p>
    <w:p>
      <w:pPr>
        <w:spacing w:after="0"/>
        <w:ind w:left="360"/>
        <w:shd w:val="clear" w:color="auto" w:fill="F2F2F2"/>
      </w:pPr>
      <w:r>
        <w:rPr>
          <w:rFonts w:ascii="Consolas" w:hAnsi="Consolas"/>
          <w:b w:val="0"/>
          <w:i w:val="0"/>
          <w:sz w:val="18"/>
        </w:rPr>
        <w:t>import plotly.express as px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an API call and check the response.</w:t>
      </w:r>
    </w:p>
    <w:p>
      <w:pPr>
        <w:spacing w:after="0"/>
        <w:ind w:left="360"/>
        <w:shd w:val="clear" w:color="auto" w:fill="F2F2F2"/>
      </w:pPr>
      <w:r>
        <w:rPr>
          <w:rFonts w:ascii="Consolas" w:hAnsi="Consolas"/>
          <w:b w:val="0"/>
          <w:i w:val="0"/>
          <w:sz w:val="18"/>
        </w:rPr>
        <w:t>url = "https://api.github.com/search/repositories"</w:t>
      </w:r>
    </w:p>
    <w:p>
      <w:pPr>
        <w:spacing w:after="0"/>
        <w:ind w:left="360"/>
        <w:shd w:val="clear" w:color="auto" w:fill="F2F2F2"/>
      </w:pPr>
      <w:r>
        <w:rPr>
          <w:rFonts w:ascii="Consolas" w:hAnsi="Consolas"/>
          <w:b w:val="0"/>
          <w:i w:val="0"/>
          <w:sz w:val="18"/>
        </w:rPr>
        <w:t>url += "?q=language:python+sort:stars+stars:&gt;10000"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headers = {"Accept": "application/vnd.github.v3+json"}</w:t>
      </w:r>
    </w:p>
    <w:p>
      <w:pPr>
        <w:spacing w:after="0"/>
        <w:ind w:left="360"/>
        <w:shd w:val="clear" w:color="auto" w:fill="F2F2F2"/>
      </w:pPr>
      <w:r>
        <w:rPr>
          <w:rFonts w:ascii="Consolas" w:hAnsi="Consolas"/>
          <w:b w:val="0"/>
          <w:i w:val="0"/>
          <w:sz w:val="18"/>
        </w:rPr>
        <w:t>r = requests.get(url, headers=headers)</w:t>
      </w:r>
    </w:p>
    <w:p>
      <w:pPr>
        <w:spacing w:after="0"/>
        <w:ind w:left="360"/>
        <w:shd w:val="clear" w:color="auto" w:fill="F2F2F2"/>
      </w:pPr>
      <w:r>
        <w:rPr>
          <w:rFonts w:ascii="Consolas" w:hAnsi="Consolas"/>
          <w:b w:val="0"/>
          <w:i w:val="0"/>
          <w:sz w:val="18"/>
        </w:rPr>
        <w:t>❶ print(f"Status code: {r.status_code}")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Process overall results.</w:t>
      </w:r>
    </w:p>
    <w:p>
      <w:pPr>
        <w:spacing w:after="0"/>
        <w:ind w:left="360"/>
        <w:shd w:val="clear" w:color="auto" w:fill="F2F2F2"/>
      </w:pPr>
      <w:r>
        <w:rPr>
          <w:rFonts w:ascii="Consolas" w:hAnsi="Consolas"/>
          <w:b w:val="0"/>
          <w:i w:val="0"/>
          <w:sz w:val="18"/>
        </w:rPr>
        <w:t>response_dict = r.json()</w:t>
      </w:r>
    </w:p>
    <w:p>
      <w:pPr>
        <w:spacing w:after="0"/>
        <w:ind w:left="360"/>
        <w:shd w:val="clear" w:color="auto" w:fill="F2F2F2"/>
      </w:pPr>
      <w:r>
        <w:rPr>
          <w:rFonts w:ascii="Consolas" w:hAnsi="Consolas"/>
          <w:b w:val="0"/>
          <w:i w:val="0"/>
          <w:sz w:val="18"/>
        </w:rPr>
        <w:t>❷ print(f"Complete results: {not response_dict['incomplete_results']}")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Process repository information.</w:t>
      </w:r>
    </w:p>
    <w:p>
      <w:pPr>
        <w:spacing w:after="0"/>
        <w:ind w:left="360"/>
        <w:shd w:val="clear" w:color="auto" w:fill="F2F2F2"/>
      </w:pPr>
      <w:r>
        <w:rPr>
          <w:rFonts w:ascii="Consolas" w:hAnsi="Consolas"/>
          <w:b w:val="0"/>
          <w:i w:val="0"/>
          <w:sz w:val="18"/>
        </w:rPr>
        <w:t>repo_dicts = response_dict['items']</w:t>
      </w:r>
    </w:p>
    <w:p>
      <w:pPr>
        <w:spacing w:after="0"/>
        <w:ind w:left="360"/>
        <w:shd w:val="clear" w:color="auto" w:fill="F2F2F2"/>
      </w:pPr>
      <w:r>
        <w:rPr>
          <w:rFonts w:ascii="Consolas" w:hAnsi="Consolas"/>
          <w:b w:val="0"/>
          <w:i w:val="0"/>
          <w:sz w:val="18"/>
        </w:rPr>
        <w:t>❸ repo_names, stars = [], []</w:t>
      </w:r>
    </w:p>
    <w:p>
      <w:pPr>
        <w:spacing w:after="0"/>
        <w:ind w:left="360"/>
        <w:shd w:val="clear" w:color="auto" w:fill="F2F2F2"/>
      </w:pPr>
      <w:r>
        <w:rPr>
          <w:rFonts w:ascii="Consolas" w:hAnsi="Consolas"/>
          <w:b w:val="0"/>
          <w:i w:val="0"/>
          <w:sz w:val="18"/>
        </w:rPr>
        <w:t>for repo_dict in repo_dicts:</w:t>
      </w:r>
    </w:p>
    <w:p>
      <w:pPr>
        <w:spacing w:after="0"/>
        <w:ind w:left="360"/>
        <w:shd w:val="clear" w:color="auto" w:fill="F2F2F2"/>
      </w:pPr>
      <w:r>
        <w:rPr>
          <w:rFonts w:ascii="Consolas" w:hAnsi="Consolas"/>
          <w:b w:val="0"/>
          <w:i w:val="0"/>
          <w:sz w:val="18"/>
        </w:rPr>
        <w:t xml:space="preserve">    repo_names.append(repo_dict['name'])</w:t>
      </w:r>
    </w:p>
    <w:p>
      <w:pPr>
        <w:spacing w:after="0"/>
        <w:ind w:left="360"/>
        <w:shd w:val="clear" w:color="auto" w:fill="F2F2F2"/>
      </w:pPr>
      <w:r>
        <w:rPr>
          <w:rFonts w:ascii="Consolas" w:hAnsi="Consolas"/>
          <w:b w:val="0"/>
          <w:i w:val="0"/>
          <w:sz w:val="18"/>
        </w:rPr>
        <w:t xml:space="preserve">    stars.append(repo_dict['stargazers_count'])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visualization.</w:t>
      </w:r>
    </w:p>
    <w:p>
      <w:pPr>
        <w:spacing w:after="0"/>
        <w:ind w:left="360"/>
        <w:shd w:val="clear" w:color="auto" w:fill="F2F2F2"/>
      </w:pPr>
      <w:r>
        <w:rPr>
          <w:rFonts w:ascii="Consolas" w:hAnsi="Consolas"/>
          <w:b w:val="0"/>
          <w:i w:val="0"/>
          <w:sz w:val="18"/>
        </w:rPr>
        <w:t>❹ fig = px.bar(x=repo_names, y=stars)</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Chúng ta import Plotly Express rồi thực hiện lệnh gọi API như chúng ta vẫn làm. Chúng ta tiếp tục in trạng thái của phản hồi lệnh gọi API để biết liệu có vấn đề gì không ❶. Khi xử lý kết quả tổng thể, chúng ta tiếp tục in thông báo xác nhận rằng chúng ta đã nhận được một bộ kết quả đầy đủ ❷. Chúng ta bỏ các lệnh gọi </w:t>
      </w:r>
      <w:r>
        <w:rPr>
          <w:rFonts w:ascii="Consolas" w:hAnsi="Consolas"/>
          <w:b w:val="0"/>
          <w:i w:val="0"/>
          <w:sz w:val="20"/>
        </w:rPr>
        <w:t>print()</w:t>
      </w:r>
      <w:r>
        <w:rPr>
          <w:b w:val="0"/>
          <w:i w:val="0"/>
        </w:rPr>
        <w:t xml:space="preserve"> còn lại vì chúng ta không còn ở giai đoạn khám phá nữa; chúng ta biết mình đã có dữ liệu mình muốn.</w:t>
      </w:r>
    </w:p>
    <w:p>
      <w:pPr>
        <w:spacing w:after="80"/>
      </w:pPr>
      <w:r>
        <w:rPr>
          <w:b w:val="0"/>
          <w:i w:val="0"/>
        </w:rPr>
        <w:t>Sau đó chúng ta tạo hai danh sách rỗng ❸ để lưu dữ liệu sẽ đưa vào biểu đồ ban đầu. Chúng ta sẽ cần tên của từng dự án để gắn nhãn cho các cột (</w:t>
      </w:r>
      <w:r>
        <w:rPr>
          <w:rFonts w:ascii="Consolas" w:hAnsi="Consolas"/>
          <w:b w:val="0"/>
          <w:i w:val="0"/>
          <w:sz w:val="20"/>
        </w:rPr>
        <w:t>repo_names</w:t>
      </w:r>
      <w:r>
        <w:rPr>
          <w:b w:val="0"/>
          <w:i w:val="0"/>
        </w:rPr>
        <w:t>) và số sao để xác định chiều cao của các cột (</w:t>
      </w:r>
      <w:r>
        <w:rPr>
          <w:rFonts w:ascii="Consolas" w:hAnsi="Consolas"/>
          <w:b w:val="0"/>
          <w:i w:val="0"/>
          <w:sz w:val="20"/>
        </w:rPr>
        <w:t>stars</w:t>
      </w:r>
      <w:r>
        <w:rPr>
          <w:b w:val="0"/>
          <w:i w:val="0"/>
        </w:rPr>
        <w:t>). Trong vòng lặp, chúng ta thêm tên của từng dự án và số sao mà nó có vào các danh sách này.</w:t>
      </w:r>
    </w:p>
    <w:p>
      <w:pPr>
        <w:spacing w:after="80"/>
      </w:pPr>
      <w:r>
        <w:rPr>
          <w:b w:val="0"/>
          <w:i w:val="0"/>
        </w:rPr>
        <w:t xml:space="preserve">Chúng ta tạo trực quan hóa ban đầu chỉ với hai dòng mã ❹. Điều này nhất quán với triết lý của Plotly Express rằng bạn nên có thể thấy trực quan hóa của mình càng nhanh càng tốt trước khi tinh chỉnh diện mạo của nó. Ở đây chúng ta dùng hàm </w:t>
      </w:r>
      <w:r>
        <w:rPr>
          <w:rFonts w:ascii="Consolas" w:hAnsi="Consolas"/>
          <w:b w:val="0"/>
          <w:i w:val="0"/>
          <w:sz w:val="20"/>
        </w:rPr>
        <w:t>px.bar()</w:t>
      </w:r>
      <w:r>
        <w:rPr>
          <w:b w:val="0"/>
          <w:i w:val="0"/>
        </w:rPr>
        <w:t xml:space="preserve"> để tạo biểu đồ cột. Chúng ta truyền danh sách </w:t>
      </w:r>
      <w:r>
        <w:rPr>
          <w:rFonts w:ascii="Consolas" w:hAnsi="Consolas"/>
          <w:b w:val="0"/>
          <w:i w:val="0"/>
          <w:sz w:val="20"/>
        </w:rPr>
        <w:t>repo_names</w:t>
      </w:r>
      <w:r>
        <w:rPr>
          <w:b w:val="0"/>
          <w:i w:val="0"/>
        </w:rPr>
        <w:t xml:space="preserve"> làm đối số </w:t>
      </w:r>
      <w:r>
        <w:rPr>
          <w:rFonts w:ascii="Consolas" w:hAnsi="Consolas"/>
          <w:b w:val="0"/>
          <w:i w:val="0"/>
          <w:sz w:val="20"/>
        </w:rPr>
        <w:t>x</w:t>
      </w:r>
      <w:r>
        <w:rPr>
          <w:b w:val="0"/>
          <w:i w:val="0"/>
        </w:rPr>
        <w:t xml:space="preserve"> và </w:t>
      </w:r>
      <w:r>
        <w:rPr>
          <w:rFonts w:ascii="Consolas" w:hAnsi="Consolas"/>
          <w:b w:val="0"/>
          <w:i w:val="0"/>
          <w:sz w:val="20"/>
        </w:rPr>
        <w:t>stars</w:t>
      </w:r>
      <w:r>
        <w:rPr>
          <w:b w:val="0"/>
          <w:i w:val="0"/>
        </w:rPr>
        <w:t xml:space="preserve"> làm đối số </w:t>
      </w:r>
      <w:r>
        <w:rPr>
          <w:rFonts w:ascii="Consolas" w:hAnsi="Consolas"/>
          <w:b w:val="0"/>
          <w:i w:val="0"/>
          <w:sz w:val="20"/>
        </w:rPr>
        <w:t>y</w:t>
      </w:r>
      <w:r>
        <w:rPr>
          <w:b w:val="0"/>
          <w:i w:val="0"/>
        </w:rPr>
        <w:t>.</w:t>
      </w:r>
    </w:p>
    <w:p>
      <w:pPr>
        <w:spacing w:after="80"/>
      </w:pPr>
      <w:r>
        <w:rPr>
          <w:b w:val="0"/>
          <w:i w:val="0"/>
        </w:rPr>
        <w:t>Hình 17-1 cho thấy biểu đồ thu được. Ta có thể thấy rằng vài dự án đầu tiên phổ biến hơn đáng kể so với phần còn lại, nhưng tất cả chúng đều là những dự án quan trọng trong hệ sinh thái Python.</w:t>
      </w:r>
    </w:p>
    <w:p>
      <w:pPr>
        <w:jc w:val="center"/>
      </w:pPr>
      <w:r>
        <w:drawing>
          <wp:inline xmlns:a="http://schemas.openxmlformats.org/drawingml/2006/main" xmlns:pic="http://schemas.openxmlformats.org/drawingml/2006/picture">
            <wp:extent cx="5486400" cy="3391449"/>
            <wp:docPr id="63" name="Picture 63"/>
            <wp:cNvGraphicFramePr>
              <a:graphicFrameLocks noChangeAspect="1"/>
            </wp:cNvGraphicFramePr>
            <a:graphic>
              <a:graphicData uri="http://schemas.openxmlformats.org/drawingml/2006/picture">
                <pic:pic>
                  <pic:nvPicPr>
                    <pic:cNvPr id="0" name="image_rsrcBJT.jpg"/>
                    <pic:cNvPicPr/>
                  </pic:nvPicPr>
                  <pic:blipFill>
                    <a:blip r:embed="rId54"/>
                    <a:stretch>
                      <a:fillRect/>
                    </a:stretch>
                  </pic:blipFill>
                  <pic:spPr>
                    <a:xfrm>
                      <a:off x="0" y="0"/>
                      <a:ext cx="5486400" cy="3391449"/>
                    </a:xfrm>
                    <a:prstGeom prst="rect"/>
                  </pic:spPr>
                </pic:pic>
              </a:graphicData>
            </a:graphic>
          </wp:inline>
        </w:drawing>
      </w:r>
    </w:p>
    <w:p>
      <w:pPr>
        <w:spacing w:after="80"/>
      </w:pPr>
      <w:r>
        <w:rPr>
          <w:b w:val="0"/>
          <w:i w:val="0"/>
        </w:rPr>
        <w:t>Hình 17-1: Những dự án Python được gắn sao nhiều nhất trên GitHub</w:t>
      </w:r>
    </w:p>
    <w:p>
      <w:pPr>
        <w:pStyle w:val="Heading3"/>
      </w:pPr>
      <w:r>
        <w:rPr>
          <w:rFonts w:ascii="Calibri" w:hAnsi="Calibri"/>
          <w:b/>
          <w:i w:val="0"/>
          <w:sz w:val="27"/>
        </w:rPr>
        <w:t>Tạo kiểu cho biểu đồ</w:t>
      </w:r>
    </w:p>
    <w:p>
      <w:pPr>
        <w:spacing w:after="80"/>
      </w:pPr>
      <w:r>
        <w:rPr>
          <w:b w:val="0"/>
          <w:i w:val="0"/>
        </w:rPr>
        <w:t xml:space="preserve">Plotly hỗ trợ một số cách để tạo kiểu và tùy chỉnh các biểu đồ, một khi bạn biết thông tin trong biểu đồ là chính xác. Chúng ta sẽ thực hiện một vài thay đổi trong lệnh gọi </w:t>
      </w:r>
      <w:r>
        <w:rPr>
          <w:rFonts w:ascii="Consolas" w:hAnsi="Consolas"/>
          <w:b w:val="0"/>
          <w:i w:val="0"/>
          <w:sz w:val="20"/>
        </w:rPr>
        <w:t>px.bar()</w:t>
      </w:r>
      <w:r>
        <w:rPr>
          <w:b w:val="0"/>
          <w:i w:val="0"/>
        </w:rPr>
        <w:t xml:space="preserve"> ban đầu rồi thực hiện thêm một vài điều chỉnh cho đối tượng </w:t>
      </w:r>
      <w:r>
        <w:rPr>
          <w:rFonts w:ascii="Consolas" w:hAnsi="Consolas"/>
          <w:b w:val="0"/>
          <w:i w:val="0"/>
          <w:sz w:val="20"/>
        </w:rPr>
        <w:t>fig</w:t>
      </w:r>
      <w:r>
        <w:rPr>
          <w:b w:val="0"/>
          <w:i w:val="0"/>
        </w:rPr>
        <w:t xml:space="preserve"> sau khi nó được tạo.</w:t>
      </w:r>
    </w:p>
    <w:p>
      <w:pPr>
        <w:spacing w:after="80"/>
      </w:pPr>
      <w:r>
        <w:rPr>
          <w:b w:val="0"/>
          <w:i w:val="0"/>
        </w:rPr>
        <w:t>Chúng ta sẽ bắt đầu tạo kiểu cho biểu đồ bằng cách thêm tiêu đề và nhãn cho từng trục:</w:t>
      </w:r>
    </w:p>
    <w:p>
      <w:pPr>
        <w:spacing w:after="80"/>
      </w:pPr>
      <w:r>
        <w:rPr>
          <w:b w:val="0"/>
          <w:i w:val="0"/>
        </w:rPr>
        <w:t>python_repos_visual.py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Make visualization.</w:t>
      </w:r>
    </w:p>
    <w:p>
      <w:pPr>
        <w:spacing w:after="0"/>
        <w:ind w:left="360"/>
        <w:shd w:val="clear" w:color="auto" w:fill="F2F2F2"/>
      </w:pPr>
      <w:r>
        <w:rPr>
          <w:rFonts w:ascii="Consolas" w:hAnsi="Consolas"/>
          <w:b w:val="0"/>
          <w:i w:val="0"/>
          <w:sz w:val="18"/>
        </w:rPr>
        <w:t>title = "Most-Starred Python Projects on GitHub"</w:t>
      </w:r>
    </w:p>
    <w:p>
      <w:pPr>
        <w:spacing w:after="0"/>
        <w:ind w:left="360"/>
        <w:shd w:val="clear" w:color="auto" w:fill="F2F2F2"/>
      </w:pPr>
      <w:r>
        <w:rPr>
          <w:rFonts w:ascii="Consolas" w:hAnsi="Consolas"/>
          <w:b w:val="0"/>
          <w:i w:val="0"/>
          <w:sz w:val="18"/>
        </w:rPr>
        <w:t>labels = {'x': 'Repository', 'y': 'Stars'}</w:t>
      </w:r>
    </w:p>
    <w:p>
      <w:pPr>
        <w:spacing w:after="0"/>
        <w:ind w:left="360"/>
        <w:shd w:val="clear" w:color="auto" w:fill="F2F2F2"/>
      </w:pPr>
      <w:r>
        <w:rPr>
          <w:rFonts w:ascii="Consolas" w:hAnsi="Consolas"/>
          <w:b w:val="0"/>
          <w:i w:val="0"/>
          <w:sz w:val="18"/>
        </w:rPr>
        <w:t>fig = px.bar(x=repo_names, y=stars, title=title, labels=labels)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fig.update_layout(title_font_size=28, xaxis_title_font_size=20,</w:t>
      </w:r>
    </w:p>
    <w:p>
      <w:pPr>
        <w:spacing w:after="0"/>
        <w:ind w:left="360"/>
        <w:shd w:val="clear" w:color="auto" w:fill="F2F2F2"/>
      </w:pPr>
      <w:r>
        <w:rPr>
          <w:rFonts w:ascii="Consolas" w:hAnsi="Consolas"/>
          <w:b w:val="0"/>
          <w:i w:val="0"/>
          <w:sz w:val="18"/>
        </w:rPr>
        <w:t xml:space="preserve">        yaxis_title_font_size=20)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Đầu tiên, chúng ta thêm tiêu đề và nhãn cho từng trục, giống như đã làm ở Chương 15 và 16. Sau đó, chúng ta dùng phương thức </w:t>
      </w:r>
      <w:r>
        <w:rPr>
          <w:rFonts w:ascii="Consolas" w:hAnsi="Consolas"/>
          <w:b w:val="0"/>
          <w:i w:val="0"/>
          <w:sz w:val="20"/>
        </w:rPr>
        <w:t>fig.update_layout()</w:t>
      </w:r>
      <w:r>
        <w:rPr>
          <w:b w:val="0"/>
          <w:i w:val="0"/>
        </w:rPr>
        <w:t xml:space="preserve"> để chỉnh sửa các phần tử cụ thể của biểu đồ ❶. Plotly dùng một quy ước trong đó các khía cạnh của một phần tử biểu đồ được nối với nhau bằng dấu gạch dưới. Khi bạn đã quen với tài liệu của Plotly, bạn sẽ bắt đầu thấy các mẫu nhất quán trong cách đặt tên và chỉnh sửa các phần tử khác nhau của biểu đồ. Ở đây, chúng ta đặt cỡ chữ tiêu đề là </w:t>
      </w:r>
      <w:r>
        <w:rPr>
          <w:rFonts w:ascii="Consolas" w:hAnsi="Consolas"/>
          <w:b w:val="0"/>
          <w:i w:val="0"/>
          <w:sz w:val="20"/>
        </w:rPr>
        <w:t>28</w:t>
      </w:r>
      <w:r>
        <w:rPr>
          <w:b w:val="0"/>
          <w:i w:val="0"/>
        </w:rPr>
        <w:t xml:space="preserve"> và cỡ chữ cho tiêu đề mỗi trục là </w:t>
      </w:r>
      <w:r>
        <w:rPr>
          <w:rFonts w:ascii="Consolas" w:hAnsi="Consolas"/>
          <w:b w:val="0"/>
          <w:i w:val="0"/>
          <w:sz w:val="20"/>
        </w:rPr>
        <w:t>20</w:t>
      </w:r>
      <w:r>
        <w:rPr>
          <w:b w:val="0"/>
          <w:i w:val="0"/>
        </w:rPr>
        <w:t>. Kết quả được hiển thị trong Hình 17-2.</w:t>
      </w:r>
    </w:p>
    <w:p>
      <w:pPr>
        <w:jc w:val="center"/>
      </w:pPr>
      <w:r>
        <w:drawing>
          <wp:inline xmlns:a="http://schemas.openxmlformats.org/drawingml/2006/main" xmlns:pic="http://schemas.openxmlformats.org/drawingml/2006/picture">
            <wp:extent cx="5486400" cy="3391449"/>
            <wp:docPr id="64" name="Picture 64"/>
            <wp:cNvGraphicFramePr>
              <a:graphicFrameLocks noChangeAspect="1"/>
            </wp:cNvGraphicFramePr>
            <a:graphic>
              <a:graphicData uri="http://schemas.openxmlformats.org/drawingml/2006/picture">
                <pic:pic>
                  <pic:nvPicPr>
                    <pic:cNvPr id="0" name="image_rsrcBJU.jpg"/>
                    <pic:cNvPicPr/>
                  </pic:nvPicPr>
                  <pic:blipFill>
                    <a:blip r:embed="rId55"/>
                    <a:stretch>
                      <a:fillRect/>
                    </a:stretch>
                  </pic:blipFill>
                  <pic:spPr>
                    <a:xfrm>
                      <a:off x="0" y="0"/>
                      <a:ext cx="5486400" cy="3391449"/>
                    </a:xfrm>
                    <a:prstGeom prst="rect"/>
                  </pic:spPr>
                </pic:pic>
              </a:graphicData>
            </a:graphic>
          </wp:inline>
        </w:drawing>
      </w:r>
    </w:p>
    <w:p>
      <w:pPr>
        <w:spacing w:after="80"/>
      </w:pPr>
      <w:r>
        <w:rPr>
          <w:b w:val="0"/>
          <w:i w:val="0"/>
        </w:rPr>
        <w:t>Hình 17-2: Một tiêu đề đã được thêm vào biểu đồ chính, và cả vào từng trục.</w:t>
      </w:r>
    </w:p>
    <w:p>
      <w:pPr>
        <w:pStyle w:val="Heading3"/>
      </w:pPr>
      <w:r>
        <w:rPr>
          <w:rFonts w:ascii="Calibri" w:hAnsi="Calibri"/>
          <w:b/>
          <w:i w:val="0"/>
          <w:sz w:val="27"/>
        </w:rPr>
        <w:t>Thêm chú thích tùy chỉnh (Custom Tooltips)</w:t>
      </w:r>
    </w:p>
    <w:p>
      <w:pPr>
        <w:spacing w:after="80"/>
      </w:pPr>
      <w:r>
        <w:rPr>
          <w:b w:val="0"/>
          <w:i w:val="0"/>
        </w:rPr>
        <w:t xml:space="preserve">Trong Plotly, bạn có thể di chuột qua một cột riêng lẻ để hiển thị thông tin mà cột đó đại diện. Điều này thường được gọi là </w:t>
      </w:r>
      <w:r>
        <w:rPr>
          <w:b w:val="0"/>
          <w:i/>
        </w:rPr>
        <w:t>tooltip</w:t>
      </w:r>
      <w:r>
        <w:rPr>
          <w:b w:val="0"/>
          <w:i w:val="0"/>
        </w:rPr>
        <w:t>, và trong trường hợp này, nó hiện đang hiển thị số sao mà một dự án có. Hãy tạo một tooltip tùy chỉnh để hiển thị mô tả của từng dự án cũng như chủ sở hữu của dự án đó.</w:t>
      </w:r>
    </w:p>
    <w:p>
      <w:pPr>
        <w:spacing w:after="80"/>
      </w:pPr>
      <w:r>
        <w:rPr>
          <w:b w:val="0"/>
          <w:i w:val="0"/>
        </w:rPr>
        <w:t>Chúng ta cần lấy thêm một số dữ liệu để tạo các tooltip:</w:t>
      </w:r>
    </w:p>
    <w:p>
      <w:pPr>
        <w:spacing w:after="80"/>
      </w:pPr>
      <w:r>
        <w:rPr>
          <w:b w:val="0"/>
          <w:i w:val="0"/>
        </w:rPr>
        <w:t>python_repos_visual.py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Process repository information.</w:t>
      </w:r>
    </w:p>
    <w:p>
      <w:pPr>
        <w:spacing w:after="0"/>
        <w:ind w:left="360"/>
        <w:shd w:val="clear" w:color="auto" w:fill="F2F2F2"/>
      </w:pPr>
      <w:r>
        <w:rPr>
          <w:rFonts w:ascii="Consolas" w:hAnsi="Consolas"/>
          <w:b w:val="0"/>
          <w:i w:val="0"/>
          <w:sz w:val="18"/>
        </w:rPr>
        <w:t>repo_dicts = response_dict['items']</w:t>
      </w:r>
    </w:p>
    <w:p>
      <w:pPr>
        <w:spacing w:after="0"/>
        <w:ind w:left="360"/>
        <w:shd w:val="clear" w:color="auto" w:fill="F2F2F2"/>
      </w:pPr>
      <w:r>
        <w:rPr>
          <w:rFonts w:ascii="Consolas" w:hAnsi="Consolas"/>
          <w:b w:val="0"/>
          <w:i w:val="0"/>
          <w:sz w:val="18"/>
        </w:rPr>
        <w:t>❶ repo_names, stars, hover_texts = [], [], []</w:t>
      </w:r>
    </w:p>
    <w:p>
      <w:pPr>
        <w:spacing w:after="0"/>
        <w:ind w:left="360"/>
        <w:shd w:val="clear" w:color="auto" w:fill="F2F2F2"/>
      </w:pPr>
      <w:r>
        <w:rPr>
          <w:rFonts w:ascii="Consolas" w:hAnsi="Consolas"/>
          <w:b w:val="0"/>
          <w:i w:val="0"/>
          <w:sz w:val="18"/>
        </w:rPr>
        <w:t>for repo_dict in repo_dicts:</w:t>
      </w:r>
    </w:p>
    <w:p>
      <w:pPr>
        <w:spacing w:after="0"/>
        <w:ind w:left="360"/>
        <w:shd w:val="clear" w:color="auto" w:fill="F2F2F2"/>
      </w:pPr>
      <w:r>
        <w:rPr>
          <w:rFonts w:ascii="Consolas" w:hAnsi="Consolas"/>
          <w:b w:val="0"/>
          <w:i w:val="0"/>
          <w:sz w:val="18"/>
        </w:rPr>
        <w:t xml:space="preserve">    repo_names.append(repo_dict['name'])</w:t>
      </w:r>
    </w:p>
    <w:p>
      <w:pPr>
        <w:spacing w:after="0"/>
        <w:ind w:left="360"/>
        <w:shd w:val="clear" w:color="auto" w:fill="F2F2F2"/>
      </w:pPr>
      <w:r>
        <w:rPr>
          <w:rFonts w:ascii="Consolas" w:hAnsi="Consolas"/>
          <w:b w:val="0"/>
          <w:i w:val="0"/>
          <w:sz w:val="18"/>
        </w:rPr>
        <w:t xml:space="preserve">    stars.append(repo_dict['stargazers_count'])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Build hover texts.</w:t>
      </w:r>
    </w:p>
    <w:p>
      <w:pPr>
        <w:spacing w:after="0"/>
        <w:ind w:left="360"/>
        <w:shd w:val="clear" w:color="auto" w:fill="F2F2F2"/>
      </w:pPr>
      <w:r>
        <w:rPr>
          <w:rFonts w:ascii="Consolas" w:hAnsi="Consolas"/>
          <w:b w:val="0"/>
          <w:i w:val="0"/>
          <w:sz w:val="18"/>
        </w:rPr>
        <w:t>❷     owner = repo_dict['owner']['login']</w:t>
      </w:r>
    </w:p>
    <w:p>
      <w:pPr>
        <w:spacing w:after="0"/>
        <w:ind w:left="360"/>
        <w:shd w:val="clear" w:color="auto" w:fill="F2F2F2"/>
      </w:pPr>
      <w:r>
        <w:rPr>
          <w:rFonts w:ascii="Consolas" w:hAnsi="Consolas"/>
          <w:b w:val="0"/>
          <w:i w:val="0"/>
          <w:sz w:val="18"/>
        </w:rPr>
        <w:t xml:space="preserve">    description = repo_dict['description']</w:t>
      </w:r>
    </w:p>
    <w:p>
      <w:pPr>
        <w:spacing w:after="0"/>
        <w:ind w:left="360"/>
        <w:shd w:val="clear" w:color="auto" w:fill="F2F2F2"/>
      </w:pPr>
      <w:r>
        <w:rPr>
          <w:rFonts w:ascii="Consolas" w:hAnsi="Consolas"/>
          <w:b w:val="0"/>
          <w:i w:val="0"/>
          <w:sz w:val="18"/>
        </w:rPr>
        <w:t>❸     hover_text = f"{owner}&lt;br /&gt;{description}"</w:t>
      </w:r>
    </w:p>
    <w:p>
      <w:pPr>
        <w:spacing w:after="0"/>
        <w:ind w:left="360"/>
        <w:shd w:val="clear" w:color="auto" w:fill="F2F2F2"/>
      </w:pPr>
      <w:r>
        <w:rPr>
          <w:rFonts w:ascii="Consolas" w:hAnsi="Consolas"/>
          <w:b w:val="0"/>
          <w:i w:val="0"/>
          <w:sz w:val="18"/>
        </w:rPr>
        <w:t xml:space="preserve">    hover_texts.append(hover_text)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visualization.</w:t>
      </w:r>
    </w:p>
    <w:p>
      <w:pPr>
        <w:spacing w:after="0"/>
        <w:ind w:left="360"/>
        <w:shd w:val="clear" w:color="auto" w:fill="F2F2F2"/>
      </w:pPr>
      <w:r>
        <w:rPr>
          <w:rFonts w:ascii="Consolas" w:hAnsi="Consolas"/>
          <w:b w:val="0"/>
          <w:i w:val="0"/>
          <w:sz w:val="18"/>
        </w:rPr>
        <w:t>title = "Most-Starred Python Projects on GitHub"</w:t>
      </w:r>
    </w:p>
    <w:p>
      <w:pPr>
        <w:spacing w:after="0"/>
        <w:ind w:left="360"/>
        <w:shd w:val="clear" w:color="auto" w:fill="F2F2F2"/>
      </w:pPr>
      <w:r>
        <w:rPr>
          <w:rFonts w:ascii="Consolas" w:hAnsi="Consolas"/>
          <w:b w:val="0"/>
          <w:i w:val="0"/>
          <w:sz w:val="18"/>
        </w:rPr>
        <w:t>labels = {'x': 'Repository', 'y': 'Stars'}</w:t>
      </w:r>
    </w:p>
    <w:p>
      <w:pPr>
        <w:spacing w:after="0"/>
        <w:ind w:left="360"/>
        <w:shd w:val="clear" w:color="auto" w:fill="F2F2F2"/>
      </w:pPr>
      <w:r>
        <w:rPr>
          <w:rFonts w:ascii="Consolas" w:hAnsi="Consolas"/>
          <w:b w:val="0"/>
          <w:i w:val="0"/>
          <w:sz w:val="18"/>
        </w:rPr>
        <w:t>❹ fig = px.bar(x=repo_names, y=stars, title=title, labels=labels,</w:t>
      </w:r>
    </w:p>
    <w:p>
      <w:pPr>
        <w:spacing w:after="0"/>
        <w:ind w:left="360"/>
        <w:shd w:val="clear" w:color="auto" w:fill="F2F2F2"/>
      </w:pPr>
      <w:r>
        <w:rPr>
          <w:rFonts w:ascii="Consolas" w:hAnsi="Consolas"/>
          <w:b w:val="0"/>
          <w:i w:val="0"/>
          <w:sz w:val="18"/>
        </w:rPr>
        <w:t xml:space="preserve">        hover_name=hover_texts)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fig.update_layout(title_font_size=28, xaxis_title_font_size=20,</w:t>
      </w:r>
    </w:p>
    <w:p>
      <w:pPr>
        <w:spacing w:after="0"/>
        <w:ind w:left="360"/>
        <w:shd w:val="clear" w:color="auto" w:fill="F2F2F2"/>
      </w:pPr>
      <w:r>
        <w:rPr>
          <w:rFonts w:ascii="Consolas" w:hAnsi="Consolas"/>
          <w:b w:val="0"/>
          <w:i w:val="0"/>
          <w:sz w:val="18"/>
        </w:rPr>
        <w:t xml:space="preserve">        yaxis_title_font_size=20)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Đầu tiên, chúng ta định nghĩa một danh sách rỗng mới, </w:t>
      </w:r>
      <w:r>
        <w:rPr>
          <w:rFonts w:ascii="Consolas" w:hAnsi="Consolas"/>
          <w:b w:val="0"/>
          <w:i w:val="0"/>
          <w:sz w:val="20"/>
        </w:rPr>
        <w:t>hover_texts</w:t>
      </w:r>
      <w:r>
        <w:rPr>
          <w:b w:val="0"/>
          <w:i w:val="0"/>
        </w:rPr>
        <w:t>, để chứa văn bản mà chúng ta muốn hiển thị cho từng dự án ❶. Trong vòng lặp nơi chúng ta xử lý dữ liệu, chúng ta lấy chủ sở hữu và mô tả của từng dự án ❷. Plotly cho phép bạn dùng mã HTML trong các phần tử văn bản, nên chúng ta tạo một chuỗi cho nhãn với một dấu xuống dòng (</w:t>
      </w:r>
      <w:r>
        <w:rPr>
          <w:rFonts w:ascii="Consolas" w:hAnsi="Consolas"/>
          <w:b w:val="0"/>
          <w:i w:val="0"/>
          <w:sz w:val="20"/>
        </w:rPr>
        <w:t>&lt;br /&gt;</w:t>
      </w:r>
      <w:r>
        <w:rPr>
          <w:b w:val="0"/>
          <w:i w:val="0"/>
        </w:rPr>
        <w:t xml:space="preserve">) giữa tên người dùng của chủ sở hữu dự án và phần mô tả ❸. Sau đó, chúng ta thêm nhãn này vào danh sách </w:t>
      </w:r>
      <w:r>
        <w:rPr>
          <w:rFonts w:ascii="Consolas" w:hAnsi="Consolas"/>
          <w:b w:val="0"/>
          <w:i w:val="0"/>
          <w:sz w:val="20"/>
        </w:rPr>
        <w:t>hover_texts</w:t>
      </w:r>
      <w:r>
        <w:rPr>
          <w:b w:val="0"/>
          <w:i w:val="0"/>
        </w:rPr>
        <w:t>.</w:t>
      </w:r>
    </w:p>
    <w:p>
      <w:pPr>
        <w:spacing w:after="80"/>
      </w:pPr>
      <w:r>
        <w:rPr>
          <w:b w:val="0"/>
          <w:i w:val="0"/>
        </w:rPr>
        <w:t xml:space="preserve">Trong lệnh gọi </w:t>
      </w:r>
      <w:r>
        <w:rPr>
          <w:rFonts w:ascii="Consolas" w:hAnsi="Consolas"/>
          <w:b w:val="0"/>
          <w:i w:val="0"/>
          <w:sz w:val="20"/>
        </w:rPr>
        <w:t>px.bar()</w:t>
      </w:r>
      <w:r>
        <w:rPr>
          <w:b w:val="0"/>
          <w:i w:val="0"/>
        </w:rPr>
        <w:t xml:space="preserve">, chúng ta thêm đối số </w:t>
      </w:r>
      <w:r>
        <w:rPr>
          <w:rFonts w:ascii="Consolas" w:hAnsi="Consolas"/>
          <w:b w:val="0"/>
          <w:i w:val="0"/>
          <w:sz w:val="20"/>
        </w:rPr>
        <w:t>hover_name</w:t>
      </w:r>
      <w:r>
        <w:rPr>
          <w:b w:val="0"/>
          <w:i w:val="0"/>
        </w:rPr>
        <w:t xml:space="preserve"> và truyền vào đó </w:t>
      </w:r>
      <w:r>
        <w:rPr>
          <w:rFonts w:ascii="Consolas" w:hAnsi="Consolas"/>
          <w:b w:val="0"/>
          <w:i w:val="0"/>
          <w:sz w:val="20"/>
        </w:rPr>
        <w:t>hover_texts</w:t>
      </w:r>
      <w:r>
        <w:rPr>
          <w:b w:val="0"/>
          <w:i w:val="0"/>
        </w:rPr>
        <w:t xml:space="preserve"> ❹. Đây cũng là cách tiếp cận mà chúng ta đã dùng để tùy chỉnh nhãn cho từng điểm trong bản đồ hoạt động động đất toàn cầu. Khi Plotly tạo từng cột, nó sẽ lấy nhãn từ danh sách này và chỉ hiển thị chúng khi người xem di chuột qua một cột. Hình 17-3 hiển thị một trong những tooltip tùy chỉnh này.</w:t>
      </w:r>
    </w:p>
    <w:p>
      <w:pPr>
        <w:jc w:val="center"/>
      </w:pPr>
      <w:r>
        <w:drawing>
          <wp:inline xmlns:a="http://schemas.openxmlformats.org/drawingml/2006/main" xmlns:pic="http://schemas.openxmlformats.org/drawingml/2006/picture">
            <wp:extent cx="5438775" cy="3800475"/>
            <wp:docPr id="65" name="Picture 65"/>
            <wp:cNvGraphicFramePr>
              <a:graphicFrameLocks noChangeAspect="1"/>
            </wp:cNvGraphicFramePr>
            <a:graphic>
              <a:graphicData uri="http://schemas.openxmlformats.org/drawingml/2006/picture">
                <pic:pic>
                  <pic:nvPicPr>
                    <pic:cNvPr id="0" name="image_rsrcBJV.jpg"/>
                    <pic:cNvPicPr/>
                  </pic:nvPicPr>
                  <pic:blipFill>
                    <a:blip r:embed="rId56"/>
                    <a:stretch>
                      <a:fillRect/>
                    </a:stretch>
                  </pic:blipFill>
                  <pic:spPr>
                    <a:xfrm>
                      <a:off x="0" y="0"/>
                      <a:ext cx="5438775" cy="3800475"/>
                    </a:xfrm>
                    <a:prstGeom prst="rect"/>
                  </pic:spPr>
                </pic:pic>
              </a:graphicData>
            </a:graphic>
          </wp:inline>
        </w:drawing>
      </w:r>
    </w:p>
    <w:p>
      <w:pPr>
        <w:spacing w:after="80"/>
      </w:pPr>
      <w:r>
        <w:rPr>
          <w:b w:val="0"/>
          <w:i w:val="0"/>
        </w:rPr>
        <w:t>Hình 17-3: Di chuột qua một cột sẽ hiển thị chủ sở hữu và mô tả của dự án.</w:t>
      </w:r>
    </w:p>
    <w:p>
      <w:pPr>
        <w:pStyle w:val="Heading3"/>
      </w:pPr>
      <w:r>
        <w:rPr>
          <w:rFonts w:ascii="Calibri" w:hAnsi="Calibri"/>
          <w:b/>
          <w:i w:val="0"/>
          <w:sz w:val="27"/>
        </w:rPr>
        <w:t>Thêm liên kết có thể nhấp được</w:t>
      </w:r>
    </w:p>
    <w:p>
      <w:pPr>
        <w:spacing w:after="80"/>
      </w:pPr>
      <w:r>
        <w:rPr>
          <w:b w:val="0"/>
          <w:i w:val="0"/>
        </w:rPr>
        <w:t xml:space="preserve">Vì Plotly cho phép bạn dùng HTML trên các phần tử văn bản, chúng ta có thể dễ dàng thêm liên kết vào một biểu đồ. Hãy dùng nhãn trục </w:t>
      </w:r>
      <w:r>
        <w:rPr>
          <w:b w:val="0"/>
          <w:i/>
        </w:rPr>
        <w:t>x</w:t>
      </w:r>
      <w:r>
        <w:rPr>
          <w:b w:val="0"/>
          <w:i w:val="0"/>
        </w:rPr>
        <w:t xml:space="preserve"> như một cách để cho người xem truy cập trang chủ của bất kỳ dự án nào trên GitHub. Chúng ta cần lấy các URL từ dữ liệu và dùng chúng khi tạo nhãn trục </w:t>
      </w:r>
      <w:r>
        <w:rPr>
          <w:b w:val="0"/>
          <w:i/>
        </w:rPr>
        <w:t>x</w:t>
      </w:r>
      <w:r>
        <w:rPr>
          <w:b w:val="0"/>
          <w:i w:val="0"/>
        </w:rPr>
        <w:t>:</w:t>
      </w:r>
    </w:p>
    <w:p>
      <w:pPr>
        <w:spacing w:after="80"/>
      </w:pPr>
      <w:r>
        <w:rPr>
          <w:b w:val="0"/>
          <w:i w:val="0"/>
        </w:rPr>
        <w:t>python_repos_visual.py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Process repository information.</w:t>
      </w:r>
    </w:p>
    <w:p>
      <w:pPr>
        <w:spacing w:after="0"/>
        <w:ind w:left="360"/>
        <w:shd w:val="clear" w:color="auto" w:fill="F2F2F2"/>
      </w:pPr>
      <w:r>
        <w:rPr>
          <w:rFonts w:ascii="Consolas" w:hAnsi="Consolas"/>
          <w:b w:val="0"/>
          <w:i w:val="0"/>
          <w:sz w:val="18"/>
        </w:rPr>
        <w:t>repo_dicts = response_dict['items']</w:t>
      </w:r>
    </w:p>
    <w:p>
      <w:pPr>
        <w:spacing w:after="0"/>
        <w:ind w:left="360"/>
        <w:shd w:val="clear" w:color="auto" w:fill="F2F2F2"/>
      </w:pPr>
      <w:r>
        <w:rPr>
          <w:rFonts w:ascii="Consolas" w:hAnsi="Consolas"/>
          <w:b w:val="0"/>
          <w:i w:val="0"/>
          <w:sz w:val="18"/>
        </w:rPr>
        <w:t>❶ repo_links, stars, hover_texts = [], [], []</w:t>
      </w:r>
    </w:p>
    <w:p>
      <w:pPr>
        <w:spacing w:after="0"/>
        <w:ind w:left="360"/>
        <w:shd w:val="clear" w:color="auto" w:fill="F2F2F2"/>
      </w:pPr>
      <w:r>
        <w:rPr>
          <w:rFonts w:ascii="Consolas" w:hAnsi="Consolas"/>
          <w:b w:val="0"/>
          <w:i w:val="0"/>
          <w:sz w:val="18"/>
        </w:rPr>
        <w:t>for repo_dict in repo_dicts:</w:t>
      </w:r>
    </w:p>
    <w:p>
      <w:pPr>
        <w:spacing w:after="0"/>
        <w:ind w:left="360"/>
        <w:shd w:val="clear" w:color="auto" w:fill="F2F2F2"/>
      </w:pPr>
      <w:r>
        <w:rPr>
          <w:rFonts w:ascii="Consolas" w:hAnsi="Consolas"/>
          <w:b w:val="0"/>
          <w:i w:val="0"/>
          <w:sz w:val="18"/>
        </w:rPr>
        <w:t xml:space="preserve">    # Turn repo names into active links.</w:t>
      </w:r>
    </w:p>
    <w:p>
      <w:pPr>
        <w:spacing w:after="0"/>
        <w:ind w:left="360"/>
        <w:shd w:val="clear" w:color="auto" w:fill="F2F2F2"/>
      </w:pPr>
      <w:r>
        <w:rPr>
          <w:rFonts w:ascii="Consolas" w:hAnsi="Consolas"/>
          <w:b w:val="0"/>
          <w:i w:val="0"/>
          <w:sz w:val="18"/>
        </w:rPr>
        <w:t xml:space="preserve">    repo_name = repo_dict['name']</w:t>
      </w:r>
    </w:p>
    <w:p>
      <w:pPr>
        <w:spacing w:after="0"/>
        <w:ind w:left="360"/>
        <w:shd w:val="clear" w:color="auto" w:fill="F2F2F2"/>
      </w:pPr>
      <w:r>
        <w:rPr>
          <w:rFonts w:ascii="Consolas" w:hAnsi="Consolas"/>
          <w:b w:val="0"/>
          <w:i w:val="0"/>
          <w:sz w:val="18"/>
        </w:rPr>
        <w:t>❷     repo_url = repo_dict['html_url']</w:t>
      </w:r>
    </w:p>
    <w:p>
      <w:pPr>
        <w:spacing w:after="0"/>
        <w:ind w:left="360"/>
        <w:shd w:val="clear" w:color="auto" w:fill="F2F2F2"/>
      </w:pPr>
      <w:r>
        <w:rPr>
          <w:rFonts w:ascii="Consolas" w:hAnsi="Consolas"/>
          <w:b w:val="0"/>
          <w:i w:val="0"/>
          <w:sz w:val="18"/>
        </w:rPr>
        <w:t>❸     repo_link = f"&lt;a href='{repo_url}'&gt;{repo_name}&lt;/a&gt;"</w:t>
      </w:r>
    </w:p>
    <w:p>
      <w:pPr>
        <w:spacing w:after="0"/>
        <w:ind w:left="360"/>
        <w:shd w:val="clear" w:color="auto" w:fill="F2F2F2"/>
      </w:pPr>
      <w:r>
        <w:rPr>
          <w:rFonts w:ascii="Consolas" w:hAnsi="Consolas"/>
          <w:b w:val="0"/>
          <w:i w:val="0"/>
          <w:sz w:val="18"/>
        </w:rPr>
        <w:t xml:space="preserve">    repo_links.append(repo_link)</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stars.append(repo_dict['stargazers_count'])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visualization.</w:t>
      </w:r>
    </w:p>
    <w:p>
      <w:pPr>
        <w:spacing w:after="0"/>
        <w:ind w:left="360"/>
        <w:shd w:val="clear" w:color="auto" w:fill="F2F2F2"/>
      </w:pPr>
      <w:r>
        <w:rPr>
          <w:rFonts w:ascii="Consolas" w:hAnsi="Consolas"/>
          <w:b w:val="0"/>
          <w:i w:val="0"/>
          <w:sz w:val="18"/>
        </w:rPr>
        <w:t>title = "Most-Starred Python Projects on GitHub"</w:t>
      </w:r>
    </w:p>
    <w:p>
      <w:pPr>
        <w:spacing w:after="0"/>
        <w:ind w:left="360"/>
        <w:shd w:val="clear" w:color="auto" w:fill="F2F2F2"/>
      </w:pPr>
      <w:r>
        <w:rPr>
          <w:rFonts w:ascii="Consolas" w:hAnsi="Consolas"/>
          <w:b w:val="0"/>
          <w:i w:val="0"/>
          <w:sz w:val="18"/>
        </w:rPr>
        <w:t>labels = {'x': 'Repository', 'y': 'Stars'}</w:t>
      </w:r>
    </w:p>
    <w:p>
      <w:pPr>
        <w:spacing w:after="0"/>
        <w:ind w:left="360"/>
        <w:shd w:val="clear" w:color="auto" w:fill="F2F2F2"/>
      </w:pPr>
      <w:r>
        <w:rPr>
          <w:rFonts w:ascii="Consolas" w:hAnsi="Consolas"/>
          <w:b w:val="0"/>
          <w:i w:val="0"/>
          <w:sz w:val="18"/>
        </w:rPr>
        <w:t>fig = px.bar(x=repo_links, y=stars, title=title, labels=labels,</w:t>
      </w:r>
    </w:p>
    <w:p>
      <w:pPr>
        <w:spacing w:after="0"/>
        <w:ind w:left="360"/>
        <w:shd w:val="clear" w:color="auto" w:fill="F2F2F2"/>
      </w:pPr>
      <w:r>
        <w:rPr>
          <w:rFonts w:ascii="Consolas" w:hAnsi="Consolas"/>
          <w:b w:val="0"/>
          <w:i w:val="0"/>
          <w:sz w:val="18"/>
        </w:rPr>
        <w:t xml:space="preserve">        hover_name=hover_texts)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fig.update_layout(title_font_size=28, xaxis_title_font_size=20,</w:t>
      </w:r>
    </w:p>
    <w:p>
      <w:pPr>
        <w:spacing w:after="0"/>
        <w:ind w:left="360"/>
        <w:shd w:val="clear" w:color="auto" w:fill="F2F2F2"/>
      </w:pPr>
      <w:r>
        <w:rPr>
          <w:rFonts w:ascii="Consolas" w:hAnsi="Consolas"/>
          <w:b w:val="0"/>
          <w:i w:val="0"/>
          <w:sz w:val="18"/>
        </w:rPr>
        <w:t xml:space="preserve">        yaxis_title_font_size=20)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Chúng ta cập nhật tên của danh sách đang tạo từ </w:t>
      </w:r>
      <w:r>
        <w:rPr>
          <w:rFonts w:ascii="Consolas" w:hAnsi="Consolas"/>
          <w:b w:val="0"/>
          <w:i w:val="0"/>
          <w:sz w:val="20"/>
        </w:rPr>
        <w:t>repo_names</w:t>
      </w:r>
      <w:r>
        <w:rPr>
          <w:b w:val="0"/>
          <w:i w:val="0"/>
        </w:rPr>
        <w:t xml:space="preserve"> thành </w:t>
      </w:r>
      <w:r>
        <w:rPr>
          <w:rFonts w:ascii="Consolas" w:hAnsi="Consolas"/>
          <w:b w:val="0"/>
          <w:i w:val="0"/>
          <w:sz w:val="20"/>
        </w:rPr>
        <w:t>repo_links</w:t>
      </w:r>
      <w:r>
        <w:rPr>
          <w:b w:val="0"/>
          <w:i w:val="0"/>
        </w:rPr>
        <w:t xml:space="preserve"> để truyền đạt chính xác hơn loại thông tin mà chúng ta đang tập hợp cho biểu đồ ❶. Sau đó, chúng ta lấy URL của dự án từ </w:t>
      </w:r>
      <w:r>
        <w:rPr>
          <w:rFonts w:ascii="Consolas" w:hAnsi="Consolas"/>
          <w:b w:val="0"/>
          <w:i w:val="0"/>
          <w:sz w:val="20"/>
        </w:rPr>
        <w:t>repo_dict</w:t>
      </w:r>
      <w:r>
        <w:rPr>
          <w:b w:val="0"/>
          <w:i w:val="0"/>
        </w:rPr>
        <w:t xml:space="preserve"> và gán nó cho biến tạm thời </w:t>
      </w:r>
      <w:r>
        <w:rPr>
          <w:rFonts w:ascii="Consolas" w:hAnsi="Consolas"/>
          <w:b w:val="0"/>
          <w:i w:val="0"/>
          <w:sz w:val="20"/>
        </w:rPr>
        <w:t>repo_url</w:t>
      </w:r>
      <w:r>
        <w:rPr>
          <w:b w:val="0"/>
          <w:i w:val="0"/>
        </w:rPr>
        <w:t xml:space="preserve"> ❷. Tiếp theo, chúng ta tạo một liên kết đến dự án ❸. Chúng ta sử dụng thẻ neo HTML (HTML anchor tag), có dạng </w:t>
      </w:r>
      <w:r>
        <w:rPr>
          <w:rFonts w:ascii="Consolas" w:hAnsi="Consolas"/>
          <w:b w:val="0"/>
          <w:i w:val="0"/>
          <w:sz w:val="20"/>
        </w:rPr>
        <w:t>&lt;a href='URL'&gt;link text&lt;/a&gt;</w:t>
      </w:r>
      <w:r>
        <w:rPr>
          <w:b w:val="0"/>
          <w:i w:val="0"/>
        </w:rPr>
        <w:t xml:space="preserve">, để tạo liên kết. Sau đó, chúng ta nối liên kết này vào </w:t>
      </w:r>
      <w:r>
        <w:rPr>
          <w:rFonts w:ascii="Consolas" w:hAnsi="Consolas"/>
          <w:b w:val="0"/>
          <w:i w:val="0"/>
          <w:sz w:val="20"/>
        </w:rPr>
        <w:t>repo_links</w:t>
      </w:r>
      <w:r>
        <w:rPr>
          <w:b w:val="0"/>
          <w:i w:val="0"/>
        </w:rPr>
        <w:t>.</w:t>
      </w:r>
    </w:p>
    <w:p>
      <w:pPr>
        <w:spacing w:after="80"/>
      </w:pPr>
      <w:r>
        <w:rPr>
          <w:b w:val="0"/>
          <w:i w:val="0"/>
        </w:rPr>
        <w:t xml:space="preserve">Khi chúng ta gọi </w:t>
      </w:r>
      <w:r>
        <w:rPr>
          <w:rFonts w:ascii="Consolas" w:hAnsi="Consolas"/>
          <w:b w:val="0"/>
          <w:i w:val="0"/>
          <w:sz w:val="20"/>
        </w:rPr>
        <w:t>px.bar()</w:t>
      </w:r>
      <w:r>
        <w:rPr>
          <w:b w:val="0"/>
          <w:i w:val="0"/>
        </w:rPr>
        <w:t xml:space="preserve">, chúng ta sử dụng </w:t>
      </w:r>
      <w:r>
        <w:rPr>
          <w:rFonts w:ascii="Consolas" w:hAnsi="Consolas"/>
          <w:b w:val="0"/>
          <w:i w:val="0"/>
          <w:sz w:val="20"/>
        </w:rPr>
        <w:t>repo_links</w:t>
      </w:r>
      <w:r>
        <w:rPr>
          <w:b w:val="0"/>
          <w:i w:val="0"/>
        </w:rPr>
        <w:t xml:space="preserve"> cho các giá trị </w:t>
      </w:r>
      <w:r>
        <w:rPr>
          <w:b w:val="0"/>
          <w:i/>
        </w:rPr>
        <w:t>x</w:t>
      </w:r>
      <w:r>
        <w:rPr>
          <w:b w:val="0"/>
          <w:i w:val="0"/>
        </w:rPr>
        <w:t xml:space="preserve"> trong biểu đồ. Kết quả trông giống như trước, nhưng giờ đây người xem có thể nhấp vào bất kỳ tên dự án nào ở dưới cùng của biểu đồ để truy cập trang chủ của dự án đó trên GitHub. Giờ đây chúng ta đã có một hình ảnh trực quan tương tác, đầy đủ thông tin về dữ liệu được truy xuất thông qua API!</w:t>
      </w:r>
    </w:p>
    <w:p>
      <w:pPr>
        <w:pStyle w:val="Heading3"/>
      </w:pPr>
      <w:r>
        <w:rPr>
          <w:rFonts w:ascii="Calibri" w:hAnsi="Calibri"/>
          <w:b/>
          <w:i w:val="0"/>
          <w:sz w:val="27"/>
        </w:rPr>
        <w:t>Tùy chỉnh màu sắc điểm đánh dấu</w:t>
      </w:r>
    </w:p>
    <w:p>
      <w:pPr>
        <w:spacing w:after="80"/>
      </w:pPr>
      <w:r>
        <w:rPr>
          <w:b w:val="0"/>
          <w:i w:val="0"/>
        </w:rPr>
        <w:t xml:space="preserve">Sau khi một biểu đồ đã được tạo, hầu như mọi khía cạnh của biểu đồ đều có thể được tùy chỉnh thông qua một phương thức cập nhật. Chúng ta đã sử dụng phương thức </w:t>
      </w:r>
      <w:r>
        <w:rPr>
          <w:rFonts w:ascii="Consolas" w:hAnsi="Consolas"/>
          <w:b w:val="0"/>
          <w:i w:val="0"/>
          <w:sz w:val="20"/>
        </w:rPr>
        <w:t>update_layout()</w:t>
      </w:r>
      <w:r>
        <w:rPr>
          <w:b w:val="0"/>
          <w:i w:val="0"/>
        </w:rPr>
        <w:t xml:space="preserve"> trước đó. Một phương thức khác, </w:t>
      </w:r>
      <w:r>
        <w:rPr>
          <w:rFonts w:ascii="Consolas" w:hAnsi="Consolas"/>
          <w:b w:val="0"/>
          <w:i w:val="0"/>
          <w:sz w:val="20"/>
        </w:rPr>
        <w:t>update_traces()</w:t>
      </w:r>
      <w:r>
        <w:rPr>
          <w:b w:val="0"/>
          <w:i w:val="0"/>
        </w:rPr>
        <w:t>, có thể được dùng để tùy chỉnh dữ liệu được biểu diễn trên biểu đồ.</w:t>
      </w:r>
    </w:p>
    <w:p>
      <w:pPr>
        <w:spacing w:after="80"/>
      </w:pPr>
      <w:r>
        <w:rPr>
          <w:b w:val="0"/>
          <w:i w:val="0"/>
        </w:rPr>
        <w:t>Hãy đổi các thanh sang màu xanh đậm hơn, với một chút trong suốt:</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fig.update_layout(title_font_size=28, xaxis_title_font_size=20,</w:t>
      </w:r>
    </w:p>
    <w:p>
      <w:pPr>
        <w:spacing w:after="0"/>
        <w:ind w:left="360"/>
        <w:shd w:val="clear" w:color="auto" w:fill="F2F2F2"/>
      </w:pPr>
      <w:r>
        <w:rPr>
          <w:rFonts w:ascii="Consolas" w:hAnsi="Consolas"/>
          <w:b w:val="0"/>
          <w:i w:val="0"/>
          <w:sz w:val="18"/>
        </w:rPr>
        <w:t xml:space="preserve">        yaxis_title_font_size=20)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fig.update_traces(marker_color='SteelBlue', marker_opacity=0.6)</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fig.show()</w:t>
      </w:r>
    </w:p>
    <w:p>
      <w:pPr>
        <w:spacing w:after="40"/>
      </w:pPr>
    </w:p>
    <w:p>
      <w:pPr>
        <w:spacing w:after="80"/>
      </w:pPr>
      <w:r>
        <w:rPr>
          <w:b w:val="0"/>
          <w:i w:val="0"/>
        </w:rPr>
        <w:t xml:space="preserve">Trong Plotly, một </w:t>
      </w:r>
      <w:r>
        <w:rPr>
          <w:b w:val="0"/>
          <w:i/>
        </w:rPr>
        <w:t>trace</w:t>
      </w:r>
      <w:r>
        <w:rPr>
          <w:b w:val="0"/>
          <w:i w:val="0"/>
        </w:rPr>
        <w:t xml:space="preserve"> đề cập đến một tập hợp dữ liệu trên biểu đồ. Phương thức </w:t>
      </w:r>
      <w:r>
        <w:rPr>
          <w:rFonts w:ascii="Consolas" w:hAnsi="Consolas"/>
          <w:b w:val="0"/>
          <w:i w:val="0"/>
          <w:sz w:val="20"/>
        </w:rPr>
        <w:t>update_traces()</w:t>
      </w:r>
      <w:r>
        <w:rPr>
          <w:b w:val="0"/>
          <w:i w:val="0"/>
        </w:rPr>
        <w:t xml:space="preserve"> có thể nhận nhiều đối số khác nhau; bất kỳ đối số nào bắt đầu bằng </w:t>
      </w:r>
      <w:r>
        <w:rPr>
          <w:rFonts w:ascii="Consolas" w:hAnsi="Consolas"/>
          <w:b w:val="0"/>
          <w:i w:val="0"/>
          <w:sz w:val="20"/>
        </w:rPr>
        <w:t>marker_</w:t>
      </w:r>
      <w:r>
        <w:rPr>
          <w:b w:val="0"/>
          <w:i w:val="0"/>
        </w:rPr>
        <w:t xml:space="preserve"> đều ảnh hưởng đến các điểm đánh dấu trên biểu đồ. Ở đây chúng ta đặt màu của mỗi điểm đánh dấu thành </w:t>
      </w:r>
      <w:r>
        <w:rPr>
          <w:rFonts w:ascii="Consolas" w:hAnsi="Consolas"/>
          <w:b w:val="0"/>
          <w:i w:val="0"/>
          <w:sz w:val="20"/>
        </w:rPr>
        <w:t>'SteelBlue'</w:t>
      </w:r>
      <w:r>
        <w:rPr>
          <w:b w:val="0"/>
          <w:i w:val="0"/>
        </w:rPr>
        <w:t xml:space="preserve">; bất kỳ màu CSS có tên nào cũng hoạt động ở đây. Chúng ta cũng đặt độ mờ (opacity) của mỗi điểm đánh dấu thành </w:t>
      </w:r>
      <w:r>
        <w:rPr>
          <w:rFonts w:ascii="Consolas" w:hAnsi="Consolas"/>
          <w:b w:val="0"/>
          <w:i w:val="0"/>
          <w:sz w:val="20"/>
        </w:rPr>
        <w:t>0.6</w:t>
      </w:r>
      <w:r>
        <w:rPr>
          <w:b w:val="0"/>
          <w:i w:val="0"/>
        </w:rPr>
        <w:t>. Độ mờ 1.0 sẽ hoàn toàn đục, và độ mờ 0 sẽ hoàn toàn vô hình.</w:t>
      </w:r>
    </w:p>
    <w:p>
      <w:pPr>
        <w:pStyle w:val="Heading3"/>
      </w:pPr>
      <w:r>
        <w:rPr>
          <w:rFonts w:ascii="Calibri" w:hAnsi="Calibri"/>
          <w:b/>
          <w:i w:val="0"/>
          <w:sz w:val="27"/>
        </w:rPr>
        <w:t>Tìm hiểu thêm về Plotly và GitHub API</w:t>
      </w:r>
    </w:p>
    <w:p>
      <w:pPr>
        <w:spacing w:after="80"/>
      </w:pPr>
      <w:r>
        <w:rPr>
          <w:b w:val="0"/>
          <w:i w:val="0"/>
        </w:rPr>
        <w:t>Tài liệu của Plotly rất phong phú và được tổ chức tốt; tuy nhiên, có thể khó biết nên bắt đầu đọc từ đâu. Một nơi tốt để bắt đầu là bài viết "Plotly Express in Python," tại https://plotly.com/python/plotly-express. Đây là tổng quan về tất cả các loại biểu đồ bạn có thể tạo bằng Plotly Express, và bạn có thể tìm thấy các liên kết đến những bài viết dài hơn về từng loại biểu đồ riêng lẻ.</w:t>
      </w:r>
    </w:p>
    <w:p>
      <w:pPr>
        <w:spacing w:after="80"/>
      </w:pPr>
      <w:r>
        <w:rPr>
          <w:b w:val="0"/>
          <w:i w:val="0"/>
        </w:rPr>
        <w:t>Nếu bạn muốn hiểu rõ hơn cách tùy chỉnh biểu đồ Plotly, bài viết "Styling Plotly Express Figures in Python" sẽ mở rộng những gì bạn đã thấy trong Chương 15–17. Bạn có thể tìm thấy bài viết này tại https://plotly.com/python/styling-plotly-express.</w:t>
      </w:r>
    </w:p>
    <w:p>
      <w:pPr>
        <w:spacing w:after="80"/>
      </w:pPr>
      <w:r>
        <w:rPr>
          <w:b w:val="0"/>
          <w:i w:val="0"/>
        </w:rPr>
        <w:t>Để biết thêm về GitHub API, hãy tham khảo tài liệu của nó tại https://docs.github.com/en/rest. Ở đây bạn sẽ học cách lấy nhiều loại thông tin khác nhau từ GitHub. Để mở rộng những gì bạn đã thấy trong dự án này, hãy tìm phần Search trong tài liệu tham khảo ở thanh bên. Nếu bạn có tài khoản GitHub, bạn có thể làm việc với dữ liệu của riêng mình cũng như dữ liệu công khai từ kho lưu trữ của người dùng khác.</w:t>
      </w:r>
    </w:p>
    <w:p>
      <w:pPr>
        <w:pStyle w:val="Heading2"/>
      </w:pPr>
      <w:r>
        <w:rPr>
          <w:rFonts w:ascii="Calibri" w:hAnsi="Calibri"/>
          <w:b/>
          <w:i w:val="0"/>
          <w:sz w:val="32"/>
        </w:rPr>
        <w:t>API của Hacker News</w:t>
      </w:r>
    </w:p>
    <w:p>
      <w:pPr>
        <w:spacing w:after="80"/>
      </w:pPr>
      <w:r>
        <w:rPr>
          <w:b w:val="0"/>
          <w:i w:val="0"/>
        </w:rPr>
        <w:t>Để khám phá cách sử dụng các lệnh gọi API trên các trang khác, hãy cùng xem nhanh Hacker News (https://news.ycombinator.com). Trên Hacker News, mọi người chia sẻ các bài viết về lập trình và công nghệ và tham gia vào những cuộc thảo luận sôi nổi về những bài viết đó. API của Hacker News cung cấp quyền truy cập vào dữ liệu về tất cả các bài đăng và bình luận trên trang, và bạn có thể sử dụng API mà không cần phải đăng ký khóa (key).</w:t>
      </w:r>
    </w:p>
    <w:p>
      <w:pPr>
        <w:spacing w:after="80"/>
      </w:pPr>
      <w:r>
        <w:rPr>
          <w:b w:val="0"/>
          <w:i w:val="0"/>
        </w:rPr>
        <w:t>Lệnh gọi sau đây trả về thông tin về bài viết hàng đầu hiện tại tính đến thời điểm viết bài này:</w:t>
      </w:r>
    </w:p>
    <w:p>
      <w:pPr>
        <w:spacing w:after="80"/>
      </w:pPr>
      <w:r>
        <w:rPr>
          <w:b w:val="0"/>
          <w:i w:val="0"/>
        </w:rPr>
        <w:t>https://hacker-news.firebaseio.com/v0/item/31353677.json</w:t>
      </w:r>
    </w:p>
    <w:p>
      <w:pPr>
        <w:spacing w:after="80"/>
      </w:pPr>
      <w:r>
        <w:rPr>
          <w:b w:val="0"/>
          <w:i w:val="0"/>
        </w:rPr>
        <w:t xml:space="preserve">Khi bạn nhập URL này vào trình duyệt, bạn sẽ thấy văn bản trên trang được bao quanh bởi dấu ngoặc nhọn, nghĩa là nó là một dictionary (từ điển). Nhưng thật khó để xem xét phản hồi này nếu không có định dạng tốt hơn. Hãy chạy URL này qua phương thức </w:t>
      </w:r>
      <w:r>
        <w:rPr>
          <w:rFonts w:ascii="Consolas" w:hAnsi="Consolas"/>
          <w:b w:val="0"/>
          <w:i w:val="0"/>
          <w:sz w:val="20"/>
        </w:rPr>
        <w:t>json.dumps()</w:t>
      </w:r>
      <w:r>
        <w:rPr>
          <w:b w:val="0"/>
          <w:i w:val="0"/>
        </w:rPr>
        <w:t>, giống như chúng ta đã làm trong dự án động đất ở Chương 16, để có thể khám phá loại thông tin được trả về về một bài viết:</w:t>
      </w:r>
    </w:p>
    <w:p>
      <w:pPr>
        <w:spacing w:after="80"/>
      </w:pPr>
      <w:r>
        <w:rPr>
          <w:b w:val="0"/>
          <w:i w:val="0"/>
        </w:rPr>
        <w:t>hn_article.py</w:t>
      </w:r>
    </w:p>
    <w:p>
      <w:pPr>
        <w:spacing w:after="0"/>
        <w:ind w:left="360"/>
        <w:shd w:val="clear" w:color="auto" w:fill="F2F2F2"/>
      </w:pPr>
      <w:r>
        <w:rPr>
          <w:rFonts w:ascii="Consolas" w:hAnsi="Consolas"/>
          <w:b w:val="0"/>
          <w:i w:val="0"/>
          <w:sz w:val="18"/>
        </w:rPr>
        <w:t>import requests</w:t>
      </w:r>
    </w:p>
    <w:p>
      <w:pPr>
        <w:spacing w:after="0"/>
        <w:ind w:left="360"/>
        <w:shd w:val="clear" w:color="auto" w:fill="F2F2F2"/>
      </w:pPr>
      <w:r>
        <w:rPr>
          <w:rFonts w:ascii="Consolas" w:hAnsi="Consolas"/>
          <w:b w:val="0"/>
          <w:i w:val="0"/>
          <w:sz w:val="18"/>
        </w:rPr>
        <w:t>import 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an API call, and store the response.</w:t>
      </w:r>
    </w:p>
    <w:p>
      <w:pPr>
        <w:spacing w:after="0"/>
        <w:ind w:left="360"/>
        <w:shd w:val="clear" w:color="auto" w:fill="F2F2F2"/>
      </w:pPr>
      <w:r>
        <w:rPr>
          <w:rFonts w:ascii="Consolas" w:hAnsi="Consolas"/>
          <w:b w:val="0"/>
          <w:i w:val="0"/>
          <w:sz w:val="18"/>
        </w:rPr>
        <w:t>url = "https://hacker-news.firebaseio.com/v0/item/31353677.json"</w:t>
      </w:r>
    </w:p>
    <w:p>
      <w:pPr>
        <w:spacing w:after="0"/>
        <w:ind w:left="360"/>
        <w:shd w:val="clear" w:color="auto" w:fill="F2F2F2"/>
      </w:pPr>
      <w:r>
        <w:rPr>
          <w:rFonts w:ascii="Consolas" w:hAnsi="Consolas"/>
          <w:b w:val="0"/>
          <w:i w:val="0"/>
          <w:sz w:val="18"/>
        </w:rPr>
        <w:t>r = requests.get(url)</w:t>
      </w:r>
    </w:p>
    <w:p>
      <w:pPr>
        <w:spacing w:after="0"/>
        <w:ind w:left="360"/>
        <w:shd w:val="clear" w:color="auto" w:fill="F2F2F2"/>
      </w:pPr>
      <w:r>
        <w:rPr>
          <w:rFonts w:ascii="Consolas" w:hAnsi="Consolas"/>
          <w:b w:val="0"/>
          <w:i w:val="0"/>
          <w:sz w:val="18"/>
        </w:rPr>
        <w:t>print(f"Status code: {r.status_code}")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Explore the structure of the data.</w:t>
      </w:r>
    </w:p>
    <w:p>
      <w:pPr>
        <w:spacing w:after="0"/>
        <w:ind w:left="360"/>
        <w:shd w:val="clear" w:color="auto" w:fill="F2F2F2"/>
      </w:pPr>
      <w:r>
        <w:rPr>
          <w:rFonts w:ascii="Consolas" w:hAnsi="Consolas"/>
          <w:b w:val="0"/>
          <w:i w:val="0"/>
          <w:sz w:val="18"/>
        </w:rPr>
        <w:t>response_dict = r.json()</w:t>
      </w:r>
    </w:p>
    <w:p>
      <w:pPr>
        <w:spacing w:after="0"/>
        <w:ind w:left="360"/>
        <w:shd w:val="clear" w:color="auto" w:fill="F2F2F2"/>
      </w:pPr>
      <w:r>
        <w:rPr>
          <w:rFonts w:ascii="Consolas" w:hAnsi="Consolas"/>
          <w:b w:val="0"/>
          <w:i w:val="0"/>
          <w:sz w:val="18"/>
        </w:rPr>
        <w:t>response_string = json.dumps(response_dict, indent=4)</w:t>
      </w:r>
    </w:p>
    <w:p>
      <w:pPr>
        <w:spacing w:after="0"/>
        <w:ind w:left="360"/>
        <w:shd w:val="clear" w:color="auto" w:fill="F2F2F2"/>
      </w:pPr>
      <w:r>
        <w:rPr>
          <w:rFonts w:ascii="Consolas" w:hAnsi="Consolas"/>
          <w:b w:val="0"/>
          <w:i w:val="0"/>
          <w:sz w:val="18"/>
        </w:rPr>
        <w:t>❶ print(response_string)</w:t>
      </w:r>
    </w:p>
    <w:p>
      <w:pPr>
        <w:spacing w:after="40"/>
      </w:pPr>
    </w:p>
    <w:p>
      <w:pPr>
        <w:spacing w:after="80"/>
      </w:pPr>
      <w:r>
        <w:rPr>
          <w:b w:val="0"/>
          <w:i w:val="0"/>
        </w:rPr>
        <w:t>Mọi thứ trong chương trình này chắc hẳn đều quen thuộc với bạn, vì chúng ta đã dùng tất cả trong hai chương trước. Điểm khác biệt chính ở đây là chúng ta có thể in chuỗi phản hồi đã được định dạng ❶ thay vì ghi nó vào một tệp, vì đầu ra không quá dài.</w:t>
      </w:r>
    </w:p>
    <w:p>
      <w:pPr>
        <w:spacing w:after="80"/>
      </w:pPr>
      <w:r>
        <w:rPr>
          <w:b w:val="0"/>
          <w:i w:val="0"/>
        </w:rPr>
        <w:t xml:space="preserve">Đầu ra là một dictionary chứa thông tin về bài viết có ID </w:t>
      </w:r>
      <w:r>
        <w:rPr>
          <w:rFonts w:ascii="Consolas" w:hAnsi="Consolas"/>
          <w:b w:val="0"/>
          <w:i w:val="0"/>
          <w:sz w:val="20"/>
        </w:rPr>
        <w:t>31353677</w:t>
      </w:r>
      <w:r>
        <w:rPr>
          <w:b w:val="0"/>
          <w:i w:val="0"/>
        </w:rPr>
        <w:t>:</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 xml:space="preserve">    "by": "sohkamyung",</w:t>
      </w:r>
    </w:p>
    <w:p>
      <w:pPr>
        <w:spacing w:after="0"/>
        <w:ind w:left="360"/>
        <w:shd w:val="clear" w:color="auto" w:fill="F2F2F2"/>
      </w:pPr>
      <w:r>
        <w:rPr>
          <w:rFonts w:ascii="Consolas" w:hAnsi="Consolas"/>
          <w:b w:val="0"/>
          <w:i w:val="0"/>
          <w:sz w:val="18"/>
        </w:rPr>
        <w:t>❶     "descendants": 302,</w:t>
      </w:r>
    </w:p>
    <w:p>
      <w:pPr>
        <w:spacing w:after="0"/>
        <w:ind w:left="360"/>
        <w:shd w:val="clear" w:color="auto" w:fill="F2F2F2"/>
      </w:pPr>
      <w:r>
        <w:rPr>
          <w:rFonts w:ascii="Consolas" w:hAnsi="Consolas"/>
          <w:b w:val="0"/>
          <w:i w:val="0"/>
          <w:sz w:val="18"/>
        </w:rPr>
        <w:t xml:space="preserve">    "id": 31353677,</w:t>
      </w:r>
    </w:p>
    <w:p>
      <w:pPr>
        <w:spacing w:after="0"/>
        <w:ind w:left="360"/>
        <w:shd w:val="clear" w:color="auto" w:fill="F2F2F2"/>
      </w:pPr>
      <w:r>
        <w:rPr>
          <w:rFonts w:ascii="Consolas" w:hAnsi="Consolas"/>
          <w:b w:val="0"/>
          <w:i w:val="0"/>
          <w:sz w:val="18"/>
        </w:rPr>
        <w:t>❷     "kids": [</w:t>
      </w:r>
    </w:p>
    <w:p>
      <w:pPr>
        <w:spacing w:after="0"/>
        <w:ind w:left="360"/>
        <w:shd w:val="clear" w:color="auto" w:fill="F2F2F2"/>
      </w:pPr>
      <w:r>
        <w:rPr>
          <w:rFonts w:ascii="Consolas" w:hAnsi="Consolas"/>
          <w:b w:val="0"/>
          <w:i w:val="0"/>
          <w:sz w:val="18"/>
        </w:rPr>
        <w:t xml:space="preserve">        31354987,</w:t>
      </w:r>
    </w:p>
    <w:p>
      <w:pPr>
        <w:spacing w:after="0"/>
        <w:ind w:left="360"/>
        <w:shd w:val="clear" w:color="auto" w:fill="F2F2F2"/>
      </w:pPr>
      <w:r>
        <w:rPr>
          <w:rFonts w:ascii="Consolas" w:hAnsi="Consolas"/>
          <w:b w:val="0"/>
          <w:i w:val="0"/>
          <w:sz w:val="18"/>
        </w:rPr>
        <w:t xml:space="preserve">        31354235,</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"score": 785,</w:t>
      </w:r>
    </w:p>
    <w:p>
      <w:pPr>
        <w:spacing w:after="0"/>
        <w:ind w:left="360"/>
        <w:shd w:val="clear" w:color="auto" w:fill="F2F2F2"/>
      </w:pPr>
      <w:r>
        <w:rPr>
          <w:rFonts w:ascii="Consolas" w:hAnsi="Consolas"/>
          <w:b w:val="0"/>
          <w:i w:val="0"/>
          <w:sz w:val="18"/>
        </w:rPr>
        <w:t xml:space="preserve">    "time": 1652361401,</w:t>
      </w:r>
    </w:p>
    <w:p>
      <w:pPr>
        <w:spacing w:after="0"/>
        <w:ind w:left="360"/>
        <w:shd w:val="clear" w:color="auto" w:fill="F2F2F2"/>
      </w:pPr>
      <w:r>
        <w:rPr>
          <w:rFonts w:ascii="Consolas" w:hAnsi="Consolas"/>
          <w:b w:val="0"/>
          <w:i w:val="0"/>
          <w:sz w:val="18"/>
        </w:rPr>
        <w:t>❸     "title": "Astronomers reveal first image of the black hole</w:t>
      </w:r>
    </w:p>
    <w:p>
      <w:pPr>
        <w:spacing w:after="0"/>
        <w:ind w:left="360"/>
        <w:shd w:val="clear" w:color="auto" w:fill="F2F2F2"/>
      </w:pPr>
      <w:r>
        <w:rPr>
          <w:rFonts w:ascii="Consolas" w:hAnsi="Consolas"/>
          <w:b w:val="0"/>
          <w:i w:val="0"/>
          <w:sz w:val="18"/>
        </w:rPr>
        <w:t xml:space="preserve">        at the heart of our galaxy",</w:t>
      </w:r>
    </w:p>
    <w:p>
      <w:pPr>
        <w:spacing w:after="0"/>
        <w:ind w:left="360"/>
        <w:shd w:val="clear" w:color="auto" w:fill="F2F2F2"/>
      </w:pPr>
      <w:r>
        <w:rPr>
          <w:rFonts w:ascii="Consolas" w:hAnsi="Consolas"/>
          <w:b w:val="0"/>
          <w:i w:val="0"/>
          <w:sz w:val="18"/>
        </w:rPr>
        <w:t xml:space="preserve">    "type": "story",</w:t>
      </w:r>
    </w:p>
    <w:p>
      <w:pPr>
        <w:spacing w:after="0"/>
        <w:ind w:left="360"/>
        <w:shd w:val="clear" w:color="auto" w:fill="F2F2F2"/>
      </w:pPr>
      <w:r>
        <w:rPr>
          <w:rFonts w:ascii="Consolas" w:hAnsi="Consolas"/>
          <w:b w:val="0"/>
          <w:i w:val="0"/>
          <w:sz w:val="18"/>
        </w:rPr>
        <w:t>❹     "url": "https://public.nrao.edu/news/.../"</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Dictionary này chứa một số key (khóa) mà chúng ta có thể làm việc cùng. Key </w:t>
      </w:r>
      <w:r>
        <w:rPr>
          <w:rFonts w:ascii="Consolas" w:hAnsi="Consolas"/>
          <w:b w:val="0"/>
          <w:i w:val="0"/>
          <w:sz w:val="20"/>
        </w:rPr>
        <w:t>"descendants"</w:t>
      </w:r>
      <w:r>
        <w:rPr>
          <w:b w:val="0"/>
          <w:i w:val="0"/>
        </w:rPr>
        <w:t xml:space="preserve"> cho chúng ta biết số lượng bình luận mà bài viết đã nhận được ❶. Key </w:t>
      </w:r>
      <w:r>
        <w:rPr>
          <w:rFonts w:ascii="Consolas" w:hAnsi="Consolas"/>
          <w:b w:val="0"/>
          <w:i w:val="0"/>
          <w:sz w:val="20"/>
        </w:rPr>
        <w:t>"kids"</w:t>
      </w:r>
      <w:r>
        <w:rPr>
          <w:b w:val="0"/>
          <w:i w:val="0"/>
        </w:rPr>
        <w:t xml:space="preserve"> cung cấp ID của tất cả các bình luận được tạo trực tiếp để phản hồi bài đăng này ❷. Mỗi bình luận này cũng có thể có những bình luận riêng của nó, nên số lượng descendants của một bài đăng thường lớn hơn số lượng kids của nó. Chúng ta có thể thấy tiêu đề của bài viết đang được thảo luận ❸ và cả URL của bài viết đang được thảo luận nữa ❹.</w:t>
      </w:r>
    </w:p>
    <w:p>
      <w:pPr>
        <w:spacing w:after="80"/>
      </w:pPr>
      <w:r>
        <w:rPr>
          <w:b w:val="0"/>
          <w:i w:val="0"/>
        </w:rPr>
        <w:t>URL sau đây trả về một danh sách đơn giản gồm tất cả ID của các bài viết hàng đầu hiện tại trên Hacker News:</w:t>
      </w:r>
    </w:p>
    <w:p>
      <w:pPr>
        <w:spacing w:after="80"/>
      </w:pPr>
      <w:r>
        <w:rPr>
          <w:b w:val="0"/>
          <w:i w:val="0"/>
        </w:rPr>
        <w:t>https://hacker-news.firebaseio.com/v0/topstories.json</w:t>
      </w:r>
    </w:p>
    <w:p>
      <w:pPr>
        <w:spacing w:after="80"/>
      </w:pPr>
      <w:r>
        <w:rPr>
          <w:b w:val="0"/>
          <w:i w:val="0"/>
        </w:rPr>
        <w:t>Chúng ta có thể dùng lệnh gọi này để tìm ra những bài viết nào đang ở trên trang chủ ngay lúc này, rồi tạo ra một loạt lệnh gọi API tương tự như cái chúng ta vừa xem xét. Với cách tiếp cận này, chúng ta có thể in ra bản tóm tắt của tất cả các bài viết trên trang nhất của Hacker News vào thời điểm hiện tại:</w:t>
      </w:r>
    </w:p>
    <w:p>
      <w:pPr>
        <w:spacing w:after="80"/>
      </w:pPr>
      <w:r>
        <w:rPr>
          <w:b w:val="0"/>
          <w:i w:val="0"/>
        </w:rPr>
        <w:t>hn_submissions.py</w:t>
      </w:r>
    </w:p>
    <w:p>
      <w:pPr>
        <w:spacing w:after="0"/>
        <w:ind w:left="360"/>
        <w:shd w:val="clear" w:color="auto" w:fill="F2F2F2"/>
      </w:pPr>
      <w:r>
        <w:rPr>
          <w:rFonts w:ascii="Consolas" w:hAnsi="Consolas"/>
          <w:b w:val="0"/>
          <w:i w:val="0"/>
          <w:sz w:val="18"/>
        </w:rPr>
        <w:t>from operator import itemgetter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import requests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Make an API call and check the response.</w:t>
      </w:r>
    </w:p>
    <w:p>
      <w:pPr>
        <w:spacing w:after="0"/>
        <w:ind w:left="360"/>
        <w:shd w:val="clear" w:color="auto" w:fill="F2F2F2"/>
      </w:pPr>
      <w:r>
        <w:rPr>
          <w:rFonts w:ascii="Consolas" w:hAnsi="Consolas"/>
          <w:b w:val="0"/>
          <w:i w:val="0"/>
          <w:sz w:val="18"/>
        </w:rPr>
        <w:t>❶ url = "https://hacker-news.firebaseio.com/v0/topstories.json"</w:t>
      </w:r>
    </w:p>
    <w:p>
      <w:pPr>
        <w:spacing w:after="0"/>
        <w:ind w:left="360"/>
        <w:shd w:val="clear" w:color="auto" w:fill="F2F2F2"/>
      </w:pPr>
      <w:r>
        <w:rPr>
          <w:rFonts w:ascii="Consolas" w:hAnsi="Consolas"/>
          <w:b w:val="0"/>
          <w:i w:val="0"/>
          <w:sz w:val="18"/>
        </w:rPr>
        <w:t>r = requests.get(url)</w:t>
      </w:r>
    </w:p>
    <w:p>
      <w:pPr>
        <w:spacing w:after="0"/>
        <w:ind w:left="360"/>
        <w:shd w:val="clear" w:color="auto" w:fill="F2F2F2"/>
      </w:pPr>
      <w:r>
        <w:rPr>
          <w:rFonts w:ascii="Consolas" w:hAnsi="Consolas"/>
          <w:b w:val="0"/>
          <w:i w:val="0"/>
          <w:sz w:val="18"/>
        </w:rPr>
        <w:t>print(f"Status code: {r.status_code}")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Process information about each submission.</w:t>
      </w:r>
    </w:p>
    <w:p>
      <w:pPr>
        <w:spacing w:after="0"/>
        <w:ind w:left="360"/>
        <w:shd w:val="clear" w:color="auto" w:fill="F2F2F2"/>
      </w:pPr>
      <w:r>
        <w:rPr>
          <w:rFonts w:ascii="Consolas" w:hAnsi="Consolas"/>
          <w:b w:val="0"/>
          <w:i w:val="0"/>
          <w:sz w:val="18"/>
        </w:rPr>
        <w:t>❷ submission_ids = r.json()</w:t>
      </w:r>
    </w:p>
    <w:p>
      <w:pPr>
        <w:spacing w:after="0"/>
        <w:ind w:left="360"/>
        <w:shd w:val="clear" w:color="auto" w:fill="F2F2F2"/>
      </w:pPr>
      <w:r>
        <w:rPr>
          <w:rFonts w:ascii="Consolas" w:hAnsi="Consolas"/>
          <w:b w:val="0"/>
          <w:i w:val="0"/>
          <w:sz w:val="18"/>
        </w:rPr>
        <w:t>❸ submission_dicts = []</w:t>
      </w:r>
    </w:p>
    <w:p>
      <w:pPr>
        <w:spacing w:after="0"/>
        <w:ind w:left="360"/>
        <w:shd w:val="clear" w:color="auto" w:fill="F2F2F2"/>
      </w:pPr>
      <w:r>
        <w:rPr>
          <w:rFonts w:ascii="Consolas" w:hAnsi="Consolas"/>
          <w:b w:val="0"/>
          <w:i w:val="0"/>
          <w:sz w:val="18"/>
        </w:rPr>
        <w:t>for submission_id in submission_ids[:30]:</w:t>
      </w:r>
    </w:p>
    <w:p>
      <w:pPr>
        <w:spacing w:after="0"/>
        <w:ind w:left="360"/>
        <w:shd w:val="clear" w:color="auto" w:fill="F2F2F2"/>
      </w:pPr>
      <w:r>
        <w:rPr>
          <w:rFonts w:ascii="Consolas" w:hAnsi="Consolas"/>
          <w:b w:val="0"/>
          <w:i w:val="0"/>
          <w:sz w:val="18"/>
        </w:rPr>
        <w:t xml:space="preserve">    # Make a new API call for each submission.</w:t>
      </w:r>
    </w:p>
    <w:p>
      <w:pPr>
        <w:spacing w:after="0"/>
        <w:ind w:left="360"/>
        <w:shd w:val="clear" w:color="auto" w:fill="F2F2F2"/>
      </w:pPr>
      <w:r>
        <w:rPr>
          <w:rFonts w:ascii="Consolas" w:hAnsi="Consolas"/>
          <w:b w:val="0"/>
          <w:i w:val="0"/>
          <w:sz w:val="18"/>
        </w:rPr>
        <w:t>❹     url = f"https://hacker-news.firebaseio.com/v0/item/{submission_id}.json"</w:t>
      </w:r>
    </w:p>
    <w:p>
      <w:pPr>
        <w:spacing w:after="0"/>
        <w:ind w:left="360"/>
        <w:shd w:val="clear" w:color="auto" w:fill="F2F2F2"/>
      </w:pPr>
      <w:r>
        <w:rPr>
          <w:rFonts w:ascii="Consolas" w:hAnsi="Consolas"/>
          <w:b w:val="0"/>
          <w:i w:val="0"/>
          <w:sz w:val="18"/>
        </w:rPr>
        <w:t xml:space="preserve">    r = requests.get(url)</w:t>
      </w:r>
    </w:p>
    <w:p>
      <w:pPr>
        <w:spacing w:after="0"/>
        <w:ind w:left="360"/>
        <w:shd w:val="clear" w:color="auto" w:fill="F2F2F2"/>
      </w:pPr>
      <w:r>
        <w:rPr>
          <w:rFonts w:ascii="Consolas" w:hAnsi="Consolas"/>
          <w:b w:val="0"/>
          <w:i w:val="0"/>
          <w:sz w:val="18"/>
        </w:rPr>
        <w:t xml:space="preserve">    print(f"id: {submission_id}\tstatus: {r.status_code}")</w:t>
      </w:r>
    </w:p>
    <w:p>
      <w:pPr>
        <w:spacing w:after="0"/>
        <w:ind w:left="360"/>
        <w:shd w:val="clear" w:color="auto" w:fill="F2F2F2"/>
      </w:pPr>
      <w:r>
        <w:rPr>
          <w:rFonts w:ascii="Consolas" w:hAnsi="Consolas"/>
          <w:b w:val="0"/>
          <w:i w:val="0"/>
          <w:sz w:val="18"/>
        </w:rPr>
        <w:t xml:space="preserve">    response_dict = r.json()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Build a dictionary for each article.</w:t>
      </w:r>
    </w:p>
    <w:p>
      <w:pPr>
        <w:spacing w:after="0"/>
        <w:ind w:left="360"/>
        <w:shd w:val="clear" w:color="auto" w:fill="F2F2F2"/>
      </w:pPr>
      <w:r>
        <w:rPr>
          <w:rFonts w:ascii="Consolas" w:hAnsi="Consolas"/>
          <w:b w:val="0"/>
          <w:i w:val="0"/>
          <w:sz w:val="18"/>
        </w:rPr>
        <w:t>❺     submission_dict = {</w:t>
      </w:r>
    </w:p>
    <w:p>
      <w:pPr>
        <w:spacing w:after="0"/>
        <w:ind w:left="360"/>
        <w:shd w:val="clear" w:color="auto" w:fill="F2F2F2"/>
      </w:pPr>
      <w:r>
        <w:rPr>
          <w:rFonts w:ascii="Consolas" w:hAnsi="Consolas"/>
          <w:b w:val="0"/>
          <w:i w:val="0"/>
          <w:sz w:val="18"/>
        </w:rPr>
        <w:t xml:space="preserve">        'title': response_dict['title'],</w:t>
      </w:r>
    </w:p>
    <w:p>
      <w:pPr>
        <w:spacing w:after="0"/>
        <w:ind w:left="360"/>
        <w:shd w:val="clear" w:color="auto" w:fill="F2F2F2"/>
      </w:pPr>
      <w:r>
        <w:rPr>
          <w:rFonts w:ascii="Consolas" w:hAnsi="Consolas"/>
          <w:b w:val="0"/>
          <w:i w:val="0"/>
          <w:sz w:val="18"/>
        </w:rPr>
        <w:t xml:space="preserve">        'hn_link': f"https://news.ycombinator.com/item?id={submission_id}",</w:t>
      </w:r>
    </w:p>
    <w:p>
      <w:pPr>
        <w:spacing w:after="0"/>
        <w:ind w:left="360"/>
        <w:shd w:val="clear" w:color="auto" w:fill="F2F2F2"/>
      </w:pPr>
      <w:r>
        <w:rPr>
          <w:rFonts w:ascii="Consolas" w:hAnsi="Consolas"/>
          <w:b w:val="0"/>
          <w:i w:val="0"/>
          <w:sz w:val="18"/>
        </w:rPr>
        <w:t xml:space="preserve">        'comments': response_dict['descendants'],</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❻     submission_dicts.append(submission_dict)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❼ submission_dicts = sorted(submission_dicts, key=itemgetter('comments'),</w:t>
      </w:r>
    </w:p>
    <w:p>
      <w:pPr>
        <w:spacing w:after="0"/>
        <w:ind w:left="360"/>
        <w:shd w:val="clear" w:color="auto" w:fill="F2F2F2"/>
      </w:pPr>
      <w:r>
        <w:rPr>
          <w:rFonts w:ascii="Consolas" w:hAnsi="Consolas"/>
          <w:b w:val="0"/>
          <w:i w:val="0"/>
          <w:sz w:val="18"/>
        </w:rPr>
        <w:t xml:space="preserve">                            reverse=True)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❽ for submission_dict in submission_dicts:</w:t>
      </w:r>
    </w:p>
    <w:p>
      <w:pPr>
        <w:spacing w:after="0"/>
        <w:ind w:left="360"/>
        <w:shd w:val="clear" w:color="auto" w:fill="F2F2F2"/>
      </w:pPr>
      <w:r>
        <w:rPr>
          <w:rFonts w:ascii="Consolas" w:hAnsi="Consolas"/>
          <w:b w:val="0"/>
          <w:i w:val="0"/>
          <w:sz w:val="18"/>
        </w:rPr>
        <w:t xml:space="preserve">    print(f"\nTitle: {submission_dict['title']}")</w:t>
      </w:r>
    </w:p>
    <w:p>
      <w:pPr>
        <w:spacing w:after="0"/>
        <w:ind w:left="360"/>
        <w:shd w:val="clear" w:color="auto" w:fill="F2F2F2"/>
      </w:pPr>
      <w:r>
        <w:rPr>
          <w:rFonts w:ascii="Consolas" w:hAnsi="Consolas"/>
          <w:b w:val="0"/>
          <w:i w:val="0"/>
          <w:sz w:val="18"/>
        </w:rPr>
        <w:t xml:space="preserve">    print(f"Discussion link: {submission_dict['hn_link']}")</w:t>
      </w:r>
    </w:p>
    <w:p>
      <w:pPr>
        <w:spacing w:after="0"/>
        <w:ind w:left="360"/>
        <w:shd w:val="clear" w:color="auto" w:fill="F2F2F2"/>
      </w:pPr>
      <w:r>
        <w:rPr>
          <w:rFonts w:ascii="Consolas" w:hAnsi="Consolas"/>
          <w:b w:val="0"/>
          <w:i w:val="0"/>
          <w:sz w:val="18"/>
        </w:rPr>
        <w:t xml:space="preserve">    print(f"Comments: {submission_dict['comments']}")</w:t>
      </w:r>
    </w:p>
    <w:p>
      <w:pPr>
        <w:spacing w:after="40"/>
      </w:pPr>
    </w:p>
    <w:p>
      <w:pPr>
        <w:spacing w:after="80"/>
      </w:pPr>
      <w:r>
        <w:rPr>
          <w:b w:val="0"/>
          <w:i w:val="0"/>
        </w:rPr>
        <w:t xml:space="preserve">Đầu tiên, chúng ta thực hiện một lệnh gọi API và in trạng thái của phản hồi ❶. Lệnh gọi API này trả về một danh sách chứa ID của tối đa 500 bài viết phổ biến nhất trên Hacker News tại thời điểm lệnh gọi được thực hiện. Sau đó chúng ta chuyển đối tượng phản hồi thành một danh sách Python ❷, và gán nó cho </w:t>
      </w:r>
      <w:r>
        <w:rPr>
          <w:rFonts w:ascii="Consolas" w:hAnsi="Consolas"/>
          <w:b w:val="0"/>
          <w:i w:val="0"/>
          <w:sz w:val="20"/>
        </w:rPr>
        <w:t>submission_ids</w:t>
      </w:r>
      <w:r>
        <w:rPr>
          <w:b w:val="0"/>
          <w:i w:val="0"/>
        </w:rPr>
        <w:t>. Chúng ta sẽ dùng những ID này để xây dựng một tập hợp các dictionary, mỗi cái chứa thông tin về một trong các bài đăng hiện tại.</w:t>
      </w:r>
    </w:p>
    <w:p>
      <w:pPr>
        <w:spacing w:after="80"/>
      </w:pPr>
      <w:r>
        <w:rPr>
          <w:b w:val="0"/>
          <w:i w:val="0"/>
        </w:rPr>
        <w:t xml:space="preserve">Chúng ta tạo một danh sách rỗng tên là </w:t>
      </w:r>
      <w:r>
        <w:rPr>
          <w:rFonts w:ascii="Consolas" w:hAnsi="Consolas"/>
          <w:b w:val="0"/>
          <w:i w:val="0"/>
          <w:sz w:val="20"/>
        </w:rPr>
        <w:t>submission_dicts</w:t>
      </w:r>
      <w:r>
        <w:rPr>
          <w:b w:val="0"/>
          <w:i w:val="0"/>
        </w:rPr>
        <w:t xml:space="preserve"> để lưu trữ những dictionary này ❸. Sau đó chúng ta lặp qua ID của 30 bài đăng hàng đầu. Chúng ta thực hiện một lệnh gọi API mới cho mỗi bài đăng bằng cách tạo một URL có chứa giá trị hiện tại của </w:t>
      </w:r>
      <w:r>
        <w:rPr>
          <w:rFonts w:ascii="Consolas" w:hAnsi="Consolas"/>
          <w:b w:val="0"/>
          <w:i w:val="0"/>
          <w:sz w:val="20"/>
        </w:rPr>
        <w:t>submission_id</w:t>
      </w:r>
      <w:r>
        <w:rPr>
          <w:b w:val="0"/>
          <w:i w:val="0"/>
        </w:rPr>
        <w:t xml:space="preserve"> ❹. Chúng ta in trạng thái của mỗi yêu cầu cùng với ID của nó, để có thể thấy liệu nó có thành công hay không.</w:t>
      </w:r>
    </w:p>
    <w:p>
      <w:pPr>
        <w:spacing w:after="80"/>
      </w:pPr>
      <w:r>
        <w:rPr>
          <w:b w:val="0"/>
          <w:i w:val="0"/>
        </w:rPr>
        <w:t xml:space="preserve">Tiếp theo, chúng ta tạo một dictionary cho bài đăng đang được xử lý ❺. Chúng ta lưu tiêu đề của bài đăng, một liên kết đến trang thảo luận của mục đó, và số lượng bình luận mà bài viết đã nhận được cho đến nay. Sau đó chúng ta thêm từng </w:t>
      </w:r>
      <w:r>
        <w:rPr>
          <w:rFonts w:ascii="Consolas" w:hAnsi="Consolas"/>
          <w:b w:val="0"/>
          <w:i w:val="0"/>
          <w:sz w:val="20"/>
        </w:rPr>
        <w:t>submission_dict</w:t>
      </w:r>
      <w:r>
        <w:rPr>
          <w:b w:val="0"/>
          <w:i w:val="0"/>
        </w:rPr>
        <w:t xml:space="preserve"> vào danh sách </w:t>
      </w:r>
      <w:r>
        <w:rPr>
          <w:rFonts w:ascii="Consolas" w:hAnsi="Consolas"/>
          <w:b w:val="0"/>
          <w:i w:val="0"/>
          <w:sz w:val="20"/>
        </w:rPr>
        <w:t>submission_dicts</w:t>
      </w:r>
      <w:r>
        <w:rPr>
          <w:b w:val="0"/>
          <w:i w:val="0"/>
        </w:rPr>
        <w:t xml:space="preserve"> ❻.</w:t>
      </w:r>
    </w:p>
    <w:p>
      <w:pPr>
        <w:spacing w:after="80"/>
      </w:pPr>
      <w:r>
        <w:rPr>
          <w:b w:val="0"/>
          <w:i w:val="0"/>
        </w:rPr>
        <w:t xml:space="preserve">Mỗi bài đăng trên Hacker News được xếp hạng dựa trên một điểm tổng thể tính từ nhiều yếu tố, bao gồm số lần nó được bình chọn, số lượng bình luận nó nhận được, và bài đăng đó mới gần đây đến mức nào. Chúng ta muốn sắp xếp danh sách các dictionary theo số lượng bình luận. Để làm điều này, chúng ta dùng một hàm tên là </w:t>
      </w:r>
      <w:r>
        <w:rPr>
          <w:rFonts w:ascii="Consolas" w:hAnsi="Consolas"/>
          <w:b w:val="0"/>
          <w:i w:val="0"/>
          <w:sz w:val="20"/>
        </w:rPr>
        <w:t>itemgetter()</w:t>
      </w:r>
      <w:r>
        <w:rPr>
          <w:b w:val="0"/>
          <w:i w:val="0"/>
        </w:rPr>
        <w:t xml:space="preserve"> ❼, hàm này đến từ module </w:t>
      </w:r>
      <w:r>
        <w:rPr>
          <w:rFonts w:ascii="Consolas" w:hAnsi="Consolas"/>
          <w:b w:val="0"/>
          <w:i w:val="0"/>
          <w:sz w:val="20"/>
        </w:rPr>
        <w:t>operator</w:t>
      </w:r>
      <w:r>
        <w:rPr>
          <w:b w:val="0"/>
          <w:i w:val="0"/>
        </w:rPr>
        <w:t xml:space="preserve">. Chúng ta truyền cho hàm này key </w:t>
      </w:r>
      <w:r>
        <w:rPr>
          <w:rFonts w:ascii="Consolas" w:hAnsi="Consolas"/>
          <w:b w:val="0"/>
          <w:i w:val="0"/>
          <w:sz w:val="20"/>
        </w:rPr>
        <w:t>'comments'</w:t>
      </w:r>
      <w:r>
        <w:rPr>
          <w:b w:val="0"/>
          <w:i w:val="0"/>
        </w:rPr>
        <w:t xml:space="preserve">, và nó sẽ lấy giá trị gắn với key đó từ mỗi dictionary trong danh sách. Hàm </w:t>
      </w:r>
      <w:r>
        <w:rPr>
          <w:rFonts w:ascii="Consolas" w:hAnsi="Consolas"/>
          <w:b w:val="0"/>
          <w:i w:val="0"/>
          <w:sz w:val="20"/>
        </w:rPr>
        <w:t>sorted()</w:t>
      </w:r>
      <w:r>
        <w:rPr>
          <w:b w:val="0"/>
          <w:i w:val="0"/>
        </w:rPr>
        <w:t xml:space="preserve"> sau đó dùng giá trị này làm cơ sở để sắp xếp danh sách. Chúng ta sắp xếp danh sách theo thứ tự ngược lại, để đặt những bài có nhiều bình luận nhất lên đầu.</w:t>
      </w:r>
    </w:p>
    <w:p>
      <w:pPr>
        <w:spacing w:after="80"/>
      </w:pPr>
      <w:r>
        <w:rPr>
          <w:b w:val="0"/>
          <w:i w:val="0"/>
        </w:rPr>
        <w:t>Sau khi danh sách đã được sắp xếp, chúng ta lặp qua danh sách ❽ và in ra ba thông tin về mỗi bài đăng hàng đầu: tiêu đề, một liên kết đến trang thảo luận, và số lượng bình luận mà bài đăng hiện có:</w:t>
      </w:r>
    </w:p>
    <w:p>
      <w:pPr>
        <w:spacing w:after="0"/>
        <w:ind w:left="360"/>
        <w:shd w:val="clear" w:color="auto" w:fill="F2F2F2"/>
      </w:pPr>
      <w:r>
        <w:rPr>
          <w:rFonts w:ascii="Consolas" w:hAnsi="Consolas"/>
          <w:b w:val="0"/>
          <w:i w:val="0"/>
          <w:sz w:val="18"/>
        </w:rPr>
        <w:t>Status code: 200</w:t>
      </w:r>
    </w:p>
    <w:p>
      <w:pPr>
        <w:spacing w:after="0"/>
        <w:ind w:left="360"/>
        <w:shd w:val="clear" w:color="auto" w:fill="F2F2F2"/>
      </w:pPr>
      <w:r>
        <w:rPr>
          <w:rFonts w:ascii="Consolas" w:hAnsi="Consolas"/>
          <w:b w:val="0"/>
          <w:i w:val="0"/>
          <w:sz w:val="18"/>
        </w:rPr>
        <w:t>id: 31390506    status: 200</w:t>
      </w:r>
    </w:p>
    <w:p>
      <w:pPr>
        <w:spacing w:after="0"/>
        <w:ind w:left="360"/>
        <w:shd w:val="clear" w:color="auto" w:fill="F2F2F2"/>
      </w:pPr>
      <w:r>
        <w:rPr>
          <w:rFonts w:ascii="Consolas" w:hAnsi="Consolas"/>
          <w:b w:val="0"/>
          <w:i w:val="0"/>
          <w:sz w:val="18"/>
        </w:rPr>
        <w:t>id: 31389893    status: 200</w:t>
      </w:r>
    </w:p>
    <w:p>
      <w:pPr>
        <w:spacing w:after="0"/>
        <w:ind w:left="360"/>
        <w:shd w:val="clear" w:color="auto" w:fill="F2F2F2"/>
      </w:pPr>
      <w:r>
        <w:rPr>
          <w:rFonts w:ascii="Consolas" w:hAnsi="Consolas"/>
          <w:b w:val="0"/>
          <w:i w:val="0"/>
          <w:sz w:val="18"/>
        </w:rPr>
        <w:t>id: 31390742    status: 200</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Fly.io: The reclaimer of Heroku's magic</w:t>
      </w:r>
    </w:p>
    <w:p>
      <w:pPr>
        <w:spacing w:after="0"/>
        <w:ind w:left="360"/>
        <w:shd w:val="clear" w:color="auto" w:fill="F2F2F2"/>
      </w:pPr>
      <w:r>
        <w:rPr>
          <w:rFonts w:ascii="Consolas" w:hAnsi="Consolas"/>
          <w:b w:val="0"/>
          <w:i w:val="0"/>
          <w:sz w:val="18"/>
        </w:rPr>
        <w:t>Discussion link: https://news.ycombinator.com/item?id=31390506</w:t>
      </w:r>
    </w:p>
    <w:p>
      <w:pPr>
        <w:spacing w:after="0"/>
        <w:ind w:left="360"/>
        <w:shd w:val="clear" w:color="auto" w:fill="F2F2F2"/>
      </w:pPr>
      <w:r>
        <w:rPr>
          <w:rFonts w:ascii="Consolas" w:hAnsi="Consolas"/>
          <w:b w:val="0"/>
          <w:i w:val="0"/>
          <w:sz w:val="18"/>
        </w:rPr>
        <w:t>Comments: 134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The weird Hewlett Packard FreeDOS option</w:t>
      </w:r>
    </w:p>
    <w:p>
      <w:pPr>
        <w:spacing w:after="0"/>
        <w:ind w:left="360"/>
        <w:shd w:val="clear" w:color="auto" w:fill="F2F2F2"/>
      </w:pPr>
      <w:r>
        <w:rPr>
          <w:rFonts w:ascii="Consolas" w:hAnsi="Consolas"/>
          <w:b w:val="0"/>
          <w:i w:val="0"/>
          <w:sz w:val="18"/>
        </w:rPr>
        <w:t>Discussion link: https://news.ycombinator.com/item?id=31389893</w:t>
      </w:r>
    </w:p>
    <w:p>
      <w:pPr>
        <w:spacing w:after="0"/>
        <w:ind w:left="360"/>
        <w:shd w:val="clear" w:color="auto" w:fill="F2F2F2"/>
      </w:pPr>
      <w:r>
        <w:rPr>
          <w:rFonts w:ascii="Consolas" w:hAnsi="Consolas"/>
          <w:b w:val="0"/>
          <w:i w:val="0"/>
          <w:sz w:val="18"/>
        </w:rPr>
        <w:t>Comments: 64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Title: Modern JavaScript Tutorial</w:t>
      </w:r>
    </w:p>
    <w:p>
      <w:pPr>
        <w:spacing w:after="0"/>
        <w:ind w:left="360"/>
        <w:shd w:val="clear" w:color="auto" w:fill="F2F2F2"/>
      </w:pPr>
      <w:r>
        <w:rPr>
          <w:rFonts w:ascii="Consolas" w:hAnsi="Consolas"/>
          <w:b w:val="0"/>
          <w:i w:val="0"/>
          <w:sz w:val="18"/>
        </w:rPr>
        <w:t>Discussion link: https://news.ycombinator.com/item?id=31390742</w:t>
      </w:r>
    </w:p>
    <w:p>
      <w:pPr>
        <w:spacing w:after="0"/>
        <w:ind w:left="360"/>
        <w:shd w:val="clear" w:color="auto" w:fill="F2F2F2"/>
      </w:pPr>
      <w:r>
        <w:rPr>
          <w:rFonts w:ascii="Consolas" w:hAnsi="Consolas"/>
          <w:b w:val="0"/>
          <w:i w:val="0"/>
          <w:sz w:val="18"/>
        </w:rPr>
        <w:t>Comments: 20</w:t>
      </w:r>
    </w:p>
    <w:p>
      <w:pPr>
        <w:spacing w:after="0"/>
        <w:ind w:left="360"/>
        <w:shd w:val="clear" w:color="auto" w:fill="F2F2F2"/>
      </w:pPr>
      <w:r>
        <w:rPr>
          <w:rFonts w:ascii="Consolas" w:hAnsi="Consolas"/>
          <w:b w:val="0"/>
          <w:i/>
          <w:sz w:val="18"/>
        </w:rPr>
        <w:t>--snip--</w:t>
      </w:r>
    </w:p>
    <w:p>
      <w:pPr>
        <w:spacing w:after="40"/>
      </w:pPr>
    </w:p>
    <w:p>
      <w:pPr>
        <w:spacing w:after="80"/>
      </w:pPr>
      <w:r>
        <w:rPr>
          <w:b w:val="0"/>
          <w:i w:val="0"/>
        </w:rPr>
        <w:t>Bạn sẽ dùng quy trình tương tự để truy cập và phân tích thông tin với bất kỳ API nào. Với dữ liệu này, bạn có thể tạo một hình ảnh trực quan hóa (visualization) cho thấy những bài đăng nào đã khơi nguồn cho các cuộc thảo luận sôi nổi gần đây nhất. Đây cũng là nền tảng cho các ứng dụng cung cấp trải nghiệm đọc tùy chỉnh cho những trang như Hacker News. Để tìm hiểu thêm về loại thông tin bạn có thể truy cập qua Hacker News API, hãy ghé thăm trang tài liệu tại https://github.com/HackerNews/API.</w:t>
      </w:r>
    </w:p>
    <w:p>
      <w:pPr>
        <w:spacing w:before="120" w:after="40"/>
      </w:pPr>
      <w:r>
        <w:rPr>
          <w:b/>
          <w:sz w:val="21"/>
        </w:rPr>
        <w:t>Ghi chú</w:t>
      </w:r>
    </w:p>
    <w:p>
      <w:pPr>
        <w:spacing w:after="80"/>
      </w:pPr>
      <w:r>
        <w:rPr>
          <w:b w:val="0"/>
          <w:i w:val="0"/>
        </w:rPr>
        <w:t xml:space="preserve">Đôi khi Hacker News cho phép các công ty mà họ hỗ trợ đăng bài tuyển dụng đặc biệt, và phần bình luận sẽ bị tắt trên những bài đăng này. Nếu bạn chạy chương trình này khi có một bài đăng như vậy, bạn sẽ gặp lỗi </w:t>
      </w:r>
      <w:r>
        <w:rPr>
          <w:rFonts w:ascii="Consolas" w:hAnsi="Consolas"/>
          <w:b w:val="0"/>
          <w:i w:val="0"/>
          <w:sz w:val="20"/>
        </w:rPr>
        <w:t>KeyError</w:t>
      </w:r>
      <w:r>
        <w:rPr>
          <w:b w:val="0"/>
          <w:i w:val="0"/>
        </w:rPr>
        <w:t xml:space="preserve">. Nếu điều này gây ra vấn đề, bạn có thể bọc đoạn mã xây dựng </w:t>
      </w:r>
      <w:r>
        <w:rPr>
          <w:rFonts w:ascii="Consolas" w:hAnsi="Consolas"/>
          <w:b w:val="0"/>
          <w:i w:val="0"/>
          <w:sz w:val="20"/>
        </w:rPr>
        <w:t>submission_dict</w:t>
      </w:r>
      <w:r>
        <w:rPr>
          <w:b w:val="0"/>
          <w:i w:val="0"/>
        </w:rPr>
        <w:t xml:space="preserve"> trong một khối </w:t>
      </w:r>
      <w:r>
        <w:rPr>
          <w:rFonts w:ascii="Consolas" w:hAnsi="Consolas"/>
          <w:b w:val="0"/>
          <w:i w:val="0"/>
          <w:sz w:val="20"/>
        </w:rPr>
        <w:t>try-except</w:t>
      </w:r>
      <w:r>
        <w:rPr>
          <w:b w:val="0"/>
          <w:i w:val="0"/>
        </w:rPr>
        <w:t xml:space="preserve"> và bỏ qua những bài đăng này.</w:t>
      </w:r>
    </w:p>
    <w:p>
      <w:pPr>
        <w:spacing w:before="120" w:after="40"/>
      </w:pPr>
      <w:r>
        <w:rPr>
          <w:b/>
          <w:sz w:val="21"/>
        </w:rPr>
        <w:t>Tự thực hành</w:t>
      </w:r>
    </w:p>
    <w:p>
      <w:pPr>
        <w:spacing w:after="80"/>
      </w:pPr>
      <w:r>
        <w:rPr>
          <w:b/>
          <w:i w:val="0"/>
        </w:rPr>
        <w:t>17-1. Các ngôn ngữ khác:</w:t>
      </w:r>
      <w:r>
        <w:rPr>
          <w:b w:val="0"/>
          <w:i w:val="0"/>
        </w:rPr>
        <w:t xml:space="preserve"> Sửa đổi lệnh gọi API trong </w:t>
      </w:r>
      <w:r>
        <w:rPr>
          <w:b w:val="0"/>
          <w:i/>
        </w:rPr>
        <w:t>python_repos.py</w:t>
      </w:r>
      <w:r>
        <w:rPr>
          <w:b w:val="0"/>
          <w:i w:val="0"/>
        </w:rPr>
        <w:t xml:space="preserve"> để nó tạo ra một biểu đồ hiển thị những dự án phổ biến nhất ở các ngôn ngữ khác. Hãy thử các ngôn ngữ như </w:t>
      </w:r>
      <w:r>
        <w:rPr>
          <w:b w:val="0"/>
          <w:i/>
        </w:rPr>
        <w:t>JavaScript</w:t>
      </w:r>
      <w:r>
        <w:rPr>
          <w:b w:val="0"/>
          <w:i w:val="0"/>
        </w:rPr>
        <w:t xml:space="preserve">, </w:t>
      </w:r>
      <w:r>
        <w:rPr>
          <w:b w:val="0"/>
          <w:i/>
        </w:rPr>
        <w:t>Ruby</w:t>
      </w:r>
      <w:r>
        <w:rPr>
          <w:b w:val="0"/>
          <w:i w:val="0"/>
        </w:rPr>
        <w:t xml:space="preserve">, </w:t>
      </w:r>
      <w:r>
        <w:rPr>
          <w:b w:val="0"/>
          <w:i/>
        </w:rPr>
        <w:t>C</w:t>
      </w:r>
      <w:r>
        <w:rPr>
          <w:b w:val="0"/>
          <w:i w:val="0"/>
        </w:rPr>
        <w:t xml:space="preserve">, </w:t>
      </w:r>
      <w:r>
        <w:rPr>
          <w:b w:val="0"/>
          <w:i/>
        </w:rPr>
        <w:t>Java</w:t>
      </w:r>
      <w:r>
        <w:rPr>
          <w:b w:val="0"/>
          <w:i w:val="0"/>
        </w:rPr>
        <w:t xml:space="preserve">, </w:t>
      </w:r>
      <w:r>
        <w:rPr>
          <w:b w:val="0"/>
          <w:i/>
        </w:rPr>
        <w:t>Perl</w:t>
      </w:r>
      <w:r>
        <w:rPr>
          <w:b w:val="0"/>
          <w:i w:val="0"/>
        </w:rPr>
        <w:t xml:space="preserve">, </w:t>
      </w:r>
      <w:r>
        <w:rPr>
          <w:b w:val="0"/>
          <w:i/>
        </w:rPr>
        <w:t>Haskell</w:t>
      </w:r>
      <w:r>
        <w:rPr>
          <w:b w:val="0"/>
          <w:i w:val="0"/>
        </w:rPr>
        <w:t xml:space="preserve"> và </w:t>
      </w:r>
      <w:r>
        <w:rPr>
          <w:b w:val="0"/>
          <w:i/>
        </w:rPr>
        <w:t>Go</w:t>
      </w:r>
      <w:r>
        <w:rPr>
          <w:b w:val="0"/>
          <w:i w:val="0"/>
        </w:rPr>
        <w:t>.</w:t>
      </w:r>
    </w:p>
    <w:p>
      <w:pPr>
        <w:spacing w:after="80"/>
      </w:pPr>
      <w:r>
        <w:rPr>
          <w:b/>
          <w:i w:val="0"/>
        </w:rPr>
        <w:t>17-2. Các cuộc thảo luận sôi nổi:</w:t>
      </w:r>
      <w:r>
        <w:rPr>
          <w:b w:val="0"/>
          <w:i w:val="0"/>
        </w:rPr>
        <w:t xml:space="preserve"> Dùng dữ liệu từ </w:t>
      </w:r>
      <w:r>
        <w:rPr>
          <w:b w:val="0"/>
          <w:i/>
        </w:rPr>
        <w:t>hn_submissions.py</w:t>
      </w:r>
      <w:r>
        <w:rPr>
          <w:b w:val="0"/>
          <w:i w:val="0"/>
        </w:rPr>
        <w:t xml:space="preserve">, hãy tạo một biểu đồ cột hiển thị những cuộc thảo luận sôi nổi nhất đang diễn ra trên Hacker News. Chiều cao của mỗi cột phải tương ứng với số lượng bình luận mà mỗi bài đăng có. Nhãn của mỗi cột nên bao gồm tiêu đề của bài đăng và hoạt động như một liên kết đến trang thảo luận của bài đăng đó. Nếu bạn gặp lỗi </w:t>
      </w:r>
      <w:r>
        <w:rPr>
          <w:rFonts w:ascii="Consolas" w:hAnsi="Consolas"/>
          <w:b w:val="0"/>
          <w:i w:val="0"/>
          <w:sz w:val="20"/>
        </w:rPr>
        <w:t>KeyError</w:t>
      </w:r>
      <w:r>
        <w:rPr>
          <w:b w:val="0"/>
          <w:i w:val="0"/>
        </w:rPr>
        <w:t xml:space="preserve"> khi tạo biểu đồ, hãy dùng một khối </w:t>
      </w:r>
      <w:r>
        <w:rPr>
          <w:rFonts w:ascii="Consolas" w:hAnsi="Consolas"/>
          <w:b w:val="0"/>
          <w:i w:val="0"/>
          <w:sz w:val="20"/>
        </w:rPr>
        <w:t>try-except</w:t>
      </w:r>
      <w:r>
        <w:rPr>
          <w:b w:val="0"/>
          <w:i w:val="0"/>
        </w:rPr>
        <w:t xml:space="preserve"> để bỏ qua những bài đăng quảng cáo.</w:t>
      </w:r>
    </w:p>
    <w:p>
      <w:pPr>
        <w:spacing w:after="80"/>
      </w:pPr>
      <w:r>
        <w:rPr>
          <w:b/>
          <w:i w:val="0"/>
        </w:rPr>
        <w:t>17-3. Kiểm thử python_repos.py:</w:t>
      </w:r>
      <w:r>
        <w:rPr>
          <w:b w:val="0"/>
          <w:i w:val="0"/>
        </w:rPr>
        <w:t xml:space="preserve"> Trong </w:t>
      </w:r>
      <w:r>
        <w:rPr>
          <w:b w:val="0"/>
          <w:i/>
        </w:rPr>
        <w:t>python_repos.py</w:t>
      </w:r>
      <w:r>
        <w:rPr>
          <w:b w:val="0"/>
          <w:i w:val="0"/>
        </w:rPr>
        <w:t xml:space="preserve">, chúng ta đã in giá trị của </w:t>
      </w:r>
      <w:r>
        <w:rPr>
          <w:rFonts w:ascii="Consolas" w:hAnsi="Consolas"/>
          <w:b w:val="0"/>
          <w:i w:val="0"/>
          <w:sz w:val="20"/>
        </w:rPr>
        <w:t>status_code</w:t>
      </w:r>
      <w:r>
        <w:rPr>
          <w:b w:val="0"/>
          <w:i w:val="0"/>
        </w:rPr>
        <w:t xml:space="preserve"> để đảm bảo lệnh gọi API thành công. Hãy viết một chương trình tên là </w:t>
      </w:r>
      <w:r>
        <w:rPr>
          <w:b w:val="0"/>
          <w:i/>
        </w:rPr>
        <w:t>test_python_repos.py</w:t>
      </w:r>
      <w:r>
        <w:rPr>
          <w:b w:val="0"/>
          <w:i w:val="0"/>
        </w:rPr>
        <w:t xml:space="preserve"> sử dụng </w:t>
      </w:r>
      <w:r>
        <w:rPr>
          <w:rFonts w:ascii="Consolas" w:hAnsi="Consolas"/>
          <w:b w:val="0"/>
          <w:i w:val="0"/>
          <w:sz w:val="20"/>
        </w:rPr>
        <w:t>pytest</w:t>
      </w:r>
      <w:r>
        <w:rPr>
          <w:b w:val="0"/>
          <w:i w:val="0"/>
        </w:rPr>
        <w:t xml:space="preserve"> để khẳng định rằng giá trị của </w:t>
      </w:r>
      <w:r>
        <w:rPr>
          <w:rFonts w:ascii="Consolas" w:hAnsi="Consolas"/>
          <w:b w:val="0"/>
          <w:i w:val="0"/>
          <w:sz w:val="20"/>
        </w:rPr>
        <w:t>status_code</w:t>
      </w:r>
      <w:r>
        <w:rPr>
          <w:b w:val="0"/>
          <w:i w:val="0"/>
        </w:rPr>
        <w:t xml:space="preserve"> là 200. Hãy tìm thêm một vài khẳng định khác mà bạn có thể thực hiện: ví dụ, rằng số lượng mục được trả về đúng như mong đợi và rằng tổng số kho lưu trữ (repository) lớn hơn một con số nào đó.</w:t>
      </w:r>
    </w:p>
    <w:p>
      <w:pPr>
        <w:spacing w:after="80"/>
      </w:pPr>
      <w:r>
        <w:rPr>
          <w:b/>
          <w:i w:val="0"/>
        </w:rPr>
        <w:t>17-4. Khám phá thêm:</w:t>
      </w:r>
      <w:r>
        <w:rPr>
          <w:b w:val="0"/>
          <w:i w:val="0"/>
        </w:rPr>
        <w:t xml:space="preserve"> Hãy ghé thăm tài liệu của Plotly và tài liệu của GitHub API hoặc Hacker News API. Dùng một số thông tin bạn tìm thấy ở đó để tùy chỉnh kiểu dáng của các biểu đồ mà chúng ta đã tạo, hoặc lấy một số thông tin khác và tạo ra những hình ảnh trực quan hóa của riêng bạn. Nếu bạn tò mò muốn khám phá các API khác, hãy xem qua những API được nhắc đến trong kho lưu trữ GitHub tại https://github.com/public-apis.</w:t>
      </w:r>
    </w:p>
    <w:p>
      <w:pPr>
        <w:pStyle w:val="Heading2"/>
      </w:pPr>
      <w:r>
        <w:rPr>
          <w:rFonts w:ascii="Calibri" w:hAnsi="Calibri"/>
          <w:b/>
          <w:i w:val="0"/>
          <w:sz w:val="32"/>
        </w:rPr>
        <w:t>Tóm tắt</w:t>
      </w:r>
    </w:p>
    <w:p>
      <w:pPr>
        <w:spacing w:after="80"/>
      </w:pPr>
      <w:r>
        <w:rPr>
          <w:b w:val="0"/>
          <w:i w:val="0"/>
        </w:rPr>
        <w:t>Trong chương này, bạn đã học cách sử dụng API để viết những chương trình độc lập tự động thu thập dữ liệu mà chúng cần và dùng dữ liệu đó để tạo ra hình ảnh trực quan hóa. Bạn đã dùng GitHub API để khám phá những dự án Python được gắn sao nhiều nhất trên GitHub, và bạn cũng đã xem qua Hacker News API một cách ngắn gọn. Bạn đã học cách dùng gói Requests để tự động thực hiện một lệnh gọi API và cách xử lý kết quả của lệnh gọi đó. Chúng ta cũng đã giới thiệu một số cài đặt của Plotly để tùy chỉnh thêm diện mạo của các biểu đồ mà bạn tạo ra.</w:t>
      </w:r>
    </w:p>
    <w:p>
      <w:pPr>
        <w:spacing w:after="80"/>
      </w:pPr>
      <w:r>
        <w:rPr>
          <w:b w:val="0"/>
          <w:i w:val="0"/>
        </w:rPr>
        <w:t>Trong chương tiếp theo, bạn sẽ dùng Django để xây dựng một ứng dụng web làm dự án cuối cùng của mình.</w:t>
      </w:r>
    </w:p>
    <w:p>
      <w:pPr>
        <w:pStyle w:val="Heading1"/>
      </w:pPr>
      <w:r>
        <w:rPr>
          <w:rFonts w:ascii="Calibri" w:hAnsi="Calibri"/>
          <w:b/>
          <w:i w:val="0"/>
          <w:sz w:val="38"/>
        </w:rPr>
        <w:t>18</w:t>
      </w:r>
      <w:r>
        <w:rPr>
          <w:rFonts w:ascii="Calibri" w:hAnsi="Calibri"/>
          <w:b/>
          <w:i w:val="0"/>
          <w:sz w:val="38"/>
        </w:rPr>
      </w:r>
      <w:r>
        <w:rPr>
          <w:rFonts w:ascii="Calibri" w:hAnsi="Calibri"/>
          <w:b/>
          <w:i w:val="0"/>
          <w:sz w:val="38"/>
        </w:rPr>
        <w:t>Bắt đầu với Django</w:t>
      </w:r>
    </w:p>
    <w:p>
      <w:pPr>
        <w:jc w:val="center"/>
      </w:pPr>
      <w:r>
        <w:drawing>
          <wp:inline xmlns:a="http://schemas.openxmlformats.org/drawingml/2006/main" xmlns:pic="http://schemas.openxmlformats.org/drawingml/2006/picture">
            <wp:extent cx="3867150" cy="3867150"/>
            <wp:docPr id="66" name="Picture 66"/>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 xml:space="preserve">Khi internet phát triển, ranh giới giữa các trang web và ứng dụng di động ngày càng mờ nhạt. Cả trang web lẫn ứng dụng đều giúp người dùng tương tác với dữ liệu theo nhiều cách khác nhau. May mắn thay, bạn có thể dùng Django để xây dựng một dự án duy nhất phục vụ cả một trang web động lẫn một bộ ứng dụng di động. </w:t>
      </w:r>
      <w:r>
        <w:rPr>
          <w:b w:val="0"/>
          <w:i/>
        </w:rPr>
        <w:t>Django</w:t>
      </w:r>
      <w:r>
        <w:rPr>
          <w:b w:val="0"/>
          <w:i w:val="0"/>
        </w:rPr>
        <w:t xml:space="preserve"> là </w:t>
      </w:r>
      <w:r>
        <w:rPr>
          <w:b w:val="0"/>
          <w:i/>
        </w:rPr>
        <w:t>web framework</w:t>
      </w:r>
      <w:r>
        <w:rPr>
          <w:b w:val="0"/>
          <w:i w:val="0"/>
        </w:rPr>
        <w:t xml:space="preserve"> (khung phát triển web) phổ biến nhất của Python, một bộ công cụ được thiết kế để xây dựng các ứng dụng web tương tác. Trong chương này, bạn sẽ học cách dùng Django để xây dựng một dự án tên là Learning Log, một hệ thống nhật ký trực tuyến cho phép bạn theo dõi thông tin mình đã học về các chủ đề khác nhau.</w:t>
      </w:r>
    </w:p>
    <w:p>
      <w:pPr>
        <w:spacing w:after="80"/>
      </w:pPr>
      <w:r>
        <w:rPr>
          <w:b w:val="0"/>
          <w:i w:val="0"/>
        </w:rPr>
        <w:t>Chúng ta sẽ viết một bản đặc tả (specification) cho dự án này, rồi định nghĩa các model (mô hình) cho dữ liệu mà ứng dụng sẽ làm việc cùng. Chúng ta sẽ dùng hệ thống admin của Django để nhập một số dữ liệu ban đầu, rồi viết các view (khung nhìn) và template (mẫu) để Django có thể dựng nên các trang của trang web.</w:t>
      </w:r>
    </w:p>
    <w:p>
      <w:pPr>
        <w:spacing w:after="80"/>
      </w:pPr>
      <w:r>
        <w:rPr>
          <w:b w:val="0"/>
          <w:i w:val="0"/>
        </w:rPr>
        <w:t>Django có thể phản hồi các yêu cầu trang và giúp việc đọc ghi vào cơ sở dữ liệu, quản lý người dùng và nhiều thứ khác trở nên dễ dàng hơn. Trong Chương 19 và 20, bạn sẽ hoàn thiện dự án Learning Log, rồi triển khai nó lên một máy chủ trực tuyến để bạn (và mọi người trên thế giới) có thể sử dụng.</w:t>
      </w:r>
    </w:p>
    <w:p>
      <w:pPr>
        <w:pStyle w:val="Heading2"/>
      </w:pPr>
      <w:r>
        <w:rPr>
          <w:rFonts w:ascii="Calibri" w:hAnsi="Calibri"/>
          <w:b/>
          <w:i w:val="0"/>
          <w:sz w:val="32"/>
        </w:rPr>
        <w:t>Thiết lập một dự án</w:t>
      </w:r>
    </w:p>
    <w:p>
      <w:pPr>
        <w:spacing w:after="80"/>
      </w:pPr>
      <w:r>
        <w:rPr>
          <w:b w:val="0"/>
          <w:i w:val="0"/>
        </w:rPr>
        <w:t xml:space="preserve">Khi bắt đầu làm một thứ gì đó quan trọng như một ứng dụng web, trước tiên bạn cần mô tả mục tiêu của dự án trong một bản đặc tả, hay còn gọi là </w:t>
      </w:r>
      <w:r>
        <w:rPr>
          <w:b w:val="0"/>
          <w:i/>
        </w:rPr>
        <w:t>spec</w:t>
      </w:r>
      <w:r>
        <w:rPr>
          <w:b w:val="0"/>
          <w:i w:val="0"/>
        </w:rPr>
        <w:t>. Khi đã có một tập hợp mục tiêu rõ ràng, bạn có thể bắt đầu xác định những nhiệm vụ khả thi để đạt được các mục tiêu đó.</w:t>
      </w:r>
    </w:p>
    <w:p>
      <w:pPr>
        <w:spacing w:after="80"/>
      </w:pPr>
      <w:r>
        <w:rPr>
          <w:b w:val="0"/>
          <w:i w:val="0"/>
        </w:rPr>
        <w:t>Trong phần này, chúng ta sẽ viết một bản đặc tả cho Learning Log và bắt đầu làm việc với giai đoạn đầu tiên của dự án. Việc này bao gồm thiết lập một môi trường ảo (virtual environment) và xây dựng những phần ban đầu của một dự án Django.</w:t>
      </w:r>
    </w:p>
    <w:p>
      <w:pPr>
        <w:pStyle w:val="Heading3"/>
      </w:pPr>
      <w:r>
        <w:rPr>
          <w:rFonts w:ascii="Calibri" w:hAnsi="Calibri"/>
          <w:b/>
          <w:i w:val="0"/>
          <w:sz w:val="27"/>
        </w:rPr>
        <w:t>Viết bản đặc tả</w:t>
      </w:r>
    </w:p>
    <w:p>
      <w:pPr>
        <w:spacing w:after="80"/>
      </w:pPr>
      <w:r>
        <w:rPr>
          <w:b w:val="0"/>
          <w:i w:val="0"/>
        </w:rPr>
        <w:t>Một bản đặc tả đầy đủ sẽ trình bày chi tiết các mục tiêu của dự án, mô tả chức năng của dự án, và bàn về giao diện cũng như cách nó hiển thị với người dùng. Giống như bất kỳ kế hoạch dự án hay kế hoạch kinh doanh tốt nào, một bản đặc tả nên giúp bạn tập trung và giữ cho dự án đi đúng hướng. Ở đây chúng ta sẽ không viết một bản đặc tả dự án đầy đủ, mà chỉ vạch ra vài mục tiêu rõ ràng để giữ cho quá trình phát triển luôn tập trung. Đây là bản đặc tả chúng ta sẽ dùng:</w:t>
      </w:r>
    </w:p>
    <w:p>
      <w:pPr>
        <w:spacing w:after="80"/>
      </w:pPr>
      <w:r>
        <w:rPr>
          <w:b w:val="0"/>
          <w:i w:val="0"/>
        </w:rPr>
        <w:t>Chúng ta sẽ viết một ứng dụng web tên là Learning Log, cho phép người dùng ghi lại những chủ đề họ quan tâm và viết các mục nhật ký khi họ tìm hiểu về từng chủ đề. Trang chủ của Learning Log sẽ mô tả về trang web và mời người dùng đăng ký hoặc đăng nhập. Sau khi đăng nhập, người dùng có thể tạo chủ đề mới, thêm mục nhật ký mới, cũng như đọc và chỉnh sửa các mục nhật ký đã có.</w:t>
      </w:r>
    </w:p>
    <w:p>
      <w:pPr>
        <w:spacing w:after="80"/>
      </w:pPr>
      <w:r>
        <w:rPr>
          <w:b w:val="0"/>
          <w:i w:val="0"/>
        </w:rPr>
        <w:t>Khi bạn đang tìm hiểu một chủ đề mới, việc duy trì một cuốn nhật ký về những gì bạn đã học sẽ giúp bạn theo dõi thông tin mới cũng như thông tin bạn đã tìm được trước đó. Điều này đặc biệt đúng khi học các môn kỹ thuật. Một ứng dụng tốt, như ứng dụng chúng ta sắp tạo, có thể giúp quá trình này hiệu quả hơn.</w:t>
      </w:r>
    </w:p>
    <w:p>
      <w:pPr>
        <w:pStyle w:val="Heading3"/>
      </w:pPr>
      <w:r>
        <w:rPr>
          <w:rFonts w:ascii="Calibri" w:hAnsi="Calibri"/>
          <w:b/>
          <w:i w:val="0"/>
          <w:sz w:val="27"/>
        </w:rPr>
        <w:t>Tạo một môi trường ảo</w:t>
      </w:r>
    </w:p>
    <w:p>
      <w:pPr>
        <w:spacing w:after="80"/>
      </w:pPr>
      <w:r>
        <w:rPr>
          <w:b w:val="0"/>
          <w:i w:val="0"/>
        </w:rPr>
        <w:t xml:space="preserve">Để làm việc với Django, trước tiên chúng ta sẽ thiết lập một môi trường ảo. </w:t>
      </w:r>
      <w:r>
        <w:rPr>
          <w:b w:val="0"/>
          <w:i/>
        </w:rPr>
        <w:t>Môi trường ảo (virtual environment)</w:t>
      </w:r>
      <w:r>
        <w:rPr>
          <w:b w:val="0"/>
          <w:i w:val="0"/>
        </w:rPr>
        <w:t xml:space="preserve"> là một nơi trên hệ thống của bạn, nơi bạn có thể cài đặt các gói (package) và tách biệt chúng khỏi mọi gói Python khác. Việc tách các thư viện của một dự án khỏi các dự án khác là điều có lợi và sẽ cần thiết khi chúng ta triển khai Learning Log lên máy chủ ở Chương 20.</w:t>
      </w:r>
    </w:p>
    <w:p>
      <w:pPr>
        <w:spacing w:after="80"/>
      </w:pPr>
      <w:r>
        <w:rPr>
          <w:b w:val="0"/>
          <w:i w:val="0"/>
        </w:rPr>
        <w:t xml:space="preserve">Hãy tạo một thư mục mới cho dự án của bạn tên là </w:t>
      </w:r>
      <w:r>
        <w:rPr>
          <w:b w:val="0"/>
          <w:i/>
        </w:rPr>
        <w:t>learning_log</w:t>
      </w:r>
      <w:r>
        <w:rPr>
          <w:b w:val="0"/>
          <w:i w:val="0"/>
        </w:rPr>
        <w:t>, chuyển đến thư mục đó trong terminal, và nhập đoạn mã sau để tạo một môi trường ảo:</w:t>
      </w:r>
    </w:p>
    <w:p>
      <w:pPr>
        <w:spacing w:after="0"/>
        <w:ind w:left="360"/>
        <w:shd w:val="clear" w:color="auto" w:fill="F2F2F2"/>
      </w:pPr>
      <w:r>
        <w:rPr>
          <w:rFonts w:ascii="Consolas" w:hAnsi="Consolas"/>
          <w:b w:val="0"/>
          <w:i w:val="0"/>
          <w:sz w:val="18"/>
        </w:rPr>
        <w:t xml:space="preserve">learning_log$ </w:t>
      </w:r>
      <w:r>
        <w:rPr>
          <w:rFonts w:ascii="Consolas" w:hAnsi="Consolas"/>
          <w:b/>
          <w:i w:val="0"/>
          <w:sz w:val="18"/>
        </w:rPr>
        <w:t>python -m venv ll_env</w:t>
      </w:r>
    </w:p>
    <w:p>
      <w:pPr>
        <w:spacing w:after="0"/>
        <w:ind w:left="360"/>
        <w:shd w:val="clear" w:color="auto" w:fill="F2F2F2"/>
      </w:pPr>
      <w:r>
        <w:rPr>
          <w:rFonts w:ascii="Consolas" w:hAnsi="Consolas"/>
          <w:b w:val="0"/>
          <w:i w:val="0"/>
          <w:sz w:val="18"/>
        </w:rPr>
        <w:t>learning_log$</w:t>
      </w:r>
    </w:p>
    <w:p>
      <w:pPr>
        <w:spacing w:after="40"/>
      </w:pPr>
    </w:p>
    <w:p>
      <w:pPr>
        <w:spacing w:after="80"/>
      </w:pPr>
      <w:r>
        <w:rPr>
          <w:b w:val="0"/>
          <w:i w:val="0"/>
        </w:rPr>
        <w:t xml:space="preserve">Ở đây chúng ta đang chạy mô-đun môi trường ảo </w:t>
      </w:r>
      <w:r>
        <w:rPr>
          <w:rFonts w:ascii="Consolas" w:hAnsi="Consolas"/>
          <w:b w:val="0"/>
          <w:i w:val="0"/>
          <w:sz w:val="20"/>
        </w:rPr>
        <w:t>venv</w:t>
      </w:r>
      <w:r>
        <w:rPr>
          <w:b w:val="0"/>
          <w:i w:val="0"/>
        </w:rPr>
        <w:t xml:space="preserve"> và dùng nó để tạo một môi trường tên là </w:t>
      </w:r>
      <w:r>
        <w:rPr>
          <w:b w:val="0"/>
          <w:i/>
        </w:rPr>
        <w:t>ll_env</w:t>
      </w:r>
      <w:r>
        <w:rPr>
          <w:b w:val="0"/>
          <w:i w:val="0"/>
        </w:rPr>
        <w:t xml:space="preserve"> (lưu ý rằng tên này bắt đầu bằng hai chữ </w:t>
      </w:r>
      <w:r>
        <w:rPr>
          <w:b w:val="0"/>
          <w:i/>
        </w:rPr>
        <w:t>L</w:t>
      </w:r>
      <w:r>
        <w:rPr>
          <w:b w:val="0"/>
          <w:i w:val="0"/>
        </w:rPr>
        <w:t xml:space="preserve"> viết thường, không phải hai số 1). Nếu bạn dùng lệnh như </w:t>
      </w:r>
      <w:r>
        <w:rPr>
          <w:rFonts w:ascii="Consolas" w:hAnsi="Consolas"/>
          <w:b w:val="0"/>
          <w:i w:val="0"/>
          <w:sz w:val="20"/>
        </w:rPr>
        <w:t>python3</w:t>
      </w:r>
      <w:r>
        <w:rPr>
          <w:b w:val="0"/>
          <w:i w:val="0"/>
        </w:rPr>
        <w:t xml:space="preserve"> khi chạy chương trình hoặc cài đặt gói, hãy nhớ dùng đúng lệnh đó ở đây.</w:t>
      </w:r>
    </w:p>
    <w:p>
      <w:pPr>
        <w:pStyle w:val="Heading3"/>
      </w:pPr>
      <w:r>
        <w:rPr>
          <w:rFonts w:ascii="Calibri" w:hAnsi="Calibri"/>
          <w:b/>
          <w:i w:val="0"/>
          <w:sz w:val="27"/>
        </w:rPr>
        <w:t>Kích hoạt môi trường ảo</w:t>
      </w:r>
    </w:p>
    <w:p>
      <w:pPr>
        <w:spacing w:after="80"/>
      </w:pPr>
      <w:r>
        <w:rPr>
          <w:b w:val="0"/>
          <w:i w:val="0"/>
        </w:rPr>
        <w:t>Giờ chúng ta cần kích hoạt môi trường ảo, bằng lệnh sau:</w:t>
      </w:r>
    </w:p>
    <w:p>
      <w:pPr>
        <w:spacing w:after="0"/>
        <w:ind w:left="360"/>
        <w:shd w:val="clear" w:color="auto" w:fill="F2F2F2"/>
      </w:pPr>
      <w:r>
        <w:rPr>
          <w:rFonts w:ascii="Consolas" w:hAnsi="Consolas"/>
          <w:b w:val="0"/>
          <w:i w:val="0"/>
          <w:sz w:val="18"/>
        </w:rPr>
        <w:t xml:space="preserve">learning_log$ </w:t>
      </w:r>
      <w:r>
        <w:rPr>
          <w:rFonts w:ascii="Consolas" w:hAnsi="Consolas"/>
          <w:b/>
          <w:i w:val="0"/>
          <w:sz w:val="18"/>
        </w:rPr>
        <w:t>source ll_env/bin/activate</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Lệnh này chạy script </w:t>
      </w:r>
      <w:r>
        <w:rPr>
          <w:b w:val="0"/>
          <w:i/>
        </w:rPr>
        <w:t>activate</w:t>
      </w:r>
      <w:r>
        <w:rPr>
          <w:b w:val="0"/>
          <w:i w:val="0"/>
        </w:rPr>
        <w:t xml:space="preserve"> trong </w:t>
      </w:r>
      <w:r>
        <w:rPr>
          <w:b w:val="0"/>
          <w:i/>
        </w:rPr>
        <w:t>ll_env/bin/</w:t>
      </w:r>
      <w:r>
        <w:rPr>
          <w:b w:val="0"/>
          <w:i w:val="0"/>
        </w:rPr>
        <w:t xml:space="preserve">. Khi môi trường đang hoạt động, bạn sẽ thấy tên của môi trường trong dấu ngoặc đơn. Điều này cho biết bạn có thể cài đặt các gói mới vào môi trường và sử dụng các gói đã được cài đặt sẵn. Các gói bạn cài đặt trong </w:t>
      </w:r>
      <w:r>
        <w:rPr>
          <w:b w:val="0"/>
          <w:i/>
        </w:rPr>
        <w:t>ll_env</w:t>
      </w:r>
      <w:r>
        <w:rPr>
          <w:b w:val="0"/>
          <w:i w:val="0"/>
        </w:rPr>
        <w:t xml:space="preserve"> sẽ không khả dụng khi môi trường không hoạt động.</w:t>
      </w:r>
    </w:p>
    <w:p>
      <w:pPr>
        <w:spacing w:before="120" w:after="40"/>
      </w:pPr>
      <w:r>
        <w:rPr>
          <w:b/>
          <w:sz w:val="21"/>
        </w:rPr>
        <w:t>Ghi chú</w:t>
      </w:r>
    </w:p>
    <w:p>
      <w:pPr>
        <w:spacing w:after="80"/>
      </w:pPr>
      <w:r>
        <w:rPr>
          <w:b w:val="0"/>
          <w:i w:val="0"/>
        </w:rPr>
        <w:t xml:space="preserve">Nếu bạn đang dùng Windows, hãy dùng lệnh </w:t>
      </w:r>
      <w:r>
        <w:rPr>
          <w:rFonts w:ascii="Consolas" w:hAnsi="Consolas"/>
          <w:b/>
          <w:i w:val="0"/>
          <w:sz w:val="20"/>
        </w:rPr>
        <w:t>ll_env\Scripts\activate</w:t>
      </w:r>
      <w:r>
        <w:rPr>
          <w:b w:val="0"/>
          <w:i w:val="0"/>
        </w:rPr>
        <w:t xml:space="preserve"> (không có từ </w:t>
      </w:r>
      <w:r>
        <w:rPr>
          <w:rFonts w:ascii="Consolas" w:hAnsi="Consolas"/>
          <w:b w:val="0"/>
          <w:i w:val="0"/>
          <w:sz w:val="20"/>
        </w:rPr>
        <w:t>source</w:t>
      </w:r>
      <w:r>
        <w:rPr>
          <w:b w:val="0"/>
          <w:i w:val="0"/>
        </w:rPr>
        <w:t xml:space="preserve">) để kích hoạt môi trường ảo. Nếu bạn đang dùng PowerShell, bạn có thể cần viết hoa chữ </w:t>
      </w:r>
      <w:r>
        <w:rPr>
          <w:rFonts w:ascii="Consolas" w:hAnsi="Consolas"/>
          <w:b w:val="0"/>
          <w:i w:val="0"/>
          <w:sz w:val="20"/>
        </w:rPr>
        <w:t>Activate</w:t>
      </w:r>
      <w:r>
        <w:rPr>
          <w:b w:val="0"/>
          <w:i w:val="0"/>
        </w:rPr>
        <w:t>.</w:t>
      </w:r>
    </w:p>
    <w:p>
      <w:pPr>
        <w:spacing w:after="80"/>
      </w:pPr>
      <w:r>
        <w:rPr>
          <w:b w:val="0"/>
          <w:i w:val="0"/>
        </w:rPr>
        <w:t xml:space="preserve">Để ngừng sử dụng môi trường ảo, hãy nhập </w:t>
      </w:r>
      <w:r>
        <w:rPr>
          <w:rFonts w:ascii="Consolas" w:hAnsi="Consolas"/>
          <w:b/>
          <w:i w:val="0"/>
          <w:sz w:val="20"/>
        </w:rPr>
        <w:t>deactivate</w:t>
      </w:r>
      <w:r>
        <w:rPr>
          <w:b w:val="0"/>
          <w:i w:val="0"/>
        </w:rPr>
        <w:t>:</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deactivate</w:t>
      </w:r>
    </w:p>
    <w:p>
      <w:pPr>
        <w:spacing w:after="0"/>
        <w:ind w:left="360"/>
        <w:shd w:val="clear" w:color="auto" w:fill="F2F2F2"/>
      </w:pPr>
      <w:r>
        <w:rPr>
          <w:rFonts w:ascii="Consolas" w:hAnsi="Consolas"/>
          <w:b w:val="0"/>
          <w:i w:val="0"/>
          <w:sz w:val="18"/>
        </w:rPr>
        <w:t>learning_log$</w:t>
      </w:r>
    </w:p>
    <w:p>
      <w:pPr>
        <w:spacing w:after="40"/>
      </w:pPr>
    </w:p>
    <w:p>
      <w:pPr>
        <w:spacing w:after="80"/>
      </w:pPr>
      <w:r>
        <w:rPr>
          <w:b w:val="0"/>
          <w:i w:val="0"/>
        </w:rPr>
        <w:t>Môi trường cũng sẽ trở nên không hoạt động khi bạn đóng terminal đang chạy nó.</w:t>
      </w:r>
    </w:p>
    <w:p>
      <w:pPr>
        <w:pStyle w:val="Heading3"/>
      </w:pPr>
      <w:r>
        <w:rPr>
          <w:rFonts w:ascii="Calibri" w:hAnsi="Calibri"/>
          <w:b/>
          <w:i w:val="0"/>
          <w:sz w:val="27"/>
        </w:rPr>
        <w:t>Cài đặt Django</w:t>
      </w:r>
    </w:p>
    <w:p>
      <w:pPr>
        <w:spacing w:after="80"/>
      </w:pPr>
      <w:r>
        <w:rPr>
          <w:b w:val="0"/>
          <w:i w:val="0"/>
        </w:rPr>
        <w:t>Khi môi trường ảo đã được kích hoạt, hãy nhập lệnh sau để cập nhật pip và cài đặt Django:</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pip install --upgrade pip</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pip install django</w:t>
      </w:r>
    </w:p>
    <w:p>
      <w:pPr>
        <w:spacing w:after="0"/>
        <w:ind w:left="360"/>
        <w:shd w:val="clear" w:color="auto" w:fill="F2F2F2"/>
      </w:pPr>
      <w:r>
        <w:rPr>
          <w:rFonts w:ascii="Consolas" w:hAnsi="Consolas"/>
          <w:b w:val="0"/>
          <w:i w:val="0"/>
          <w:sz w:val="18"/>
        </w:rPr>
        <w:t>Collecting django</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Installing collected packages: sqlparse, asgiref, django</w:t>
      </w:r>
    </w:p>
    <w:p>
      <w:pPr>
        <w:spacing w:after="0"/>
        <w:ind w:left="360"/>
        <w:shd w:val="clear" w:color="auto" w:fill="F2F2F2"/>
      </w:pPr>
      <w:r>
        <w:rPr>
          <w:rFonts w:ascii="Consolas" w:hAnsi="Consolas"/>
          <w:b w:val="0"/>
          <w:i w:val="0"/>
          <w:sz w:val="18"/>
        </w:rPr>
        <w:t>Successfully installed asgiref-3.5.2 django-4.1 sqlparse-0.4.2</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Vì pip tải tài nguyên từ nhiều nguồn khác nhau, nên nó được nâng cấp khá thường xuyên. Bạn nên nâng cấp pip mỗi khi tạo một môi trường ảo mới.</w:t>
      </w:r>
    </w:p>
    <w:p>
      <w:pPr>
        <w:spacing w:after="80"/>
      </w:pPr>
      <w:r>
        <w:rPr>
          <w:b w:val="0"/>
          <w:i w:val="0"/>
        </w:rPr>
        <w:t xml:space="preserve">Hiện tại chúng ta đang làm việc trong một môi trường ảo, nên lệnh cài đặt Django giống nhau trên mọi hệ thống. Không cần dùng các lệnh dài hơn, như </w:t>
      </w:r>
      <w:r>
        <w:rPr>
          <w:rFonts w:ascii="Consolas" w:hAnsi="Consolas"/>
          <w:b w:val="0"/>
          <w:i w:val="0"/>
          <w:sz w:val="20"/>
        </w:rPr>
        <w:t xml:space="preserve">python -m pip install </w:t>
      </w:r>
      <w:r>
        <w:rPr>
          <w:rFonts w:ascii="Consolas" w:hAnsi="Consolas"/>
          <w:b w:val="0"/>
          <w:i/>
          <w:sz w:val="20"/>
        </w:rPr>
        <w:t>package_name</w:t>
      </w:r>
      <w:r>
        <w:rPr>
          <w:b w:val="0"/>
          <w:i w:val="0"/>
        </w:rPr>
        <w:t xml:space="preserve">, hay thêm cờ </w:t>
      </w:r>
      <w:r>
        <w:rPr>
          <w:rFonts w:ascii="Consolas" w:hAnsi="Consolas"/>
          <w:b w:val="0"/>
          <w:i w:val="0"/>
          <w:sz w:val="20"/>
        </w:rPr>
        <w:t>--user</w:t>
      </w:r>
      <w:r>
        <w:rPr>
          <w:b w:val="0"/>
          <w:i w:val="0"/>
        </w:rPr>
        <w:t xml:space="preserve">. Hãy nhớ rằng Django sẽ chỉ khả dụng khi môi trường </w:t>
      </w:r>
      <w:r>
        <w:rPr>
          <w:b w:val="0"/>
          <w:i/>
        </w:rPr>
        <w:t>ll_env</w:t>
      </w:r>
      <w:r>
        <w:rPr>
          <w:b w:val="0"/>
          <w:i w:val="0"/>
        </w:rPr>
        <w:t xml:space="preserve"> đang hoạt động.</w:t>
      </w:r>
    </w:p>
    <w:p>
      <w:pPr>
        <w:spacing w:before="120" w:after="40"/>
      </w:pPr>
      <w:r>
        <w:rPr>
          <w:b/>
          <w:sz w:val="21"/>
        </w:rPr>
        <w:t>Ghi chú</w:t>
      </w:r>
    </w:p>
    <w:p>
      <w:pPr>
        <w:spacing w:after="80"/>
      </w:pPr>
      <w:r>
        <w:rPr>
          <w:b w:val="0"/>
          <w:i w:val="0"/>
        </w:rPr>
        <w:t xml:space="preserve">Django phát hành phiên bản mới khoảng tám tháng một lần, nên bạn có thể thấy một phiên bản mới hơn khi cài đặt Django. Dự án này rất có thể sẽ hoạt động đúng như được viết ở đây, ngay cả trên các phiên bản Django mới hơn. Nếu bạn muốn chắc chắn dùng đúng phiên bản Django như bạn thấy ở đây, hãy dùng lệnh </w:t>
      </w:r>
      <w:r>
        <w:rPr>
          <w:rFonts w:ascii="Consolas" w:hAnsi="Consolas"/>
          <w:b/>
          <w:i w:val="0"/>
          <w:sz w:val="20"/>
        </w:rPr>
        <w:t>pip install django==4.1.*</w:t>
      </w:r>
      <w:r>
        <w:rPr>
          <w:b w:val="0"/>
          <w:i w:val="0"/>
        </w:rPr>
        <w:t>. Lệnh này sẽ cài đặt bản phát hành mới nhất của Django 4.1. Nếu bạn gặp bất kỳ vấn đề nào liên quan đến phiên bản đang dùng, hãy xem các tài nguyên trực tuyến cho cuốn sách này tại https://ehmatthes.github.io/pcc_3e.</w:t>
      </w:r>
    </w:p>
    <w:p>
      <w:pPr>
        <w:pStyle w:val="Heading3"/>
      </w:pPr>
      <w:r>
        <w:rPr>
          <w:rFonts w:ascii="Calibri" w:hAnsi="Calibri"/>
          <w:b/>
          <w:i w:val="0"/>
          <w:sz w:val="27"/>
        </w:rPr>
        <w:t>Tạo một dự án trong Django</w:t>
      </w:r>
    </w:p>
    <w:p>
      <w:pPr>
        <w:spacing w:after="80"/>
      </w:pPr>
      <w:r>
        <w:rPr>
          <w:b w:val="0"/>
          <w:i w:val="0"/>
        </w:rPr>
        <w:t xml:space="preserve">Không rời khỏi môi trường ảo đang hoạt động (nhớ tìm </w:t>
      </w:r>
      <w:r>
        <w:rPr>
          <w:b w:val="0"/>
          <w:i/>
        </w:rPr>
        <w:t>ll_env</w:t>
      </w:r>
      <w:r>
        <w:rPr>
          <w:b w:val="0"/>
          <w:i w:val="0"/>
        </w:rPr>
        <w:t xml:space="preserve"> trong dấu ngoặc đơn ở dấu nhắc terminal), hãy nhập các lệnh sau để tạo một dự án mới:</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django-admin startproject ll_project .</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ls</w:t>
      </w:r>
    </w:p>
    <w:p>
      <w:pPr>
        <w:spacing w:after="0"/>
        <w:ind w:left="360"/>
        <w:shd w:val="clear" w:color="auto" w:fill="F2F2F2"/>
      </w:pPr>
      <w:r>
        <w:rPr>
          <w:rFonts w:ascii="Consolas" w:hAnsi="Consolas"/>
          <w:b w:val="0"/>
          <w:i w:val="0"/>
          <w:sz w:val="18"/>
        </w:rPr>
        <w:t>ll_env ll_project manage.py</w:t>
      </w:r>
    </w:p>
    <w:p>
      <w:pPr>
        <w:spacing w:after="0"/>
        <w:ind w:left="360"/>
        <w:shd w:val="clear" w:color="auto" w:fill="F2F2F2"/>
      </w:pPr>
      <w:r>
        <w:rPr>
          <w:rFonts w:ascii="Consolas" w:hAnsi="Consolas"/>
          <w:b w:val="0"/>
          <w:i w:val="0"/>
          <w:sz w:val="18"/>
        </w:rPr>
        <w:t xml:space="preserve">❸ (ll_env)learning_log$ </w:t>
      </w:r>
      <w:r>
        <w:rPr>
          <w:rFonts w:ascii="Consolas" w:hAnsi="Consolas"/>
          <w:b/>
          <w:i w:val="0"/>
          <w:sz w:val="18"/>
        </w:rPr>
        <w:t>ls ll_project</w:t>
      </w:r>
    </w:p>
    <w:p>
      <w:pPr>
        <w:spacing w:after="0"/>
        <w:ind w:left="360"/>
        <w:shd w:val="clear" w:color="auto" w:fill="F2F2F2"/>
      </w:pPr>
      <w:r>
        <w:rPr>
          <w:rFonts w:ascii="Consolas" w:hAnsi="Consolas"/>
          <w:b w:val="0"/>
          <w:i w:val="0"/>
          <w:sz w:val="18"/>
        </w:rPr>
        <w:t>__init__.py asgi.py settings.py urls.py wsgi.py</w:t>
      </w:r>
    </w:p>
    <w:p>
      <w:pPr>
        <w:spacing w:after="40"/>
      </w:pPr>
    </w:p>
    <w:p>
      <w:pPr>
        <w:spacing w:after="80"/>
      </w:pPr>
      <w:r>
        <w:rPr>
          <w:b w:val="0"/>
          <w:i w:val="0"/>
        </w:rPr>
        <w:t xml:space="preserve">Lệnh </w:t>
      </w:r>
      <w:r>
        <w:rPr>
          <w:rFonts w:ascii="Consolas" w:hAnsi="Consolas"/>
          <w:b w:val="0"/>
          <w:i w:val="0"/>
          <w:sz w:val="20"/>
        </w:rPr>
        <w:t>startproject</w:t>
      </w:r>
      <w:r>
        <w:rPr>
          <w:b w:val="0"/>
          <w:i w:val="0"/>
        </w:rPr>
        <w:t xml:space="preserve"> ❶ bảo Django thiết lập một dự án mới có tên là </w:t>
      </w:r>
      <w:r>
        <w:rPr>
          <w:b w:val="0"/>
          <w:i/>
        </w:rPr>
        <w:t>ll_project</w:t>
      </w:r>
      <w:r>
        <w:rPr>
          <w:b w:val="0"/>
          <w:i w:val="0"/>
        </w:rPr>
        <w:t>. Dấu chấm (</w:t>
      </w:r>
      <w:r>
        <w:rPr>
          <w:rFonts w:ascii="Consolas" w:hAnsi="Consolas"/>
          <w:b w:val="0"/>
          <w:i w:val="0"/>
          <w:sz w:val="20"/>
        </w:rPr>
        <w:t>.</w:t>
      </w:r>
      <w:r>
        <w:rPr>
          <w:b w:val="0"/>
          <w:i w:val="0"/>
        </w:rPr>
        <w:t>) ở cuối lệnh tạo dự án mới với cấu trúc thư mục giúp việc triển khai ứng dụng lên máy chủ trở nên dễ dàng khi chúng ta hoàn thành việc phát triển nó.</w:t>
      </w:r>
    </w:p>
    <w:p>
      <w:pPr>
        <w:spacing w:before="120" w:after="40"/>
      </w:pPr>
      <w:r>
        <w:rPr>
          <w:b/>
          <w:sz w:val="21"/>
        </w:rPr>
        <w:t>Ghi chú</w:t>
      </w:r>
    </w:p>
    <w:p>
      <w:pPr>
        <w:spacing w:after="80"/>
      </w:pPr>
      <w:r>
        <w:rPr>
          <w:b w:val="0"/>
          <w:i w:val="0"/>
        </w:rPr>
        <w:t>Đừng quên dấu chấm này, nếu không bạn có thể gặp một số vấn đề về cấu hình khi triển khai ứng dụng. Nếu bạn quên dấu chấm, hãy xóa các tệp và thư mục đã được tạo (ngoại trừ ll_env) rồi chạy lại lệnh.</w:t>
      </w:r>
    </w:p>
    <w:p>
      <w:pPr>
        <w:spacing w:after="80"/>
      </w:pPr>
      <w:r>
        <w:rPr>
          <w:b w:val="0"/>
          <w:i w:val="0"/>
        </w:rPr>
        <w:t xml:space="preserve">Chạy lệnh </w:t>
      </w:r>
      <w:r>
        <w:rPr>
          <w:rFonts w:ascii="Consolas" w:hAnsi="Consolas"/>
          <w:b w:val="0"/>
          <w:i w:val="0"/>
          <w:sz w:val="20"/>
        </w:rPr>
        <w:t>ls</w:t>
      </w:r>
      <w:r>
        <w:rPr>
          <w:b w:val="0"/>
          <w:i w:val="0"/>
        </w:rPr>
        <w:t xml:space="preserve"> (</w:t>
      </w:r>
      <w:r>
        <w:rPr>
          <w:rFonts w:ascii="Consolas" w:hAnsi="Consolas"/>
          <w:b w:val="0"/>
          <w:i w:val="0"/>
          <w:sz w:val="20"/>
        </w:rPr>
        <w:t>dir</w:t>
      </w:r>
      <w:r>
        <w:rPr>
          <w:b w:val="0"/>
          <w:i w:val="0"/>
        </w:rPr>
        <w:t xml:space="preserve"> trên Windows) ❷ cho thấy Django đã tạo một thư mục mới tên là </w:t>
      </w:r>
      <w:r>
        <w:rPr>
          <w:b w:val="0"/>
          <w:i/>
        </w:rPr>
        <w:t>ll_project</w:t>
      </w:r>
      <w:r>
        <w:rPr>
          <w:b w:val="0"/>
          <w:i w:val="0"/>
        </w:rPr>
        <w:t xml:space="preserve">. Nó cũng tạo một tệp </w:t>
      </w:r>
      <w:r>
        <w:rPr>
          <w:b w:val="0"/>
          <w:i/>
        </w:rPr>
        <w:t>manage.py</w:t>
      </w:r>
      <w:r>
        <w:rPr>
          <w:b w:val="0"/>
          <w:i w:val="0"/>
        </w:rPr>
        <w:t>, đây là một chương trình ngắn nhận các lệnh và chuyển chúng đến phần liên quan của Django. Chúng ta sẽ dùng những lệnh này để quản lý các tác vụ, chẳng hạn như làm việc với cơ sở dữ liệu và chạy máy chủ.</w:t>
      </w:r>
    </w:p>
    <w:p>
      <w:pPr>
        <w:spacing w:after="80"/>
      </w:pPr>
      <w:r>
        <w:rPr>
          <w:b w:val="0"/>
          <w:i w:val="0"/>
        </w:rPr>
        <w:t xml:space="preserve">Thư mục </w:t>
      </w:r>
      <w:r>
        <w:rPr>
          <w:b w:val="0"/>
          <w:i/>
        </w:rPr>
        <w:t>ll_project</w:t>
      </w:r>
      <w:r>
        <w:rPr>
          <w:b w:val="0"/>
          <w:i w:val="0"/>
        </w:rPr>
        <w:t xml:space="preserve"> chứa bốn tệp ❸; quan trọng nhất là </w:t>
      </w:r>
      <w:r>
        <w:rPr>
          <w:b w:val="0"/>
          <w:i/>
        </w:rPr>
        <w:t>settings.py</w:t>
      </w:r>
      <w:r>
        <w:rPr>
          <w:b w:val="0"/>
          <w:i w:val="0"/>
        </w:rPr>
        <w:t xml:space="preserve">, </w:t>
      </w:r>
      <w:r>
        <w:rPr>
          <w:b w:val="0"/>
          <w:i/>
        </w:rPr>
        <w:t>urls.py</w:t>
      </w:r>
      <w:r>
        <w:rPr>
          <w:b w:val="0"/>
          <w:i w:val="0"/>
        </w:rPr>
        <w:t xml:space="preserve"> và </w:t>
      </w:r>
      <w:r>
        <w:rPr>
          <w:b w:val="0"/>
          <w:i/>
        </w:rPr>
        <w:t>wsgi.py</w:t>
      </w:r>
      <w:r>
        <w:rPr>
          <w:b w:val="0"/>
          <w:i w:val="0"/>
        </w:rPr>
        <w:t xml:space="preserve">. Tệp </w:t>
      </w:r>
      <w:r>
        <w:rPr>
          <w:b w:val="0"/>
          <w:i/>
        </w:rPr>
        <w:t>settings.py</w:t>
      </w:r>
      <w:r>
        <w:rPr>
          <w:b w:val="0"/>
          <w:i w:val="0"/>
        </w:rPr>
        <w:t xml:space="preserve"> kiểm soát cách Django tương tác với hệ thống của bạn và quản lý dự án của bạn. Chúng ta sẽ sửa đổi một vài cài đặt trong số này và thêm một số cài đặt của riêng mình khi dự án phát triển. Tệp </w:t>
      </w:r>
      <w:r>
        <w:rPr>
          <w:b w:val="0"/>
          <w:i/>
        </w:rPr>
        <w:t>urls.py</w:t>
      </w:r>
      <w:r>
        <w:rPr>
          <w:b w:val="0"/>
          <w:i w:val="0"/>
        </w:rPr>
        <w:t xml:space="preserve"> cho Django biết cần tạo những trang nào để phản hồi các yêu cầu từ trình duyệt. Tệp </w:t>
      </w:r>
      <w:r>
        <w:rPr>
          <w:b w:val="0"/>
          <w:i/>
        </w:rPr>
        <w:t>wsgi.py</w:t>
      </w:r>
      <w:r>
        <w:rPr>
          <w:b w:val="0"/>
          <w:i w:val="0"/>
        </w:rPr>
        <w:t xml:space="preserve"> giúp Django phục vụ các tệp mà nó tạo ra. Tên tệp này là từ viết tắt của "web server gateway interface" (giao diện cổng máy chủ web).</w:t>
      </w:r>
    </w:p>
    <w:p>
      <w:pPr>
        <w:pStyle w:val="Heading3"/>
      </w:pPr>
      <w:r>
        <w:rPr>
          <w:rFonts w:ascii="Calibri" w:hAnsi="Calibri"/>
          <w:b/>
          <w:i w:val="0"/>
          <w:sz w:val="27"/>
        </w:rPr>
        <w:t>Tạo cơ sở dữ liệu</w:t>
      </w:r>
    </w:p>
    <w:p>
      <w:pPr>
        <w:spacing w:after="80"/>
      </w:pPr>
      <w:r>
        <w:rPr>
          <w:b w:val="0"/>
          <w:i w:val="0"/>
        </w:rPr>
        <w:t>Django lưu trữ hầu hết thông tin của một dự án trong cơ sở dữ liệu, nên tiếp theo chúng ta cần tạo một cơ sở dữ liệu mà Django có thể làm việc cùng. Nhập lệnh sau (vẫn trong môi trường đang hoạt động):</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migrate</w:t>
      </w:r>
    </w:p>
    <w:p>
      <w:pPr>
        <w:spacing w:after="0"/>
        <w:ind w:left="360"/>
        <w:shd w:val="clear" w:color="auto" w:fill="F2F2F2"/>
      </w:pPr>
      <w:r>
        <w:rPr>
          <w:rFonts w:ascii="Consolas" w:hAnsi="Consolas"/>
          <w:b w:val="0"/>
          <w:i w:val="0"/>
          <w:sz w:val="18"/>
        </w:rPr>
        <w:t>❶ Operations to perform:</w:t>
      </w:r>
    </w:p>
    <w:p>
      <w:pPr>
        <w:spacing w:after="0"/>
        <w:ind w:left="360"/>
        <w:shd w:val="clear" w:color="auto" w:fill="F2F2F2"/>
      </w:pPr>
      <w:r>
        <w:rPr>
          <w:rFonts w:ascii="Consolas" w:hAnsi="Consolas"/>
          <w:b w:val="0"/>
          <w:i w:val="0"/>
          <w:sz w:val="18"/>
        </w:rPr>
        <w:t xml:space="preserve">  Apply all migrations: admin, auth, contenttypes, sessions</w:t>
      </w:r>
    </w:p>
    <w:p>
      <w:pPr>
        <w:spacing w:after="0"/>
        <w:ind w:left="360"/>
        <w:shd w:val="clear" w:color="auto" w:fill="F2F2F2"/>
      </w:pPr>
      <w:r>
        <w:rPr>
          <w:rFonts w:ascii="Consolas" w:hAnsi="Consolas"/>
          <w:b w:val="0"/>
          <w:i w:val="0"/>
          <w:sz w:val="18"/>
        </w:rPr>
        <w:t>Running migrations:</w:t>
      </w:r>
    </w:p>
    <w:p>
      <w:pPr>
        <w:spacing w:after="0"/>
        <w:ind w:left="360"/>
        <w:shd w:val="clear" w:color="auto" w:fill="F2F2F2"/>
      </w:pPr>
      <w:r>
        <w:rPr>
          <w:rFonts w:ascii="Consolas" w:hAnsi="Consolas"/>
          <w:b w:val="0"/>
          <w:i w:val="0"/>
          <w:sz w:val="18"/>
        </w:rPr>
        <w:t xml:space="preserve">  Applying contenttypes.0001_initial... OK</w:t>
      </w:r>
    </w:p>
    <w:p>
      <w:pPr>
        <w:spacing w:after="0"/>
        <w:ind w:left="360"/>
        <w:shd w:val="clear" w:color="auto" w:fill="F2F2F2"/>
      </w:pPr>
      <w:r>
        <w:rPr>
          <w:rFonts w:ascii="Consolas" w:hAnsi="Consolas"/>
          <w:b w:val="0"/>
          <w:i w:val="0"/>
          <w:sz w:val="18"/>
        </w:rPr>
        <w:t xml:space="preserve">  Applying auth.0001_initial... OK</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 xml:space="preserve">  Applying sessions.0001_initial... OK</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ls</w:t>
      </w:r>
    </w:p>
    <w:p>
      <w:pPr>
        <w:spacing w:after="0"/>
        <w:ind w:left="360"/>
        <w:shd w:val="clear" w:color="auto" w:fill="F2F2F2"/>
      </w:pPr>
      <w:r>
        <w:rPr>
          <w:rFonts w:ascii="Consolas" w:hAnsi="Consolas"/>
          <w:b w:val="0"/>
          <w:i w:val="0"/>
          <w:sz w:val="18"/>
        </w:rPr>
        <w:t>db.sqlite3 ll_env ll_project manage.py</w:t>
      </w:r>
    </w:p>
    <w:p>
      <w:pPr>
        <w:spacing w:after="40"/>
      </w:pPr>
    </w:p>
    <w:p>
      <w:pPr>
        <w:spacing w:after="80"/>
      </w:pPr>
      <w:r>
        <w:rPr>
          <w:b w:val="0"/>
          <w:i w:val="0"/>
        </w:rPr>
        <w:t xml:space="preserve">Mỗi khi chúng ta sửa đổi cơ sở dữ liệu, ta nói rằng chúng ta đang </w:t>
      </w:r>
      <w:r>
        <w:rPr>
          <w:b w:val="0"/>
          <w:i/>
        </w:rPr>
        <w:t>di trú</w:t>
      </w:r>
      <w:r>
        <w:rPr>
          <w:b w:val="0"/>
          <w:i w:val="0"/>
        </w:rPr>
        <w:t xml:space="preserve"> (migrating) cơ sở dữ liệu. Phát lệnh </w:t>
      </w:r>
      <w:r>
        <w:rPr>
          <w:rFonts w:ascii="Consolas" w:hAnsi="Consolas"/>
          <w:b w:val="0"/>
          <w:i w:val="0"/>
          <w:sz w:val="20"/>
        </w:rPr>
        <w:t>migrate</w:t>
      </w:r>
      <w:r>
        <w:rPr>
          <w:b w:val="0"/>
          <w:i w:val="0"/>
        </w:rPr>
        <w:t xml:space="preserve"> lần đầu tiên sẽ báo cho Django đảm bảo rằng cơ sở dữ liệu khớp với trạng thái hiện tại của dự án. Lần đầu tiên chúng ta chạy lệnh này trong một dự án mới sử dụng SQLite (sẽ nói thêm về SQLite ngay sau đây), Django sẽ tạo một cơ sở dữ liệu mới cho chúng ta. Ở đây, Django báo cáo rằng nó sẽ chuẩn bị cơ sở dữ liệu để lưu trữ thông tin cần thiết nhằm xử lý các tác vụ quản trị và xác thực ❶.</w:t>
      </w:r>
    </w:p>
    <w:p>
      <w:pPr>
        <w:spacing w:after="80"/>
      </w:pPr>
      <w:r>
        <w:rPr>
          <w:b w:val="0"/>
          <w:i w:val="0"/>
        </w:rPr>
        <w:t xml:space="preserve">Chạy lệnh </w:t>
      </w:r>
      <w:r>
        <w:rPr>
          <w:rFonts w:ascii="Consolas" w:hAnsi="Consolas"/>
          <w:b w:val="0"/>
          <w:i w:val="0"/>
          <w:sz w:val="20"/>
        </w:rPr>
        <w:t>ls</w:t>
      </w:r>
      <w:r>
        <w:rPr>
          <w:b w:val="0"/>
          <w:i w:val="0"/>
        </w:rPr>
        <w:t xml:space="preserve"> cho thấy Django đã tạo thêm một tệp tên là </w:t>
      </w:r>
      <w:r>
        <w:rPr>
          <w:b w:val="0"/>
          <w:i/>
        </w:rPr>
        <w:t>db.sqlite3</w:t>
      </w:r>
      <w:r>
        <w:rPr>
          <w:b w:val="0"/>
          <w:i w:val="0"/>
        </w:rPr>
        <w:t xml:space="preserve"> ❷. </w:t>
      </w:r>
      <w:r>
        <w:rPr>
          <w:b w:val="0"/>
          <w:i/>
        </w:rPr>
        <w:t>SQLite</w:t>
      </w:r>
      <w:r>
        <w:rPr>
          <w:b w:val="0"/>
          <w:i w:val="0"/>
        </w:rPr>
        <w:t xml:space="preserve"> là một cơ sở dữ liệu chạy trên một tệp duy nhất; nó lý tưởng để viết các ứng dụng đơn giản vì bạn không phải bận tâm nhiều đến việc quản lý cơ sở dữ liệu.</w:t>
      </w:r>
    </w:p>
    <w:p>
      <w:pPr>
        <w:spacing w:before="120" w:after="40"/>
      </w:pPr>
      <w:r>
        <w:rPr>
          <w:b/>
          <w:sz w:val="21"/>
        </w:rPr>
        <w:t>Ghi chú</w:t>
      </w:r>
    </w:p>
    <w:p>
      <w:pPr>
        <w:spacing w:after="80"/>
      </w:pPr>
      <w:r>
        <w:rPr>
          <w:b w:val="0"/>
          <w:i w:val="0"/>
        </w:rPr>
        <w:t xml:space="preserve">Trong một môi trường ảo đang hoạt động, hãy dùng lệnh </w:t>
      </w:r>
      <w:r>
        <w:rPr>
          <w:rFonts w:ascii="Consolas" w:hAnsi="Consolas"/>
          <w:b w:val="0"/>
          <w:i w:val="0"/>
          <w:sz w:val="20"/>
        </w:rPr>
        <w:t>python</w:t>
      </w:r>
      <w:r>
        <w:rPr>
          <w:b w:val="0"/>
          <w:i w:val="0"/>
        </w:rPr>
        <w:t xml:space="preserve"> để chạy các lệnh </w:t>
      </w:r>
      <w:r>
        <w:rPr>
          <w:rFonts w:ascii="Consolas" w:hAnsi="Consolas"/>
          <w:b w:val="0"/>
          <w:i w:val="0"/>
          <w:sz w:val="20"/>
        </w:rPr>
        <w:t>manage.py</w:t>
      </w:r>
      <w:r>
        <w:rPr>
          <w:b w:val="0"/>
          <w:i w:val="0"/>
        </w:rPr>
        <w:t xml:space="preserve">, kể cả khi bạn dùng một lệnh khác, chẳng hạn như </w:t>
      </w:r>
      <w:r>
        <w:rPr>
          <w:rFonts w:ascii="Consolas" w:hAnsi="Consolas"/>
          <w:b w:val="0"/>
          <w:i w:val="0"/>
          <w:sz w:val="20"/>
        </w:rPr>
        <w:t>python3</w:t>
      </w:r>
      <w:r>
        <w:rPr>
          <w:b w:val="0"/>
          <w:i w:val="0"/>
        </w:rPr>
        <w:t xml:space="preserve">, để chạy các chương trình khác. Trong môi trường ảo, lệnh </w:t>
      </w:r>
      <w:r>
        <w:rPr>
          <w:rFonts w:ascii="Consolas" w:hAnsi="Consolas"/>
          <w:b w:val="0"/>
          <w:i w:val="0"/>
          <w:sz w:val="20"/>
        </w:rPr>
        <w:t>python</w:t>
      </w:r>
      <w:r>
        <w:rPr>
          <w:b w:val="0"/>
          <w:i w:val="0"/>
        </w:rPr>
        <w:t xml:space="preserve"> trỏ đến phiên bản Python đã được dùng để tạo môi trường ảo đó.</w:t>
      </w:r>
    </w:p>
    <w:p>
      <w:pPr>
        <w:pStyle w:val="Heading3"/>
      </w:pPr>
      <w:r>
        <w:rPr>
          <w:rFonts w:ascii="Calibri" w:hAnsi="Calibri"/>
          <w:b/>
          <w:i w:val="0"/>
          <w:sz w:val="27"/>
        </w:rPr>
        <w:t>Xem dự án</w:t>
      </w:r>
    </w:p>
    <w:p>
      <w:pPr>
        <w:spacing w:after="80"/>
      </w:pPr>
      <w:r>
        <w:rPr>
          <w:b w:val="0"/>
          <w:i w:val="0"/>
        </w:rPr>
        <w:t xml:space="preserve">Hãy đảm bảo rằng Django đã thiết lập dự án đúng cách. Nhập lệnh </w:t>
      </w:r>
      <w:r>
        <w:rPr>
          <w:rFonts w:ascii="Consolas" w:hAnsi="Consolas"/>
          <w:b/>
          <w:i w:val="0"/>
          <w:sz w:val="20"/>
        </w:rPr>
        <w:t>runserver</w:t>
      </w:r>
      <w:r>
        <w:rPr>
          <w:b w:val="0"/>
          <w:i w:val="0"/>
        </w:rPr>
        <w:t xml:space="preserve"> để xem dự án ở trạng thái hiện tại:</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runserver</w:t>
      </w:r>
    </w:p>
    <w:p>
      <w:pPr>
        <w:spacing w:after="0"/>
        <w:ind w:left="360"/>
        <w:shd w:val="clear" w:color="auto" w:fill="F2F2F2"/>
      </w:pPr>
      <w:r>
        <w:rPr>
          <w:rFonts w:ascii="Consolas" w:hAnsi="Consolas"/>
          <w:b w:val="0"/>
          <w:i w:val="0"/>
          <w:sz w:val="18"/>
        </w:rPr>
        <w:t>Watching for file changes with StatReloader</w:t>
      </w:r>
    </w:p>
    <w:p>
      <w:pPr>
        <w:spacing w:after="0"/>
        <w:ind w:left="360"/>
        <w:shd w:val="clear" w:color="auto" w:fill="F2F2F2"/>
      </w:pPr>
      <w:r>
        <w:rPr>
          <w:rFonts w:ascii="Consolas" w:hAnsi="Consolas"/>
          <w:b w:val="0"/>
          <w:i w:val="0"/>
          <w:sz w:val="18"/>
        </w:rPr>
        <w:t>Performing system checks...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System check identified no issues (0 silenced).</w:t>
      </w:r>
    </w:p>
    <w:p>
      <w:pPr>
        <w:spacing w:after="0"/>
        <w:ind w:left="360"/>
        <w:shd w:val="clear" w:color="auto" w:fill="F2F2F2"/>
      </w:pPr>
      <w:r>
        <w:rPr>
          <w:rFonts w:ascii="Consolas" w:hAnsi="Consolas"/>
          <w:b w:val="0"/>
          <w:i w:val="0"/>
          <w:sz w:val="18"/>
        </w:rPr>
        <w:t>May 19, 2022 - 21:52:35</w:t>
      </w:r>
    </w:p>
    <w:p>
      <w:pPr>
        <w:spacing w:after="0"/>
        <w:ind w:left="360"/>
        <w:shd w:val="clear" w:color="auto" w:fill="F2F2F2"/>
      </w:pPr>
      <w:r>
        <w:rPr>
          <w:rFonts w:ascii="Consolas" w:hAnsi="Consolas"/>
          <w:b w:val="0"/>
          <w:i w:val="0"/>
          <w:sz w:val="18"/>
        </w:rPr>
        <w:t>❷ Django version 4.1, using settings 'll_project.settings'</w:t>
      </w:r>
    </w:p>
    <w:p>
      <w:pPr>
        <w:spacing w:after="0"/>
        <w:ind w:left="360"/>
        <w:shd w:val="clear" w:color="auto" w:fill="F2F2F2"/>
      </w:pPr>
      <w:r>
        <w:rPr>
          <w:rFonts w:ascii="Consolas" w:hAnsi="Consolas"/>
          <w:b w:val="0"/>
          <w:i w:val="0"/>
          <w:sz w:val="18"/>
        </w:rPr>
        <w:t>❸ Starting development server at http://127.0.0.1:8000/</w:t>
      </w:r>
    </w:p>
    <w:p>
      <w:pPr>
        <w:spacing w:after="0"/>
        <w:ind w:left="360"/>
        <w:shd w:val="clear" w:color="auto" w:fill="F2F2F2"/>
      </w:pPr>
      <w:r>
        <w:rPr>
          <w:rFonts w:ascii="Consolas" w:hAnsi="Consolas"/>
          <w:b w:val="0"/>
          <w:i w:val="0"/>
          <w:sz w:val="18"/>
        </w:rPr>
        <w:t>Quit the server with CONTROL-C.</w:t>
      </w:r>
    </w:p>
    <w:p>
      <w:pPr>
        <w:spacing w:after="40"/>
      </w:pPr>
    </w:p>
    <w:p>
      <w:pPr>
        <w:spacing w:after="80"/>
      </w:pPr>
      <w:r>
        <w:rPr>
          <w:b w:val="0"/>
          <w:i w:val="0"/>
        </w:rPr>
        <w:t xml:space="preserve">Django sẽ khởi động một máy chủ gọi là </w:t>
      </w:r>
      <w:r>
        <w:rPr>
          <w:b w:val="0"/>
          <w:i/>
        </w:rPr>
        <w:t>máy chủ phát triển</w:t>
      </w:r>
      <w:r>
        <w:rPr>
          <w:b w:val="0"/>
          <w:i w:val="0"/>
        </w:rPr>
        <w:t xml:space="preserve"> (development server), để bạn có thể xem dự án trên hệ thống của mình nhằm kiểm tra xem nó hoạt động tốt đến đâu. Khi bạn yêu cầu một trang bằng cách nhập một URL vào trình duyệt, máy chủ Django sẽ phản hồi yêu cầu đó bằng cách tạo trang thích hợp và gửi nó đến trình duyệt.</w:t>
      </w:r>
    </w:p>
    <w:p>
      <w:pPr>
        <w:spacing w:after="80"/>
      </w:pPr>
      <w:r>
        <w:rPr>
          <w:b w:val="0"/>
          <w:i w:val="0"/>
        </w:rPr>
        <w:t xml:space="preserve">Django trước tiên kiểm tra để đảm bảo dự án được thiết lập đúng cách ❶; sau đó nó báo cáo phiên bản Django đang dùng và tên của tệp cài đặt đang dùng ❷. Cuối cùng, nó báo cáo URL nơi dự án đang được phục vụ ❸. URL </w:t>
      </w:r>
      <w:r>
        <w:rPr>
          <w:b w:val="0"/>
          <w:i/>
        </w:rPr>
        <w:t>http://127.0.0.1:8000/</w:t>
      </w:r>
      <w:r>
        <w:rPr>
          <w:b w:val="0"/>
          <w:i w:val="0"/>
        </w:rPr>
        <w:t xml:space="preserve"> cho biết dự án đang lắng nghe các yêu cầu trên cổng 8000 trên máy tính của bạn, được gọi là localhost. Thuật ngữ </w:t>
      </w:r>
      <w:r>
        <w:rPr>
          <w:b w:val="0"/>
          <w:i/>
        </w:rPr>
        <w:t>localhost</w:t>
      </w:r>
      <w:r>
        <w:rPr>
          <w:b w:val="0"/>
          <w:i w:val="0"/>
        </w:rPr>
        <w:t xml:space="preserve"> chỉ một máy chủ chỉ xử lý các yêu cầu trên hệ thống của bạn; nó không cho phép bất kỳ ai khác xem những trang bạn đang phát triển.</w:t>
      </w:r>
    </w:p>
    <w:p>
      <w:pPr>
        <w:spacing w:after="80"/>
      </w:pPr>
      <w:r>
        <w:rPr>
          <w:b w:val="0"/>
          <w:i w:val="0"/>
        </w:rPr>
        <w:t xml:space="preserve">Mở trình duyệt web và nhập URL </w:t>
      </w:r>
      <w:r>
        <w:rPr>
          <w:b w:val="0"/>
          <w:i/>
        </w:rPr>
        <w:t>http://localhost:8000/</w:t>
      </w:r>
      <w:r>
        <w:rPr>
          <w:b w:val="0"/>
          <w:i w:val="0"/>
        </w:rPr>
        <w:t xml:space="preserve">, hoặc </w:t>
      </w:r>
      <w:r>
        <w:rPr>
          <w:b w:val="0"/>
          <w:i/>
        </w:rPr>
        <w:t>http://127.0.0.1:8000/</w:t>
      </w:r>
      <w:r>
        <w:rPr>
          <w:b w:val="0"/>
          <w:i w:val="0"/>
        </w:rPr>
        <w:t xml:space="preserve"> nếu cái đầu tiên không hoạt động. Bạn sẽ thấy đại loại như Hình 18-1: một trang mà Django tạo ra để thông báo rằng mọi thứ vẫn đang hoạt động bình thường. Hãy để máy chủ chạy tiếp lúc này, nhưng khi bạn muốn dừng máy chủ, hãy nhấn CTRL-C trong terminal nơi lệnh </w:t>
      </w:r>
      <w:r>
        <w:rPr>
          <w:rFonts w:ascii="Consolas" w:hAnsi="Consolas"/>
          <w:b w:val="0"/>
          <w:i w:val="0"/>
          <w:sz w:val="20"/>
        </w:rPr>
        <w:t>runserver</w:t>
      </w:r>
      <w:r>
        <w:rPr>
          <w:b w:val="0"/>
          <w:i w:val="0"/>
        </w:rPr>
        <w:t xml:space="preserve"> được thực thi.</w:t>
      </w:r>
    </w:p>
    <w:p>
      <w:pPr>
        <w:jc w:val="center"/>
      </w:pPr>
      <w:r>
        <w:drawing>
          <wp:inline xmlns:a="http://schemas.openxmlformats.org/drawingml/2006/main" xmlns:pic="http://schemas.openxmlformats.org/drawingml/2006/picture">
            <wp:extent cx="5486400" cy="3146379"/>
            <wp:docPr id="67" name="Picture 67"/>
            <wp:cNvGraphicFramePr>
              <a:graphicFrameLocks noChangeAspect="1"/>
            </wp:cNvGraphicFramePr>
            <a:graphic>
              <a:graphicData uri="http://schemas.openxmlformats.org/drawingml/2006/picture">
                <pic:pic>
                  <pic:nvPicPr>
                    <pic:cNvPr id="0" name="image_rsrcBJW.jpg"/>
                    <pic:cNvPicPr/>
                  </pic:nvPicPr>
                  <pic:blipFill>
                    <a:blip r:embed="rId57"/>
                    <a:stretch>
                      <a:fillRect/>
                    </a:stretch>
                  </pic:blipFill>
                  <pic:spPr>
                    <a:xfrm>
                      <a:off x="0" y="0"/>
                      <a:ext cx="5486400" cy="3146379"/>
                    </a:xfrm>
                    <a:prstGeom prst="rect"/>
                  </pic:spPr>
                </pic:pic>
              </a:graphicData>
            </a:graphic>
          </wp:inline>
        </w:drawing>
      </w:r>
    </w:p>
    <w:p>
      <w:pPr>
        <w:spacing w:after="80"/>
      </w:pPr>
      <w:r>
        <w:rPr>
          <w:b w:val="0"/>
          <w:i w:val="0"/>
        </w:rPr>
        <w:t>Hình 18-1: Mọi thứ vẫn đang hoạt động tốt.</w:t>
      </w:r>
    </w:p>
    <w:p>
      <w:pPr>
        <w:spacing w:before="120" w:after="40"/>
      </w:pPr>
      <w:r>
        <w:rPr>
          <w:b/>
          <w:sz w:val="21"/>
        </w:rPr>
        <w:t>Ghi chú</w:t>
      </w:r>
    </w:p>
    <w:p>
      <w:pPr>
        <w:spacing w:after="80"/>
      </w:pPr>
      <w:r>
        <w:rPr>
          <w:b w:val="0"/>
          <w:i w:val="0"/>
        </w:rPr>
        <w:t xml:space="preserve">Nếu bạn nhận được thông báo lỗi "That port is already in use" (Cổng đó đang được sử dụng), hãy bảo Django dùng một cổng khác bằng cách nhập </w:t>
      </w:r>
      <w:r>
        <w:rPr>
          <w:rFonts w:ascii="Consolas" w:hAnsi="Consolas"/>
          <w:b/>
          <w:i w:val="0"/>
          <w:sz w:val="20"/>
        </w:rPr>
        <w:t>python manage.py runserver 8001</w:t>
      </w:r>
      <w:r>
        <w:rPr>
          <w:b w:val="0"/>
          <w:i w:val="0"/>
        </w:rPr>
        <w:t xml:space="preserve"> rồi tăng dần số cho đến khi tìm được một cổng còn trống.</w:t>
      </w:r>
    </w:p>
    <w:p>
      <w:pPr>
        <w:spacing w:before="120" w:after="40"/>
      </w:pPr>
      <w:r>
        <w:rPr>
          <w:b/>
          <w:sz w:val="21"/>
        </w:rPr>
        <w:t>Tự thực hành</w:t>
      </w:r>
    </w:p>
    <w:p>
      <w:pPr>
        <w:spacing w:after="80"/>
      </w:pPr>
      <w:r>
        <w:rPr>
          <w:b/>
          <w:i w:val="0"/>
        </w:rPr>
        <w:t>18-1. Dự án mới:</w:t>
      </w:r>
      <w:r>
        <w:rPr>
          <w:b w:val="0"/>
          <w:i w:val="0"/>
        </w:rPr>
        <w:t xml:space="preserve"> Để hiểu rõ hơn Django làm những gì, hãy tạo vài dự án trống và xem Django tạo ra những gì. Tạo một thư mục mới với tên đơn giản, như </w:t>
      </w:r>
      <w:r>
        <w:rPr>
          <w:b w:val="0"/>
          <w:i/>
        </w:rPr>
        <w:t>tik_gram</w:t>
      </w:r>
      <w:r>
        <w:rPr>
          <w:b w:val="0"/>
          <w:i w:val="0"/>
        </w:rPr>
        <w:t xml:space="preserve"> hoặc </w:t>
      </w:r>
      <w:r>
        <w:rPr>
          <w:b w:val="0"/>
          <w:i/>
        </w:rPr>
        <w:t>insta_tok</w:t>
      </w:r>
      <w:r>
        <w:rPr>
          <w:b w:val="0"/>
          <w:i w:val="0"/>
        </w:rPr>
        <w:t xml:space="preserve"> (bên ngoài thư mục </w:t>
      </w:r>
      <w:r>
        <w:rPr>
          <w:b w:val="0"/>
          <w:i/>
        </w:rPr>
        <w:t>learning_log</w:t>
      </w:r>
      <w:r>
        <w:rPr>
          <w:b w:val="0"/>
          <w:i w:val="0"/>
        </w:rPr>
        <w:t xml:space="preserve"> của bạn), di chuyển đến thư mục đó trong terminal, và tạo một môi trường ảo. Cài đặt Django và chạy lệnh </w:t>
      </w:r>
      <w:r>
        <w:rPr>
          <w:rFonts w:ascii="Consolas" w:hAnsi="Consolas"/>
          <w:b/>
          <w:i w:val="0"/>
          <w:sz w:val="20"/>
        </w:rPr>
        <w:t>django-admin startproject tg_project .</w:t>
      </w:r>
      <w:r>
        <w:rPr>
          <w:b w:val="0"/>
          <w:i w:val="0"/>
        </w:rPr>
        <w:t xml:space="preserve"> (nhớ bao gồm dấu chấm ở cuối lệnh).</w:t>
      </w:r>
    </w:p>
    <w:p>
      <w:pPr>
        <w:spacing w:after="80"/>
      </w:pPr>
      <w:r>
        <w:rPr>
          <w:b w:val="0"/>
          <w:i w:val="0"/>
        </w:rPr>
        <w:t>Hãy xem các tệp và thư mục mà lệnh này tạo ra, và so sánh chúng với Learning Log. Làm việc này vài lần, cho đến khi bạn quen với những gì Django tạo ra khi khởi động một dự án mới. Sau đó xóa các thư mục dự án nếu bạn muốn.</w:t>
      </w:r>
    </w:p>
    <w:p>
      <w:pPr>
        <w:pStyle w:val="Heading2"/>
      </w:pPr>
      <w:r>
        <w:rPr>
          <w:rFonts w:ascii="Calibri" w:hAnsi="Calibri"/>
          <w:b/>
          <w:i w:val="0"/>
          <w:sz w:val="32"/>
        </w:rPr>
        <w:t>Khởi tạo một ứng dụng</w:t>
      </w:r>
    </w:p>
    <w:p>
      <w:pPr>
        <w:spacing w:after="80"/>
      </w:pPr>
      <w:r>
        <w:rPr>
          <w:b w:val="0"/>
          <w:i w:val="0"/>
        </w:rPr>
        <w:t xml:space="preserve">Một </w:t>
      </w:r>
      <w:r>
        <w:rPr>
          <w:b w:val="0"/>
          <w:i/>
        </w:rPr>
        <w:t>dự án</w:t>
      </w:r>
      <w:r>
        <w:rPr>
          <w:b w:val="0"/>
          <w:i w:val="0"/>
        </w:rPr>
        <w:t xml:space="preserve"> Django được tổ chức thành một nhóm các </w:t>
      </w:r>
      <w:r>
        <w:rPr>
          <w:b w:val="0"/>
          <w:i/>
        </w:rPr>
        <w:t>ứng dụng</w:t>
      </w:r>
      <w:r>
        <w:rPr>
          <w:b w:val="0"/>
          <w:i w:val="0"/>
        </w:rPr>
        <w:t xml:space="preserve"> riêng lẻ phối hợp với nhau để làm cho dự án hoạt động như một tổng thể. Hiện tại, chúng ta sẽ tạo một ứng dụng để đảm nhận phần lớn công việc của dự án. Chúng ta sẽ thêm một ứng dụng khác trong Chương 19 để quản lý tài khoản người dùng.</w:t>
      </w:r>
    </w:p>
    <w:p>
      <w:pPr>
        <w:spacing w:after="80"/>
      </w:pPr>
      <w:r>
        <w:rPr>
          <w:b w:val="0"/>
          <w:i w:val="0"/>
        </w:rPr>
        <w:t xml:space="preserve">Bạn nên để máy chủ phát triển chạy trong cửa sổ terminal mà bạn đã mở trước đó. Mở một cửa sổ terminal mới (hoặc tab mới) và di chuyển đến thư mục chứa </w:t>
      </w:r>
      <w:r>
        <w:rPr>
          <w:b w:val="0"/>
          <w:i/>
        </w:rPr>
        <w:t>manage.py</w:t>
      </w:r>
      <w:r>
        <w:rPr>
          <w:b w:val="0"/>
          <w:i w:val="0"/>
        </w:rPr>
        <w:t xml:space="preserve">. Kích hoạt môi trường ảo, rồi chạy lệnh </w:t>
      </w:r>
      <w:r>
        <w:rPr>
          <w:rFonts w:ascii="Consolas" w:hAnsi="Consolas"/>
          <w:b/>
          <w:i w:val="0"/>
          <w:sz w:val="20"/>
        </w:rPr>
        <w:t>startapp</w:t>
      </w:r>
      <w:r>
        <w:rPr>
          <w:b w:val="0"/>
          <w:i w:val="0"/>
        </w:rPr>
        <w:t>:</w:t>
      </w:r>
    </w:p>
    <w:p>
      <w:pPr>
        <w:spacing w:after="0"/>
        <w:ind w:left="360"/>
        <w:shd w:val="clear" w:color="auto" w:fill="F2F2F2"/>
      </w:pPr>
      <w:r>
        <w:rPr>
          <w:rFonts w:ascii="Consolas" w:hAnsi="Consolas"/>
          <w:b w:val="0"/>
          <w:i w:val="0"/>
          <w:sz w:val="18"/>
        </w:rPr>
        <w:t xml:space="preserve">learning_log$ </w:t>
      </w:r>
      <w:r>
        <w:rPr>
          <w:rFonts w:ascii="Consolas" w:hAnsi="Consolas"/>
          <w:b/>
          <w:i w:val="0"/>
          <w:sz w:val="18"/>
        </w:rPr>
        <w:t>source ll_env/bin/activate</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startapp learning_logs</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ls</w:t>
      </w:r>
    </w:p>
    <w:p>
      <w:pPr>
        <w:spacing w:after="0"/>
        <w:ind w:left="360"/>
        <w:shd w:val="clear" w:color="auto" w:fill="F2F2F2"/>
      </w:pPr>
      <w:r>
        <w:rPr>
          <w:rFonts w:ascii="Consolas" w:hAnsi="Consolas"/>
          <w:b w:val="0"/>
          <w:i w:val="0"/>
          <w:sz w:val="18"/>
        </w:rPr>
        <w:t>db.sqlite3 learning_logs ll_env ll_project manage.py</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ls learning_logs/</w:t>
      </w:r>
    </w:p>
    <w:p>
      <w:pPr>
        <w:spacing w:after="0"/>
        <w:ind w:left="360"/>
        <w:shd w:val="clear" w:color="auto" w:fill="F2F2F2"/>
      </w:pPr>
      <w:r>
        <w:rPr>
          <w:rFonts w:ascii="Consolas" w:hAnsi="Consolas"/>
          <w:b w:val="0"/>
          <w:i w:val="0"/>
          <w:sz w:val="18"/>
        </w:rPr>
        <w:t>__init__.py admin.py apps.py migrations models.py tests.py views.py</w:t>
      </w:r>
    </w:p>
    <w:p>
      <w:pPr>
        <w:spacing w:after="40"/>
      </w:pPr>
    </w:p>
    <w:p>
      <w:pPr>
        <w:spacing w:after="80"/>
      </w:pPr>
      <w:r>
        <w:rPr>
          <w:b w:val="0"/>
          <w:i w:val="0"/>
        </w:rPr>
        <w:t xml:space="preserve">Lệnh </w:t>
      </w:r>
      <w:r>
        <w:rPr>
          <w:rFonts w:ascii="Consolas" w:hAnsi="Consolas"/>
          <w:b w:val="0"/>
          <w:i w:val="0"/>
          <w:sz w:val="20"/>
        </w:rPr>
        <w:t xml:space="preserve">startapp </w:t>
      </w:r>
      <w:r>
        <w:rPr>
          <w:rFonts w:ascii="Consolas" w:hAnsi="Consolas"/>
          <w:b w:val="0"/>
          <w:i/>
          <w:sz w:val="20"/>
        </w:rPr>
        <w:t>appname</w:t>
      </w:r>
      <w:r>
        <w:rPr>
          <w:b w:val="0"/>
          <w:i w:val="0"/>
        </w:rPr>
        <w:t xml:space="preserve"> bảo Django tạo ra cơ sở hạ tầng cần thiết để xây dựng một ứng dụng. Khi bạn xem thư mục dự án bây giờ, bạn sẽ thấy một thư mục mới tên là </w:t>
      </w:r>
      <w:r>
        <w:rPr>
          <w:b w:val="0"/>
          <w:i/>
        </w:rPr>
        <w:t>learning_logs</w:t>
      </w:r>
      <w:r>
        <w:rPr>
          <w:b w:val="0"/>
          <w:i w:val="0"/>
        </w:rPr>
        <w:t xml:space="preserve"> ❶. Dùng lệnh </w:t>
      </w:r>
      <w:r>
        <w:rPr>
          <w:rFonts w:ascii="Consolas" w:hAnsi="Consolas"/>
          <w:b/>
          <w:i w:val="0"/>
          <w:sz w:val="20"/>
        </w:rPr>
        <w:t>ls</w:t>
      </w:r>
      <w:r>
        <w:rPr>
          <w:b w:val="0"/>
          <w:i w:val="0"/>
        </w:rPr>
        <w:t xml:space="preserve"> để xem Django đã tạo ra những gì ❷. Những tệp quan trọng nhất là </w:t>
      </w:r>
      <w:r>
        <w:rPr>
          <w:b w:val="0"/>
          <w:i/>
        </w:rPr>
        <w:t>models.py</w:t>
      </w:r>
      <w:r>
        <w:rPr>
          <w:b w:val="0"/>
          <w:i w:val="0"/>
        </w:rPr>
        <w:t xml:space="preserve">, </w:t>
      </w:r>
      <w:r>
        <w:rPr>
          <w:b w:val="0"/>
          <w:i/>
        </w:rPr>
        <w:t>admin.py</w:t>
      </w:r>
      <w:r>
        <w:rPr>
          <w:b w:val="0"/>
          <w:i w:val="0"/>
        </w:rPr>
        <w:t xml:space="preserve">, và </w:t>
      </w:r>
      <w:r>
        <w:rPr>
          <w:b w:val="0"/>
          <w:i/>
        </w:rPr>
        <w:t>views.py</w:t>
      </w:r>
      <w:r>
        <w:rPr>
          <w:b w:val="0"/>
          <w:i w:val="0"/>
        </w:rPr>
        <w:t xml:space="preserve">. Chúng ta sẽ dùng </w:t>
      </w:r>
      <w:r>
        <w:rPr>
          <w:b w:val="0"/>
          <w:i/>
        </w:rPr>
        <w:t xml:space="preserve">models.py </w:t>
      </w:r>
      <w:r>
        <w:rPr>
          <w:b w:val="0"/>
          <w:i w:val="0"/>
        </w:rPr>
        <w:t xml:space="preserve">để định nghĩa dữ liệu mà chúng ta muốn quản lý trong ứng dụng. Chúng ta sẽ xem </w:t>
      </w:r>
      <w:r>
        <w:rPr>
          <w:b w:val="0"/>
          <w:i/>
        </w:rPr>
        <w:t>admin.py</w:t>
      </w:r>
      <w:r>
        <w:rPr>
          <w:b w:val="0"/>
          <w:i w:val="0"/>
        </w:rPr>
        <w:t xml:space="preserve"> và </w:t>
      </w:r>
      <w:r>
        <w:rPr>
          <w:b w:val="0"/>
          <w:i/>
        </w:rPr>
        <w:t>views.py</w:t>
      </w:r>
      <w:r>
        <w:rPr>
          <w:b w:val="0"/>
          <w:i w:val="0"/>
        </w:rPr>
        <w:t xml:space="preserve"> sau một chút.</w:t>
      </w:r>
    </w:p>
    <w:p>
      <w:pPr>
        <w:pStyle w:val="Heading3"/>
      </w:pPr>
      <w:r>
        <w:rPr>
          <w:rFonts w:ascii="Calibri" w:hAnsi="Calibri"/>
          <w:b/>
          <w:i w:val="0"/>
          <w:sz w:val="27"/>
        </w:rPr>
        <w:t>Định nghĩa các mô hình</w:t>
      </w:r>
    </w:p>
    <w:p>
      <w:pPr>
        <w:spacing w:after="80"/>
      </w:pPr>
      <w:r>
        <w:rPr>
          <w:b w:val="0"/>
          <w:i w:val="0"/>
        </w:rPr>
        <w:t>Hãy suy nghĩ về dữ liệu của chúng ta một chút. Mỗi người dùng sẽ cần tạo một số chủ đề trong nhật ký học tập của họ. Mỗi mục nhập họ tạo sẽ gắn với một chủ đề, và những mục nhập này sẽ được hiển thị dưới dạng văn bản. Chúng ta cũng sẽ cần lưu dấu thời gian của mỗi mục nhập để có thể cho người dùng biết họ đã tạo mỗi mục khi nào.</w:t>
      </w:r>
    </w:p>
    <w:p>
      <w:pPr>
        <w:spacing w:after="80"/>
      </w:pPr>
      <w:r>
        <w:rPr>
          <w:b w:val="0"/>
          <w:i w:val="0"/>
        </w:rPr>
        <w:t xml:space="preserve">Mở tệp </w:t>
      </w:r>
      <w:r>
        <w:rPr>
          <w:b w:val="0"/>
          <w:i/>
        </w:rPr>
        <w:t>models.py</w:t>
      </w:r>
      <w:r>
        <w:rPr>
          <w:b w:val="0"/>
          <w:i w:val="0"/>
        </w:rPr>
        <w:t xml:space="preserve"> và xem nội dung hiện có của nó:</w:t>
      </w:r>
    </w:p>
    <w:p>
      <w:pPr>
        <w:spacing w:after="80"/>
      </w:pPr>
      <w:r>
        <w:rPr>
          <w:b w:val="0"/>
          <w:i w:val="0"/>
        </w:rPr>
        <w:t>models.py</w:t>
      </w:r>
    </w:p>
    <w:p>
      <w:pPr>
        <w:spacing w:after="80"/>
      </w:pPr>
      <w:r>
        <w:rPr>
          <w:b w:val="0"/>
          <w:i w:val="0"/>
        </w:rPr>
        <w:t>from django.db import models</w:t>
      </w:r>
      <w:r>
        <w:br/>
      </w:r>
      <w:r>
        <w:br/>
      </w:r>
      <w:r>
        <w:rPr>
          <w:b w:val="0"/>
          <w:i w:val="0"/>
        </w:rPr>
        <w:t># Create your models here.</w:t>
      </w:r>
    </w:p>
    <w:p>
      <w:pPr>
        <w:spacing w:after="80"/>
      </w:pPr>
      <w:r>
        <w:rPr>
          <w:b w:val="0"/>
          <w:i w:val="0"/>
        </w:rPr>
        <w:t xml:space="preserve">Một module tên là </w:t>
      </w:r>
      <w:r>
        <w:rPr>
          <w:rFonts w:ascii="Consolas" w:hAnsi="Consolas"/>
          <w:b w:val="0"/>
          <w:i w:val="0"/>
          <w:sz w:val="20"/>
        </w:rPr>
        <w:t>models</w:t>
      </w:r>
      <w:r>
        <w:rPr>
          <w:b w:val="0"/>
          <w:i w:val="0"/>
        </w:rPr>
        <w:t xml:space="preserve"> đang được nhập vào, và chúng ta được mời tạo ra các model của riêng mình. Một </w:t>
      </w:r>
      <w:r>
        <w:rPr>
          <w:b w:val="0"/>
          <w:i/>
        </w:rPr>
        <w:t>model</w:t>
      </w:r>
      <w:r>
        <w:rPr>
          <w:b w:val="0"/>
          <w:i w:val="0"/>
        </w:rPr>
        <w:t xml:space="preserve"> cho Django biết cách làm việc với dữ liệu sẽ được lưu trong ứng dụng. Một model là một class; nó có các thuộc tính và phương thức, giống như mọi class chúng ta đã bàn. Đây là model cho các chủ đề mà người dùng sẽ lưu trữ:</w:t>
      </w:r>
    </w:p>
    <w:p>
      <w:pPr>
        <w:spacing w:after="0"/>
        <w:ind w:left="360"/>
        <w:shd w:val="clear" w:color="auto" w:fill="F2F2F2"/>
      </w:pPr>
      <w:r>
        <w:rPr>
          <w:rFonts w:ascii="Consolas" w:hAnsi="Consolas"/>
          <w:b w:val="0"/>
          <w:i w:val="0"/>
          <w:sz w:val="18"/>
        </w:rPr>
        <w:t>from django.db import models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Topic(models.Model):</w:t>
      </w:r>
    </w:p>
    <w:p>
      <w:pPr>
        <w:spacing w:after="0"/>
        <w:ind w:left="360"/>
        <w:shd w:val="clear" w:color="auto" w:fill="F2F2F2"/>
      </w:pPr>
      <w:r>
        <w:rPr>
          <w:rFonts w:ascii="Consolas" w:hAnsi="Consolas"/>
          <w:b w:val="0"/>
          <w:i w:val="0"/>
          <w:sz w:val="18"/>
        </w:rPr>
        <w:t xml:space="preserve">    """A topic the user is learning about."""</w:t>
      </w:r>
    </w:p>
    <w:p>
      <w:pPr>
        <w:spacing w:after="0"/>
        <w:ind w:left="360"/>
        <w:shd w:val="clear" w:color="auto" w:fill="F2F2F2"/>
      </w:pPr>
      <w:r>
        <w:rPr>
          <w:rFonts w:ascii="Consolas" w:hAnsi="Consolas"/>
          <w:b w:val="0"/>
          <w:i w:val="0"/>
          <w:sz w:val="18"/>
        </w:rPr>
        <w:t>❶     text = models.CharField(max_length=200)</w:t>
      </w:r>
    </w:p>
    <w:p>
      <w:pPr>
        <w:spacing w:after="0"/>
        <w:ind w:left="360"/>
        <w:shd w:val="clear" w:color="auto" w:fill="F2F2F2"/>
      </w:pPr>
      <w:r>
        <w:rPr>
          <w:rFonts w:ascii="Consolas" w:hAnsi="Consolas"/>
          <w:b w:val="0"/>
          <w:i w:val="0"/>
          <w:sz w:val="18"/>
        </w:rPr>
        <w:t>❷     date_added = models.DateTimeField(auto_now_add=True)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def __str__(self):</w:t>
      </w:r>
    </w:p>
    <w:p>
      <w:pPr>
        <w:spacing w:after="0"/>
        <w:ind w:left="360"/>
        <w:shd w:val="clear" w:color="auto" w:fill="F2F2F2"/>
      </w:pPr>
      <w:r>
        <w:rPr>
          <w:rFonts w:ascii="Consolas" w:hAnsi="Consolas"/>
          <w:b w:val="0"/>
          <w:i w:val="0"/>
          <w:sz w:val="18"/>
        </w:rPr>
        <w:t xml:space="preserve">        """Return a string representation of the model."""</w:t>
      </w:r>
    </w:p>
    <w:p>
      <w:pPr>
        <w:spacing w:after="0"/>
        <w:ind w:left="360"/>
        <w:shd w:val="clear" w:color="auto" w:fill="F2F2F2"/>
      </w:pPr>
      <w:r>
        <w:rPr>
          <w:rFonts w:ascii="Consolas" w:hAnsi="Consolas"/>
          <w:b w:val="0"/>
          <w:i w:val="0"/>
          <w:sz w:val="18"/>
        </w:rPr>
        <w:t xml:space="preserve">        return self.text</w:t>
      </w:r>
    </w:p>
    <w:p>
      <w:pPr>
        <w:spacing w:after="40"/>
      </w:pPr>
    </w:p>
    <w:p>
      <w:pPr>
        <w:spacing w:after="80"/>
      </w:pPr>
      <w:r>
        <w:rPr>
          <w:b w:val="0"/>
          <w:i w:val="0"/>
        </w:rPr>
        <w:t xml:space="preserve">Chúng ta đã tạo một class tên là </w:t>
      </w:r>
      <w:r>
        <w:rPr>
          <w:rFonts w:ascii="Consolas" w:hAnsi="Consolas"/>
          <w:b w:val="0"/>
          <w:i w:val="0"/>
          <w:sz w:val="20"/>
        </w:rPr>
        <w:t>Topic</w:t>
      </w:r>
      <w:r>
        <w:rPr>
          <w:b w:val="0"/>
          <w:i w:val="0"/>
        </w:rPr>
        <w:t xml:space="preserve">, kế thừa từ </w:t>
      </w:r>
      <w:r>
        <w:rPr>
          <w:rFonts w:ascii="Consolas" w:hAnsi="Consolas"/>
          <w:b w:val="0"/>
          <w:i w:val="0"/>
          <w:sz w:val="20"/>
        </w:rPr>
        <w:t>Model</w:t>
      </w:r>
      <w:r>
        <w:rPr>
          <w:b w:val="0"/>
          <w:i w:val="0"/>
        </w:rPr>
        <w:t xml:space="preserve">—một class cha có sẵn trong Django định nghĩa chức năng cơ bản của một model. Chúng ta thêm hai thuộc tính vào class </w:t>
      </w:r>
      <w:r>
        <w:rPr>
          <w:rFonts w:ascii="Consolas" w:hAnsi="Consolas"/>
          <w:b w:val="0"/>
          <w:i w:val="0"/>
          <w:sz w:val="20"/>
        </w:rPr>
        <w:t>Topic</w:t>
      </w:r>
      <w:r>
        <w:rPr>
          <w:b w:val="0"/>
          <w:i w:val="0"/>
        </w:rPr>
        <w:t xml:space="preserve">: </w:t>
      </w:r>
      <w:r>
        <w:rPr>
          <w:rFonts w:ascii="Consolas" w:hAnsi="Consolas"/>
          <w:b w:val="0"/>
          <w:i w:val="0"/>
          <w:sz w:val="20"/>
        </w:rPr>
        <w:t>text</w:t>
      </w:r>
      <w:r>
        <w:rPr>
          <w:b w:val="0"/>
          <w:i w:val="0"/>
        </w:rPr>
        <w:t xml:space="preserve"> và </w:t>
      </w:r>
      <w:r>
        <w:rPr>
          <w:rFonts w:ascii="Consolas" w:hAnsi="Consolas"/>
          <w:b w:val="0"/>
          <w:i w:val="0"/>
          <w:sz w:val="20"/>
        </w:rPr>
        <w:t>date_added</w:t>
      </w:r>
      <w:r>
        <w:rPr>
          <w:b w:val="0"/>
          <w:i w:val="0"/>
        </w:rPr>
        <w:t>.</w:t>
      </w:r>
    </w:p>
    <w:p>
      <w:pPr>
        <w:spacing w:after="80"/>
      </w:pPr>
      <w:r>
        <w:rPr>
          <w:b w:val="0"/>
          <w:i w:val="0"/>
        </w:rPr>
        <w:t xml:space="preserve">Thuộc tính </w:t>
      </w:r>
      <w:r>
        <w:rPr>
          <w:rFonts w:ascii="Consolas" w:hAnsi="Consolas"/>
          <w:b w:val="0"/>
          <w:i w:val="0"/>
          <w:sz w:val="20"/>
        </w:rPr>
        <w:t>text</w:t>
      </w:r>
      <w:r>
        <w:rPr>
          <w:b w:val="0"/>
          <w:i w:val="0"/>
        </w:rPr>
        <w:t xml:space="preserve"> là một </w:t>
      </w:r>
      <w:r>
        <w:rPr>
          <w:rFonts w:ascii="Consolas" w:hAnsi="Consolas"/>
          <w:b w:val="0"/>
          <w:i w:val="0"/>
          <w:sz w:val="20"/>
        </w:rPr>
        <w:t>CharField</w:t>
      </w:r>
      <w:r>
        <w:rPr>
          <w:b w:val="0"/>
          <w:i w:val="0"/>
        </w:rPr>
        <w:t xml:space="preserve">, một mẩu dữ liệu được tạo thành từ các ký tự hoặc văn bản ❶. Bạn dùng </w:t>
      </w:r>
      <w:r>
        <w:rPr>
          <w:rFonts w:ascii="Consolas" w:hAnsi="Consolas"/>
          <w:b w:val="0"/>
          <w:i w:val="0"/>
          <w:sz w:val="20"/>
        </w:rPr>
        <w:t>CharField</w:t>
      </w:r>
      <w:r>
        <w:rPr>
          <w:b w:val="0"/>
          <w:i w:val="0"/>
        </w:rPr>
        <w:t xml:space="preserve"> khi muốn lưu một lượng nhỏ văn bản, chẳng hạn như tên, tiêu đề, hoặc thành phố. Khi định nghĩa một thuộc tính </w:t>
      </w:r>
      <w:r>
        <w:rPr>
          <w:rFonts w:ascii="Consolas" w:hAnsi="Consolas"/>
          <w:b w:val="0"/>
          <w:i w:val="0"/>
          <w:sz w:val="20"/>
        </w:rPr>
        <w:t>CharField</w:t>
      </w:r>
      <w:r>
        <w:rPr>
          <w:b w:val="0"/>
          <w:i w:val="0"/>
        </w:rPr>
        <w:t xml:space="preserve">, chúng ta phải cho Django biết nó nên dành bao nhiêu không gian trong cơ sở dữ liệu. Ở đây chúng ta đặt </w:t>
      </w:r>
      <w:r>
        <w:rPr>
          <w:rFonts w:ascii="Consolas" w:hAnsi="Consolas"/>
          <w:b w:val="0"/>
          <w:i w:val="0"/>
          <w:sz w:val="20"/>
        </w:rPr>
        <w:t>max_length</w:t>
      </w:r>
      <w:r>
        <w:rPr>
          <w:b w:val="0"/>
          <w:i w:val="0"/>
        </w:rPr>
        <w:t xml:space="preserve"> là </w:t>
      </w:r>
      <w:r>
        <w:rPr>
          <w:rFonts w:ascii="Consolas" w:hAnsi="Consolas"/>
          <w:b w:val="0"/>
          <w:i w:val="0"/>
          <w:sz w:val="20"/>
        </w:rPr>
        <w:t>200</w:t>
      </w:r>
      <w:r>
        <w:rPr>
          <w:b w:val="0"/>
          <w:i w:val="0"/>
        </w:rPr>
        <w:t xml:space="preserve"> ký tự, đủ để chứa hầu hết tên chủ đề.</w:t>
      </w:r>
    </w:p>
    <w:p>
      <w:pPr>
        <w:spacing w:after="80"/>
      </w:pPr>
      <w:r>
        <w:rPr>
          <w:b w:val="0"/>
          <w:i w:val="0"/>
        </w:rPr>
        <w:t xml:space="preserve">Thuộc tính </w:t>
      </w:r>
      <w:r>
        <w:rPr>
          <w:rFonts w:ascii="Consolas" w:hAnsi="Consolas"/>
          <w:b w:val="0"/>
          <w:i w:val="0"/>
          <w:sz w:val="20"/>
        </w:rPr>
        <w:t>date_added</w:t>
      </w:r>
      <w:r>
        <w:rPr>
          <w:b w:val="0"/>
          <w:i w:val="0"/>
        </w:rPr>
        <w:t xml:space="preserve"> là một </w:t>
      </w:r>
      <w:r>
        <w:rPr>
          <w:rFonts w:ascii="Consolas" w:hAnsi="Consolas"/>
          <w:b w:val="0"/>
          <w:i w:val="0"/>
          <w:sz w:val="20"/>
        </w:rPr>
        <w:t>DateTimeField</w:t>
      </w:r>
      <w:r>
        <w:rPr>
          <w:b w:val="0"/>
          <w:i w:val="0"/>
        </w:rPr>
        <w:t xml:space="preserve">, một mẩu dữ liệu sẽ ghi lại ngày và giờ ❷. Chúng ta truyền đối số </w:t>
      </w:r>
      <w:r>
        <w:rPr>
          <w:rFonts w:ascii="Consolas" w:hAnsi="Consolas"/>
          <w:b w:val="0"/>
          <w:i w:val="0"/>
          <w:sz w:val="20"/>
        </w:rPr>
        <w:t>auto_now_add=True</w:t>
      </w:r>
      <w:r>
        <w:rPr>
          <w:b w:val="0"/>
          <w:i w:val="0"/>
        </w:rPr>
        <w:t>, báo cho Django tự động đặt thuộc tính này thành ngày và giờ hiện tại mỗi khi người dùng tạo một chủ đề mới.</w:t>
      </w:r>
    </w:p>
    <w:p>
      <w:pPr>
        <w:spacing w:after="80"/>
      </w:pPr>
      <w:r>
        <w:rPr>
          <w:b w:val="0"/>
          <w:i w:val="0"/>
        </w:rPr>
        <w:t xml:space="preserve">Sẽ rất hay nếu bạn cho Django biết bạn muốn nó biểu diễn một instance của model như thế nào. Nếu một model có phương thức </w:t>
      </w:r>
      <w:r>
        <w:rPr>
          <w:rFonts w:ascii="Consolas" w:hAnsi="Consolas"/>
          <w:b w:val="0"/>
          <w:i w:val="0"/>
          <w:sz w:val="20"/>
        </w:rPr>
        <w:t>__str__()</w:t>
      </w:r>
      <w:r>
        <w:rPr>
          <w:b w:val="0"/>
          <w:i w:val="0"/>
        </w:rPr>
        <w:t xml:space="preserve">, Django sẽ gọi phương thức đó mỗi khi cần tạo đầu ra liên quan đến một instance của model đó. Ở đây chúng ta đã viết một phương thức </w:t>
      </w:r>
      <w:r>
        <w:rPr>
          <w:rFonts w:ascii="Consolas" w:hAnsi="Consolas"/>
          <w:b w:val="0"/>
          <w:i w:val="0"/>
          <w:sz w:val="20"/>
        </w:rPr>
        <w:t>__str__()</w:t>
      </w:r>
      <w:r>
        <w:rPr>
          <w:b w:val="0"/>
          <w:i w:val="0"/>
        </w:rPr>
        <w:t xml:space="preserve"> trả về giá trị được gán cho thuộc tính </w:t>
      </w:r>
      <w:r>
        <w:rPr>
          <w:rFonts w:ascii="Consolas" w:hAnsi="Consolas"/>
          <w:b w:val="0"/>
          <w:i w:val="0"/>
          <w:sz w:val="20"/>
        </w:rPr>
        <w:t>text</w:t>
      </w:r>
      <w:r>
        <w:rPr>
          <w:b w:val="0"/>
          <w:i w:val="0"/>
        </w:rPr>
        <w:t xml:space="preserve"> ❸.</w:t>
      </w:r>
    </w:p>
    <w:p>
      <w:pPr>
        <w:spacing w:after="80"/>
      </w:pPr>
      <w:r>
        <w:rPr>
          <w:b w:val="0"/>
          <w:i w:val="0"/>
        </w:rPr>
        <w:t>Để xem các loại trường khác nhau bạn có thể dùng trong một model, hãy xem trang "Model Field Reference" tại https://docs.djangoproject.com/en/4.1/ref/models/fields. Bạn chưa cần tất cả thông tin này ngay bây giờ, nhưng nó sẽ cực kỳ hữu ích khi bạn phát triển các dự án Django của riêng mình.</w:t>
      </w:r>
    </w:p>
    <w:p>
      <w:pPr>
        <w:pStyle w:val="Heading3"/>
      </w:pPr>
      <w:r>
        <w:rPr>
          <w:rFonts w:ascii="Calibri" w:hAnsi="Calibri"/>
          <w:b/>
          <w:i w:val="0"/>
          <w:sz w:val="27"/>
        </w:rPr>
        <w:t>Kích hoạt các Model</w:t>
      </w:r>
    </w:p>
    <w:p>
      <w:pPr>
        <w:spacing w:after="80"/>
      </w:pPr>
      <w:r>
        <w:rPr>
          <w:b w:val="0"/>
          <w:i w:val="0"/>
        </w:rPr>
        <w:t xml:space="preserve">Để dùng các model của mình, chúng ta phải bảo Django đưa ứng dụng của chúng ta vào toàn bộ dự án. Mở </w:t>
      </w:r>
      <w:r>
        <w:rPr>
          <w:b w:val="0"/>
          <w:i/>
        </w:rPr>
        <w:t>settings.py</w:t>
      </w:r>
      <w:r>
        <w:rPr>
          <w:b w:val="0"/>
          <w:i w:val="0"/>
        </w:rPr>
        <w:t xml:space="preserve"> (trong thư mục </w:t>
      </w:r>
      <w:r>
        <w:rPr>
          <w:b w:val="0"/>
          <w:i/>
        </w:rPr>
        <w:t>ll_project</w:t>
      </w:r>
      <w:r>
        <w:rPr>
          <w:b w:val="0"/>
          <w:i w:val="0"/>
        </w:rPr>
        <w:t>); bạn sẽ thấy một phần cho Django biết những ứng dụng nào được cài đặt trong dự án:</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INSTALLED_APPS = [</w:t>
      </w:r>
    </w:p>
    <w:p>
      <w:pPr>
        <w:spacing w:after="0"/>
        <w:ind w:left="360"/>
        <w:shd w:val="clear" w:color="auto" w:fill="F2F2F2"/>
      </w:pPr>
      <w:r>
        <w:rPr>
          <w:rFonts w:ascii="Consolas" w:hAnsi="Consolas"/>
          <w:b w:val="0"/>
          <w:i w:val="0"/>
          <w:sz w:val="18"/>
        </w:rPr>
        <w:t xml:space="preserve">    'django.contrib.admin',</w:t>
      </w:r>
    </w:p>
    <w:p>
      <w:pPr>
        <w:spacing w:after="0"/>
        <w:ind w:left="360"/>
        <w:shd w:val="clear" w:color="auto" w:fill="F2F2F2"/>
      </w:pPr>
      <w:r>
        <w:rPr>
          <w:rFonts w:ascii="Consolas" w:hAnsi="Consolas"/>
          <w:b w:val="0"/>
          <w:i w:val="0"/>
          <w:sz w:val="18"/>
        </w:rPr>
        <w:t xml:space="preserve">    'django.contrib.auth',</w:t>
      </w:r>
    </w:p>
    <w:p>
      <w:pPr>
        <w:spacing w:after="0"/>
        <w:ind w:left="360"/>
        <w:shd w:val="clear" w:color="auto" w:fill="F2F2F2"/>
      </w:pPr>
      <w:r>
        <w:rPr>
          <w:rFonts w:ascii="Consolas" w:hAnsi="Consolas"/>
          <w:b w:val="0"/>
          <w:i w:val="0"/>
          <w:sz w:val="18"/>
        </w:rPr>
        <w:t xml:space="preserve">    'django.contrib.contenttypes',</w:t>
      </w:r>
    </w:p>
    <w:p>
      <w:pPr>
        <w:spacing w:after="0"/>
        <w:ind w:left="360"/>
        <w:shd w:val="clear" w:color="auto" w:fill="F2F2F2"/>
      </w:pPr>
      <w:r>
        <w:rPr>
          <w:rFonts w:ascii="Consolas" w:hAnsi="Consolas"/>
          <w:b w:val="0"/>
          <w:i w:val="0"/>
          <w:sz w:val="18"/>
        </w:rPr>
        <w:t xml:space="preserve">    'django.contrib.sessions',</w:t>
      </w:r>
    </w:p>
    <w:p>
      <w:pPr>
        <w:spacing w:after="0"/>
        <w:ind w:left="360"/>
        <w:shd w:val="clear" w:color="auto" w:fill="F2F2F2"/>
      </w:pPr>
      <w:r>
        <w:rPr>
          <w:rFonts w:ascii="Consolas" w:hAnsi="Consolas"/>
          <w:b w:val="0"/>
          <w:i w:val="0"/>
          <w:sz w:val="18"/>
        </w:rPr>
        <w:t xml:space="preserve">    'django.contrib.messages',</w:t>
      </w:r>
    </w:p>
    <w:p>
      <w:pPr>
        <w:spacing w:after="0"/>
        <w:ind w:left="360"/>
        <w:shd w:val="clear" w:color="auto" w:fill="F2F2F2"/>
      </w:pPr>
      <w:r>
        <w:rPr>
          <w:rFonts w:ascii="Consolas" w:hAnsi="Consolas"/>
          <w:b w:val="0"/>
          <w:i w:val="0"/>
          <w:sz w:val="18"/>
        </w:rPr>
        <w:t xml:space="preserve">    'django.contrib.staticfiles',</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Thêm ứng dụng của chúng ta vào danh sách này bằng cách sửa </w:t>
      </w:r>
      <w:r>
        <w:rPr>
          <w:rFonts w:ascii="Consolas" w:hAnsi="Consolas"/>
          <w:b w:val="0"/>
          <w:i w:val="0"/>
          <w:sz w:val="20"/>
        </w:rPr>
        <w:t>INSTALLED_APPS</w:t>
      </w:r>
      <w:r>
        <w:rPr>
          <w:b w:val="0"/>
          <w:i w:val="0"/>
        </w:rPr>
        <w:t xml:space="preserve"> để nó trông như thế này: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INSTALLED_APPS = [</w:t>
      </w:r>
    </w:p>
    <w:p>
      <w:pPr>
        <w:spacing w:after="0"/>
        <w:ind w:left="360"/>
        <w:shd w:val="clear" w:color="auto" w:fill="F2F2F2"/>
      </w:pPr>
      <w:r>
        <w:rPr>
          <w:rFonts w:ascii="Consolas" w:hAnsi="Consolas"/>
          <w:b w:val="0"/>
          <w:i w:val="0"/>
          <w:sz w:val="18"/>
        </w:rPr>
        <w:t xml:space="preserve">    # My apps.</w:t>
      </w:r>
    </w:p>
    <w:p>
      <w:pPr>
        <w:spacing w:after="0"/>
        <w:ind w:left="360"/>
        <w:shd w:val="clear" w:color="auto" w:fill="F2F2F2"/>
      </w:pPr>
      <w:r>
        <w:rPr>
          <w:rFonts w:ascii="Consolas" w:hAnsi="Consolas"/>
          <w:b w:val="0"/>
          <w:i w:val="0"/>
          <w:sz w:val="18"/>
        </w:rPr>
        <w:t xml:space="preserve">    'learning_logs',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Default django apps.</w:t>
      </w:r>
    </w:p>
    <w:p>
      <w:pPr>
        <w:spacing w:after="0"/>
        <w:ind w:left="360"/>
        <w:shd w:val="clear" w:color="auto" w:fill="F2F2F2"/>
      </w:pPr>
      <w:r>
        <w:rPr>
          <w:rFonts w:ascii="Consolas" w:hAnsi="Consolas"/>
          <w:b w:val="0"/>
          <w:i w:val="0"/>
          <w:sz w:val="18"/>
        </w:rPr>
        <w:t xml:space="preserve">    'django.contrib.admin',</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Nhóm các ứng dụng lại với nhau trong một dự án giúp dễ theo dõi chúng khi dự án phát triển để bao gồm nhiều ứng dụng hơn. Ở đây chúng ta bắt đầu một phần gọi là </w:t>
      </w:r>
      <w:r>
        <w:rPr>
          <w:rFonts w:ascii="Consolas" w:hAnsi="Consolas"/>
          <w:b w:val="0"/>
          <w:i w:val="0"/>
          <w:sz w:val="20"/>
        </w:rPr>
        <w:t>My apps</w:t>
      </w:r>
      <w:r>
        <w:rPr>
          <w:b w:val="0"/>
          <w:i w:val="0"/>
        </w:rPr>
        <w:t xml:space="preserve">, hiện chỉ bao gồm </w:t>
      </w:r>
      <w:r>
        <w:rPr>
          <w:rFonts w:ascii="Consolas" w:hAnsi="Consolas"/>
          <w:b w:val="0"/>
          <w:i w:val="0"/>
          <w:sz w:val="20"/>
        </w:rPr>
        <w:t>'learning_logs'</w:t>
      </w:r>
      <w:r>
        <w:rPr>
          <w:b w:val="0"/>
          <w:i w:val="0"/>
        </w:rPr>
        <w:t>. Điều quan trọng là đặt các ứng dụng của riêng bạn trước các ứng dụng mặc định, phòng trường hợp bạn cần ghi đè bất kỳ hành vi nào của các ứng dụng mặc định bằng hành vi tùy chỉnh của riêng bạn.</w:t>
      </w:r>
    </w:p>
    <w:p>
      <w:pPr>
        <w:spacing w:after="80"/>
      </w:pPr>
      <w:r>
        <w:rPr>
          <w:b w:val="0"/>
          <w:i w:val="0"/>
        </w:rPr>
        <w:t xml:space="preserve">Tiếp theo, chúng ta cần bảo Django sửa đổi cơ sở dữ liệu để nó có thể lưu thông tin liên quan đến model </w:t>
      </w:r>
      <w:r>
        <w:rPr>
          <w:rFonts w:ascii="Consolas" w:hAnsi="Consolas"/>
          <w:b w:val="0"/>
          <w:i w:val="0"/>
          <w:sz w:val="20"/>
        </w:rPr>
        <w:t>Topic</w:t>
      </w:r>
      <w:r>
        <w:rPr>
          <w:b w:val="0"/>
          <w:i w:val="0"/>
        </w:rPr>
        <w:t>. Từ terminal, chạy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makemigrations learning_logs</w:t>
      </w:r>
    </w:p>
    <w:p>
      <w:pPr>
        <w:spacing w:after="0"/>
        <w:ind w:left="360"/>
        <w:shd w:val="clear" w:color="auto" w:fill="F2F2F2"/>
      </w:pPr>
      <w:r>
        <w:rPr>
          <w:rFonts w:ascii="Consolas" w:hAnsi="Consolas"/>
          <w:b w:val="0"/>
          <w:i w:val="0"/>
          <w:sz w:val="18"/>
        </w:rPr>
        <w:t>Migrations for 'learning_logs':</w:t>
      </w:r>
    </w:p>
    <w:p>
      <w:pPr>
        <w:spacing w:after="0"/>
        <w:ind w:left="360"/>
        <w:shd w:val="clear" w:color="auto" w:fill="F2F2F2"/>
      </w:pPr>
      <w:r>
        <w:rPr>
          <w:rFonts w:ascii="Consolas" w:hAnsi="Consolas"/>
          <w:b w:val="0"/>
          <w:i w:val="0"/>
          <w:sz w:val="18"/>
        </w:rPr>
        <w:t xml:space="preserve">  learning_logs/migrations/0001_initial.py</w:t>
      </w:r>
    </w:p>
    <w:p>
      <w:pPr>
        <w:spacing w:after="0"/>
        <w:ind w:left="360"/>
        <w:shd w:val="clear" w:color="auto" w:fill="F2F2F2"/>
      </w:pPr>
      <w:r>
        <w:rPr>
          <w:rFonts w:ascii="Consolas" w:hAnsi="Consolas"/>
          <w:b w:val="0"/>
          <w:i w:val="0"/>
          <w:sz w:val="18"/>
        </w:rPr>
        <w:t xml:space="preserve">    - Create model Topic</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Lệnh </w:t>
      </w:r>
      <w:r>
        <w:rPr>
          <w:rFonts w:ascii="Consolas" w:hAnsi="Consolas"/>
          <w:b w:val="0"/>
          <w:i w:val="0"/>
          <w:sz w:val="20"/>
        </w:rPr>
        <w:t>makemigrations</w:t>
      </w:r>
      <w:r>
        <w:rPr>
          <w:b w:val="0"/>
          <w:i w:val="0"/>
        </w:rPr>
        <w:t xml:space="preserve"> bảo Django tìm cách sửa đổi cơ sở dữ liệu để nó có thể lưu trữ dữ liệu gắn với bất kỳ model mới nào mà chúng ta đã định nghĩa. Kết quả ở đây cho thấy Django đã tạo một tệp migration (di trú) có tên </w:t>
      </w:r>
      <w:r>
        <w:rPr>
          <w:b w:val="0"/>
          <w:i/>
        </w:rPr>
        <w:t>0001_initial.py</w:t>
      </w:r>
      <w:r>
        <w:rPr>
          <w:b w:val="0"/>
          <w:i w:val="0"/>
        </w:rPr>
        <w:t xml:space="preserve">. Migration này sẽ tạo một bảng cho model </w:t>
      </w:r>
      <w:r>
        <w:rPr>
          <w:rFonts w:ascii="Consolas" w:hAnsi="Consolas"/>
          <w:b w:val="0"/>
          <w:i w:val="0"/>
          <w:sz w:val="20"/>
        </w:rPr>
        <w:t>Topic</w:t>
      </w:r>
      <w:r>
        <w:rPr>
          <w:b w:val="0"/>
          <w:i w:val="0"/>
        </w:rPr>
        <w:t xml:space="preserve"> trong cơ sở dữ liệu.</w:t>
      </w:r>
    </w:p>
    <w:p>
      <w:pPr>
        <w:spacing w:after="80"/>
      </w:pPr>
      <w:r>
        <w:rPr>
          <w:b w:val="0"/>
          <w:i w:val="0"/>
        </w:rPr>
        <w:t>Giờ chúng ta sẽ áp dụng migration này và để Django sửa đổi cơ sở dữ liệu giúp chúng ta:</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migrate</w:t>
      </w:r>
    </w:p>
    <w:p>
      <w:pPr>
        <w:spacing w:after="0"/>
        <w:ind w:left="360"/>
        <w:shd w:val="clear" w:color="auto" w:fill="F2F2F2"/>
      </w:pPr>
      <w:r>
        <w:rPr>
          <w:rFonts w:ascii="Consolas" w:hAnsi="Consolas"/>
          <w:b w:val="0"/>
          <w:i w:val="0"/>
          <w:sz w:val="18"/>
        </w:rPr>
        <w:t>Operations to perform:</w:t>
      </w:r>
    </w:p>
    <w:p>
      <w:pPr>
        <w:spacing w:after="0"/>
        <w:ind w:left="360"/>
        <w:shd w:val="clear" w:color="auto" w:fill="F2F2F2"/>
      </w:pPr>
      <w:r>
        <w:rPr>
          <w:rFonts w:ascii="Consolas" w:hAnsi="Consolas"/>
          <w:b w:val="0"/>
          <w:i w:val="0"/>
          <w:sz w:val="18"/>
        </w:rPr>
        <w:t xml:space="preserve">  Apply all migrations: admin, auth, contenttypes, learning_logs, sessions</w:t>
      </w:r>
    </w:p>
    <w:p>
      <w:pPr>
        <w:spacing w:after="0"/>
        <w:ind w:left="360"/>
        <w:shd w:val="clear" w:color="auto" w:fill="F2F2F2"/>
      </w:pPr>
      <w:r>
        <w:rPr>
          <w:rFonts w:ascii="Consolas" w:hAnsi="Consolas"/>
          <w:b w:val="0"/>
          <w:i w:val="0"/>
          <w:sz w:val="18"/>
        </w:rPr>
        <w:t>Running migrations:</w:t>
      </w:r>
    </w:p>
    <w:p>
      <w:pPr>
        <w:spacing w:after="0"/>
        <w:ind w:left="360"/>
        <w:shd w:val="clear" w:color="auto" w:fill="F2F2F2"/>
      </w:pPr>
      <w:r>
        <w:rPr>
          <w:rFonts w:ascii="Consolas" w:hAnsi="Consolas"/>
          <w:b w:val="0"/>
          <w:i w:val="0"/>
          <w:sz w:val="18"/>
        </w:rPr>
        <w:t xml:space="preserve">  Applying learning_logs.0001_initial... OK</w:t>
      </w:r>
    </w:p>
    <w:p>
      <w:pPr>
        <w:spacing w:after="40"/>
      </w:pPr>
    </w:p>
    <w:p>
      <w:pPr>
        <w:spacing w:after="80"/>
      </w:pPr>
      <w:r>
        <w:rPr>
          <w:b w:val="0"/>
          <w:i w:val="0"/>
        </w:rPr>
        <w:t xml:space="preserve">Hầu hết kết quả của lệnh này giống hệt kết quả lần đầu tiên chúng ta chạy lệnh </w:t>
      </w:r>
      <w:r>
        <w:rPr>
          <w:rFonts w:ascii="Consolas" w:hAnsi="Consolas"/>
          <w:b w:val="0"/>
          <w:i w:val="0"/>
          <w:sz w:val="20"/>
        </w:rPr>
        <w:t>migrate</w:t>
      </w:r>
      <w:r>
        <w:rPr>
          <w:b w:val="0"/>
          <w:i w:val="0"/>
        </w:rPr>
        <w:t xml:space="preserve">. Chúng ta cần kiểm tra dòng cuối cùng trong kết quả này, nơi Django xác nhận rằng migration cho </w:t>
      </w:r>
      <w:r>
        <w:rPr>
          <w:rFonts w:ascii="Consolas" w:hAnsi="Consolas"/>
          <w:b w:val="0"/>
          <w:i w:val="0"/>
          <w:sz w:val="20"/>
        </w:rPr>
        <w:t>learning_logs</w:t>
      </w:r>
      <w:r>
        <w:rPr>
          <w:b w:val="0"/>
          <w:i w:val="0"/>
        </w:rPr>
        <w:t xml:space="preserve"> đã chạy </w:t>
      </w:r>
      <w:r>
        <w:rPr>
          <w:rFonts w:ascii="Consolas" w:hAnsi="Consolas"/>
          <w:b w:val="0"/>
          <w:i w:val="0"/>
          <w:sz w:val="20"/>
        </w:rPr>
        <w:t>OK</w:t>
      </w:r>
      <w:r>
        <w:rPr>
          <w:b w:val="0"/>
          <w:i w:val="0"/>
        </w:rPr>
        <w:t>.</w:t>
      </w:r>
    </w:p>
    <w:p>
      <w:pPr>
        <w:spacing w:after="80"/>
      </w:pPr>
      <w:r>
        <w:rPr>
          <w:b w:val="0"/>
          <w:i w:val="0"/>
        </w:rPr>
        <w:t xml:space="preserve">Mỗi khi muốn sửa đổi dữ liệu mà Learning Log quản lý, chúng ta sẽ làm theo ba bước sau: sửa </w:t>
      </w:r>
      <w:r>
        <w:rPr>
          <w:b w:val="0"/>
          <w:i/>
        </w:rPr>
        <w:t>models.py</w:t>
      </w:r>
      <w:r>
        <w:rPr>
          <w:b w:val="0"/>
          <w:i w:val="0"/>
        </w:rPr>
        <w:t xml:space="preserve">, gọi </w:t>
      </w:r>
      <w:r>
        <w:rPr>
          <w:rFonts w:ascii="Consolas" w:hAnsi="Consolas"/>
          <w:b w:val="0"/>
          <w:i w:val="0"/>
          <w:sz w:val="20"/>
        </w:rPr>
        <w:t>makemigrations</w:t>
      </w:r>
      <w:r>
        <w:rPr>
          <w:b w:val="0"/>
          <w:i w:val="0"/>
        </w:rPr>
        <w:t xml:space="preserve"> trên </w:t>
      </w:r>
      <w:r>
        <w:rPr>
          <w:rFonts w:ascii="Consolas" w:hAnsi="Consolas"/>
          <w:b w:val="0"/>
          <w:i w:val="0"/>
          <w:sz w:val="20"/>
        </w:rPr>
        <w:t>learning_logs</w:t>
      </w:r>
      <w:r>
        <w:rPr>
          <w:b w:val="0"/>
          <w:i w:val="0"/>
        </w:rPr>
        <w:t xml:space="preserve">, và bảo Django </w:t>
      </w:r>
      <w:r>
        <w:rPr>
          <w:rFonts w:ascii="Consolas" w:hAnsi="Consolas"/>
          <w:b w:val="0"/>
          <w:i w:val="0"/>
          <w:sz w:val="20"/>
        </w:rPr>
        <w:t>migrate</w:t>
      </w:r>
      <w:r>
        <w:rPr>
          <w:b w:val="0"/>
          <w:i w:val="0"/>
        </w:rPr>
        <w:t xml:space="preserve"> dự án.</w:t>
      </w:r>
    </w:p>
    <w:p>
      <w:pPr>
        <w:pStyle w:val="Heading3"/>
      </w:pPr>
      <w:r>
        <w:rPr>
          <w:rFonts w:ascii="Calibri" w:hAnsi="Calibri"/>
          <w:b/>
          <w:i w:val="0"/>
          <w:sz w:val="27"/>
        </w:rPr>
        <w:t>Trang quản trị của Django</w:t>
      </w:r>
    </w:p>
    <w:p>
      <w:pPr>
        <w:spacing w:after="80"/>
      </w:pPr>
      <w:r>
        <w:rPr>
          <w:b w:val="0"/>
          <w:i w:val="0"/>
        </w:rPr>
        <w:t xml:space="preserve">Django giúp bạn làm việc với các model của mình thật dễ dàng thông qua trang quản trị (admin site) của nó. </w:t>
      </w:r>
      <w:r>
        <w:rPr>
          <w:b w:val="0"/>
          <w:i/>
        </w:rPr>
        <w:t>Trang quản trị</w:t>
      </w:r>
      <w:r>
        <w:rPr>
          <w:b w:val="0"/>
          <w:i w:val="0"/>
        </w:rPr>
        <w:t xml:space="preserve"> của Django chỉ dành cho các quản trị viên của trang web sử dụng; nó không dành cho người dùng thông thường. Trong phần này, chúng ta sẽ thiết lập trang quản trị và dùng nó để thêm vài chủ đề thông qua model </w:t>
      </w:r>
      <w:r>
        <w:rPr>
          <w:rFonts w:ascii="Consolas" w:hAnsi="Consolas"/>
          <w:b w:val="0"/>
          <w:i w:val="0"/>
          <w:sz w:val="20"/>
        </w:rPr>
        <w:t>Topic</w:t>
      </w:r>
      <w:r>
        <w:rPr>
          <w:b w:val="0"/>
          <w:i w:val="0"/>
        </w:rPr>
        <w:t>.</w:t>
      </w:r>
    </w:p>
    <w:p>
      <w:pPr>
        <w:pStyle w:val="Heading4"/>
      </w:pPr>
      <w:r>
        <w:rPr>
          <w:rFonts w:ascii="Calibri" w:hAnsi="Calibri"/>
          <w:b/>
          <w:i w:val="0"/>
          <w:sz w:val="24"/>
        </w:rPr>
        <w:t>Thiết lập một superuser</w:t>
      </w:r>
    </w:p>
    <w:p>
      <w:pPr>
        <w:spacing w:after="80"/>
      </w:pPr>
      <w:r>
        <w:rPr>
          <w:b w:val="0"/>
          <w:i w:val="0"/>
        </w:rPr>
        <w:t xml:space="preserve">Django cho phép bạn tạo một </w:t>
      </w:r>
      <w:r>
        <w:rPr>
          <w:b w:val="0"/>
          <w:i/>
        </w:rPr>
        <w:t>superuser</w:t>
      </w:r>
      <w:r>
        <w:rPr>
          <w:b w:val="0"/>
          <w:i w:val="0"/>
        </w:rPr>
        <w:t xml:space="preserve"> (người dùng siêu cấp), tức là người dùng có mọi quyền hạn (privilege) sẵn có trên trang web. </w:t>
      </w:r>
      <w:r>
        <w:rPr>
          <w:b w:val="0"/>
          <w:i/>
        </w:rPr>
        <w:t>Quyền hạn</w:t>
      </w:r>
      <w:r>
        <w:rPr>
          <w:b w:val="0"/>
          <w:i w:val="0"/>
        </w:rPr>
        <w:t xml:space="preserve"> của người dùng quyết định những hành động mà họ có thể thực hiện. Cài đặt quyền hạn hạn chế nhất cho phép người dùng chỉ đọc thông tin công khai trên trang web. Người dùng đã đăng ký thường có quyền đọc dữ liệu riêng tư của chính họ và một số thông tin chọn lọc chỉ dành cho thành viên. Để quản trị dự án một cách hiệu quả, chủ sở hữu trang web thường cần truy cập vào toàn bộ thông tin được lưu trên trang web. Một quản trị viên giỏi sẽ cẩn thận với thông tin nhạy cảm của người dùng, vì người dùng đặt rất nhiều niềm tin vào những ứng dụng mà họ truy cập.</w:t>
      </w:r>
    </w:p>
    <w:p>
      <w:pPr>
        <w:spacing w:after="80"/>
      </w:pPr>
      <w:r>
        <w:rPr>
          <w:b w:val="0"/>
          <w:i w:val="0"/>
        </w:rPr>
        <w:t>Để tạo một superuser trong Django, hãy nhập lệnh sau và trả lời các câu hỏi gợi ý:</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createsuperuser</w:t>
      </w:r>
    </w:p>
    <w:p>
      <w:pPr>
        <w:spacing w:after="0"/>
        <w:ind w:left="360"/>
        <w:shd w:val="clear" w:color="auto" w:fill="F2F2F2"/>
      </w:pPr>
      <w:r>
        <w:rPr>
          <w:rFonts w:ascii="Consolas" w:hAnsi="Consolas"/>
          <w:b w:val="0"/>
          <w:i w:val="0"/>
          <w:sz w:val="18"/>
        </w:rPr>
        <w:t xml:space="preserve">❶ Username (leave blank to use 'eric'): </w:t>
      </w:r>
      <w:r>
        <w:rPr>
          <w:rFonts w:ascii="Consolas" w:hAnsi="Consolas"/>
          <w:b/>
          <w:i w:val="0"/>
          <w:sz w:val="18"/>
        </w:rPr>
        <w:t>ll_admin</w:t>
      </w:r>
    </w:p>
    <w:p>
      <w:pPr>
        <w:spacing w:after="0"/>
        <w:ind w:left="360"/>
        <w:shd w:val="clear" w:color="auto" w:fill="F2F2F2"/>
      </w:pPr>
      <w:r>
        <w:rPr>
          <w:rFonts w:ascii="Consolas" w:hAnsi="Consolas"/>
          <w:b w:val="0"/>
          <w:i w:val="0"/>
          <w:sz w:val="18"/>
        </w:rPr>
        <w:t>❷ Email address:</w:t>
      </w:r>
    </w:p>
    <w:p>
      <w:pPr>
        <w:spacing w:after="0"/>
        <w:ind w:left="360"/>
        <w:shd w:val="clear" w:color="auto" w:fill="F2F2F2"/>
      </w:pPr>
      <w:r>
        <w:rPr>
          <w:rFonts w:ascii="Consolas" w:hAnsi="Consolas"/>
          <w:b w:val="0"/>
          <w:i w:val="0"/>
          <w:sz w:val="18"/>
        </w:rPr>
        <w:t>❸ Password:</w:t>
      </w:r>
    </w:p>
    <w:p>
      <w:pPr>
        <w:spacing w:after="0"/>
        <w:ind w:left="360"/>
        <w:shd w:val="clear" w:color="auto" w:fill="F2F2F2"/>
      </w:pPr>
      <w:r>
        <w:rPr>
          <w:rFonts w:ascii="Consolas" w:hAnsi="Consolas"/>
          <w:b w:val="0"/>
          <w:i w:val="0"/>
          <w:sz w:val="18"/>
        </w:rPr>
        <w:t>Password (again):</w:t>
      </w:r>
    </w:p>
    <w:p>
      <w:pPr>
        <w:spacing w:after="0"/>
        <w:ind w:left="360"/>
        <w:shd w:val="clear" w:color="auto" w:fill="F2F2F2"/>
      </w:pPr>
      <w:r>
        <w:rPr>
          <w:rFonts w:ascii="Consolas" w:hAnsi="Consolas"/>
          <w:b w:val="0"/>
          <w:i w:val="0"/>
          <w:sz w:val="18"/>
        </w:rPr>
        <w:t>Superuser created successfully.</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Khi bạn chạy lệnh </w:t>
      </w:r>
      <w:r>
        <w:rPr>
          <w:rFonts w:ascii="Consolas" w:hAnsi="Consolas"/>
          <w:b w:val="0"/>
          <w:i w:val="0"/>
          <w:sz w:val="20"/>
        </w:rPr>
        <w:t>createsuperuser</w:t>
      </w:r>
      <w:r>
        <w:rPr>
          <w:b w:val="0"/>
          <w:i w:val="0"/>
        </w:rPr>
        <w:t xml:space="preserve">, Django sẽ nhắc bạn nhập tên người dùng cho superuser ❶. Ở đây tôi dùng </w:t>
      </w:r>
      <w:r>
        <w:rPr>
          <w:rFonts w:ascii="Consolas" w:hAnsi="Consolas"/>
          <w:b w:val="0"/>
          <w:i w:val="0"/>
          <w:sz w:val="20"/>
        </w:rPr>
        <w:t>ll_admin</w:t>
      </w:r>
      <w:r>
        <w:rPr>
          <w:b w:val="0"/>
          <w:i w:val="0"/>
        </w:rPr>
        <w:t>, nhưng bạn có thể nhập bất kỳ tên người dùng nào bạn muốn. Bạn có thể nhập địa chỉ email hoặc cứ để trống trường này ❷. Bạn sẽ cần nhập mật khẩu hai lần ❸.</w:t>
      </w:r>
    </w:p>
    <w:p>
      <w:pPr>
        <w:spacing w:before="120" w:after="40"/>
      </w:pPr>
      <w:r>
        <w:rPr>
          <w:b/>
          <w:sz w:val="21"/>
        </w:rPr>
        <w:t>Ghi chú</w:t>
      </w:r>
    </w:p>
    <w:p>
      <w:pPr>
        <w:spacing w:after="80"/>
      </w:pPr>
      <w:r>
        <w:rPr>
          <w:b w:val="0"/>
          <w:i w:val="0"/>
        </w:rPr>
        <w:t>Một số thông tin nhạy cảm có thể được giấu khỏi các quản trị viên của trang web. Ví dụ, Django không lưu mật khẩu bạn nhập; thay vào đó, nó lưu một chuỗi được tạo ra từ mật khẩu, gọi là hash (mã băm). Mỗi lần bạn nhập mật khẩu, Django băm giá trị bạn nhập và so sánh với hash đã lưu. Nếu hai hash khớp nhau, bạn được xác thực. Bằng cách yêu cầu các hash phải khớp, Django đảm bảo rằng nếu kẻ tấn công truy cập được vào cơ sở dữ liệu của trang web, chúng sẽ đọc được các hash đã lưu nhưng không đọc được mật khẩu. Khi một trang web được thiết lập đúng cách, gần như không thể lấy được mật khẩu gốc từ các hash.</w:t>
      </w:r>
    </w:p>
    <w:p>
      <w:pPr>
        <w:pStyle w:val="Heading4"/>
      </w:pPr>
      <w:r>
        <w:rPr>
          <w:rFonts w:ascii="Calibri" w:hAnsi="Calibri"/>
          <w:b/>
          <w:i w:val="0"/>
          <w:sz w:val="24"/>
        </w:rPr>
        <w:t>Đăng ký một model với trang quản trị</w:t>
      </w:r>
    </w:p>
    <w:p>
      <w:pPr>
        <w:spacing w:after="80"/>
      </w:pPr>
      <w:r>
        <w:rPr>
          <w:b w:val="0"/>
          <w:i w:val="0"/>
        </w:rPr>
        <w:t xml:space="preserve">Django tự động đưa một số model vào trang quản trị, chẳng hạn như </w:t>
      </w:r>
      <w:r>
        <w:rPr>
          <w:rFonts w:ascii="Consolas" w:hAnsi="Consolas"/>
          <w:b w:val="0"/>
          <w:i w:val="0"/>
          <w:sz w:val="20"/>
        </w:rPr>
        <w:t>User</w:t>
      </w:r>
      <w:r>
        <w:rPr>
          <w:b w:val="0"/>
          <w:i w:val="0"/>
        </w:rPr>
        <w:t xml:space="preserve"> và </w:t>
      </w:r>
      <w:r>
        <w:rPr>
          <w:rFonts w:ascii="Consolas" w:hAnsi="Consolas"/>
          <w:b w:val="0"/>
          <w:i w:val="0"/>
          <w:sz w:val="20"/>
        </w:rPr>
        <w:t>Group</w:t>
      </w:r>
      <w:r>
        <w:rPr>
          <w:b w:val="0"/>
          <w:i w:val="0"/>
        </w:rPr>
        <w:t>, nhưng những model chúng ta tạo ra cần phải được thêm vào thủ công.</w:t>
      </w:r>
    </w:p>
    <w:p>
      <w:pPr>
        <w:spacing w:after="80"/>
      </w:pPr>
      <w:r>
        <w:rPr>
          <w:b w:val="0"/>
          <w:i w:val="0"/>
        </w:rPr>
        <w:t xml:space="preserve">Khi chúng ta bắt đầu tạo ứng dụng </w:t>
      </w:r>
      <w:r>
        <w:rPr>
          <w:rFonts w:ascii="Consolas" w:hAnsi="Consolas"/>
          <w:b w:val="0"/>
          <w:i w:val="0"/>
          <w:sz w:val="20"/>
        </w:rPr>
        <w:t>learning_logs</w:t>
      </w:r>
      <w:r>
        <w:rPr>
          <w:b w:val="0"/>
          <w:i w:val="0"/>
        </w:rPr>
        <w:t xml:space="preserve">, Django đã tạo một tệp </w:t>
      </w:r>
      <w:r>
        <w:rPr>
          <w:b w:val="0"/>
          <w:i/>
        </w:rPr>
        <w:t>admin.py</w:t>
      </w:r>
      <w:r>
        <w:rPr>
          <w:b w:val="0"/>
          <w:i w:val="0"/>
        </w:rPr>
        <w:t xml:space="preserve"> trong cùng thư mục với </w:t>
      </w:r>
      <w:r>
        <w:rPr>
          <w:b w:val="0"/>
          <w:i/>
        </w:rPr>
        <w:t>models.py</w:t>
      </w:r>
      <w:r>
        <w:rPr>
          <w:b w:val="0"/>
          <w:i w:val="0"/>
        </w:rPr>
        <w:t xml:space="preserve">. Hãy mở tệp </w:t>
      </w:r>
      <w:r>
        <w:rPr>
          <w:b w:val="0"/>
          <w:i/>
        </w:rPr>
        <w:t>admin.py</w:t>
      </w:r>
      <w:r>
        <w:rPr>
          <w:b w:val="0"/>
          <w:i w:val="0"/>
        </w:rPr>
        <w:t>:</w:t>
      </w:r>
    </w:p>
    <w:p>
      <w:pPr>
        <w:spacing w:after="80"/>
      </w:pPr>
      <w:r>
        <w:rPr>
          <w:b w:val="0"/>
          <w:i w:val="0"/>
        </w:rPr>
        <w:t>admin.py</w:t>
      </w:r>
    </w:p>
    <w:p>
      <w:pPr>
        <w:spacing w:after="80"/>
      </w:pPr>
      <w:r>
        <w:rPr>
          <w:b w:val="0"/>
          <w:i w:val="0"/>
        </w:rPr>
        <w:t>from django.contrib import admin</w:t>
      </w:r>
      <w:r>
        <w:br/>
      </w:r>
      <w:r>
        <w:br/>
      </w:r>
      <w:r>
        <w:rPr>
          <w:b w:val="0"/>
          <w:i w:val="0"/>
        </w:rPr>
        <w:t># Register your models here.</w:t>
      </w:r>
    </w:p>
    <w:p>
      <w:pPr>
        <w:spacing w:after="80"/>
      </w:pPr>
      <w:r>
        <w:rPr>
          <w:b w:val="0"/>
          <w:i w:val="0"/>
        </w:rPr>
        <w:t xml:space="preserve">Để đăng ký </w:t>
      </w:r>
      <w:r>
        <w:rPr>
          <w:rFonts w:ascii="Consolas" w:hAnsi="Consolas"/>
          <w:b w:val="0"/>
          <w:i w:val="0"/>
          <w:sz w:val="20"/>
        </w:rPr>
        <w:t>Topic</w:t>
      </w:r>
      <w:r>
        <w:rPr>
          <w:b w:val="0"/>
          <w:i w:val="0"/>
        </w:rPr>
        <w:t xml:space="preserve"> với trang quản trị (admin site), hãy nhập đoạn mã sau:</w:t>
      </w:r>
    </w:p>
    <w:p>
      <w:pPr>
        <w:spacing w:after="0"/>
        <w:ind w:left="360"/>
        <w:shd w:val="clear" w:color="auto" w:fill="F2F2F2"/>
      </w:pPr>
      <w:r>
        <w:rPr>
          <w:rFonts w:ascii="Consolas" w:hAnsi="Consolas"/>
          <w:b w:val="0"/>
          <w:i w:val="0"/>
          <w:sz w:val="18"/>
        </w:rPr>
        <w:t>from django.contrib import admin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admin.site.register(Topic)</w:t>
      </w:r>
    </w:p>
    <w:p>
      <w:pPr>
        <w:spacing w:after="40"/>
      </w:pPr>
    </w:p>
    <w:p>
      <w:pPr>
        <w:spacing w:after="80"/>
      </w:pPr>
      <w:r>
        <w:rPr>
          <w:b w:val="0"/>
          <w:i w:val="0"/>
        </w:rPr>
        <w:t xml:space="preserve">Đoạn mã này đầu tiên nhập mô hình (model) mà chúng ta muốn đăng ký, đó là </w:t>
      </w:r>
      <w:r>
        <w:rPr>
          <w:rFonts w:ascii="Consolas" w:hAnsi="Consolas"/>
          <w:b w:val="0"/>
          <w:i w:val="0"/>
          <w:sz w:val="20"/>
        </w:rPr>
        <w:t>Topic</w:t>
      </w:r>
      <w:r>
        <w:rPr>
          <w:b w:val="0"/>
          <w:i w:val="0"/>
        </w:rPr>
        <w:t xml:space="preserve">. Dấu chấm phía trước </w:t>
      </w:r>
      <w:r>
        <w:rPr>
          <w:rFonts w:ascii="Consolas" w:hAnsi="Consolas"/>
          <w:b w:val="0"/>
          <w:i w:val="0"/>
          <w:sz w:val="20"/>
        </w:rPr>
        <w:t>models</w:t>
      </w:r>
      <w:r>
        <w:rPr>
          <w:b w:val="0"/>
          <w:i w:val="0"/>
        </w:rPr>
        <w:t xml:space="preserve"> báo cho Django biết cần tìm tệp </w:t>
      </w:r>
      <w:r>
        <w:rPr>
          <w:b w:val="0"/>
          <w:i/>
        </w:rPr>
        <w:t>models.py</w:t>
      </w:r>
      <w:r>
        <w:rPr>
          <w:b w:val="0"/>
          <w:i w:val="0"/>
        </w:rPr>
        <w:t xml:space="preserve"> trong cùng thư mục với </w:t>
      </w:r>
      <w:r>
        <w:rPr>
          <w:b w:val="0"/>
          <w:i/>
        </w:rPr>
        <w:t>admin.py</w:t>
      </w:r>
      <w:r>
        <w:rPr>
          <w:b w:val="0"/>
          <w:i w:val="0"/>
        </w:rPr>
        <w:t xml:space="preserve">. Câu lệnh </w:t>
      </w:r>
      <w:r>
        <w:rPr>
          <w:rFonts w:ascii="Consolas" w:hAnsi="Consolas"/>
          <w:b w:val="0"/>
          <w:i w:val="0"/>
          <w:sz w:val="20"/>
        </w:rPr>
        <w:t>admin.site.register()</w:t>
      </w:r>
      <w:r>
        <w:rPr>
          <w:b w:val="0"/>
          <w:i w:val="0"/>
        </w:rPr>
        <w:t xml:space="preserve"> báo cho Django quản lý mô hình của chúng ta thông qua trang quản trị.</w:t>
      </w:r>
    </w:p>
    <w:p>
      <w:pPr>
        <w:spacing w:after="80"/>
      </w:pPr>
      <w:r>
        <w:rPr>
          <w:b w:val="0"/>
          <w:i w:val="0"/>
        </w:rPr>
        <w:t xml:space="preserve">Bây giờ hãy dùng tài khoản siêu người dùng (superuser) để truy cập trang quản trị. Truy cập </w:t>
      </w:r>
      <w:r>
        <w:rPr>
          <w:b w:val="0"/>
          <w:i/>
        </w:rPr>
        <w:t>http://localhost:8000/admin/</w:t>
      </w:r>
      <w:r>
        <w:rPr>
          <w:b w:val="0"/>
          <w:i w:val="0"/>
        </w:rPr>
        <w:t xml:space="preserve"> và nhập tên đăng nhập cùng mật khẩu của siêu người dùng bạn vừa tạo. Bạn sẽ thấy một màn hình tương tự như trong Hình 18-2. Trang này cho phép bạn thêm người dùng và nhóm mới, cũng như thay đổi những cái đã có. Bạn cũng có thể làm việc với dữ liệu liên quan đến mô hình </w:t>
      </w:r>
      <w:r>
        <w:rPr>
          <w:rFonts w:ascii="Consolas" w:hAnsi="Consolas"/>
          <w:b w:val="0"/>
          <w:i w:val="0"/>
          <w:sz w:val="20"/>
        </w:rPr>
        <w:t>Topic</w:t>
      </w:r>
      <w:r>
        <w:rPr>
          <w:b w:val="0"/>
          <w:i w:val="0"/>
        </w:rPr>
        <w:t xml:space="preserve"> mà chúng ta vừa định nghĩa.</w:t>
      </w:r>
    </w:p>
    <w:p>
      <w:pPr>
        <w:jc w:val="center"/>
      </w:pPr>
      <w:r>
        <w:drawing>
          <wp:inline xmlns:a="http://schemas.openxmlformats.org/drawingml/2006/main" xmlns:pic="http://schemas.openxmlformats.org/drawingml/2006/picture">
            <wp:extent cx="5486400" cy="2284682"/>
            <wp:docPr id="68" name="Picture 68"/>
            <wp:cNvGraphicFramePr>
              <a:graphicFrameLocks noChangeAspect="1"/>
            </wp:cNvGraphicFramePr>
            <a:graphic>
              <a:graphicData uri="http://schemas.openxmlformats.org/drawingml/2006/picture">
                <pic:pic>
                  <pic:nvPicPr>
                    <pic:cNvPr id="0" name="image_rsrcBJX.jpg"/>
                    <pic:cNvPicPr/>
                  </pic:nvPicPr>
                  <pic:blipFill>
                    <a:blip r:embed="rId58"/>
                    <a:stretch>
                      <a:fillRect/>
                    </a:stretch>
                  </pic:blipFill>
                  <pic:spPr>
                    <a:xfrm>
                      <a:off x="0" y="0"/>
                      <a:ext cx="5486400" cy="2284682"/>
                    </a:xfrm>
                    <a:prstGeom prst="rect"/>
                  </pic:spPr>
                </pic:pic>
              </a:graphicData>
            </a:graphic>
          </wp:inline>
        </w:drawing>
      </w:r>
    </w:p>
    <w:p>
      <w:pPr>
        <w:spacing w:after="80"/>
      </w:pPr>
      <w:r>
        <w:rPr>
          <w:b w:val="0"/>
          <w:i w:val="0"/>
        </w:rPr>
        <w:t xml:space="preserve">Hình 18-2: Trang quản trị có bao gồm </w:t>
      </w:r>
      <w:r>
        <w:rPr>
          <w:rFonts w:ascii="Consolas" w:hAnsi="Consolas"/>
          <w:b w:val="0"/>
          <w:i w:val="0"/>
          <w:sz w:val="20"/>
        </w:rPr>
        <w:t>Topic</w:t>
      </w:r>
    </w:p>
    <w:p>
      <w:pPr>
        <w:spacing w:before="120" w:after="40"/>
      </w:pPr>
      <w:r>
        <w:rPr>
          <w:b/>
          <w:sz w:val="21"/>
        </w:rPr>
        <w:t>Ghi chú</w:t>
      </w:r>
    </w:p>
    <w:p>
      <w:pPr>
        <w:spacing w:after="80"/>
      </w:pPr>
      <w:r>
        <w:rPr>
          <w:b w:val="0"/>
          <w:i w:val="0"/>
        </w:rPr>
        <w:t xml:space="preserve">Nếu trình duyệt hiển thị thông báo rằng trang web không khả dụng, hãy chắc chắn rằng bạn vẫn đang chạy máy chủ Django trong cửa sổ terminal. Nếu không, hãy kích hoạt môi trường ảo (virtual environment) và chạy lại lệnh </w:t>
      </w:r>
      <w:r>
        <w:rPr>
          <w:rFonts w:ascii="Consolas" w:hAnsi="Consolas"/>
          <w:b/>
          <w:i w:val="0"/>
          <w:sz w:val="20"/>
        </w:rPr>
        <w:t>python manage.py runserver</w:t>
      </w:r>
      <w:r>
        <w:rPr>
          <w:b w:val="0"/>
          <w:i w:val="0"/>
        </w:rPr>
        <w:t xml:space="preserve">. Nếu bạn gặp trục trặc khi xem dự án ở bất kỳ thời điểm nào trong quá trình phát triển, việc đóng tất cả các terminal đang mở và chạy lại lệnh </w:t>
      </w:r>
      <w:r>
        <w:rPr>
          <w:rFonts w:ascii="Consolas" w:hAnsi="Consolas"/>
          <w:b/>
          <w:i w:val="0"/>
          <w:sz w:val="20"/>
        </w:rPr>
        <w:t>runserver</w:t>
      </w:r>
      <w:r>
        <w:rPr>
          <w:b w:val="0"/>
          <w:i w:val="0"/>
        </w:rPr>
        <w:t xml:space="preserve"> là bước khắc phục sự cố đầu tiên nên thử.</w:t>
      </w:r>
    </w:p>
    <w:p>
      <w:pPr>
        <w:pStyle w:val="Heading4"/>
      </w:pPr>
      <w:r>
        <w:rPr>
          <w:rFonts w:ascii="Calibri" w:hAnsi="Calibri"/>
          <w:b/>
          <w:i w:val="0"/>
          <w:sz w:val="24"/>
        </w:rPr>
        <w:t>Thêm các chủ đề</w:t>
      </w:r>
    </w:p>
    <w:p>
      <w:pPr>
        <w:spacing w:after="80"/>
      </w:pPr>
      <w:r>
        <w:rPr>
          <w:b w:val="0"/>
          <w:i w:val="0"/>
        </w:rPr>
        <w:t xml:space="preserve">Giờ thì </w:t>
      </w:r>
      <w:r>
        <w:rPr>
          <w:rFonts w:ascii="Consolas" w:hAnsi="Consolas"/>
          <w:b w:val="0"/>
          <w:i w:val="0"/>
          <w:sz w:val="20"/>
        </w:rPr>
        <w:t>Topic</w:t>
      </w:r>
      <w:r>
        <w:rPr>
          <w:b w:val="0"/>
          <w:i w:val="0"/>
        </w:rPr>
        <w:t xml:space="preserve"> đã được đăng ký với trang quản trị, hãy thêm chủ đề đầu tiên của chúng ta. Nhấp vào </w:t>
      </w:r>
      <w:r>
        <w:rPr>
          <w:b/>
          <w:i w:val="0"/>
        </w:rPr>
        <w:t>Topics</w:t>
      </w:r>
      <w:r>
        <w:rPr>
          <w:b w:val="0"/>
          <w:i w:val="0"/>
        </w:rPr>
        <w:t xml:space="preserve"> để đến trang Topics, trang này gần như trống vì chúng ta chưa có chủ đề nào để quản lý. Nhấp vào </w:t>
      </w:r>
      <w:r>
        <w:rPr>
          <w:b/>
          <w:i w:val="0"/>
        </w:rPr>
        <w:t>Add Topic</w:t>
      </w:r>
      <w:r>
        <w:rPr>
          <w:b w:val="0"/>
          <w:i w:val="0"/>
        </w:rPr>
        <w:t xml:space="preserve">, và một biểu mẫu để thêm chủ đề mới sẽ hiện ra. Nhập </w:t>
      </w:r>
      <w:r>
        <w:rPr>
          <w:rFonts w:ascii="Consolas" w:hAnsi="Consolas"/>
          <w:b/>
          <w:i w:val="0"/>
          <w:sz w:val="20"/>
        </w:rPr>
        <w:t>Chess</w:t>
      </w:r>
      <w:r>
        <w:rPr>
          <w:b w:val="0"/>
          <w:i w:val="0"/>
        </w:rPr>
        <w:t xml:space="preserve"> vào ô đầu tiên rồi nhấp </w:t>
      </w:r>
      <w:r>
        <w:rPr>
          <w:b/>
          <w:i w:val="0"/>
        </w:rPr>
        <w:t>Save</w:t>
      </w:r>
      <w:r>
        <w:rPr>
          <w:b w:val="0"/>
          <w:i w:val="0"/>
        </w:rPr>
        <w:t>. Bạn sẽ được đưa trở lại trang quản trị Topics, và bạn sẽ thấy chủ đề mình vừa tạo.</w:t>
      </w:r>
    </w:p>
    <w:p>
      <w:pPr>
        <w:spacing w:after="80"/>
      </w:pPr>
      <w:r>
        <w:rPr>
          <w:b w:val="0"/>
          <w:i w:val="0"/>
        </w:rPr>
        <w:t xml:space="preserve">Hãy tạo chủ đề thứ hai để có thêm dữ liệu mà làm việc. Nhấp vào </w:t>
      </w:r>
      <w:r>
        <w:rPr>
          <w:b/>
          <w:i w:val="0"/>
        </w:rPr>
        <w:t>Add Topic</w:t>
      </w:r>
      <w:r>
        <w:rPr>
          <w:b w:val="0"/>
          <w:i w:val="0"/>
        </w:rPr>
        <w:t xml:space="preserve"> lần nữa, và nhập </w:t>
      </w:r>
      <w:r>
        <w:rPr>
          <w:rFonts w:ascii="Consolas" w:hAnsi="Consolas"/>
          <w:b/>
          <w:i w:val="0"/>
          <w:sz w:val="20"/>
        </w:rPr>
        <w:t>Rock Climbing</w:t>
      </w:r>
      <w:r>
        <w:rPr>
          <w:b w:val="0"/>
          <w:i w:val="0"/>
        </w:rPr>
        <w:t xml:space="preserve">. Nhấp </w:t>
      </w:r>
      <w:r>
        <w:rPr>
          <w:b/>
          <w:i w:val="0"/>
        </w:rPr>
        <w:t>Save</w:t>
      </w:r>
      <w:r>
        <w:rPr>
          <w:b w:val="0"/>
          <w:i w:val="0"/>
        </w:rPr>
        <w:t>, và bạn sẽ lại được đưa trở về trang Topics chính. Bây giờ bạn sẽ thấy Chess và Rock Climbing được liệt kê.</w:t>
      </w:r>
    </w:p>
    <w:p>
      <w:pPr>
        <w:pStyle w:val="Heading3"/>
      </w:pPr>
      <w:r>
        <w:rPr>
          <w:rFonts w:ascii="Calibri" w:hAnsi="Calibri"/>
          <w:b/>
          <w:i w:val="0"/>
          <w:sz w:val="27"/>
        </w:rPr>
        <w:t>Định nghĩa mô hình Entry</w:t>
      </w:r>
    </w:p>
    <w:p>
      <w:pPr>
        <w:spacing w:after="80"/>
      </w:pPr>
      <w:r>
        <w:rPr>
          <w:b w:val="0"/>
          <w:i w:val="0"/>
        </w:rPr>
        <w:t xml:space="preserve">Để người dùng ghi lại những gì họ đã học về cờ vua và leo núi, chúng ta cần định nghĩa một mô hình cho các loại mục (entry) mà người dùng có thể tạo trong nhật ký học tập của họ. Mỗi mục cần được liên kết với một chủ đề cụ thể. Mối quan hệ này được gọi là </w:t>
      </w:r>
      <w:r>
        <w:rPr>
          <w:b w:val="0"/>
          <w:i/>
        </w:rPr>
        <w:t>quan hệ nhiều-một</w:t>
      </w:r>
      <w:r>
        <w:rPr>
          <w:b w:val="0"/>
          <w:i w:val="0"/>
        </w:rPr>
        <w:t xml:space="preserve"> (many-to-one relationship), nghĩa là nhiều mục có thể được liên kết với một chủ đề.</w:t>
      </w:r>
    </w:p>
    <w:p>
      <w:pPr>
        <w:spacing w:after="80"/>
      </w:pPr>
      <w:r>
        <w:rPr>
          <w:b w:val="0"/>
          <w:i w:val="0"/>
        </w:rPr>
        <w:t xml:space="preserve">Đây là mã cho model </w:t>
      </w:r>
      <w:r>
        <w:rPr>
          <w:rFonts w:ascii="Consolas" w:hAnsi="Consolas"/>
          <w:b w:val="0"/>
          <w:i w:val="0"/>
          <w:sz w:val="20"/>
        </w:rPr>
        <w:t>Entry</w:t>
      </w:r>
      <w:r>
        <w:rPr>
          <w:b w:val="0"/>
          <w:i w:val="0"/>
        </w:rPr>
        <w:t xml:space="preserve">. Hãy đặt nó vào file </w:t>
      </w:r>
      <w:r>
        <w:rPr>
          <w:b w:val="0"/>
          <w:i/>
        </w:rPr>
        <w:t xml:space="preserve">models.py </w:t>
      </w:r>
      <w:r>
        <w:rPr>
          <w:b w:val="0"/>
          <w:i w:val="0"/>
        </w:rPr>
        <w:t>của bạn:</w:t>
      </w:r>
    </w:p>
    <w:p>
      <w:pPr>
        <w:spacing w:after="80"/>
      </w:pPr>
      <w:r>
        <w:rPr>
          <w:b w:val="0"/>
          <w:i w:val="0"/>
        </w:rPr>
        <w:t>models.py</w:t>
      </w:r>
    </w:p>
    <w:p>
      <w:pPr>
        <w:spacing w:after="0"/>
        <w:ind w:left="360"/>
        <w:shd w:val="clear" w:color="auto" w:fill="F2F2F2"/>
      </w:pPr>
      <w:r>
        <w:rPr>
          <w:rFonts w:ascii="Consolas" w:hAnsi="Consolas"/>
          <w:b w:val="0"/>
          <w:i w:val="0"/>
          <w:sz w:val="18"/>
        </w:rPr>
        <w:t>from django.db import models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Topic(models.Model):</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class Entry(models.Model):</w:t>
      </w:r>
    </w:p>
    <w:p>
      <w:pPr>
        <w:spacing w:after="0"/>
        <w:ind w:left="360"/>
        <w:shd w:val="clear" w:color="auto" w:fill="F2F2F2"/>
      </w:pPr>
      <w:r>
        <w:rPr>
          <w:rFonts w:ascii="Consolas" w:hAnsi="Consolas"/>
          <w:b w:val="0"/>
          <w:i w:val="0"/>
          <w:sz w:val="18"/>
        </w:rPr>
        <w:t xml:space="preserve">    """Something specific learned about a topic."""</w:t>
      </w:r>
    </w:p>
    <w:p>
      <w:pPr>
        <w:spacing w:after="0"/>
        <w:ind w:left="360"/>
        <w:shd w:val="clear" w:color="auto" w:fill="F2F2F2"/>
      </w:pPr>
      <w:r>
        <w:rPr>
          <w:rFonts w:ascii="Consolas" w:hAnsi="Consolas"/>
          <w:b w:val="0"/>
          <w:i w:val="0"/>
          <w:sz w:val="18"/>
        </w:rPr>
        <w:t>❷     topic = models.ForeignKey(Topic, on_delete=models.CASCADE)</w:t>
      </w:r>
    </w:p>
    <w:p>
      <w:pPr>
        <w:spacing w:after="0"/>
        <w:ind w:left="360"/>
        <w:shd w:val="clear" w:color="auto" w:fill="F2F2F2"/>
      </w:pPr>
      <w:r>
        <w:rPr>
          <w:rFonts w:ascii="Consolas" w:hAnsi="Consolas"/>
          <w:b w:val="0"/>
          <w:i w:val="0"/>
          <w:sz w:val="18"/>
        </w:rPr>
        <w:t>❸     text = models.TextField()</w:t>
      </w:r>
    </w:p>
    <w:p>
      <w:pPr>
        <w:spacing w:after="0"/>
        <w:ind w:left="360"/>
        <w:shd w:val="clear" w:color="auto" w:fill="F2F2F2"/>
      </w:pPr>
      <w:r>
        <w:rPr>
          <w:rFonts w:ascii="Consolas" w:hAnsi="Consolas"/>
          <w:b w:val="0"/>
          <w:i w:val="0"/>
          <w:sz w:val="18"/>
        </w:rPr>
        <w:t xml:space="preserve">    date_added = models.DateTimeField(auto_now_add=True)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class Meta:</w:t>
      </w:r>
    </w:p>
    <w:p>
      <w:pPr>
        <w:spacing w:after="0"/>
        <w:ind w:left="360"/>
        <w:shd w:val="clear" w:color="auto" w:fill="F2F2F2"/>
      </w:pPr>
      <w:r>
        <w:rPr>
          <w:rFonts w:ascii="Consolas" w:hAnsi="Consolas"/>
          <w:b w:val="0"/>
          <w:i w:val="0"/>
          <w:sz w:val="18"/>
        </w:rPr>
        <w:t xml:space="preserve">        verbose_name_plural = 'entries'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__str__(self):</w:t>
      </w:r>
    </w:p>
    <w:p>
      <w:pPr>
        <w:spacing w:after="0"/>
        <w:ind w:left="360"/>
        <w:shd w:val="clear" w:color="auto" w:fill="F2F2F2"/>
      </w:pPr>
      <w:r>
        <w:rPr>
          <w:rFonts w:ascii="Consolas" w:hAnsi="Consolas"/>
          <w:b w:val="0"/>
          <w:i w:val="0"/>
          <w:sz w:val="18"/>
        </w:rPr>
        <w:t xml:space="preserve">        """Return a simple string representing the entry."""</w:t>
      </w:r>
    </w:p>
    <w:p>
      <w:pPr>
        <w:spacing w:after="0"/>
        <w:ind w:left="360"/>
        <w:shd w:val="clear" w:color="auto" w:fill="F2F2F2"/>
      </w:pPr>
      <w:r>
        <w:rPr>
          <w:rFonts w:ascii="Consolas" w:hAnsi="Consolas"/>
          <w:b w:val="0"/>
          <w:i w:val="0"/>
          <w:sz w:val="18"/>
        </w:rPr>
        <w:t>❺         return f"{self.text[:50]}..."</w:t>
      </w:r>
    </w:p>
    <w:p>
      <w:pPr>
        <w:spacing w:after="40"/>
      </w:pPr>
    </w:p>
    <w:p>
      <w:pPr>
        <w:spacing w:after="80"/>
      </w:pPr>
      <w:r>
        <w:rPr>
          <w:b w:val="0"/>
          <w:i w:val="0"/>
        </w:rPr>
        <w:t xml:space="preserve">Lớp </w:t>
      </w:r>
      <w:r>
        <w:rPr>
          <w:rFonts w:ascii="Consolas" w:hAnsi="Consolas"/>
          <w:b w:val="0"/>
          <w:i w:val="0"/>
          <w:sz w:val="20"/>
        </w:rPr>
        <w:t>Entry</w:t>
      </w:r>
      <w:r>
        <w:rPr>
          <w:b w:val="0"/>
          <w:i w:val="0"/>
        </w:rPr>
        <w:t xml:space="preserve"> kế thừa từ lớp </w:t>
      </w:r>
      <w:r>
        <w:rPr>
          <w:rFonts w:ascii="Consolas" w:hAnsi="Consolas"/>
          <w:b w:val="0"/>
          <w:i w:val="0"/>
          <w:sz w:val="20"/>
        </w:rPr>
        <w:t>Model</w:t>
      </w:r>
      <w:r>
        <w:rPr>
          <w:b w:val="0"/>
          <w:i w:val="0"/>
        </w:rPr>
        <w:t xml:space="preserve"> cơ sở của Django, giống như </w:t>
      </w:r>
      <w:r>
        <w:rPr>
          <w:rFonts w:ascii="Consolas" w:hAnsi="Consolas"/>
          <w:b w:val="0"/>
          <w:i w:val="0"/>
          <w:sz w:val="20"/>
        </w:rPr>
        <w:t>Topic</w:t>
      </w:r>
      <w:r>
        <w:rPr>
          <w:b w:val="0"/>
          <w:i w:val="0"/>
        </w:rPr>
        <w:t xml:space="preserve"> đã làm ❶. Thuộc tính đầu tiên, </w:t>
      </w:r>
      <w:r>
        <w:rPr>
          <w:rFonts w:ascii="Consolas" w:hAnsi="Consolas"/>
          <w:b w:val="0"/>
          <w:i w:val="0"/>
          <w:sz w:val="20"/>
        </w:rPr>
        <w:t>topic</w:t>
      </w:r>
      <w:r>
        <w:rPr>
          <w:b w:val="0"/>
          <w:i w:val="0"/>
        </w:rPr>
        <w:t xml:space="preserve">, là một instance của </w:t>
      </w:r>
      <w:r>
        <w:rPr>
          <w:rFonts w:ascii="Consolas" w:hAnsi="Consolas"/>
          <w:b w:val="0"/>
          <w:i w:val="0"/>
          <w:sz w:val="20"/>
        </w:rPr>
        <w:t>ForeignKey</w:t>
      </w:r>
      <w:r>
        <w:rPr>
          <w:b w:val="0"/>
          <w:i w:val="0"/>
        </w:rPr>
        <w:t xml:space="preserve"> ❷. </w:t>
      </w:r>
      <w:r>
        <w:rPr>
          <w:b w:val="0"/>
          <w:i/>
        </w:rPr>
        <w:t>Khóa ngoại</w:t>
      </w:r>
      <w:r>
        <w:rPr>
          <w:b w:val="0"/>
          <w:i w:val="0"/>
        </w:rPr>
        <w:t xml:space="preserve"> (foreign key) là một thuật ngữ trong cơ sở dữ liệu; nó là tham chiếu đến một bản ghi khác trong cơ sở dữ liệu. Đây là đoạn mã kết nối mỗi entry với một topic cụ thể. Mỗi topic được gán một </w:t>
      </w:r>
      <w:r>
        <w:rPr>
          <w:b w:val="0"/>
          <w:i/>
        </w:rPr>
        <w:t>khóa</w:t>
      </w:r>
      <w:r>
        <w:rPr>
          <w:b w:val="0"/>
          <w:i w:val="0"/>
        </w:rPr>
        <w:t xml:space="preserve"> (key), hay ID, khi nó được tạo. Khi Django cần thiết lập kết nối giữa hai mẩu dữ liệu, nó dùng các khóa gắn với mỗi mẩu thông tin. Chúng ta sẽ sớm dùng những kết nối này để lấy ra tất cả các entry gắn với một topic nhất định. Đối số </w:t>
      </w:r>
      <w:r>
        <w:rPr>
          <w:rFonts w:ascii="Consolas" w:hAnsi="Consolas"/>
          <w:b w:val="0"/>
          <w:i w:val="0"/>
          <w:sz w:val="20"/>
        </w:rPr>
        <w:t>on_delete=models.CASCADE</w:t>
      </w:r>
      <w:r>
        <w:rPr>
          <w:b w:val="0"/>
          <w:i w:val="0"/>
        </w:rPr>
        <w:t xml:space="preserve"> báo cho Django rằng khi một topic bị xóa, tất cả các entry gắn với topic đó cũng nên bị xóa theo. Điều này được gọi là </w:t>
      </w:r>
      <w:r>
        <w:rPr>
          <w:b w:val="0"/>
          <w:i/>
        </w:rPr>
        <w:t>xóa theo tầng</w:t>
      </w:r>
      <w:r>
        <w:rPr>
          <w:b w:val="0"/>
          <w:i w:val="0"/>
        </w:rPr>
        <w:t xml:space="preserve"> (cascading delete).</w:t>
      </w:r>
    </w:p>
    <w:p>
      <w:pPr>
        <w:spacing w:after="80"/>
      </w:pPr>
      <w:r>
        <w:rPr>
          <w:b w:val="0"/>
          <w:i w:val="0"/>
        </w:rPr>
        <w:t xml:space="preserve">Tiếp theo là một thuộc tính tên </w:t>
      </w:r>
      <w:r>
        <w:rPr>
          <w:rFonts w:ascii="Consolas" w:hAnsi="Consolas"/>
          <w:b w:val="0"/>
          <w:i w:val="0"/>
          <w:sz w:val="20"/>
        </w:rPr>
        <w:t>text</w:t>
      </w:r>
      <w:r>
        <w:rPr>
          <w:b w:val="0"/>
          <w:i w:val="0"/>
        </w:rPr>
        <w:t xml:space="preserve">, là một instance của </w:t>
      </w:r>
      <w:r>
        <w:rPr>
          <w:rFonts w:ascii="Consolas" w:hAnsi="Consolas"/>
          <w:b w:val="0"/>
          <w:i w:val="0"/>
          <w:sz w:val="20"/>
        </w:rPr>
        <w:t>TextField</w:t>
      </w:r>
      <w:r>
        <w:rPr>
          <w:b w:val="0"/>
          <w:i w:val="0"/>
        </w:rPr>
        <w:t xml:space="preserve"> ❸. Loại field này không cần giới hạn kích thước, vì chúng ta không muốn giới hạn độ dài của từng entry. Thuộc tính </w:t>
      </w:r>
      <w:r>
        <w:rPr>
          <w:rFonts w:ascii="Consolas" w:hAnsi="Consolas"/>
          <w:b w:val="0"/>
          <w:i w:val="0"/>
          <w:sz w:val="20"/>
        </w:rPr>
        <w:t>date_added</w:t>
      </w:r>
      <w:r>
        <w:rPr>
          <w:b w:val="0"/>
          <w:i w:val="0"/>
        </w:rPr>
        <w:t xml:space="preserve"> cho phép chúng ta hiển thị các entry theo thứ tự chúng được tạo, và đặt dấu thời gian bên cạnh mỗi entry.</w:t>
      </w:r>
    </w:p>
    <w:p>
      <w:pPr>
        <w:spacing w:after="80"/>
      </w:pPr>
      <w:r>
        <w:rPr>
          <w:b w:val="0"/>
          <w:i w:val="0"/>
        </w:rPr>
        <w:t xml:space="preserve">Lớp </w:t>
      </w:r>
      <w:r>
        <w:rPr>
          <w:rFonts w:ascii="Consolas" w:hAnsi="Consolas"/>
          <w:b w:val="0"/>
          <w:i w:val="0"/>
          <w:sz w:val="20"/>
        </w:rPr>
        <w:t>Meta</w:t>
      </w:r>
      <w:r>
        <w:rPr>
          <w:b w:val="0"/>
          <w:i w:val="0"/>
        </w:rPr>
        <w:t xml:space="preserve"> được lồng bên trong lớp </w:t>
      </w:r>
      <w:r>
        <w:rPr>
          <w:rFonts w:ascii="Consolas" w:hAnsi="Consolas"/>
          <w:b w:val="0"/>
          <w:i w:val="0"/>
          <w:sz w:val="20"/>
        </w:rPr>
        <w:t>Entry</w:t>
      </w:r>
      <w:r>
        <w:rPr>
          <w:b w:val="0"/>
          <w:i w:val="0"/>
        </w:rPr>
        <w:t xml:space="preserve"> ❹. Lớp </w:t>
      </w:r>
      <w:r>
        <w:rPr>
          <w:rFonts w:ascii="Consolas" w:hAnsi="Consolas"/>
          <w:b w:val="0"/>
          <w:i w:val="0"/>
          <w:sz w:val="20"/>
        </w:rPr>
        <w:t>Meta</w:t>
      </w:r>
      <w:r>
        <w:rPr>
          <w:b w:val="0"/>
          <w:i w:val="0"/>
        </w:rPr>
        <w:t xml:space="preserve"> chứa thông tin bổ sung để quản lý một model; ở đây, nó cho phép chúng ta đặt một thuộc tính đặc biệt báo cho Django dùng </w:t>
      </w:r>
      <w:r>
        <w:rPr>
          <w:rFonts w:ascii="Consolas" w:hAnsi="Consolas"/>
          <w:b w:val="0"/>
          <w:i w:val="0"/>
          <w:sz w:val="20"/>
        </w:rPr>
        <w:t xml:space="preserve">Entries </w:t>
      </w:r>
      <w:r>
        <w:rPr>
          <w:b w:val="0"/>
          <w:i w:val="0"/>
        </w:rPr>
        <w:t xml:space="preserve">khi cần tham chiếu đến nhiều hơn một entry. Nếu không có điều này, Django sẽ tham chiếu đến nhiều entry là </w:t>
      </w:r>
      <w:r>
        <w:rPr>
          <w:rFonts w:ascii="Consolas" w:hAnsi="Consolas"/>
          <w:b w:val="0"/>
          <w:i w:val="0"/>
          <w:sz w:val="20"/>
        </w:rPr>
        <w:t>Entrys</w:t>
      </w:r>
      <w:r>
        <w:rPr>
          <w:b w:val="0"/>
          <w:i w:val="0"/>
        </w:rPr>
        <w:t>.</w:t>
      </w:r>
    </w:p>
    <w:p>
      <w:pPr>
        <w:spacing w:after="80"/>
      </w:pPr>
      <w:r>
        <w:rPr>
          <w:b w:val="0"/>
          <w:i w:val="0"/>
        </w:rPr>
        <w:t xml:space="preserve">Phương thức </w:t>
      </w:r>
      <w:r>
        <w:rPr>
          <w:rFonts w:ascii="Consolas" w:hAnsi="Consolas"/>
          <w:b w:val="0"/>
          <w:i w:val="0"/>
          <w:sz w:val="20"/>
        </w:rPr>
        <w:t>__str__()</w:t>
      </w:r>
      <w:r>
        <w:rPr>
          <w:b w:val="0"/>
          <w:i w:val="0"/>
        </w:rPr>
        <w:t xml:space="preserve"> cho Django biết cần hiển thị thông tin nào khi nó tham chiếu đến từng entry riêng lẻ. Vì một entry có thể là một khối văn bản dài, </w:t>
      </w:r>
      <w:r>
        <w:rPr>
          <w:rFonts w:ascii="Consolas" w:hAnsi="Consolas"/>
          <w:b w:val="0"/>
          <w:i w:val="0"/>
          <w:sz w:val="20"/>
        </w:rPr>
        <w:t>__str__()</w:t>
      </w:r>
      <w:r>
        <w:rPr>
          <w:b w:val="0"/>
          <w:i w:val="0"/>
        </w:rPr>
        <w:t xml:space="preserve"> chỉ trả về </w:t>
      </w:r>
      <w:r>
        <w:rPr>
          <w:rFonts w:ascii="Consolas" w:hAnsi="Consolas"/>
          <w:b w:val="0"/>
          <w:i w:val="0"/>
          <w:sz w:val="20"/>
        </w:rPr>
        <w:t>50</w:t>
      </w:r>
      <w:r>
        <w:rPr>
          <w:b w:val="0"/>
          <w:i w:val="0"/>
        </w:rPr>
        <w:t xml:space="preserve"> ký tự đầu tiên của </w:t>
      </w:r>
      <w:r>
        <w:rPr>
          <w:rFonts w:ascii="Consolas" w:hAnsi="Consolas"/>
          <w:b w:val="0"/>
          <w:i w:val="0"/>
          <w:sz w:val="20"/>
        </w:rPr>
        <w:t>text</w:t>
      </w:r>
      <w:r>
        <w:rPr>
          <w:b w:val="0"/>
          <w:i w:val="0"/>
        </w:rPr>
        <w:t xml:space="preserve"> ❺. Chúng ta cũng thêm dấu ba chấm để làm rõ rằng không phải lúc nào chúng ta cũng hiển thị toàn bộ entry.</w:t>
      </w:r>
    </w:p>
    <w:p>
      <w:pPr>
        <w:pStyle w:val="Heading3"/>
      </w:pPr>
      <w:r>
        <w:rPr>
          <w:rFonts w:ascii="Calibri" w:hAnsi="Calibri"/>
          <w:b/>
          <w:i w:val="0"/>
          <w:sz w:val="27"/>
        </w:rPr>
        <w:t>Di chuyển (migrate) model Entry</w:t>
      </w:r>
    </w:p>
    <w:p>
      <w:pPr>
        <w:spacing w:after="80"/>
      </w:pPr>
      <w:r>
        <w:rPr>
          <w:b w:val="0"/>
          <w:i w:val="0"/>
        </w:rPr>
        <w:t xml:space="preserve">Vì chúng ta đã thêm một model mới, chúng ta cần migrate cơ sở dữ liệu lần nữa. Quá trình này sẽ trở nên khá quen thuộc: bạn sửa </w:t>
      </w:r>
      <w:r>
        <w:rPr>
          <w:b w:val="0"/>
          <w:i/>
        </w:rPr>
        <w:t>models.py</w:t>
      </w:r>
      <w:r>
        <w:rPr>
          <w:b w:val="0"/>
          <w:i w:val="0"/>
        </w:rPr>
        <w:t xml:space="preserve">, chạy lệnh </w:t>
      </w:r>
      <w:r>
        <w:rPr>
          <w:rFonts w:ascii="Consolas" w:hAnsi="Consolas"/>
          <w:b/>
          <w:i w:val="0"/>
          <w:sz w:val="20"/>
        </w:rPr>
        <w:t xml:space="preserve">python manage.py makemigrations </w:t>
      </w:r>
      <w:r>
        <w:rPr>
          <w:rFonts w:ascii="Consolas" w:hAnsi="Consolas"/>
          <w:b/>
          <w:i/>
          <w:sz w:val="20"/>
        </w:rPr>
        <w:t>app_name</w:t>
      </w:r>
      <w:r>
        <w:rPr>
          <w:b w:val="0"/>
          <w:i w:val="0"/>
        </w:rPr>
        <w:t xml:space="preserve">, rồi chạy lệnh </w:t>
      </w:r>
      <w:r>
        <w:rPr>
          <w:rFonts w:ascii="Consolas" w:hAnsi="Consolas"/>
          <w:b/>
          <w:i w:val="0"/>
          <w:sz w:val="20"/>
        </w:rPr>
        <w:t>python manage.py migrate</w:t>
      </w:r>
      <w:r>
        <w:rPr>
          <w:b w:val="0"/>
          <w:i w:val="0"/>
        </w:rPr>
        <w:t>.</w:t>
      </w:r>
    </w:p>
    <w:p>
      <w:pPr>
        <w:spacing w:after="80"/>
      </w:pPr>
      <w:r>
        <w:rPr>
          <w:b w:val="0"/>
          <w:i w:val="0"/>
        </w:rPr>
        <w:t>Hãy migrate cơ sở dữ liệu và kiểm tra kết quả bằng cách nhập các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makemigrations learning_logs</w:t>
      </w:r>
    </w:p>
    <w:p>
      <w:pPr>
        <w:spacing w:after="0"/>
        <w:ind w:left="360"/>
        <w:shd w:val="clear" w:color="auto" w:fill="F2F2F2"/>
      </w:pPr>
      <w:r>
        <w:rPr>
          <w:rFonts w:ascii="Consolas" w:hAnsi="Consolas"/>
          <w:b w:val="0"/>
          <w:i w:val="0"/>
          <w:sz w:val="18"/>
        </w:rPr>
        <w:t>Migrations for 'learning_logs':</w:t>
      </w:r>
    </w:p>
    <w:p>
      <w:pPr>
        <w:spacing w:after="0"/>
        <w:ind w:left="360"/>
        <w:shd w:val="clear" w:color="auto" w:fill="F2F2F2"/>
      </w:pPr>
      <w:r>
        <w:rPr>
          <w:rFonts w:ascii="Consolas" w:hAnsi="Consolas"/>
          <w:b w:val="0"/>
          <w:i w:val="0"/>
          <w:sz w:val="18"/>
        </w:rPr>
        <w:t>❶   learning_logs/migrations/0002_entry.py</w:t>
      </w:r>
    </w:p>
    <w:p>
      <w:pPr>
        <w:spacing w:after="0"/>
        <w:ind w:left="360"/>
        <w:shd w:val="clear" w:color="auto" w:fill="F2F2F2"/>
      </w:pPr>
      <w:r>
        <w:rPr>
          <w:rFonts w:ascii="Consolas" w:hAnsi="Consolas"/>
          <w:b w:val="0"/>
          <w:i w:val="0"/>
          <w:sz w:val="18"/>
        </w:rPr>
        <w:t xml:space="preserve">    - Create model Entry</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migrate</w:t>
      </w:r>
    </w:p>
    <w:p>
      <w:pPr>
        <w:spacing w:after="0"/>
        <w:ind w:left="360"/>
        <w:shd w:val="clear" w:color="auto" w:fill="F2F2F2"/>
      </w:pPr>
      <w:r>
        <w:rPr>
          <w:rFonts w:ascii="Consolas" w:hAnsi="Consolas"/>
          <w:b w:val="0"/>
          <w:i w:val="0"/>
          <w:sz w:val="18"/>
        </w:rPr>
        <w:t>Operations to perform:</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❷   Applying learning_logs.0002_entry... OK</w:t>
      </w:r>
    </w:p>
    <w:p>
      <w:pPr>
        <w:spacing w:after="40"/>
      </w:pPr>
    </w:p>
    <w:p>
      <w:pPr>
        <w:spacing w:after="80"/>
      </w:pPr>
      <w:r>
        <w:rPr>
          <w:b w:val="0"/>
          <w:i w:val="0"/>
        </w:rPr>
        <w:t xml:space="preserve">Một migration mới tên </w:t>
      </w:r>
      <w:r>
        <w:rPr>
          <w:b w:val="0"/>
          <w:i/>
        </w:rPr>
        <w:t>0002_entry.py</w:t>
      </w:r>
      <w:r>
        <w:rPr>
          <w:b w:val="0"/>
          <w:i w:val="0"/>
        </w:rPr>
        <w:t xml:space="preserve"> được tạo ra, báo cho Django biết cách sửa cơ sở dữ liệu để lưu thông tin liên quan đến model </w:t>
      </w:r>
      <w:r>
        <w:rPr>
          <w:rFonts w:ascii="Consolas" w:hAnsi="Consolas"/>
          <w:b w:val="0"/>
          <w:i w:val="0"/>
          <w:sz w:val="20"/>
        </w:rPr>
        <w:t>Entry</w:t>
      </w:r>
      <w:r>
        <w:rPr>
          <w:b w:val="0"/>
          <w:i w:val="0"/>
        </w:rPr>
        <w:t xml:space="preserve"> ❶. Khi chúng ta ra lệnh </w:t>
      </w:r>
      <w:r>
        <w:rPr>
          <w:rFonts w:ascii="Consolas" w:hAnsi="Consolas"/>
          <w:b w:val="0"/>
          <w:i w:val="0"/>
          <w:sz w:val="20"/>
        </w:rPr>
        <w:t>migrate</w:t>
      </w:r>
      <w:r>
        <w:rPr>
          <w:b w:val="0"/>
          <w:i w:val="0"/>
        </w:rPr>
        <w:t>, chúng ta thấy Django đã áp dụng migration này và mọi thứ hoạt động trơn tru ❷.</w:t>
      </w:r>
    </w:p>
    <w:p>
      <w:pPr>
        <w:pStyle w:val="Heading3"/>
      </w:pPr>
      <w:r>
        <w:rPr>
          <w:rFonts w:ascii="Calibri" w:hAnsi="Calibri"/>
          <w:b/>
          <w:i w:val="0"/>
          <w:sz w:val="27"/>
        </w:rPr>
        <w:t>Đăng ký Entry với trang quản trị (Admin Site)</w:t>
      </w:r>
    </w:p>
    <w:p>
      <w:pPr>
        <w:spacing w:after="80"/>
      </w:pPr>
      <w:r>
        <w:rPr>
          <w:b w:val="0"/>
          <w:i w:val="0"/>
        </w:rPr>
        <w:t xml:space="preserve">Chúng ta cũng cần đăng ký model </w:t>
      </w:r>
      <w:r>
        <w:rPr>
          <w:rFonts w:ascii="Consolas" w:hAnsi="Consolas"/>
          <w:b w:val="0"/>
          <w:i w:val="0"/>
          <w:sz w:val="20"/>
        </w:rPr>
        <w:t>Entry</w:t>
      </w:r>
      <w:r>
        <w:rPr>
          <w:b w:val="0"/>
          <w:i w:val="0"/>
        </w:rPr>
        <w:t xml:space="preserve">. Đây là những gì </w:t>
      </w:r>
      <w:r>
        <w:rPr>
          <w:b w:val="0"/>
          <w:i/>
        </w:rPr>
        <w:t>admin.py</w:t>
      </w:r>
      <w:r>
        <w:rPr>
          <w:b w:val="0"/>
          <w:i w:val="0"/>
        </w:rPr>
        <w:t xml:space="preserve"> nên trông như bây giờ:</w:t>
      </w:r>
    </w:p>
    <w:p>
      <w:pPr>
        <w:spacing w:after="80"/>
      </w:pPr>
      <w:r>
        <w:rPr>
          <w:b w:val="0"/>
          <w:i w:val="0"/>
        </w:rPr>
        <w:t>admin.py</w:t>
      </w:r>
    </w:p>
    <w:p>
      <w:pPr>
        <w:spacing w:after="0"/>
        <w:ind w:left="360"/>
        <w:shd w:val="clear" w:color="auto" w:fill="F2F2F2"/>
      </w:pPr>
      <w:r>
        <w:rPr>
          <w:rFonts w:ascii="Consolas" w:hAnsi="Consolas"/>
          <w:b w:val="0"/>
          <w:i w:val="0"/>
          <w:sz w:val="18"/>
        </w:rPr>
        <w:t>from django.contrib import admin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 Entry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admin.site.register(Topic)</w:t>
      </w:r>
    </w:p>
    <w:p>
      <w:pPr>
        <w:spacing w:after="0"/>
        <w:ind w:left="360"/>
        <w:shd w:val="clear" w:color="auto" w:fill="F2F2F2"/>
      </w:pPr>
      <w:r>
        <w:rPr>
          <w:rFonts w:ascii="Consolas" w:hAnsi="Consolas"/>
          <w:b w:val="0"/>
          <w:i w:val="0"/>
          <w:sz w:val="18"/>
        </w:rPr>
        <w:t>admin.site.register(Entry)</w:t>
      </w:r>
    </w:p>
    <w:p>
      <w:pPr>
        <w:spacing w:after="40"/>
      </w:pPr>
    </w:p>
    <w:p>
      <w:pPr>
        <w:spacing w:after="80"/>
      </w:pPr>
      <w:r>
        <w:rPr>
          <w:b w:val="0"/>
          <w:i w:val="0"/>
        </w:rPr>
        <w:t xml:space="preserve">Quay lại </w:t>
      </w:r>
      <w:r>
        <w:rPr>
          <w:b w:val="0"/>
          <w:i/>
        </w:rPr>
        <w:t>http://localhost/admin/</w:t>
      </w:r>
      <w:r>
        <w:rPr>
          <w:b w:val="0"/>
          <w:i w:val="0"/>
        </w:rPr>
        <w:t xml:space="preserve">, và bạn sẽ thấy Entries được liệt kê dưới </w:t>
      </w:r>
      <w:r>
        <w:rPr>
          <w:b w:val="0"/>
          <w:i/>
        </w:rPr>
        <w:t>Learning_Logs</w:t>
      </w:r>
      <w:r>
        <w:rPr>
          <w:b w:val="0"/>
          <w:i w:val="0"/>
        </w:rPr>
        <w:t xml:space="preserve">. Nhấp vào liên kết </w:t>
      </w:r>
      <w:r>
        <w:rPr>
          <w:b/>
          <w:i w:val="0"/>
        </w:rPr>
        <w:t>Add</w:t>
      </w:r>
      <w:r>
        <w:rPr>
          <w:b w:val="0"/>
          <w:i w:val="0"/>
        </w:rPr>
        <w:t xml:space="preserve"> cho Entries, hoặc nhấp vào </w:t>
      </w:r>
      <w:r>
        <w:rPr>
          <w:b/>
          <w:i w:val="0"/>
        </w:rPr>
        <w:t>Entries</w:t>
      </w:r>
      <w:r>
        <w:rPr>
          <w:b w:val="0"/>
          <w:i w:val="0"/>
        </w:rPr>
        <w:t xml:space="preserve"> rồi chọn </w:t>
      </w:r>
      <w:r>
        <w:rPr>
          <w:b/>
          <w:i w:val="0"/>
        </w:rPr>
        <w:t>Add entry</w:t>
      </w:r>
      <w:r>
        <w:rPr>
          <w:b w:val="0"/>
          <w:i w:val="0"/>
        </w:rPr>
        <w:t xml:space="preserve">. Bạn sẽ thấy một danh sách thả xuống để chọn topic mà bạn đang tạo entry cho nó và một ô văn bản để thêm entry. Chọn </w:t>
      </w:r>
      <w:r>
        <w:rPr>
          <w:b/>
          <w:i w:val="0"/>
        </w:rPr>
        <w:t>Chess</w:t>
      </w:r>
      <w:r>
        <w:rPr>
          <w:b w:val="0"/>
          <w:i w:val="0"/>
        </w:rPr>
        <w:t xml:space="preserve"> từ danh sách thả xuống, và thêm một entry. Đây là entry đầu tiên tôi tạo:</w:t>
      </w:r>
    </w:p>
    <w:p>
      <w:pPr>
        <w:spacing w:after="80"/>
      </w:pPr>
      <w:r>
        <w:rPr>
          <w:b w:val="0"/>
          <w:i w:val="0"/>
        </w:rPr>
        <w:t>Phần mở đầu là giai đoạn đầu tiên của ván cờ, kéo dài khoảng mười nước đi đầu tiên. Trong giai đoạn mở đầu, bạn nên làm ba việc — đưa tượng và mã ra, cố gắng kiểm soát trung tâm bàn cờ, và nhập thành cho vua của bạn.</w:t>
      </w:r>
    </w:p>
    <w:p>
      <w:pPr>
        <w:spacing w:after="80"/>
      </w:pPr>
      <w:r>
        <w:rPr>
          <w:b w:val="0"/>
          <w:i w:val="0"/>
        </w:rPr>
        <w:t>Tất nhiên, đây chỉ là những hướng dẫn chung. Điều quan trọng là phải học được khi nào nên tuân theo những hướng dẫn này và khi nào nên bỏ qua những gợi ý đó.</w:t>
      </w:r>
    </w:p>
    <w:p>
      <w:pPr>
        <w:spacing w:after="80"/>
      </w:pPr>
      <w:r>
        <w:rPr>
          <w:b w:val="0"/>
          <w:i w:val="0"/>
        </w:rPr>
        <w:t xml:space="preserve">Khi bạn nhấp vào </w:t>
      </w:r>
      <w:r>
        <w:rPr>
          <w:b/>
          <w:i w:val="0"/>
        </w:rPr>
        <w:t>Save</w:t>
      </w:r>
      <w:r>
        <w:rPr>
          <w:b w:val="0"/>
          <w:i w:val="0"/>
        </w:rPr>
        <w:t xml:space="preserve">, bạn sẽ được đưa trở lại trang quản trị chính cho các mục nhập. Ở đây, bạn sẽ thấy lợi ích của việc dùng </w:t>
      </w:r>
      <w:r>
        <w:rPr>
          <w:rFonts w:ascii="Consolas" w:hAnsi="Consolas"/>
          <w:b w:val="0"/>
          <w:i w:val="0"/>
          <w:sz w:val="20"/>
        </w:rPr>
        <w:t>text[:50]</w:t>
      </w:r>
      <w:r>
        <w:rPr>
          <w:b w:val="0"/>
          <w:i w:val="0"/>
        </w:rPr>
        <w:t xml:space="preserve"> làm biểu diễn chuỗi cho mỗi mục nhập; sẽ dễ làm việc với nhiều mục nhập trong giao diện quản trị hơn nhiều nếu bạn chỉ thấy phần đầu của mỗi mục nhập, thay vì toàn bộ văn bản của từng mục.</w:t>
      </w:r>
    </w:p>
    <w:p>
      <w:pPr>
        <w:spacing w:after="80"/>
      </w:pPr>
      <w:r>
        <w:rPr>
          <w:b w:val="0"/>
          <w:i w:val="0"/>
        </w:rPr>
        <w:t>Hãy tạo mục nhập thứ hai cho Chess và một mục nhập cho Rock Climbing để chúng ta có một ít dữ liệu ban đầu. Đây là mục nhập thứ hai cho Chess:</w:t>
      </w:r>
    </w:p>
    <w:p>
      <w:pPr>
        <w:spacing w:after="80"/>
      </w:pPr>
      <w:r>
        <w:rPr>
          <w:b w:val="0"/>
          <w:i w:val="0"/>
        </w:rPr>
        <w:t>Trong giai đoạn mở đầu của ván cờ, điều quan trọng là đưa tượng và mã ra. Những quân cờ này đủ mạnh và đủ linh hoạt để đóng vai trò quan trọng trong những nước đi đầu tiên của ván cờ.</w:t>
      </w:r>
    </w:p>
    <w:p>
      <w:pPr>
        <w:spacing w:after="80"/>
      </w:pPr>
      <w:r>
        <w:rPr>
          <w:b w:val="0"/>
          <w:i w:val="0"/>
        </w:rPr>
        <w:t>Và đây là mục nhập đầu tiên cho Rock Climbing:</w:t>
      </w:r>
    </w:p>
    <w:p>
      <w:pPr>
        <w:spacing w:after="80"/>
      </w:pPr>
      <w:r>
        <w:rPr>
          <w:b w:val="0"/>
          <w:i w:val="0"/>
        </w:rPr>
        <w:t>Một trong những khái niệm quan trọng nhất trong leo núi là giữ trọng lượng cơ thể dồn lên chân càng nhiều càng tốt. Có một lầm tưởng rằng người leo núi có thể treo người cả ngày trên cánh tay. Trên thực tế, những người leo núi giỏi đã luyện tập những cách cụ thể để giữ trọng lượng cơ thể dồn trên chân bất cứ khi nào có thể.</w:t>
      </w:r>
    </w:p>
    <w:p>
      <w:pPr>
        <w:spacing w:after="80"/>
      </w:pPr>
      <w:r>
        <w:rPr>
          <w:b w:val="0"/>
          <w:i w:val="0"/>
        </w:rPr>
        <w:t>Ba mục nhập này sẽ cho chúng ta thứ để làm việc khi tiếp tục phát triển Learning Log.</w:t>
      </w:r>
    </w:p>
    <w:p>
      <w:pPr>
        <w:pStyle w:val="Heading3"/>
      </w:pPr>
      <w:r>
        <w:rPr>
          <w:rFonts w:ascii="Calibri" w:hAnsi="Calibri"/>
          <w:b/>
          <w:i w:val="0"/>
          <w:sz w:val="27"/>
        </w:rPr>
        <w:t>Django Shell</w:t>
      </w:r>
    </w:p>
    <w:p>
      <w:pPr>
        <w:spacing w:after="80"/>
      </w:pPr>
      <w:r>
        <w:rPr>
          <w:b w:val="0"/>
          <w:i w:val="0"/>
        </w:rPr>
        <w:t xml:space="preserve">Bây giờ chúng ta đã nhập một ít dữ liệu, chúng ta có thể kiểm tra nó bằng lập trình thông qua một phiên terminal tương tác. Môi trường tương tác này được gọi là Django </w:t>
      </w:r>
      <w:r>
        <w:rPr>
          <w:b w:val="0"/>
          <w:i/>
        </w:rPr>
        <w:t>shell</w:t>
      </w:r>
      <w:r>
        <w:rPr>
          <w:b w:val="0"/>
          <w:i w:val="0"/>
        </w:rPr>
        <w:t>, và đây là một môi trường tuyệt vời để kiểm thử và xử lý sự cố cho dự án của bạn. Đây là một ví dụ về phiên shell tương tác:</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shell</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from learning_logs.models import Topic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Topic.objects.all()</w:t>
      </w:r>
    </w:p>
    <w:p>
      <w:pPr>
        <w:spacing w:after="0"/>
        <w:ind w:left="360"/>
        <w:shd w:val="clear" w:color="auto" w:fill="F2F2F2"/>
      </w:pPr>
      <w:r>
        <w:rPr>
          <w:rFonts w:ascii="Consolas" w:hAnsi="Consolas"/>
          <w:b w:val="0"/>
          <w:i w:val="0"/>
          <w:sz w:val="18"/>
        </w:rPr>
        <w:t>&lt;QuerySet [&lt;Topic: Chess&gt;, &lt;Topic: Rock Climbing&gt;]&gt;</w:t>
      </w:r>
    </w:p>
    <w:p>
      <w:pPr>
        <w:spacing w:after="40"/>
      </w:pPr>
    </w:p>
    <w:p>
      <w:pPr>
        <w:spacing w:after="80"/>
      </w:pPr>
      <w:r>
        <w:rPr>
          <w:b w:val="0"/>
          <w:i w:val="0"/>
        </w:rPr>
        <w:t xml:space="preserve">Lệnh </w:t>
      </w:r>
      <w:r>
        <w:rPr>
          <w:rFonts w:ascii="Consolas" w:hAnsi="Consolas"/>
          <w:b w:val="0"/>
          <w:i w:val="0"/>
          <w:sz w:val="20"/>
        </w:rPr>
        <w:t>python manage.py shell</w:t>
      </w:r>
      <w:r>
        <w:rPr>
          <w:b w:val="0"/>
          <w:i w:val="0"/>
        </w:rPr>
        <w:t xml:space="preserve">, chạy trong một môi trường ảo đang hoạt động, sẽ khởi chạy một trình thông dịch Python mà bạn có thể dùng để khám phá dữ liệu được lưu trong cơ sở dữ liệu của dự án. Ở đây, chúng ta nhập model </w:t>
      </w:r>
      <w:r>
        <w:rPr>
          <w:rFonts w:ascii="Consolas" w:hAnsi="Consolas"/>
          <w:b w:val="0"/>
          <w:i w:val="0"/>
          <w:sz w:val="20"/>
        </w:rPr>
        <w:t>Topic</w:t>
      </w:r>
      <w:r>
        <w:rPr>
          <w:b w:val="0"/>
          <w:i w:val="0"/>
        </w:rPr>
        <w:t xml:space="preserve"> từ module </w:t>
      </w:r>
      <w:r>
        <w:rPr>
          <w:rFonts w:ascii="Consolas" w:hAnsi="Consolas"/>
          <w:b w:val="0"/>
          <w:i w:val="0"/>
          <w:sz w:val="20"/>
        </w:rPr>
        <w:t>learning_logs.models</w:t>
      </w:r>
      <w:r>
        <w:rPr>
          <w:b w:val="0"/>
          <w:i w:val="0"/>
        </w:rPr>
        <w:t xml:space="preserve"> ❶. Sau đó chúng ta dùng phương thức </w:t>
      </w:r>
      <w:r>
        <w:rPr>
          <w:rFonts w:ascii="Consolas" w:hAnsi="Consolas"/>
          <w:b w:val="0"/>
          <w:i w:val="0"/>
          <w:sz w:val="20"/>
        </w:rPr>
        <w:t>Topic.objects.all()</w:t>
      </w:r>
      <w:r>
        <w:rPr>
          <w:b w:val="0"/>
          <w:i w:val="0"/>
        </w:rPr>
        <w:t xml:space="preserve"> để lấy tất cả các instance của model </w:t>
      </w:r>
      <w:r>
        <w:rPr>
          <w:rFonts w:ascii="Consolas" w:hAnsi="Consolas"/>
          <w:b w:val="0"/>
          <w:i w:val="0"/>
          <w:sz w:val="20"/>
        </w:rPr>
        <w:t>Topic</w:t>
      </w:r>
      <w:r>
        <w:rPr>
          <w:b w:val="0"/>
          <w:i w:val="0"/>
        </w:rPr>
        <w:t xml:space="preserve">; danh sách được trả về được gọi là một </w:t>
      </w:r>
      <w:r>
        <w:rPr>
          <w:b w:val="0"/>
          <w:i/>
        </w:rPr>
        <w:t>queryset</w:t>
      </w:r>
      <w:r>
        <w:rPr>
          <w:b w:val="0"/>
          <w:i w:val="0"/>
        </w:rPr>
        <w:t>.</w:t>
      </w:r>
    </w:p>
    <w:p>
      <w:pPr>
        <w:spacing w:after="80"/>
      </w:pPr>
      <w:r>
        <w:rPr>
          <w:b w:val="0"/>
          <w:i w:val="0"/>
        </w:rPr>
        <w:t>Chúng ta có thể lặp qua một queryset giống như chúng ta lặp qua một danh sách. Đây là cách bạn có thể thấy ID đã được gán cho mỗi đối tượng topic: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topics = Topic.objects.all()</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for topic in topics:</w:t>
      </w:r>
    </w:p>
    <w:p>
      <w:pPr>
        <w:spacing w:after="0"/>
        <w:ind w:left="360"/>
        <w:shd w:val="clear" w:color="auto" w:fill="F2F2F2"/>
      </w:pPr>
      <w:r>
        <w:rPr>
          <w:rFonts w:ascii="Consolas" w:hAnsi="Consolas"/>
          <w:b w:val="0"/>
          <w:i w:val="0"/>
          <w:sz w:val="18"/>
        </w:rPr>
        <w:t xml:space="preserve">...     </w:t>
      </w:r>
      <w:r>
        <w:rPr>
          <w:rFonts w:ascii="Consolas" w:hAnsi="Consolas"/>
          <w:b/>
          <w:i w:val="0"/>
          <w:sz w:val="18"/>
        </w:rPr>
        <w:t>print(topic.id, topic)</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1 Chess</w:t>
      </w:r>
    </w:p>
    <w:p>
      <w:pPr>
        <w:spacing w:after="0"/>
        <w:ind w:left="360"/>
        <w:shd w:val="clear" w:color="auto" w:fill="F2F2F2"/>
      </w:pPr>
      <w:r>
        <w:rPr>
          <w:rFonts w:ascii="Consolas" w:hAnsi="Consolas"/>
          <w:b w:val="0"/>
          <w:i w:val="0"/>
          <w:sz w:val="18"/>
        </w:rPr>
        <w:t>2 Rock Climbing</w:t>
      </w:r>
    </w:p>
    <w:p>
      <w:pPr>
        <w:spacing w:after="40"/>
      </w:pPr>
    </w:p>
    <w:p>
      <w:pPr>
        <w:spacing w:after="80"/>
      </w:pPr>
      <w:r>
        <w:rPr>
          <w:b w:val="0"/>
          <w:i w:val="0"/>
        </w:rPr>
        <w:t xml:space="preserve">Chúng ta gán queryset cho </w:t>
      </w:r>
      <w:r>
        <w:rPr>
          <w:rFonts w:ascii="Consolas" w:hAnsi="Consolas"/>
          <w:b w:val="0"/>
          <w:i w:val="0"/>
          <w:sz w:val="20"/>
        </w:rPr>
        <w:t>topics</w:t>
      </w:r>
      <w:r>
        <w:rPr>
          <w:b w:val="0"/>
          <w:i w:val="0"/>
        </w:rPr>
        <w:t xml:space="preserve"> rồi in thuộc tính </w:t>
      </w:r>
      <w:r>
        <w:rPr>
          <w:rFonts w:ascii="Consolas" w:hAnsi="Consolas"/>
          <w:b w:val="0"/>
          <w:i w:val="0"/>
          <w:sz w:val="20"/>
        </w:rPr>
        <w:t>id</w:t>
      </w:r>
      <w:r>
        <w:rPr>
          <w:b w:val="0"/>
          <w:i w:val="0"/>
        </w:rPr>
        <w:t xml:space="preserve"> của mỗi topic và biểu diễn chuỗi của mỗi topic. Chúng ta có thể thấy rằng </w:t>
      </w:r>
      <w:r>
        <w:rPr>
          <w:rFonts w:ascii="Consolas" w:hAnsi="Consolas"/>
          <w:b w:val="0"/>
          <w:i w:val="0"/>
          <w:sz w:val="20"/>
        </w:rPr>
        <w:t>Chess</w:t>
      </w:r>
      <w:r>
        <w:rPr>
          <w:b w:val="0"/>
          <w:i w:val="0"/>
        </w:rPr>
        <w:t xml:space="preserve"> có ID là </w:t>
      </w:r>
      <w:r>
        <w:rPr>
          <w:rFonts w:ascii="Consolas" w:hAnsi="Consolas"/>
          <w:b w:val="0"/>
          <w:i w:val="0"/>
          <w:sz w:val="20"/>
        </w:rPr>
        <w:t>1</w:t>
      </w:r>
      <w:r>
        <w:rPr>
          <w:b w:val="0"/>
          <w:i w:val="0"/>
        </w:rPr>
        <w:t xml:space="preserve"> và </w:t>
      </w:r>
      <w:r>
        <w:rPr>
          <w:rFonts w:ascii="Consolas" w:hAnsi="Consolas"/>
          <w:b w:val="0"/>
          <w:i w:val="0"/>
          <w:sz w:val="20"/>
        </w:rPr>
        <w:t>Rock Climbing</w:t>
      </w:r>
      <w:r>
        <w:rPr>
          <w:b w:val="0"/>
          <w:i w:val="0"/>
        </w:rPr>
        <w:t xml:space="preserve"> có ID là </w:t>
      </w:r>
      <w:r>
        <w:rPr>
          <w:rFonts w:ascii="Consolas" w:hAnsi="Consolas"/>
          <w:b w:val="0"/>
          <w:i w:val="0"/>
          <w:sz w:val="20"/>
        </w:rPr>
        <w:t>2</w:t>
      </w:r>
      <w:r>
        <w:rPr>
          <w:b w:val="0"/>
          <w:i w:val="0"/>
        </w:rPr>
        <w:t>.</w:t>
      </w:r>
    </w:p>
    <w:p>
      <w:pPr>
        <w:spacing w:after="80"/>
      </w:pPr>
      <w:r>
        <w:rPr>
          <w:b w:val="0"/>
          <w:i w:val="0"/>
        </w:rPr>
        <w:t xml:space="preserve">Nếu bạn biết ID của một đối tượng cụ thể, bạn có thể dùng phương thức </w:t>
      </w:r>
      <w:r>
        <w:rPr>
          <w:rFonts w:ascii="Consolas" w:hAnsi="Consolas"/>
          <w:b w:val="0"/>
          <w:i w:val="0"/>
          <w:sz w:val="20"/>
        </w:rPr>
        <w:t>Topic.objects.get()</w:t>
      </w:r>
      <w:r>
        <w:rPr>
          <w:b w:val="0"/>
          <w:i w:val="0"/>
        </w:rPr>
        <w:t xml:space="preserve"> để truy xuất đối tượng đó và kiểm tra bất kỳ thuộc tính nào mà đối tượng có. Hãy xem các giá trị </w:t>
      </w:r>
      <w:r>
        <w:rPr>
          <w:rFonts w:ascii="Consolas" w:hAnsi="Consolas"/>
          <w:b w:val="0"/>
          <w:i w:val="0"/>
          <w:sz w:val="20"/>
        </w:rPr>
        <w:t>text</w:t>
      </w:r>
      <w:r>
        <w:rPr>
          <w:b w:val="0"/>
          <w:i w:val="0"/>
        </w:rPr>
        <w:t xml:space="preserve"> và </w:t>
      </w:r>
      <w:r>
        <w:rPr>
          <w:rFonts w:ascii="Consolas" w:hAnsi="Consolas"/>
          <w:b w:val="0"/>
          <w:i w:val="0"/>
          <w:sz w:val="20"/>
        </w:rPr>
        <w:t>date_added</w:t>
      </w:r>
      <w:r>
        <w:rPr>
          <w:b w:val="0"/>
          <w:i w:val="0"/>
        </w:rPr>
        <w:t xml:space="preserve"> của </w:t>
      </w:r>
      <w:r>
        <w:rPr>
          <w:rFonts w:ascii="Consolas" w:hAnsi="Consolas"/>
          <w:b w:val="0"/>
          <w:i w:val="0"/>
          <w:sz w:val="20"/>
        </w:rPr>
        <w:t>Chess</w:t>
      </w:r>
      <w:r>
        <w:rPr>
          <w:b w:val="0"/>
          <w:i w:val="0"/>
        </w:rPr>
        <w:t>:</w:t>
      </w:r>
    </w:p>
    <w:p>
      <w:pPr>
        <w:spacing w:after="0"/>
        <w:ind w:left="360"/>
        <w:shd w:val="clear" w:color="auto" w:fill="F2F2F2"/>
      </w:pPr>
      <w:r>
        <w:rPr>
          <w:rFonts w:ascii="Consolas" w:hAnsi="Consolas"/>
          <w:b w:val="0"/>
          <w:i w:val="0"/>
          <w:sz w:val="18"/>
        </w:rPr>
        <w:t xml:space="preserve">&gt;&gt;&gt; </w:t>
      </w:r>
      <w:r>
        <w:rPr>
          <w:rFonts w:ascii="Consolas" w:hAnsi="Consolas"/>
          <w:b/>
          <w:i w:val="0"/>
          <w:sz w:val="18"/>
        </w:rPr>
        <w:t>t = Topic.objects.get(id=1)</w:t>
      </w:r>
    </w:p>
    <w:p>
      <w:pPr>
        <w:spacing w:after="0"/>
        <w:ind w:left="360"/>
        <w:shd w:val="clear" w:color="auto" w:fill="F2F2F2"/>
      </w:pPr>
      <w:r>
        <w:rPr>
          <w:rFonts w:ascii="Consolas" w:hAnsi="Consolas"/>
          <w:b w:val="0"/>
          <w:i w:val="0"/>
          <w:sz w:val="18"/>
        </w:rPr>
        <w:t xml:space="preserve">&gt;&gt;&gt; </w:t>
      </w:r>
      <w:r>
        <w:rPr>
          <w:rFonts w:ascii="Consolas" w:hAnsi="Consolas"/>
          <w:b/>
          <w:i w:val="0"/>
          <w:sz w:val="18"/>
        </w:rPr>
        <w:t>t.text</w:t>
      </w:r>
    </w:p>
    <w:p>
      <w:pPr>
        <w:spacing w:after="0"/>
        <w:ind w:left="360"/>
        <w:shd w:val="clear" w:color="auto" w:fill="F2F2F2"/>
      </w:pPr>
      <w:r>
        <w:rPr>
          <w:rFonts w:ascii="Consolas" w:hAnsi="Consolas"/>
          <w:b w:val="0"/>
          <w:i w:val="0"/>
          <w:sz w:val="18"/>
        </w:rPr>
        <w:t>'Chess'</w:t>
      </w:r>
    </w:p>
    <w:p>
      <w:pPr>
        <w:spacing w:after="0"/>
        <w:ind w:left="360"/>
        <w:shd w:val="clear" w:color="auto" w:fill="F2F2F2"/>
      </w:pPr>
      <w:r>
        <w:rPr>
          <w:rFonts w:ascii="Consolas" w:hAnsi="Consolas"/>
          <w:b w:val="0"/>
          <w:i w:val="0"/>
          <w:sz w:val="18"/>
        </w:rPr>
        <w:t xml:space="preserve">&gt;&gt;&gt; </w:t>
      </w:r>
      <w:r>
        <w:rPr>
          <w:rFonts w:ascii="Consolas" w:hAnsi="Consolas"/>
          <w:b/>
          <w:i w:val="0"/>
          <w:sz w:val="18"/>
        </w:rPr>
        <w:t>t.date_added</w:t>
      </w:r>
    </w:p>
    <w:p>
      <w:pPr>
        <w:spacing w:after="0"/>
        <w:ind w:left="360"/>
        <w:shd w:val="clear" w:color="auto" w:fill="F2F2F2"/>
      </w:pPr>
      <w:r>
        <w:rPr>
          <w:rFonts w:ascii="Consolas" w:hAnsi="Consolas"/>
          <w:b w:val="0"/>
          <w:i w:val="0"/>
          <w:sz w:val="18"/>
        </w:rPr>
        <w:t>datetime.datetime(2022, 5, 20, 3, 33, 36, 928759,</w:t>
      </w:r>
    </w:p>
    <w:p>
      <w:pPr>
        <w:spacing w:after="0"/>
        <w:ind w:left="360"/>
        <w:shd w:val="clear" w:color="auto" w:fill="F2F2F2"/>
      </w:pPr>
      <w:r>
        <w:rPr>
          <w:rFonts w:ascii="Consolas" w:hAnsi="Consolas"/>
          <w:b w:val="0"/>
          <w:i w:val="0"/>
          <w:sz w:val="18"/>
        </w:rPr>
        <w:t xml:space="preserve">    tzinfo=datetime.timezone.utc)</w:t>
      </w:r>
    </w:p>
    <w:p>
      <w:pPr>
        <w:spacing w:after="40"/>
      </w:pPr>
    </w:p>
    <w:p>
      <w:pPr>
        <w:spacing w:after="80"/>
      </w:pPr>
      <w:r>
        <w:rPr>
          <w:b w:val="0"/>
          <w:i w:val="0"/>
        </w:rPr>
        <w:t xml:space="preserve">Chúng ta cũng có thể xem các mục liên quan đến một chủ đề nhất định. Trước đó, chúng ta đã định nghĩa thuộc tính </w:t>
      </w:r>
      <w:r>
        <w:rPr>
          <w:rFonts w:ascii="Consolas" w:hAnsi="Consolas"/>
          <w:b w:val="0"/>
          <w:i w:val="0"/>
          <w:sz w:val="20"/>
        </w:rPr>
        <w:t>topic</w:t>
      </w:r>
      <w:r>
        <w:rPr>
          <w:b w:val="0"/>
          <w:i w:val="0"/>
        </w:rPr>
        <w:t xml:space="preserve"> cho model </w:t>
      </w:r>
      <w:r>
        <w:rPr>
          <w:rFonts w:ascii="Consolas" w:hAnsi="Consolas"/>
          <w:b w:val="0"/>
          <w:i w:val="0"/>
          <w:sz w:val="20"/>
        </w:rPr>
        <w:t>Entry</w:t>
      </w:r>
      <w:r>
        <w:rPr>
          <w:b w:val="0"/>
          <w:i w:val="0"/>
        </w:rPr>
        <w:t xml:space="preserve">. Đây là một </w:t>
      </w:r>
      <w:r>
        <w:rPr>
          <w:rFonts w:ascii="Consolas" w:hAnsi="Consolas"/>
          <w:b w:val="0"/>
          <w:i w:val="0"/>
          <w:sz w:val="20"/>
        </w:rPr>
        <w:t>ForeignKey</w:t>
      </w:r>
      <w:r>
        <w:rPr>
          <w:b w:val="0"/>
          <w:i w:val="0"/>
        </w:rPr>
        <w:t xml:space="preserve"> (khóa ngoại), một kết nối giữa mỗi mục và một chủ đề. Django có thể dùng kết nối này để lấy mọi mục liên quan đến một chủ đề nhất định, như thế này:</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t.entry_set.all()</w:t>
      </w:r>
    </w:p>
    <w:p>
      <w:pPr>
        <w:spacing w:after="0"/>
        <w:ind w:left="360"/>
        <w:shd w:val="clear" w:color="auto" w:fill="F2F2F2"/>
      </w:pPr>
      <w:r>
        <w:rPr>
          <w:rFonts w:ascii="Consolas" w:hAnsi="Consolas"/>
          <w:b w:val="0"/>
          <w:i w:val="0"/>
          <w:sz w:val="18"/>
        </w:rPr>
        <w:t>&lt;QuerySet [&lt;Entry: The opening is the first part of the game, roughly...&gt;, &lt;Entry:</w:t>
      </w:r>
    </w:p>
    <w:p>
      <w:pPr>
        <w:spacing w:after="0"/>
        <w:ind w:left="360"/>
        <w:shd w:val="clear" w:color="auto" w:fill="F2F2F2"/>
      </w:pPr>
      <w:r>
        <w:rPr>
          <w:rFonts w:ascii="Consolas" w:hAnsi="Consolas"/>
          <w:b w:val="0"/>
          <w:i w:val="0"/>
          <w:sz w:val="18"/>
        </w:rPr>
        <w:t>In the opening phase of the game, it's important t...&gt;]&gt;</w:t>
      </w:r>
    </w:p>
    <w:p>
      <w:pPr>
        <w:spacing w:after="40"/>
      </w:pPr>
    </w:p>
    <w:p>
      <w:pPr>
        <w:spacing w:after="80"/>
      </w:pPr>
      <w:r>
        <w:rPr>
          <w:b w:val="0"/>
          <w:i w:val="0"/>
        </w:rPr>
        <w:t xml:space="preserve">Để lấy dữ liệu thông qua mối quan hệ khóa ngoại, bạn dùng tên viết thường của model liên quan, theo sau là dấu gạch dưới và từ </w:t>
      </w:r>
      <w:r>
        <w:rPr>
          <w:rFonts w:ascii="Consolas" w:hAnsi="Consolas"/>
          <w:b w:val="0"/>
          <w:i w:val="0"/>
          <w:sz w:val="20"/>
        </w:rPr>
        <w:t>set</w:t>
      </w:r>
      <w:r>
        <w:rPr>
          <w:b w:val="0"/>
          <w:i w:val="0"/>
        </w:rPr>
        <w:t xml:space="preserve"> ❶. Ví dụ, giả sử bạn có các model </w:t>
      </w:r>
      <w:r>
        <w:rPr>
          <w:rFonts w:ascii="Consolas" w:hAnsi="Consolas"/>
          <w:b w:val="0"/>
          <w:i w:val="0"/>
          <w:sz w:val="20"/>
        </w:rPr>
        <w:t>Pizza</w:t>
      </w:r>
      <w:r>
        <w:rPr>
          <w:b w:val="0"/>
          <w:i w:val="0"/>
        </w:rPr>
        <w:t xml:space="preserve"> và </w:t>
      </w:r>
      <w:r>
        <w:rPr>
          <w:rFonts w:ascii="Consolas" w:hAnsi="Consolas"/>
          <w:b w:val="0"/>
          <w:i w:val="0"/>
          <w:sz w:val="20"/>
        </w:rPr>
        <w:t>Topping</w:t>
      </w:r>
      <w:r>
        <w:rPr>
          <w:b w:val="0"/>
          <w:i w:val="0"/>
        </w:rPr>
        <w:t xml:space="preserve">, và </w:t>
      </w:r>
      <w:r>
        <w:rPr>
          <w:rFonts w:ascii="Consolas" w:hAnsi="Consolas"/>
          <w:b w:val="0"/>
          <w:i w:val="0"/>
          <w:sz w:val="20"/>
        </w:rPr>
        <w:t>Topping</w:t>
      </w:r>
      <w:r>
        <w:rPr>
          <w:b w:val="0"/>
          <w:i w:val="0"/>
        </w:rPr>
        <w:t xml:space="preserve"> liên quan đến </w:t>
      </w:r>
      <w:r>
        <w:rPr>
          <w:rFonts w:ascii="Consolas" w:hAnsi="Consolas"/>
          <w:b w:val="0"/>
          <w:i w:val="0"/>
          <w:sz w:val="20"/>
        </w:rPr>
        <w:t>Pizza</w:t>
      </w:r>
      <w:r>
        <w:rPr>
          <w:b w:val="0"/>
          <w:i w:val="0"/>
        </w:rPr>
        <w:t xml:space="preserve"> thông qua một khóa ngoại. Nếu đối tượng của bạn tên là </w:t>
      </w:r>
      <w:r>
        <w:rPr>
          <w:rFonts w:ascii="Consolas" w:hAnsi="Consolas"/>
          <w:b w:val="0"/>
          <w:i w:val="0"/>
          <w:sz w:val="20"/>
        </w:rPr>
        <w:t>my_pizza</w:t>
      </w:r>
      <w:r>
        <w:rPr>
          <w:b w:val="0"/>
          <w:i w:val="0"/>
        </w:rPr>
        <w:t xml:space="preserve">, đại diện cho một chiếc pizza, bạn có thể lấy tất cả topping của chiếc pizza đó bằng đoạn code </w:t>
      </w:r>
      <w:r>
        <w:rPr>
          <w:rFonts w:ascii="Consolas" w:hAnsi="Consolas"/>
          <w:b w:val="0"/>
          <w:i w:val="0"/>
          <w:sz w:val="20"/>
        </w:rPr>
        <w:t>my_pizza.topping_set.all()</w:t>
      </w:r>
      <w:r>
        <w:rPr>
          <w:b w:val="0"/>
          <w:i w:val="0"/>
        </w:rPr>
        <w:t>.</w:t>
      </w:r>
    </w:p>
    <w:p>
      <w:pPr>
        <w:spacing w:after="80"/>
      </w:pPr>
      <w:r>
        <w:rPr>
          <w:b w:val="0"/>
          <w:i w:val="0"/>
        </w:rPr>
        <w:t>Chúng ta sẽ dùng cú pháp này khi bắt đầu viết code cho các trang mà người dùng có thể yêu cầu. Shell thực sự hữu ích để đảm bảo code của bạn lấy đúng dữ liệu mà bạn muốn. Nếu code của bạn chạy đúng như bạn mong đợi trong shell, thì nó cũng sẽ chạy đúng trong các file bên trong dự án của bạn. Nếu code của bạn sinh ra lỗi hoặc không lấy được dữ liệu như bạn mong đợi, thì việc gỡ lỗi trong môi trường shell đơn giản sẽ dễ dàng hơn nhiều so với việc gỡ lỗi trong các file tạo ra trang web. Chúng ta sẽ không nhắc đến shell nhiều nữa, nhưng bạn nên tiếp tục dùng nó để luyện tập làm việc với cú pháp của Django khi truy cập dữ liệu được lưu trong dự án.</w:t>
      </w:r>
    </w:p>
    <w:p>
      <w:pPr>
        <w:spacing w:after="80"/>
      </w:pPr>
      <w:r>
        <w:rPr>
          <w:b w:val="0"/>
          <w:i w:val="0"/>
        </w:rPr>
        <w:t>Mỗi lần bạn sửa đổi các model của mình, bạn sẽ cần khởi động lại shell để thấy được tác động của những thay đổi đó. Để thoát khỏi một phiên shell, nhấn CTRL-D; trên Windows, nhấn CTRL-Z rồi nhấn ENTER.</w:t>
      </w:r>
    </w:p>
    <w:p>
      <w:pPr>
        <w:spacing w:before="120" w:after="40"/>
      </w:pPr>
      <w:r>
        <w:rPr>
          <w:b/>
          <w:sz w:val="21"/>
        </w:rPr>
        <w:t>Tự thực hành</w:t>
      </w:r>
    </w:p>
    <w:p>
      <w:pPr>
        <w:spacing w:after="80"/>
      </w:pPr>
      <w:r>
        <w:rPr>
          <w:b/>
          <w:i w:val="0"/>
        </w:rPr>
        <w:t>18-2. Các mục ngắn:</w:t>
      </w:r>
      <w:r>
        <w:rPr>
          <w:b w:val="0"/>
          <w:i w:val="0"/>
        </w:rPr>
        <w:t xml:space="preserve"> Phương thức </w:t>
      </w:r>
      <w:r>
        <w:rPr>
          <w:rFonts w:ascii="Consolas" w:hAnsi="Consolas"/>
          <w:b w:val="0"/>
          <w:i w:val="0"/>
          <w:sz w:val="20"/>
        </w:rPr>
        <w:t>__str__()</w:t>
      </w:r>
      <w:r>
        <w:rPr>
          <w:b w:val="0"/>
          <w:i w:val="0"/>
        </w:rPr>
        <w:t xml:space="preserve"> trong model </w:t>
      </w:r>
      <w:r>
        <w:rPr>
          <w:rFonts w:ascii="Consolas" w:hAnsi="Consolas"/>
          <w:b w:val="0"/>
          <w:i w:val="0"/>
          <w:sz w:val="20"/>
        </w:rPr>
        <w:t>Entry</w:t>
      </w:r>
      <w:r>
        <w:rPr>
          <w:b w:val="0"/>
          <w:i w:val="0"/>
        </w:rPr>
        <w:t xml:space="preserve"> hiện đang thêm dấu ba chấm vào mọi instance của </w:t>
      </w:r>
      <w:r>
        <w:rPr>
          <w:rFonts w:ascii="Consolas" w:hAnsi="Consolas"/>
          <w:b w:val="0"/>
          <w:i w:val="0"/>
          <w:sz w:val="20"/>
        </w:rPr>
        <w:t>Entry</w:t>
      </w:r>
      <w:r>
        <w:rPr>
          <w:b w:val="0"/>
          <w:i w:val="0"/>
        </w:rPr>
        <w:t xml:space="preserve"> khi Django hiển thị nó trong trang admin hoặc trong shell. Hãy thêm một câu lệnh </w:t>
      </w:r>
      <w:r>
        <w:rPr>
          <w:rFonts w:ascii="Consolas" w:hAnsi="Consolas"/>
          <w:b w:val="0"/>
          <w:i w:val="0"/>
          <w:sz w:val="20"/>
        </w:rPr>
        <w:t>if</w:t>
      </w:r>
      <w:r>
        <w:rPr>
          <w:b w:val="0"/>
          <w:i w:val="0"/>
        </w:rPr>
        <w:t xml:space="preserve"> vào phương thức </w:t>
      </w:r>
      <w:r>
        <w:rPr>
          <w:rFonts w:ascii="Consolas" w:hAnsi="Consolas"/>
          <w:b w:val="0"/>
          <w:i w:val="0"/>
          <w:sz w:val="20"/>
        </w:rPr>
        <w:t>__str__()</w:t>
      </w:r>
      <w:r>
        <w:rPr>
          <w:b w:val="0"/>
          <w:i w:val="0"/>
        </w:rPr>
        <w:t xml:space="preserve"> để chỉ thêm dấu ba chấm khi mục đó dài hơn 50 ký tự. Dùng trang admin để thêm một mục có độ dài dưới 50 ký tự, và kiểm tra xem khi xem nó có dấu ba chấm hay không.</w:t>
      </w:r>
    </w:p>
    <w:p>
      <w:pPr>
        <w:spacing w:after="80"/>
      </w:pPr>
      <w:r>
        <w:rPr>
          <w:b/>
          <w:i w:val="0"/>
        </w:rPr>
        <w:t>18-3. Django API:</w:t>
      </w:r>
      <w:r>
        <w:rPr>
          <w:b w:val="0"/>
          <w:i w:val="0"/>
        </w:rPr>
        <w:t xml:space="preserve"> Khi bạn viết code để truy cập dữ liệu trong dự án của mình, bạn đang viết một </w:t>
      </w:r>
      <w:r>
        <w:rPr>
          <w:b w:val="0"/>
          <w:i/>
        </w:rPr>
        <w:t>query</w:t>
      </w:r>
      <w:r>
        <w:rPr>
          <w:b w:val="0"/>
          <w:i w:val="0"/>
        </w:rPr>
        <w:t xml:space="preserve"> (truy vấn). Hãy lướt qua tài liệu về cách truy vấn dữ liệu tại https://docs.djangoproject.com/en/4.1/topics/db/queries</w:t>
      </w:r>
      <w:r>
        <w:rPr>
          <w:b w:val="0"/>
          <w:i/>
        </w:rPr>
        <w:t>.</w:t>
      </w:r>
      <w:r>
        <w:rPr>
          <w:b w:val="0"/>
          <w:i w:val="0"/>
        </w:rPr>
        <w:t xml:space="preserve"> Phần lớn những gì bạn thấy sẽ có vẻ mới lạ với bạn, nhưng nó sẽ khá hữu ích khi bạn bắt đầu làm việc với các dự án của riêng mình.</w:t>
      </w:r>
    </w:p>
    <w:p>
      <w:pPr>
        <w:spacing w:after="80"/>
      </w:pPr>
      <w:r>
        <w:rPr>
          <w:b/>
          <w:i w:val="0"/>
        </w:rPr>
        <w:t>18-4. Tiệm Pizza:</w:t>
      </w:r>
      <w:r>
        <w:rPr>
          <w:b w:val="0"/>
          <w:i w:val="0"/>
        </w:rPr>
        <w:t xml:space="preserve"> Hãy bắt đầu một dự án mới tên là </w:t>
      </w:r>
      <w:r>
        <w:rPr>
          <w:rFonts w:ascii="Consolas" w:hAnsi="Consolas"/>
          <w:b w:val="0"/>
          <w:i w:val="0"/>
          <w:sz w:val="20"/>
        </w:rPr>
        <w:t>pizzeria_project</w:t>
      </w:r>
      <w:r>
        <w:rPr>
          <w:b w:val="0"/>
          <w:i w:val="0"/>
        </w:rPr>
        <w:t xml:space="preserve"> với một app tên là </w:t>
      </w:r>
      <w:r>
        <w:rPr>
          <w:rFonts w:ascii="Consolas" w:hAnsi="Consolas"/>
          <w:b w:val="0"/>
          <w:i w:val="0"/>
          <w:sz w:val="20"/>
        </w:rPr>
        <w:t>pizzas</w:t>
      </w:r>
      <w:r>
        <w:rPr>
          <w:b w:val="0"/>
          <w:i w:val="0"/>
        </w:rPr>
        <w:t xml:space="preserve">. Định nghĩa một model </w:t>
      </w:r>
      <w:r>
        <w:rPr>
          <w:rFonts w:ascii="Consolas" w:hAnsi="Consolas"/>
          <w:b w:val="0"/>
          <w:i w:val="0"/>
          <w:sz w:val="20"/>
        </w:rPr>
        <w:t>Pizza</w:t>
      </w:r>
      <w:r>
        <w:rPr>
          <w:b w:val="0"/>
          <w:i w:val="0"/>
        </w:rPr>
        <w:t xml:space="preserve"> với một trường tên là </w:t>
      </w:r>
      <w:r>
        <w:rPr>
          <w:rFonts w:ascii="Consolas" w:hAnsi="Consolas"/>
          <w:b w:val="0"/>
          <w:i w:val="0"/>
          <w:sz w:val="20"/>
        </w:rPr>
        <w:t>name</w:t>
      </w:r>
      <w:r>
        <w:rPr>
          <w:b w:val="0"/>
          <w:i w:val="0"/>
        </w:rPr>
        <w:t xml:space="preserve">, trường này sẽ chứa các giá trị tên, chẳng hạn như </w:t>
      </w:r>
      <w:r>
        <w:rPr>
          <w:rFonts w:ascii="Consolas" w:hAnsi="Consolas"/>
          <w:b w:val="0"/>
          <w:i w:val="0"/>
          <w:sz w:val="20"/>
        </w:rPr>
        <w:t>Hawaiian</w:t>
      </w:r>
      <w:r>
        <w:rPr>
          <w:b w:val="0"/>
          <w:i w:val="0"/>
        </w:rPr>
        <w:t xml:space="preserve"> và </w:t>
      </w:r>
      <w:r>
        <w:rPr>
          <w:rFonts w:ascii="Consolas" w:hAnsi="Consolas"/>
          <w:b w:val="0"/>
          <w:i w:val="0"/>
          <w:sz w:val="20"/>
        </w:rPr>
        <w:t>Meat Lovers</w:t>
      </w:r>
      <w:r>
        <w:rPr>
          <w:b w:val="0"/>
          <w:i w:val="0"/>
        </w:rPr>
        <w:t xml:space="preserve">. Định nghĩa một model tên là </w:t>
      </w:r>
      <w:r>
        <w:rPr>
          <w:rFonts w:ascii="Consolas" w:hAnsi="Consolas"/>
          <w:b w:val="0"/>
          <w:i w:val="0"/>
          <w:sz w:val="20"/>
        </w:rPr>
        <w:t>Topping</w:t>
      </w:r>
      <w:r>
        <w:rPr>
          <w:b w:val="0"/>
          <w:i w:val="0"/>
        </w:rPr>
        <w:t xml:space="preserve"> với các trường tên là </w:t>
      </w:r>
      <w:r>
        <w:rPr>
          <w:rFonts w:ascii="Consolas" w:hAnsi="Consolas"/>
          <w:b w:val="0"/>
          <w:i w:val="0"/>
          <w:sz w:val="20"/>
        </w:rPr>
        <w:t>pizza</w:t>
      </w:r>
      <w:r>
        <w:rPr>
          <w:b w:val="0"/>
          <w:i w:val="0"/>
        </w:rPr>
        <w:t xml:space="preserve"> và </w:t>
      </w:r>
      <w:r>
        <w:rPr>
          <w:rFonts w:ascii="Consolas" w:hAnsi="Consolas"/>
          <w:b w:val="0"/>
          <w:i w:val="0"/>
          <w:sz w:val="20"/>
        </w:rPr>
        <w:t>name</w:t>
      </w:r>
      <w:r>
        <w:rPr>
          <w:b w:val="0"/>
          <w:i w:val="0"/>
        </w:rPr>
        <w:t xml:space="preserve">. Trường </w:t>
      </w:r>
      <w:r>
        <w:rPr>
          <w:rFonts w:ascii="Consolas" w:hAnsi="Consolas"/>
          <w:b w:val="0"/>
          <w:i w:val="0"/>
          <w:sz w:val="20"/>
        </w:rPr>
        <w:t>pizza</w:t>
      </w:r>
      <w:r>
        <w:rPr>
          <w:b w:val="0"/>
          <w:i w:val="0"/>
        </w:rPr>
        <w:t xml:space="preserve"> nên là một khóa ngoại đến </w:t>
      </w:r>
      <w:r>
        <w:rPr>
          <w:rFonts w:ascii="Consolas" w:hAnsi="Consolas"/>
          <w:b w:val="0"/>
          <w:i w:val="0"/>
          <w:sz w:val="20"/>
        </w:rPr>
        <w:t>Pizza</w:t>
      </w:r>
      <w:r>
        <w:rPr>
          <w:b w:val="0"/>
          <w:i w:val="0"/>
        </w:rPr>
        <w:t xml:space="preserve">, và </w:t>
      </w:r>
      <w:r>
        <w:rPr>
          <w:rFonts w:ascii="Consolas" w:hAnsi="Consolas"/>
          <w:b w:val="0"/>
          <w:i w:val="0"/>
          <w:sz w:val="20"/>
        </w:rPr>
        <w:t>name</w:t>
      </w:r>
      <w:r>
        <w:rPr>
          <w:b w:val="0"/>
          <w:i w:val="0"/>
        </w:rPr>
        <w:t xml:space="preserve"> nên có thể chứa các giá trị như </w:t>
      </w:r>
      <w:r>
        <w:rPr>
          <w:rFonts w:ascii="Consolas" w:hAnsi="Consolas"/>
          <w:b w:val="0"/>
          <w:i w:val="0"/>
          <w:sz w:val="20"/>
        </w:rPr>
        <w:t>pineapple</w:t>
      </w:r>
      <w:r>
        <w:rPr>
          <w:b w:val="0"/>
          <w:i w:val="0"/>
        </w:rPr>
        <w:t xml:space="preserve">, </w:t>
      </w:r>
      <w:r>
        <w:rPr>
          <w:rFonts w:ascii="Consolas" w:hAnsi="Consolas"/>
          <w:b w:val="0"/>
          <w:i w:val="0"/>
          <w:sz w:val="20"/>
        </w:rPr>
        <w:t>Canadian bacon</w:t>
      </w:r>
      <w:r>
        <w:rPr>
          <w:b w:val="0"/>
          <w:i w:val="0"/>
        </w:rPr>
        <w:t xml:space="preserve">, và </w:t>
      </w:r>
      <w:r>
        <w:rPr>
          <w:rFonts w:ascii="Consolas" w:hAnsi="Consolas"/>
          <w:b w:val="0"/>
          <w:i w:val="0"/>
          <w:sz w:val="20"/>
        </w:rPr>
        <w:t>sausage</w:t>
      </w:r>
      <w:r>
        <w:rPr>
          <w:b w:val="0"/>
          <w:i w:val="0"/>
        </w:rPr>
        <w:t>.</w:t>
      </w:r>
    </w:p>
    <w:p>
      <w:pPr>
        <w:spacing w:after="80"/>
      </w:pPr>
      <w:r>
        <w:rPr>
          <w:b w:val="0"/>
          <w:i w:val="0"/>
        </w:rPr>
        <w:t>Đăng ký cả hai model với trang admin, và dùng trang này để nhập một vài tên pizza và topping. Dùng shell để khám phá dữ liệu mà bạn đã nhập.</w:t>
      </w:r>
    </w:p>
    <w:p>
      <w:pPr>
        <w:pStyle w:val="Heading2"/>
      </w:pPr>
      <w:r>
        <w:rPr>
          <w:rFonts w:ascii="Calibri" w:hAnsi="Calibri"/>
          <w:b/>
          <w:i w:val="0"/>
          <w:sz w:val="32"/>
        </w:rPr>
        <w:t>Tạo trang: Trang chủ của Learning Log</w:t>
      </w:r>
    </w:p>
    <w:p>
      <w:pPr>
        <w:spacing w:after="80"/>
      </w:pPr>
      <w:r>
        <w:rPr>
          <w:b w:val="0"/>
          <w:i w:val="0"/>
        </w:rPr>
        <w:t xml:space="preserve">Tạo trang web với Django gồm ba giai đoạn: định nghĩa URL, viết view, và viết template. Bạn có thể làm những việc này theo bất kỳ thứ tự nào, nhưng trong dự án này chúng ta sẽ luôn bắt đầu bằng việc định nghĩa mẫu URL. Một </w:t>
      </w:r>
      <w:r>
        <w:rPr>
          <w:b w:val="0"/>
          <w:i/>
        </w:rPr>
        <w:t>URL pattern</w:t>
      </w:r>
      <w:r>
        <w:rPr>
          <w:b w:val="0"/>
          <w:i w:val="0"/>
        </w:rPr>
        <w:t xml:space="preserve"> (mẫu URL) mô tả cách URL được bố trí. Nó cũng cho Django biết cần tìm gì khi khớp một yêu cầu từ trình duyệt với một URL của trang, để nó biết cần trả về trang nào.</w:t>
      </w:r>
    </w:p>
    <w:p>
      <w:pPr>
        <w:spacing w:after="80"/>
      </w:pPr>
      <w:r>
        <w:rPr>
          <w:b w:val="0"/>
          <w:i w:val="0"/>
        </w:rPr>
        <w:t xml:space="preserve">Mỗi URL sau đó ánh xạ đến một view cụ thể. Hàm </w:t>
      </w:r>
      <w:r>
        <w:rPr>
          <w:b w:val="0"/>
          <w:i/>
        </w:rPr>
        <w:t>view</w:t>
      </w:r>
      <w:r>
        <w:rPr>
          <w:b w:val="0"/>
          <w:i w:val="0"/>
        </w:rPr>
        <w:t xml:space="preserve"> lấy và xử lý dữ liệu cần thiết cho trang đó. Hàm view thường render trang bằng một </w:t>
      </w:r>
      <w:r>
        <w:rPr>
          <w:b w:val="0"/>
          <w:i/>
        </w:rPr>
        <w:t>template</w:t>
      </w:r>
      <w:r>
        <w:rPr>
          <w:b w:val="0"/>
          <w:i w:val="0"/>
        </w:rPr>
        <w:t xml:space="preserve"> (mẫu), chứa cấu trúc tổng thể của trang. Để xem cách hoạt động, hãy tạo trang chủ cho Learning Log. Chúng ta sẽ định nghĩa URL cho trang chủ, viết hàm view của nó, và tạo một template đơn giản.</w:t>
      </w:r>
    </w:p>
    <w:p>
      <w:pPr>
        <w:spacing w:after="80"/>
      </w:pPr>
      <w:r>
        <w:rPr>
          <w:b w:val="0"/>
          <w:i w:val="0"/>
        </w:rPr>
        <w:t>Vì chúng ta chỉ muốn đảm bảo rằng Learning Log hoạt động đúng như mong đợi, nên bây giờ chúng ta sẽ tạo một trang đơn giản. Một web app hoạt động được thì thật thú vị khi trang trí lúc hoàn thành; một app trông đẹp nhưng hoạt động không tốt thì thật vô nghĩa. Bây giờ, trang chủ sẽ chỉ hiển thị một tiêu đề và một mô tả ngắn gọn.</w:t>
      </w:r>
    </w:p>
    <w:p>
      <w:pPr>
        <w:pStyle w:val="Heading3"/>
      </w:pPr>
      <w:r>
        <w:rPr>
          <w:rFonts w:ascii="Calibri" w:hAnsi="Calibri"/>
          <w:b/>
          <w:i w:val="0"/>
          <w:sz w:val="27"/>
        </w:rPr>
        <w:t>Ánh xạ một URL</w:t>
      </w:r>
    </w:p>
    <w:p>
      <w:pPr>
        <w:spacing w:after="80"/>
      </w:pPr>
      <w:r>
        <w:rPr>
          <w:b w:val="0"/>
          <w:i w:val="0"/>
        </w:rPr>
        <w:t xml:space="preserve">Người dùng yêu cầu các trang bằng cách nhập URL vào trình duyệt và nhấp vào liên kết, vì vậy chúng ta cần quyết định xem cần những URL nào. URL của trang chủ là đầu tiên: đó là URL cơ sở mà mọi người dùng để truy cập dự án. Hiện tại, URL cơ sở, </w:t>
      </w:r>
      <w:r>
        <w:rPr>
          <w:b w:val="0"/>
          <w:i/>
        </w:rPr>
        <w:t>http://localhost:8000/</w:t>
      </w:r>
      <w:r>
        <w:rPr>
          <w:b w:val="0"/>
          <w:i w:val="0"/>
        </w:rPr>
        <w:t>, trả về trang Django mặc định cho chúng ta biết dự án đã được thiết lập đúng. Chúng ta sẽ thay đổi điều này bằng cách ánh xạ URL cơ sở tới trang chủ của Learning Log.</w:t>
      </w:r>
    </w:p>
    <w:p>
      <w:pPr>
        <w:spacing w:after="80"/>
      </w:pPr>
      <w:r>
        <w:rPr>
          <w:b w:val="0"/>
          <w:i w:val="0"/>
        </w:rPr>
        <w:t xml:space="preserve">Trong thư mục </w:t>
      </w:r>
      <w:r>
        <w:rPr>
          <w:b w:val="0"/>
          <w:i/>
        </w:rPr>
        <w:t>ll_project</w:t>
      </w:r>
      <w:r>
        <w:rPr>
          <w:b w:val="0"/>
          <w:i w:val="0"/>
        </w:rPr>
        <w:t xml:space="preserve"> chính, hãy mở tệp </w:t>
      </w:r>
      <w:r>
        <w:rPr>
          <w:b w:val="0"/>
          <w:i/>
        </w:rPr>
        <w:t>urls.py</w:t>
      </w:r>
      <w:r>
        <w:rPr>
          <w:b w:val="0"/>
          <w:i w:val="0"/>
        </w:rPr>
        <w:t>. Bạn sẽ thấy đoạn mã sau:</w:t>
      </w:r>
    </w:p>
    <w:p>
      <w:pPr>
        <w:spacing w:after="80"/>
      </w:pPr>
      <w:r>
        <w:rPr>
          <w:b w:val="0"/>
          <w:i w:val="0"/>
        </w:rPr>
        <w:t>ll_project/urls.py</w:t>
      </w:r>
    </w:p>
    <w:p>
      <w:pPr>
        <w:spacing w:after="0"/>
        <w:ind w:left="360"/>
        <w:shd w:val="clear" w:color="auto" w:fill="F2F2F2"/>
      </w:pPr>
      <w:r>
        <w:rPr>
          <w:rFonts w:ascii="Consolas" w:hAnsi="Consolas"/>
          <w:b w:val="0"/>
          <w:i w:val="0"/>
          <w:sz w:val="18"/>
        </w:rPr>
        <w:t>❶ from django.contrib import admin</w:t>
      </w:r>
    </w:p>
    <w:p>
      <w:pPr>
        <w:spacing w:after="0"/>
        <w:ind w:left="360"/>
        <w:shd w:val="clear" w:color="auto" w:fill="F2F2F2"/>
      </w:pPr>
      <w:r>
        <w:rPr>
          <w:rFonts w:ascii="Consolas" w:hAnsi="Consolas"/>
          <w:b w:val="0"/>
          <w:i w:val="0"/>
          <w:sz w:val="18"/>
        </w:rPr>
        <w:t>from django.urls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urlpatterns = [</w:t>
      </w:r>
    </w:p>
    <w:p>
      <w:pPr>
        <w:spacing w:after="0"/>
        <w:ind w:left="360"/>
        <w:shd w:val="clear" w:color="auto" w:fill="F2F2F2"/>
      </w:pPr>
      <w:r>
        <w:rPr>
          <w:rFonts w:ascii="Consolas" w:hAnsi="Consolas"/>
          <w:b w:val="0"/>
          <w:i w:val="0"/>
          <w:sz w:val="18"/>
        </w:rPr>
        <w:t>❸     path('admin/', admin.site.urls),</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Hai dòng đầu tiên nhập mô-đun </w:t>
      </w:r>
      <w:r>
        <w:rPr>
          <w:rFonts w:ascii="Consolas" w:hAnsi="Consolas"/>
          <w:b w:val="0"/>
          <w:i w:val="0"/>
          <w:sz w:val="20"/>
        </w:rPr>
        <w:t>admin</w:t>
      </w:r>
      <w:r>
        <w:rPr>
          <w:b w:val="0"/>
          <w:i w:val="0"/>
        </w:rPr>
        <w:t xml:space="preserve"> và một hàm để xây dựng các đường dẫn URL ❶. Phần thân của tệp định nghĩa biến </w:t>
      </w:r>
      <w:r>
        <w:rPr>
          <w:rFonts w:ascii="Consolas" w:hAnsi="Consolas"/>
          <w:b w:val="0"/>
          <w:i w:val="0"/>
          <w:sz w:val="20"/>
        </w:rPr>
        <w:t>urlpatterns</w:t>
      </w:r>
      <w:r>
        <w:rPr>
          <w:b w:val="0"/>
          <w:i w:val="0"/>
        </w:rPr>
        <w:t xml:space="preserve"> ❷. Trong tệp </w:t>
      </w:r>
      <w:r>
        <w:rPr>
          <w:b w:val="0"/>
          <w:i/>
        </w:rPr>
        <w:t>urls.py</w:t>
      </w:r>
      <w:r>
        <w:rPr>
          <w:b w:val="0"/>
          <w:i w:val="0"/>
        </w:rPr>
        <w:t xml:space="preserve"> này, tệp định nghĩa các URL cho toàn bộ dự án, biến </w:t>
      </w:r>
      <w:r>
        <w:rPr>
          <w:rFonts w:ascii="Consolas" w:hAnsi="Consolas"/>
          <w:b w:val="0"/>
          <w:i w:val="0"/>
          <w:sz w:val="20"/>
        </w:rPr>
        <w:t>urlpatterns</w:t>
      </w:r>
      <w:r>
        <w:rPr>
          <w:b w:val="0"/>
          <w:i w:val="0"/>
        </w:rPr>
        <w:t xml:space="preserve"> bao gồm các tập hợp URL từ các ứng dụng trong dự án. Danh sách này bao gồm mô-đun </w:t>
      </w:r>
      <w:r>
        <w:rPr>
          <w:rFonts w:ascii="Consolas" w:hAnsi="Consolas"/>
          <w:b w:val="0"/>
          <w:i w:val="0"/>
          <w:sz w:val="20"/>
        </w:rPr>
        <w:t>admin.site.urls</w:t>
      </w:r>
      <w:r>
        <w:rPr>
          <w:b w:val="0"/>
          <w:i w:val="0"/>
        </w:rPr>
        <w:t>, mô-đun định nghĩa tất cả các URL có thể được yêu cầu từ trang quản trị ❸.</w:t>
      </w:r>
    </w:p>
    <w:p>
      <w:pPr>
        <w:spacing w:after="80"/>
      </w:pPr>
      <w:r>
        <w:rPr>
          <w:b w:val="0"/>
          <w:i w:val="0"/>
        </w:rPr>
        <w:t xml:space="preserve">Chúng ta cần bao gồm các URL cho </w:t>
      </w:r>
      <w:r>
        <w:rPr>
          <w:rFonts w:ascii="Consolas" w:hAnsi="Consolas"/>
          <w:b w:val="0"/>
          <w:i w:val="0"/>
          <w:sz w:val="20"/>
        </w:rPr>
        <w:t>learning_logs</w:t>
      </w:r>
      <w:r>
        <w:rPr>
          <w:b w:val="0"/>
          <w:i w:val="0"/>
        </w:rPr>
        <w:t>, vì vậy hãy thêm đoạn sau:</w:t>
      </w:r>
    </w:p>
    <w:p>
      <w:pPr>
        <w:spacing w:after="0"/>
        <w:ind w:left="360"/>
        <w:shd w:val="clear" w:color="auto" w:fill="F2F2F2"/>
      </w:pPr>
      <w:r>
        <w:rPr>
          <w:rFonts w:ascii="Consolas" w:hAnsi="Consolas"/>
          <w:b w:val="0"/>
          <w:i w:val="0"/>
          <w:sz w:val="18"/>
        </w:rPr>
        <w:t>from django.contrib import admin</w:t>
      </w:r>
    </w:p>
    <w:p>
      <w:pPr>
        <w:spacing w:after="0"/>
        <w:ind w:left="360"/>
        <w:shd w:val="clear" w:color="auto" w:fill="F2F2F2"/>
      </w:pPr>
      <w:r>
        <w:rPr>
          <w:rFonts w:ascii="Consolas" w:hAnsi="Consolas"/>
          <w:b w:val="0"/>
          <w:i w:val="0"/>
          <w:sz w:val="18"/>
        </w:rPr>
        <w:t>from django.urls import path, include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path('admin/', admin.site.urls),</w:t>
      </w:r>
    </w:p>
    <w:p>
      <w:pPr>
        <w:spacing w:after="0"/>
        <w:ind w:left="360"/>
        <w:shd w:val="clear" w:color="auto" w:fill="F2F2F2"/>
      </w:pPr>
      <w:r>
        <w:rPr>
          <w:rFonts w:ascii="Consolas" w:hAnsi="Consolas"/>
          <w:b w:val="0"/>
          <w:i w:val="0"/>
          <w:sz w:val="18"/>
        </w:rPr>
        <w:t xml:space="preserve">    path('', include('learning_logs.urls')),</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Chúng ta đã nhập hàm </w:t>
      </w:r>
      <w:r>
        <w:rPr>
          <w:rFonts w:ascii="Consolas" w:hAnsi="Consolas"/>
          <w:b w:val="0"/>
          <w:i w:val="0"/>
          <w:sz w:val="20"/>
        </w:rPr>
        <w:t>include()</w:t>
      </w:r>
      <w:r>
        <w:rPr>
          <w:b w:val="0"/>
          <w:i w:val="0"/>
        </w:rPr>
        <w:t xml:space="preserve">, và chúng ta cũng đã thêm một dòng để bao gồm mô-đun </w:t>
      </w:r>
      <w:r>
        <w:rPr>
          <w:rFonts w:ascii="Consolas" w:hAnsi="Consolas"/>
          <w:b w:val="0"/>
          <w:i w:val="0"/>
          <w:sz w:val="20"/>
        </w:rPr>
        <w:t>learning_logs.urls</w:t>
      </w:r>
      <w:r>
        <w:rPr>
          <w:b w:val="0"/>
          <w:i w:val="0"/>
        </w:rPr>
        <w:t>.</w:t>
      </w:r>
    </w:p>
    <w:p>
      <w:pPr>
        <w:spacing w:after="80"/>
      </w:pPr>
      <w:r>
        <w:rPr>
          <w:b w:val="0"/>
          <w:i w:val="0"/>
        </w:rPr>
        <w:t xml:space="preserve">Tệp </w:t>
      </w:r>
      <w:r>
        <w:rPr>
          <w:b w:val="0"/>
          <w:i/>
        </w:rPr>
        <w:t>urls.py</w:t>
      </w:r>
      <w:r>
        <w:rPr>
          <w:b w:val="0"/>
          <w:i w:val="0"/>
        </w:rPr>
        <w:t xml:space="preserve"> mặc định nằm trong thư mục </w:t>
      </w:r>
      <w:r>
        <w:rPr>
          <w:b w:val="0"/>
          <w:i/>
        </w:rPr>
        <w:t>ll_project</w:t>
      </w:r>
      <w:r>
        <w:rPr>
          <w:b w:val="0"/>
          <w:i w:val="0"/>
        </w:rPr>
        <w:t xml:space="preserve">; bây giờ chúng ta cần tạo một tệp </w:t>
      </w:r>
      <w:r>
        <w:rPr>
          <w:b w:val="0"/>
          <w:i/>
        </w:rPr>
        <w:t>urls.py</w:t>
      </w:r>
      <w:r>
        <w:rPr>
          <w:b w:val="0"/>
          <w:i w:val="0"/>
        </w:rPr>
        <w:t xml:space="preserve"> thứ hai trong thư mục </w:t>
      </w:r>
      <w:r>
        <w:rPr>
          <w:b w:val="0"/>
          <w:i/>
        </w:rPr>
        <w:t>learning_logs</w:t>
      </w:r>
      <w:r>
        <w:rPr>
          <w:b w:val="0"/>
          <w:i w:val="0"/>
        </w:rPr>
        <w:t xml:space="preserve">. Hãy tạo một tệp Python mới, lưu nó thành </w:t>
      </w:r>
      <w:r>
        <w:rPr>
          <w:b w:val="0"/>
          <w:i/>
        </w:rPr>
        <w:t>urls.py</w:t>
      </w:r>
      <w:r>
        <w:rPr>
          <w:b w:val="0"/>
          <w:i w:val="0"/>
        </w:rPr>
        <w:t xml:space="preserve"> trong </w:t>
      </w:r>
      <w:r>
        <w:rPr>
          <w:b w:val="0"/>
          <w:i/>
        </w:rPr>
        <w:t>learning_logs</w:t>
      </w:r>
      <w:r>
        <w:rPr>
          <w:b w:val="0"/>
          <w:i w:val="0"/>
        </w:rPr>
        <w:t>, và nhập đoạn mã sau vào đó:</w:t>
      </w:r>
    </w:p>
    <w:p>
      <w:pPr>
        <w:spacing w:after="80"/>
      </w:pPr>
      <w:r>
        <w:rPr>
          <w:b w:val="0"/>
          <w:i w:val="0"/>
        </w:rPr>
        <w:t>learning_logs/urls.py</w:t>
      </w:r>
    </w:p>
    <w:p>
      <w:pPr>
        <w:spacing w:after="0"/>
        <w:ind w:left="360"/>
        <w:shd w:val="clear" w:color="auto" w:fill="F2F2F2"/>
      </w:pPr>
      <w:r>
        <w:rPr>
          <w:rFonts w:ascii="Consolas" w:hAnsi="Consolas"/>
          <w:b w:val="0"/>
          <w:i w:val="0"/>
          <w:sz w:val="18"/>
        </w:rPr>
        <w:t>❶ """Defines URL patterns for learning_logs."""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from django.urls import path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from . import views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app_name = 'learning_logs'</w:t>
      </w:r>
    </w:p>
    <w:p>
      <w:pPr>
        <w:spacing w:after="0"/>
        <w:ind w:left="360"/>
        <w:shd w:val="clear" w:color="auto" w:fill="F2F2F2"/>
      </w:pPr>
      <w:r>
        <w:rPr>
          <w:rFonts w:ascii="Consolas" w:hAnsi="Consolas"/>
          <w:b w:val="0"/>
          <w:i w:val="0"/>
          <w:sz w:val="18"/>
        </w:rPr>
        <w:t>❺ urlpatterns = [</w:t>
      </w:r>
    </w:p>
    <w:p>
      <w:pPr>
        <w:spacing w:after="0"/>
        <w:ind w:left="360"/>
        <w:shd w:val="clear" w:color="auto" w:fill="F2F2F2"/>
      </w:pPr>
      <w:r>
        <w:rPr>
          <w:rFonts w:ascii="Consolas" w:hAnsi="Consolas"/>
          <w:b w:val="0"/>
          <w:i w:val="0"/>
          <w:sz w:val="18"/>
        </w:rPr>
        <w:t xml:space="preserve">    # Home page</w:t>
      </w:r>
    </w:p>
    <w:p>
      <w:pPr>
        <w:spacing w:after="0"/>
        <w:ind w:left="360"/>
        <w:shd w:val="clear" w:color="auto" w:fill="F2F2F2"/>
      </w:pPr>
      <w:r>
        <w:rPr>
          <w:rFonts w:ascii="Consolas" w:hAnsi="Consolas"/>
          <w:b w:val="0"/>
          <w:i w:val="0"/>
          <w:sz w:val="18"/>
        </w:rPr>
        <w:t>❻     path('', views.index, name='index'),</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Để làm rõ chúng ta đang làm việc trong tệp </w:t>
      </w:r>
      <w:r>
        <w:rPr>
          <w:b w:val="0"/>
          <w:i/>
        </w:rPr>
        <w:t>urls.py</w:t>
      </w:r>
      <w:r>
        <w:rPr>
          <w:b w:val="0"/>
          <w:i w:val="0"/>
        </w:rPr>
        <w:t xml:space="preserve"> nào, chúng ta thêm một chuỗi tài liệu (docstring) ở đầu tệp ❶. Sau đó chúng ta nhập hàm </w:t>
      </w:r>
      <w:r>
        <w:rPr>
          <w:rFonts w:ascii="Consolas" w:hAnsi="Consolas"/>
          <w:b w:val="0"/>
          <w:i w:val="0"/>
          <w:sz w:val="20"/>
        </w:rPr>
        <w:t>path</w:t>
      </w:r>
      <w:r>
        <w:rPr>
          <w:b w:val="0"/>
          <w:i w:val="0"/>
        </w:rPr>
        <w:t xml:space="preserve">, hàm này cần thiết khi ánh xạ URL tới các view ❷. Chúng ta cũng nhập mô-đun </w:t>
      </w:r>
      <w:r>
        <w:rPr>
          <w:rFonts w:ascii="Consolas" w:hAnsi="Consolas"/>
          <w:b w:val="0"/>
          <w:i w:val="0"/>
          <w:sz w:val="20"/>
        </w:rPr>
        <w:t>views</w:t>
      </w:r>
      <w:r>
        <w:rPr>
          <w:b w:val="0"/>
          <w:i w:val="0"/>
        </w:rPr>
        <w:t xml:space="preserve"> ❸; dấu chấm cho Python biết cần nhập mô-đun </w:t>
      </w:r>
      <w:r>
        <w:rPr>
          <w:b w:val="0"/>
          <w:i/>
        </w:rPr>
        <w:t>views.py</w:t>
      </w:r>
      <w:r>
        <w:rPr>
          <w:b w:val="0"/>
          <w:i w:val="0"/>
        </w:rPr>
        <w:t xml:space="preserve"> từ cùng thư mục với mô-đun </w:t>
      </w:r>
      <w:r>
        <w:rPr>
          <w:b w:val="0"/>
          <w:i/>
        </w:rPr>
        <w:t>urls.py</w:t>
      </w:r>
      <w:r>
        <w:rPr>
          <w:b w:val="0"/>
          <w:i w:val="0"/>
        </w:rPr>
        <w:t xml:space="preserve"> hiện tại. Biến </w:t>
      </w:r>
      <w:r>
        <w:rPr>
          <w:rFonts w:ascii="Consolas" w:hAnsi="Consolas"/>
          <w:b w:val="0"/>
          <w:i w:val="0"/>
          <w:sz w:val="20"/>
        </w:rPr>
        <w:t>app_name</w:t>
      </w:r>
      <w:r>
        <w:rPr>
          <w:b w:val="0"/>
          <w:i w:val="0"/>
        </w:rPr>
        <w:t xml:space="preserve"> giúp Django phân biệt tệp </w:t>
      </w:r>
      <w:r>
        <w:rPr>
          <w:b w:val="0"/>
          <w:i/>
        </w:rPr>
        <w:t>urls.py</w:t>
      </w:r>
      <w:r>
        <w:rPr>
          <w:b w:val="0"/>
          <w:i w:val="0"/>
        </w:rPr>
        <w:t xml:space="preserve"> này với các tệp cùng tên trong các ứng dụng khác trong dự án ❹. Biến </w:t>
      </w:r>
      <w:r>
        <w:rPr>
          <w:rFonts w:ascii="Consolas" w:hAnsi="Consolas"/>
          <w:b w:val="0"/>
          <w:i w:val="0"/>
          <w:sz w:val="20"/>
        </w:rPr>
        <w:t>urlpatterns</w:t>
      </w:r>
      <w:r>
        <w:rPr>
          <w:b w:val="0"/>
          <w:i w:val="0"/>
        </w:rPr>
        <w:t xml:space="preserve"> trong mô-đun này là một danh sách các trang riêng lẻ có thể được yêu cầu từ ứng dụng </w:t>
      </w:r>
      <w:r>
        <w:rPr>
          <w:rFonts w:ascii="Consolas" w:hAnsi="Consolas"/>
          <w:b w:val="0"/>
          <w:i w:val="0"/>
          <w:sz w:val="20"/>
        </w:rPr>
        <w:t>learning_logs</w:t>
      </w:r>
      <w:r>
        <w:rPr>
          <w:b w:val="0"/>
          <w:i w:val="0"/>
        </w:rPr>
        <w:t xml:space="preserve"> ❺.</w:t>
      </w:r>
    </w:p>
    <w:p>
      <w:pPr>
        <w:spacing w:after="80"/>
      </w:pPr>
      <w:r>
        <w:rPr>
          <w:b w:val="0"/>
          <w:i w:val="0"/>
        </w:rPr>
        <w:t xml:space="preserve">Mẫu URL thực tế là một lời gọi hàm </w:t>
      </w:r>
      <w:r>
        <w:rPr>
          <w:rFonts w:ascii="Consolas" w:hAnsi="Consolas"/>
          <w:b w:val="0"/>
          <w:i w:val="0"/>
          <w:sz w:val="20"/>
        </w:rPr>
        <w:t>path()</w:t>
      </w:r>
      <w:r>
        <w:rPr>
          <w:b w:val="0"/>
          <w:i w:val="0"/>
        </w:rPr>
        <w:t>, hàm này nhận ba đối số ❻. Đối số đầu tiên là một chuỗi giúp Django định tuyến yêu cầu hiện tại một cách hợp lý. Django nhận URL được yêu cầu và cố gắng định tuyến yêu cầu tới một view. Nó làm điều này bằng cách tìm kiếm tất cả các mẫu URL mà chúng ta đã định nghĩa để tìm ra mẫu khớp với yêu cầu hiện tại. Django bỏ qua URL cơ sở của dự án (</w:t>
      </w:r>
      <w:r>
        <w:rPr>
          <w:b w:val="0"/>
          <w:i/>
        </w:rPr>
        <w:t>http://localhost:8000/</w:t>
      </w:r>
      <w:r>
        <w:rPr>
          <w:b w:val="0"/>
          <w:i w:val="0"/>
        </w:rPr>
        <w:t>), vì vậy chuỗi rỗng (</w:t>
      </w:r>
      <w:r>
        <w:rPr>
          <w:rFonts w:ascii="Consolas" w:hAnsi="Consolas"/>
          <w:b w:val="0"/>
          <w:i w:val="0"/>
          <w:sz w:val="20"/>
        </w:rPr>
        <w:t>''</w:t>
      </w:r>
      <w:r>
        <w:rPr>
          <w:b w:val="0"/>
          <w:i w:val="0"/>
        </w:rPr>
        <w:t>) khớp với URL cơ sở. Bất kỳ URL nào khác sẽ không khớp với mẫu này, và Django sẽ trả về một trang lỗi nếu URL được yêu cầu không khớp với bất kỳ mẫu URL hiện có nào.</w:t>
      </w:r>
    </w:p>
    <w:p>
      <w:pPr>
        <w:spacing w:after="80"/>
      </w:pPr>
      <w:r>
        <w:rPr>
          <w:b w:val="0"/>
          <w:i w:val="0"/>
        </w:rPr>
        <w:t xml:space="preserve">Đối số thứ hai trong </w:t>
      </w:r>
      <w:r>
        <w:rPr>
          <w:rFonts w:ascii="Consolas" w:hAnsi="Consolas"/>
          <w:b w:val="0"/>
          <w:i w:val="0"/>
          <w:sz w:val="20"/>
        </w:rPr>
        <w:t>path()</w:t>
      </w:r>
      <w:r>
        <w:rPr>
          <w:b w:val="0"/>
          <w:i w:val="0"/>
        </w:rPr>
        <w:t xml:space="preserve"> ❻ chỉ định hàm nào sẽ được gọi trong </w:t>
      </w:r>
      <w:r>
        <w:rPr>
          <w:b w:val="0"/>
          <w:i/>
        </w:rPr>
        <w:t>views.py</w:t>
      </w:r>
      <w:r>
        <w:rPr>
          <w:b w:val="0"/>
          <w:i w:val="0"/>
        </w:rPr>
        <w:t xml:space="preserve">. Khi một URL được yêu cầu khớp với mẫu mà chúng ta đang định nghĩa, Django gọi hàm </w:t>
      </w:r>
      <w:r>
        <w:rPr>
          <w:rFonts w:ascii="Consolas" w:hAnsi="Consolas"/>
          <w:b w:val="0"/>
          <w:i w:val="0"/>
          <w:sz w:val="20"/>
        </w:rPr>
        <w:t>index()</w:t>
      </w:r>
      <w:r>
        <w:rPr>
          <w:b w:val="0"/>
          <w:i w:val="0"/>
        </w:rPr>
        <w:t xml:space="preserve"> từ </w:t>
      </w:r>
      <w:r>
        <w:rPr>
          <w:b w:val="0"/>
          <w:i/>
        </w:rPr>
        <w:t>views.py</w:t>
      </w:r>
      <w:r>
        <w:rPr>
          <w:b w:val="0"/>
          <w:i w:val="0"/>
        </w:rPr>
        <w:t xml:space="preserve">. (Chúng ta sẽ viết hàm view này trong phần tiếp theo.) Đối số thứ ba cung cấp tên </w:t>
      </w:r>
      <w:r>
        <w:rPr>
          <w:b w:val="0"/>
          <w:i/>
        </w:rPr>
        <w:t>index</w:t>
      </w:r>
      <w:r>
        <w:rPr>
          <w:b w:val="0"/>
          <w:i w:val="0"/>
        </w:rPr>
        <w:t xml:space="preserve"> cho mẫu URL này để chúng ta có thể tham chiếu đến nó dễ dàng hơn trong các tệp khác trong toàn bộ dự án. Mỗi khi chúng ta muốn cung cấp một liên kết tới trang chủ, chúng ta sẽ dùng tên này thay vì viết ra một URL.</w:t>
      </w:r>
    </w:p>
    <w:p>
      <w:pPr>
        <w:pStyle w:val="Heading3"/>
      </w:pPr>
      <w:r>
        <w:rPr>
          <w:rFonts w:ascii="Calibri" w:hAnsi="Calibri"/>
          <w:b/>
          <w:i w:val="0"/>
          <w:sz w:val="27"/>
        </w:rPr>
        <w:t>Viết một View</w:t>
      </w:r>
    </w:p>
    <w:p>
      <w:pPr>
        <w:spacing w:after="80"/>
      </w:pPr>
      <w:r>
        <w:rPr>
          <w:b w:val="0"/>
          <w:i w:val="0"/>
        </w:rPr>
        <w:t>Một hàm view nhận thông tin từ một yêu cầu, chuẩn bị dữ liệu cần thiết để tạo ra một trang, rồi gửi dữ liệu trở lại trình duyệt. Nó thường làm điều này bằng cách sử dụng một template (mẫu) định nghĩa trang sẽ trông như thế nào.</w:t>
      </w:r>
    </w:p>
    <w:p>
      <w:pPr>
        <w:spacing w:after="80"/>
      </w:pPr>
      <w:r>
        <w:rPr>
          <w:b w:val="0"/>
          <w:i w:val="0"/>
        </w:rPr>
        <w:t xml:space="preserve">Tệp </w:t>
      </w:r>
      <w:r>
        <w:rPr>
          <w:b w:val="0"/>
          <w:i/>
        </w:rPr>
        <w:t>views.py</w:t>
      </w:r>
      <w:r>
        <w:rPr>
          <w:b w:val="0"/>
          <w:i w:val="0"/>
        </w:rPr>
        <w:t xml:space="preserve"> trong </w:t>
      </w:r>
      <w:r>
        <w:rPr>
          <w:b w:val="0"/>
          <w:i/>
        </w:rPr>
        <w:t>learning_logs</w:t>
      </w:r>
      <w:r>
        <w:rPr>
          <w:b w:val="0"/>
          <w:i w:val="0"/>
        </w:rPr>
        <w:t xml:space="preserve"> được tạo tự động khi chúng ta chạy lệnh </w:t>
      </w:r>
      <w:r>
        <w:rPr>
          <w:rFonts w:ascii="Consolas" w:hAnsi="Consolas"/>
          <w:b w:val="0"/>
          <w:i w:val="0"/>
          <w:sz w:val="20"/>
        </w:rPr>
        <w:t>python manage.py startapp</w:t>
      </w:r>
      <w:r>
        <w:rPr>
          <w:b w:val="0"/>
          <w:i w:val="0"/>
        </w:rPr>
        <w:t xml:space="preserve">. Đây là những gì hiện có trong </w:t>
      </w:r>
      <w:r>
        <w:rPr>
          <w:b w:val="0"/>
          <w:i/>
        </w:rPr>
        <w:t>views.py</w:t>
      </w:r>
      <w:r>
        <w:rPr>
          <w:b w:val="0"/>
          <w:i w:val="0"/>
        </w:rPr>
        <w:t xml:space="preserve"> ngay bây giờ:</w:t>
      </w:r>
    </w:p>
    <w:p>
      <w:pPr>
        <w:spacing w:after="80"/>
      </w:pPr>
      <w:r>
        <w:rPr>
          <w:b w:val="0"/>
          <w:i w:val="0"/>
        </w:rPr>
        <w:t>views.py</w:t>
      </w:r>
    </w:p>
    <w:p>
      <w:pPr>
        <w:spacing w:after="80"/>
      </w:pPr>
      <w:r>
        <w:rPr>
          <w:b w:val="0"/>
          <w:i w:val="0"/>
        </w:rPr>
        <w:t>from django.shortcuts import render</w:t>
      </w:r>
      <w:r>
        <w:br/>
      </w:r>
      <w:r>
        <w:br/>
      </w:r>
      <w:r>
        <w:rPr>
          <w:b w:val="0"/>
          <w:i w:val="0"/>
        </w:rPr>
        <w:t># Create your views here.</w:t>
      </w:r>
    </w:p>
    <w:p>
      <w:pPr>
        <w:spacing w:after="80"/>
      </w:pPr>
      <w:r>
        <w:rPr>
          <w:b w:val="0"/>
          <w:i w:val="0"/>
        </w:rPr>
        <w:t xml:space="preserve">Hiện tại, file này chỉ import hàm </w:t>
      </w:r>
      <w:r>
        <w:rPr>
          <w:rFonts w:ascii="Consolas" w:hAnsi="Consolas"/>
          <w:b w:val="0"/>
          <w:i w:val="0"/>
          <w:sz w:val="20"/>
        </w:rPr>
        <w:t>render()</w:t>
      </w:r>
      <w:r>
        <w:rPr>
          <w:b w:val="0"/>
          <w:i w:val="0"/>
        </w:rPr>
        <w:t xml:space="preserve">, hàm này sẽ kết xuất phản hồi dựa trên dữ liệu do các view cung cấp. Mở </w:t>
      </w:r>
      <w:r>
        <w:rPr>
          <w:b w:val="0"/>
          <w:i/>
        </w:rPr>
        <w:t>views.py</w:t>
      </w:r>
      <w:r>
        <w:rPr>
          <w:b w:val="0"/>
          <w:i w:val="0"/>
        </w:rPr>
        <w:t xml:space="preserve"> và thêm đoạn code sau cho trang chủ:</w:t>
      </w:r>
    </w:p>
    <w:p>
      <w:pPr>
        <w:spacing w:after="0"/>
        <w:ind w:left="360"/>
        <w:shd w:val="clear" w:color="auto" w:fill="F2F2F2"/>
      </w:pPr>
      <w:r>
        <w:rPr>
          <w:rFonts w:ascii="Consolas" w:hAnsi="Consolas"/>
          <w:b w:val="0"/>
          <w:i w:val="0"/>
          <w:sz w:val="18"/>
        </w:rPr>
        <w:t>from django.shortcuts import render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index(request):</w:t>
      </w:r>
    </w:p>
    <w:p>
      <w:pPr>
        <w:spacing w:after="0"/>
        <w:ind w:left="360"/>
        <w:shd w:val="clear" w:color="auto" w:fill="F2F2F2"/>
      </w:pPr>
      <w:r>
        <w:rPr>
          <w:rFonts w:ascii="Consolas" w:hAnsi="Consolas"/>
          <w:b w:val="0"/>
          <w:i w:val="0"/>
          <w:sz w:val="18"/>
        </w:rPr>
        <w:t xml:space="preserve">    """The home page for Learning Log."""</w:t>
      </w:r>
    </w:p>
    <w:p>
      <w:pPr>
        <w:spacing w:after="0"/>
        <w:ind w:left="360"/>
        <w:shd w:val="clear" w:color="auto" w:fill="F2F2F2"/>
      </w:pPr>
      <w:r>
        <w:rPr>
          <w:rFonts w:ascii="Consolas" w:hAnsi="Consolas"/>
          <w:b w:val="0"/>
          <w:i w:val="0"/>
          <w:sz w:val="18"/>
        </w:rPr>
        <w:t xml:space="preserve">    return render(request, 'learning_logs/index.html')</w:t>
      </w:r>
    </w:p>
    <w:p>
      <w:pPr>
        <w:spacing w:after="40"/>
      </w:pPr>
    </w:p>
    <w:p>
      <w:pPr>
        <w:spacing w:after="80"/>
      </w:pPr>
      <w:r>
        <w:rPr>
          <w:b w:val="0"/>
          <w:i w:val="0"/>
        </w:rPr>
        <w:t xml:space="preserve">Khi một yêu cầu URL khớp với mẫu mà chúng ta vừa định nghĩa, Django sẽ tìm một hàm tên là </w:t>
      </w:r>
      <w:r>
        <w:rPr>
          <w:rFonts w:ascii="Consolas" w:hAnsi="Consolas"/>
          <w:b w:val="0"/>
          <w:i w:val="0"/>
          <w:sz w:val="20"/>
        </w:rPr>
        <w:t>index()</w:t>
      </w:r>
      <w:r>
        <w:rPr>
          <w:b w:val="0"/>
          <w:i w:val="0"/>
        </w:rPr>
        <w:t xml:space="preserve"> trong file </w:t>
      </w:r>
      <w:r>
        <w:rPr>
          <w:b w:val="0"/>
          <w:i/>
        </w:rPr>
        <w:t>views.py</w:t>
      </w:r>
      <w:r>
        <w:rPr>
          <w:b w:val="0"/>
          <w:i w:val="0"/>
        </w:rPr>
        <w:t xml:space="preserve">. Sau đó Django truyền đối tượng </w:t>
      </w:r>
      <w:r>
        <w:rPr>
          <w:rFonts w:ascii="Consolas" w:hAnsi="Consolas"/>
          <w:b w:val="0"/>
          <w:i w:val="0"/>
          <w:sz w:val="20"/>
        </w:rPr>
        <w:t>request</w:t>
      </w:r>
      <w:r>
        <w:rPr>
          <w:b w:val="0"/>
          <w:i w:val="0"/>
        </w:rPr>
        <w:t xml:space="preserve"> cho hàm view này. Trong trường hợp này, chúng ta không cần xử lý dữ liệu gì cho trang, nên code duy nhất trong hàm chỉ là một lời gọi đến </w:t>
      </w:r>
      <w:r>
        <w:rPr>
          <w:rFonts w:ascii="Consolas" w:hAnsi="Consolas"/>
          <w:b w:val="0"/>
          <w:i w:val="0"/>
          <w:sz w:val="20"/>
        </w:rPr>
        <w:t>render()</w:t>
      </w:r>
      <w:r>
        <w:rPr>
          <w:b w:val="0"/>
          <w:i w:val="0"/>
        </w:rPr>
        <w:t xml:space="preserve">. Hàm </w:t>
      </w:r>
      <w:r>
        <w:rPr>
          <w:rFonts w:ascii="Consolas" w:hAnsi="Consolas"/>
          <w:b w:val="0"/>
          <w:i w:val="0"/>
          <w:sz w:val="20"/>
        </w:rPr>
        <w:t>render()</w:t>
      </w:r>
      <w:r>
        <w:rPr>
          <w:b w:val="0"/>
          <w:i w:val="0"/>
        </w:rPr>
        <w:t xml:space="preserve"> ở đây truyền hai đối số: đối tượng </w:t>
      </w:r>
      <w:r>
        <w:rPr>
          <w:rFonts w:ascii="Consolas" w:hAnsi="Consolas"/>
          <w:b w:val="0"/>
          <w:i w:val="0"/>
          <w:sz w:val="20"/>
        </w:rPr>
        <w:t>request</w:t>
      </w:r>
      <w:r>
        <w:rPr>
          <w:b w:val="0"/>
          <w:i w:val="0"/>
        </w:rPr>
        <w:t xml:space="preserve"> gốc và một template mà nó có thể dùng để dựng trang. Hãy viết template này.</w:t>
      </w:r>
    </w:p>
    <w:p>
      <w:pPr>
        <w:pStyle w:val="Heading3"/>
      </w:pPr>
      <w:r>
        <w:rPr>
          <w:rFonts w:ascii="Calibri" w:hAnsi="Calibri"/>
          <w:b/>
          <w:i w:val="0"/>
          <w:sz w:val="27"/>
        </w:rPr>
        <w:t>Viết một Template</w:t>
      </w:r>
    </w:p>
    <w:p>
      <w:pPr>
        <w:spacing w:after="80"/>
      </w:pPr>
      <w:r>
        <w:rPr>
          <w:b w:val="0"/>
          <w:i w:val="0"/>
        </w:rPr>
        <w:t>Template định nghĩa trang sẽ trông như thế nào, và Django sẽ điền dữ liệu liên quan mỗi khi trang được yêu cầu. Một template cho phép bạn truy cập bất kỳ dữ liệu nào do view cung cấp. Vì view cho trang chủ của chúng ta không cung cấp dữ liệu nào, nên template này khá đơn giản.</w:t>
      </w:r>
    </w:p>
    <w:p>
      <w:pPr>
        <w:spacing w:after="80"/>
      </w:pPr>
      <w:r>
        <w:rPr>
          <w:b w:val="0"/>
          <w:i w:val="0"/>
        </w:rPr>
        <w:t xml:space="preserve">Bên trong thư mục </w:t>
      </w:r>
      <w:r>
        <w:rPr>
          <w:b w:val="0"/>
          <w:i/>
        </w:rPr>
        <w:t>learning_logs</w:t>
      </w:r>
      <w:r>
        <w:rPr>
          <w:b w:val="0"/>
          <w:i w:val="0"/>
        </w:rPr>
        <w:t xml:space="preserve">, tạo một thư mục mới tên là </w:t>
      </w:r>
      <w:r>
        <w:rPr>
          <w:b w:val="0"/>
          <w:i/>
        </w:rPr>
        <w:t>templates</w:t>
      </w:r>
      <w:r>
        <w:rPr>
          <w:b w:val="0"/>
          <w:i w:val="0"/>
        </w:rPr>
        <w:t xml:space="preserve">. Bên trong thư mục </w:t>
      </w:r>
      <w:r>
        <w:rPr>
          <w:b w:val="0"/>
          <w:i/>
        </w:rPr>
        <w:t>templates</w:t>
      </w:r>
      <w:r>
        <w:rPr>
          <w:b w:val="0"/>
          <w:i w:val="0"/>
        </w:rPr>
        <w:t xml:space="preserve">, tạo thêm một thư mục nữa tên là </w:t>
      </w:r>
      <w:r>
        <w:rPr>
          <w:b w:val="0"/>
          <w:i/>
        </w:rPr>
        <w:t>learning_logs</w:t>
      </w:r>
      <w:r>
        <w:rPr>
          <w:b w:val="0"/>
          <w:i w:val="0"/>
        </w:rPr>
        <w:t xml:space="preserve">. Điều này có vẻ hơi thừa thãi (chúng ta có một thư mục tên </w:t>
      </w:r>
      <w:r>
        <w:rPr>
          <w:b w:val="0"/>
          <w:i/>
        </w:rPr>
        <w:t>learning_logs</w:t>
      </w:r>
      <w:r>
        <w:rPr>
          <w:b w:val="0"/>
          <w:i w:val="0"/>
        </w:rPr>
        <w:t xml:space="preserve"> nằm trong thư mục tên </w:t>
      </w:r>
      <w:r>
        <w:rPr>
          <w:b w:val="0"/>
          <w:i/>
        </w:rPr>
        <w:t>templates</w:t>
      </w:r>
      <w:r>
        <w:rPr>
          <w:b w:val="0"/>
          <w:i w:val="0"/>
        </w:rPr>
        <w:t xml:space="preserve"> nằm trong thư mục tên </w:t>
      </w:r>
      <w:r>
        <w:rPr>
          <w:b w:val="0"/>
          <w:i/>
        </w:rPr>
        <w:t>learning_logs</w:t>
      </w:r>
      <w:r>
        <w:rPr>
          <w:b w:val="0"/>
          <w:i w:val="0"/>
        </w:rPr>
        <w:t xml:space="preserve">), nhưng nó thiết lập một cấu trúc mà Django có thể hiểu một cách rõ ràng, ngay cả trong bối cảnh một dự án lớn chứa nhiều app riêng lẻ. Bên trong thư mục </w:t>
      </w:r>
      <w:r>
        <w:rPr>
          <w:b w:val="0"/>
          <w:i/>
        </w:rPr>
        <w:t>learning_logs</w:t>
      </w:r>
      <w:r>
        <w:rPr>
          <w:b w:val="0"/>
          <w:i w:val="0"/>
        </w:rPr>
        <w:t xml:space="preserve"> bên trong, tạo một file mới tên là </w:t>
      </w:r>
      <w:r>
        <w:rPr>
          <w:b w:val="0"/>
          <w:i/>
        </w:rPr>
        <w:t>index.html</w:t>
      </w:r>
      <w:r>
        <w:rPr>
          <w:b w:val="0"/>
          <w:i w:val="0"/>
        </w:rPr>
        <w:t xml:space="preserve">. Đường dẫn đến file sẽ là </w:t>
      </w:r>
      <w:r>
        <w:rPr>
          <w:b w:val="0"/>
          <w:i/>
        </w:rPr>
        <w:t>learning_log/learning_logs/templates/learning_logs/index.html</w:t>
      </w:r>
      <w:r>
        <w:rPr>
          <w:b w:val="0"/>
          <w:i w:val="0"/>
        </w:rPr>
        <w:t>. Nhập đoạn code sau vào file đó:</w:t>
      </w:r>
    </w:p>
    <w:p>
      <w:pPr>
        <w:spacing w:after="80"/>
      </w:pPr>
      <w:r>
        <w:rPr>
          <w:b w:val="0"/>
          <w:i w:val="0"/>
        </w:rPr>
        <w:t>index.html</w:t>
      </w:r>
    </w:p>
    <w:p>
      <w:pPr>
        <w:spacing w:after="80"/>
      </w:pPr>
      <w:r>
        <w:rPr>
          <w:b w:val="0"/>
          <w:i w:val="0"/>
        </w:rPr>
        <w:t>&lt;p&gt;Learning Log&lt;/p&gt;</w:t>
      </w:r>
      <w:r>
        <w:br/>
      </w:r>
      <w:r>
        <w:br/>
      </w:r>
      <w:r>
        <w:rPr>
          <w:b w:val="0"/>
          <w:i w:val="0"/>
        </w:rPr>
        <w:t>&lt;p&gt;Learning Log helps you keep track of your learning, for any topic you're</w:t>
      </w:r>
      <w:r>
        <w:br/>
      </w:r>
      <w:r>
        <w:rPr>
          <w:b w:val="0"/>
          <w:i w:val="0"/>
        </w:rPr>
        <w:t>interested in.&lt;/p&gt;</w:t>
      </w:r>
    </w:p>
    <w:p>
      <w:pPr>
        <w:spacing w:after="80"/>
      </w:pPr>
      <w:r>
        <w:rPr>
          <w:b w:val="0"/>
          <w:i w:val="0"/>
        </w:rPr>
        <w:t xml:space="preserve">Đây là một file rất đơn giản. Nếu bạn chưa quen với HTML, các thẻ </w:t>
      </w:r>
      <w:r>
        <w:rPr>
          <w:rFonts w:ascii="Consolas" w:hAnsi="Consolas"/>
          <w:b w:val="0"/>
          <w:i w:val="0"/>
          <w:sz w:val="20"/>
        </w:rPr>
        <w:t>&lt;p&gt;&lt;/p&gt;</w:t>
      </w:r>
      <w:r>
        <w:rPr>
          <w:b w:val="0"/>
          <w:i w:val="0"/>
        </w:rPr>
        <w:t xml:space="preserve"> biểu thị đoạn văn. Thẻ </w:t>
      </w:r>
      <w:r>
        <w:rPr>
          <w:rFonts w:ascii="Consolas" w:hAnsi="Consolas"/>
          <w:b w:val="0"/>
          <w:i w:val="0"/>
          <w:sz w:val="20"/>
        </w:rPr>
        <w:t>&lt;p&gt;</w:t>
      </w:r>
      <w:r>
        <w:rPr>
          <w:b w:val="0"/>
          <w:i w:val="0"/>
        </w:rPr>
        <w:t xml:space="preserve"> mở một đoạn văn, và thẻ </w:t>
      </w:r>
      <w:r>
        <w:rPr>
          <w:rFonts w:ascii="Consolas" w:hAnsi="Consolas"/>
          <w:b w:val="0"/>
          <w:i w:val="0"/>
          <w:sz w:val="20"/>
        </w:rPr>
        <w:t>&lt;/p&gt;</w:t>
      </w:r>
      <w:r>
        <w:rPr>
          <w:b w:val="0"/>
          <w:i w:val="0"/>
        </w:rPr>
        <w:t xml:space="preserve"> đóng một đoạn văn. Chúng ta có hai đoạn: đoạn đầu đóng vai trò tiêu đề, đoạn thứ hai mô tả những gì người dùng có thể làm với Learning Log.</w:t>
      </w:r>
    </w:p>
    <w:p>
      <w:pPr>
        <w:spacing w:after="80"/>
      </w:pPr>
      <w:r>
        <w:rPr>
          <w:b w:val="0"/>
          <w:i w:val="0"/>
        </w:rPr>
        <w:t xml:space="preserve">Giờ khi bạn yêu cầu URL cơ sở của dự án, </w:t>
      </w:r>
      <w:r>
        <w:rPr>
          <w:b w:val="0"/>
          <w:i/>
        </w:rPr>
        <w:t>http://localhost:8000/</w:t>
      </w:r>
      <w:r>
        <w:rPr>
          <w:b w:val="0"/>
          <w:i w:val="0"/>
        </w:rPr>
        <w:t xml:space="preserve">, bạn sẽ thấy trang mà chúng ta vừa dựng thay vì trang Django mặc định. Django sẽ lấy URL được yêu cầu, và URL đó sẽ khớp với mẫu </w:t>
      </w:r>
      <w:r>
        <w:rPr>
          <w:rFonts w:ascii="Consolas" w:hAnsi="Consolas"/>
          <w:b w:val="0"/>
          <w:i w:val="0"/>
          <w:sz w:val="20"/>
        </w:rPr>
        <w:t>''</w:t>
      </w:r>
      <w:r>
        <w:rPr>
          <w:b w:val="0"/>
          <w:i w:val="0"/>
        </w:rPr>
        <w:t xml:space="preserve">; sau đó Django sẽ gọi hàm </w:t>
      </w:r>
      <w:r>
        <w:rPr>
          <w:rFonts w:ascii="Consolas" w:hAnsi="Consolas"/>
          <w:b w:val="0"/>
          <w:i w:val="0"/>
          <w:sz w:val="20"/>
        </w:rPr>
        <w:t>views.index()</w:t>
      </w:r>
      <w:r>
        <w:rPr>
          <w:b w:val="0"/>
          <w:i w:val="0"/>
        </w:rPr>
        <w:t xml:space="preserve">, hàm này sẽ kết xuất trang bằng template chứa trong </w:t>
      </w:r>
      <w:r>
        <w:rPr>
          <w:b w:val="0"/>
          <w:i/>
        </w:rPr>
        <w:t>index.html</w:t>
      </w:r>
      <w:r>
        <w:rPr>
          <w:b w:val="0"/>
          <w:i w:val="0"/>
        </w:rPr>
        <w:t>. Hình 18-3 cho thấy trang kết quả.</w:t>
      </w:r>
    </w:p>
    <w:p>
      <w:pPr>
        <w:jc w:val="center"/>
      </w:pPr>
      <w:r>
        <w:drawing>
          <wp:inline xmlns:a="http://schemas.openxmlformats.org/drawingml/2006/main" xmlns:pic="http://schemas.openxmlformats.org/drawingml/2006/picture">
            <wp:extent cx="5486400" cy="2363737"/>
            <wp:docPr id="69" name="Picture 69"/>
            <wp:cNvGraphicFramePr>
              <a:graphicFrameLocks noChangeAspect="1"/>
            </wp:cNvGraphicFramePr>
            <a:graphic>
              <a:graphicData uri="http://schemas.openxmlformats.org/drawingml/2006/picture">
                <pic:pic>
                  <pic:nvPicPr>
                    <pic:cNvPr id="0" name="image_rsrcBJY.jpg"/>
                    <pic:cNvPicPr/>
                  </pic:nvPicPr>
                  <pic:blipFill>
                    <a:blip r:embed="rId59"/>
                    <a:stretch>
                      <a:fillRect/>
                    </a:stretch>
                  </pic:blipFill>
                  <pic:spPr>
                    <a:xfrm>
                      <a:off x="0" y="0"/>
                      <a:ext cx="5486400" cy="2363737"/>
                    </a:xfrm>
                    <a:prstGeom prst="rect"/>
                  </pic:spPr>
                </pic:pic>
              </a:graphicData>
            </a:graphic>
          </wp:inline>
        </w:drawing>
      </w:r>
    </w:p>
    <w:p>
      <w:pPr>
        <w:spacing w:after="80"/>
      </w:pPr>
      <w:r>
        <w:rPr>
          <w:b w:val="0"/>
          <w:i w:val="0"/>
        </w:rPr>
        <w:t>Hình 18-3: Trang chủ của Learning Log</w:t>
      </w:r>
    </w:p>
    <w:p>
      <w:pPr>
        <w:spacing w:after="80"/>
      </w:pPr>
      <w:r>
        <w:rPr>
          <w:b w:val="0"/>
          <w:i w:val="0"/>
        </w:rPr>
        <w:t>Mặc dù có vẻ như đây là một quy trình phức tạp để tạo một trang, nhưng sự tách biệt giữa URL, view và template này hoạt động khá tốt. Nó cho phép bạn suy nghĩ về từng khía cạnh của dự án một cách riêng biệt. Trong các dự án lớn hơn, nó cho phép những người làm việc trong dự án tập trung vào những lĩnh vực mà họ giỏi nhất. Ví dụ, một chuyên gia về cơ sở dữ liệu có thể tập trung vào các model, một lập trình viên có thể tập trung vào code view, và một chuyên gia về frontend có thể tập trung vào các template.</w:t>
      </w:r>
    </w:p>
    <w:p>
      <w:pPr>
        <w:spacing w:before="120" w:after="40"/>
      </w:pPr>
      <w:r>
        <w:rPr>
          <w:b/>
          <w:sz w:val="21"/>
        </w:rPr>
        <w:t>Ghi chú</w:t>
      </w:r>
    </w:p>
    <w:p>
      <w:pPr>
        <w:spacing w:after="80"/>
      </w:pPr>
      <w:r>
        <w:rPr>
          <w:b w:val="0"/>
          <w:i w:val="0"/>
        </w:rPr>
        <w:t>Bạn có thể sẽ thấy thông báo lỗi sau:</w:t>
      </w:r>
    </w:p>
    <w:p>
      <w:pPr>
        <w:spacing w:after="0"/>
        <w:ind w:left="360"/>
        <w:shd w:val="clear" w:color="auto" w:fill="F2F2F2"/>
      </w:pPr>
      <w:r>
        <w:rPr>
          <w:rFonts w:ascii="Consolas" w:hAnsi="Consolas"/>
          <w:b w:val="0"/>
          <w:i w:val="0"/>
          <w:sz w:val="18"/>
        </w:rPr>
        <w:t>ModuleNotFoundError: No module named 'learning_logs.urls'</w:t>
      </w:r>
    </w:p>
    <w:p>
      <w:pPr>
        <w:spacing w:after="40"/>
      </w:pPr>
    </w:p>
    <w:p>
      <w:pPr>
        <w:spacing w:after="80"/>
      </w:pPr>
      <w:r>
        <w:rPr>
          <w:b w:val="0"/>
          <w:i w:val="0"/>
        </w:rPr>
        <w:t xml:space="preserve">Nếu gặp lỗi này, hãy dừng máy chủ phát triển (development server) bằng cách nhấn CTRL-C trong cửa sổ terminal nơi bạn đã gõ lệnh </w:t>
      </w:r>
      <w:r>
        <w:rPr>
          <w:rFonts w:ascii="Consolas" w:hAnsi="Consolas"/>
          <w:b w:val="0"/>
          <w:i w:val="0"/>
          <w:sz w:val="20"/>
        </w:rPr>
        <w:t>runserver</w:t>
      </w:r>
      <w:r>
        <w:rPr>
          <w:b w:val="0"/>
          <w:i w:val="0"/>
        </w:rPr>
        <w:t xml:space="preserve">. Sau đó chạy lại lệnh </w:t>
      </w:r>
      <w:r>
        <w:rPr>
          <w:rFonts w:ascii="Consolas" w:hAnsi="Consolas"/>
          <w:b/>
          <w:i w:val="0"/>
          <w:sz w:val="20"/>
        </w:rPr>
        <w:t>python manage.py runserver</w:t>
      </w:r>
      <w:r>
        <w:rPr>
          <w:b w:val="0"/>
          <w:i w:val="0"/>
        </w:rPr>
        <w:t>. Bạn sẽ thấy được trang chủ. Mỗi khi gặp lỗi kiểu này, hãy thử dừng và khởi động lại máy chủ.</w:t>
      </w:r>
    </w:p>
    <w:p>
      <w:pPr>
        <w:spacing w:before="120" w:after="40"/>
      </w:pPr>
      <w:r>
        <w:rPr>
          <w:b/>
          <w:sz w:val="21"/>
        </w:rPr>
        <w:t>Tự thực hành</w:t>
      </w:r>
    </w:p>
    <w:p>
      <w:pPr>
        <w:spacing w:after="80"/>
      </w:pPr>
      <w:r>
        <w:rPr>
          <w:b/>
          <w:i w:val="0"/>
        </w:rPr>
        <w:t>18-5. Lập kế hoạch bữa ăn:</w:t>
      </w:r>
      <w:r>
        <w:rPr>
          <w:b w:val="0"/>
          <w:i w:val="0"/>
        </w:rPr>
        <w:t xml:space="preserve"> Hãy nghĩ đến một ứng dụng giúp mọi người lên kế hoạch cho các bữa ăn trong tuần. Tạo một thư mục mới tên là </w:t>
      </w:r>
      <w:r>
        <w:rPr>
          <w:b w:val="0"/>
          <w:i/>
        </w:rPr>
        <w:t>meal_planner</w:t>
      </w:r>
      <w:r>
        <w:rPr>
          <w:b w:val="0"/>
          <w:i w:val="0"/>
        </w:rPr>
        <w:t xml:space="preserve">, và khởi tạo một dự án Django mới bên trong thư mục này. Sau đó tạo một ứng dụng mới tên là </w:t>
      </w:r>
      <w:r>
        <w:rPr>
          <w:rFonts w:ascii="Consolas" w:hAnsi="Consolas"/>
          <w:b w:val="0"/>
          <w:i w:val="0"/>
          <w:sz w:val="20"/>
        </w:rPr>
        <w:t>meal_plans</w:t>
      </w:r>
      <w:r>
        <w:rPr>
          <w:b w:val="0"/>
          <w:i w:val="0"/>
        </w:rPr>
        <w:t>. Tạo một trang chủ đơn giản cho dự án này.</w:t>
      </w:r>
    </w:p>
    <w:p>
      <w:pPr>
        <w:spacing w:after="80"/>
      </w:pPr>
      <w:r>
        <w:rPr>
          <w:b/>
          <w:i w:val="0"/>
        </w:rPr>
        <w:t>18-6. Trang chủ tiệm Pizza:</w:t>
      </w:r>
      <w:r>
        <w:rPr>
          <w:b w:val="0"/>
          <w:i w:val="0"/>
        </w:rPr>
        <w:t xml:space="preserve"> Thêm một trang chủ vào dự án Pizzeria mà bạn đã khởi tạo trong Bài tập 18-4 (trang 388).</w:t>
      </w:r>
    </w:p>
    <w:p>
      <w:pPr>
        <w:pStyle w:val="Heading2"/>
      </w:pPr>
      <w:r>
        <w:rPr>
          <w:rFonts w:ascii="Calibri" w:hAnsi="Calibri"/>
          <w:b/>
          <w:i w:val="0"/>
          <w:sz w:val="32"/>
        </w:rPr>
        <w:t>Xây dựng thêm các trang khác</w:t>
      </w:r>
    </w:p>
    <w:p>
      <w:pPr>
        <w:spacing w:after="80"/>
      </w:pPr>
      <w:r>
        <w:rPr>
          <w:b w:val="0"/>
          <w:i w:val="0"/>
        </w:rPr>
        <w:t>Giờ đây khi đã nắm được quy trình xây dựng một trang, chúng ta có thể bắt đầu mở rộng dự án Learning Log. Chúng ta sẽ xây dựng hai trang hiển thị dữ liệu: một trang liệt kê tất cả các chủ đề và một trang hiển thị tất cả các mục (entry) của một chủ đề cụ thể. Với mỗi trang, chúng ta sẽ chỉ định một mẫu URL (URL pattern), viết một hàm view (view function), và viết một template. Nhưng trước khi làm điều đó, chúng ta sẽ tạo một template cơ sở (base template) để tất cả các template trong dự án có thể kế thừa từ nó.</w:t>
      </w:r>
    </w:p>
    <w:p>
      <w:pPr>
        <w:pStyle w:val="Heading3"/>
      </w:pPr>
      <w:r>
        <w:rPr>
          <w:rFonts w:ascii="Calibri" w:hAnsi="Calibri"/>
          <w:b/>
          <w:i w:val="0"/>
          <w:sz w:val="27"/>
        </w:rPr>
        <w:t>Kế thừa template (Template Inheritance)</w:t>
      </w:r>
    </w:p>
    <w:p>
      <w:pPr>
        <w:spacing w:after="80"/>
      </w:pPr>
      <w:r>
        <w:rPr>
          <w:b w:val="0"/>
          <w:i w:val="0"/>
        </w:rPr>
        <w:t>Khi xây dựng một website, có những thành phần sẽ cần được lặp lại trên mỗi trang. Thay vì viết trực tiếp những thành phần này vào từng trang, bạn có thể viết một template cơ sở chứa các thành phần lặp lại đó rồi cho mỗi trang kế thừa từ template cơ sở. Cách làm này giúp bạn tập trung phát triển những điểm riêng biệt của từng trang, và giúp việc thay đổi diện mạo tổng thể của dự án trở nên dễ dàng hơn nhiều.</w:t>
      </w:r>
    </w:p>
    <w:p>
      <w:pPr>
        <w:pStyle w:val="Heading4"/>
      </w:pPr>
      <w:r>
        <w:rPr>
          <w:rFonts w:ascii="Calibri" w:hAnsi="Calibri"/>
          <w:b/>
          <w:i w:val="0"/>
          <w:sz w:val="24"/>
        </w:rPr>
        <w:t>Template cha (Parent Template)</w:t>
      </w:r>
    </w:p>
    <w:p>
      <w:pPr>
        <w:spacing w:after="80"/>
      </w:pPr>
      <w:r>
        <w:rPr>
          <w:b w:val="0"/>
          <w:i w:val="0"/>
        </w:rPr>
        <w:t xml:space="preserve">Chúng ta sẽ tạo một template tên là </w:t>
      </w:r>
      <w:r>
        <w:rPr>
          <w:b w:val="0"/>
          <w:i/>
        </w:rPr>
        <w:t>base.html</w:t>
      </w:r>
      <w:r>
        <w:rPr>
          <w:b w:val="0"/>
          <w:i w:val="0"/>
        </w:rPr>
        <w:t xml:space="preserve"> trong cùng thư mục với </w:t>
      </w:r>
      <w:r>
        <w:rPr>
          <w:b w:val="0"/>
          <w:i/>
        </w:rPr>
        <w:t>index.html</w:t>
      </w:r>
      <w:r>
        <w:rPr>
          <w:b w:val="0"/>
          <w:i w:val="0"/>
        </w:rPr>
        <w:t xml:space="preserve">. Tệp này sẽ chứa những thành phần chung cho tất cả các trang; mọi template khác sẽ kế thừa từ </w:t>
      </w:r>
      <w:r>
        <w:rPr>
          <w:b w:val="0"/>
          <w:i/>
        </w:rPr>
        <w:t>base.html</w:t>
      </w:r>
      <w:r>
        <w:rPr>
          <w:b w:val="0"/>
          <w:i w:val="0"/>
        </w:rPr>
        <w:t>. Thành phần duy nhất mà chúng ta muốn lặp lại trên mỗi trang lúc này là tiêu đề ở phía trên cùng. Vì chúng ta sẽ đưa template này vào mọi trang, hãy biến tiêu đề thành một liên kết dẫn đến trang chủ:</w:t>
      </w:r>
    </w:p>
    <w:p>
      <w:pPr>
        <w:spacing w:after="80"/>
      </w:pPr>
      <w:r>
        <w:rPr>
          <w:b w:val="0"/>
          <w:i w:val="0"/>
        </w:rPr>
        <w:t>base.html</w:t>
      </w:r>
    </w:p>
    <w:p>
      <w:pPr>
        <w:spacing w:after="0"/>
        <w:ind w:left="360"/>
        <w:shd w:val="clear" w:color="auto" w:fill="F2F2F2"/>
      </w:pPr>
      <w:r>
        <w:rPr>
          <w:rFonts w:ascii="Consolas" w:hAnsi="Consolas"/>
          <w:b w:val="0"/>
          <w:i w:val="0"/>
          <w:sz w:val="18"/>
        </w:rPr>
        <w:t>&lt;p&gt;</w:t>
      </w:r>
    </w:p>
    <w:p>
      <w:pPr>
        <w:spacing w:after="0"/>
        <w:ind w:left="360"/>
        <w:shd w:val="clear" w:color="auto" w:fill="F2F2F2"/>
      </w:pPr>
      <w:r>
        <w:rPr>
          <w:rFonts w:ascii="Consolas" w:hAnsi="Consolas"/>
          <w:b w:val="0"/>
          <w:i w:val="0"/>
          <w:sz w:val="18"/>
        </w:rPr>
        <w:t>❶   &lt;a href="{% url 'learning_logs:index' %}"&gt;Learning Log&lt;/a&gt;</w:t>
      </w:r>
    </w:p>
    <w:p>
      <w:pPr>
        <w:spacing w:after="0"/>
        <w:ind w:left="360"/>
        <w:shd w:val="clear" w:color="auto" w:fill="F2F2F2"/>
      </w:pPr>
      <w:r>
        <w:rPr>
          <w:rFonts w:ascii="Consolas" w:hAnsi="Consolas"/>
          <w:b w:val="0"/>
          <w:i w:val="0"/>
          <w:sz w:val="18"/>
        </w:rPr>
        <w:t>&lt;/p&gt;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 block content %}{% endblock content %}</w:t>
      </w:r>
    </w:p>
    <w:p>
      <w:pPr>
        <w:spacing w:after="40"/>
      </w:pPr>
    </w:p>
    <w:p>
      <w:pPr>
        <w:spacing w:after="80"/>
      </w:pPr>
      <w:r>
        <w:rPr>
          <w:b w:val="0"/>
          <w:i w:val="0"/>
        </w:rPr>
        <w:t xml:space="preserve">Phần đầu tiên của tệp này tạo ra một đoạn văn chứa tên dự án, đồng thời cũng đóng vai trò là liên kết đến trang chủ. Để tạo một liên kết, chúng ta dùng một </w:t>
      </w:r>
      <w:r>
        <w:rPr>
          <w:b w:val="0"/>
          <w:i/>
        </w:rPr>
        <w:t>thẻ template (template tag)</w:t>
      </w:r>
      <w:r>
        <w:rPr>
          <w:b w:val="0"/>
          <w:i w:val="0"/>
        </w:rPr>
        <w:t>, được biểu thị bằng dấu ngoặc nhọn và dấu phần trăm (</w:t>
      </w:r>
      <w:r>
        <w:rPr>
          <w:rFonts w:ascii="Consolas" w:hAnsi="Consolas"/>
          <w:b w:val="0"/>
          <w:i w:val="0"/>
          <w:sz w:val="20"/>
        </w:rPr>
        <w:t>{% %}</w:t>
      </w:r>
      <w:r>
        <w:rPr>
          <w:b w:val="0"/>
          <w:i w:val="0"/>
        </w:rPr>
        <w:t xml:space="preserve">). Một thẻ template tạo ra thông tin để hiển thị trên trang. Thẻ template </w:t>
      </w:r>
      <w:r>
        <w:rPr>
          <w:rFonts w:ascii="Consolas" w:hAnsi="Consolas"/>
          <w:b w:val="0"/>
          <w:i w:val="0"/>
          <w:sz w:val="20"/>
        </w:rPr>
        <w:t>{% url 'learning_logs:index' %}</w:t>
      </w:r>
      <w:r>
        <w:rPr>
          <w:b w:val="0"/>
          <w:i w:val="0"/>
        </w:rPr>
        <w:t xml:space="preserve"> ở đây tạo ra một URL khớp với mẫu URL được định nghĩa trong </w:t>
      </w:r>
      <w:r>
        <w:rPr>
          <w:b w:val="0"/>
          <w:i/>
        </w:rPr>
        <w:t>learning_logs/urls.py</w:t>
      </w:r>
      <w:r>
        <w:rPr>
          <w:b w:val="0"/>
          <w:i w:val="0"/>
        </w:rPr>
        <w:t xml:space="preserve"> với tên là </w:t>
      </w:r>
      <w:r>
        <w:rPr>
          <w:rFonts w:ascii="Consolas" w:hAnsi="Consolas"/>
          <w:b w:val="0"/>
          <w:i w:val="0"/>
          <w:sz w:val="20"/>
        </w:rPr>
        <w:t>'index'</w:t>
      </w:r>
      <w:r>
        <w:rPr>
          <w:b w:val="0"/>
          <w:i w:val="0"/>
        </w:rPr>
        <w:t xml:space="preserve"> ❶. Trong ví dụ này, </w:t>
      </w:r>
      <w:r>
        <w:rPr>
          <w:rFonts w:ascii="Consolas" w:hAnsi="Consolas"/>
          <w:b w:val="0"/>
          <w:i w:val="0"/>
          <w:sz w:val="20"/>
        </w:rPr>
        <w:t>learning_logs</w:t>
      </w:r>
      <w:r>
        <w:rPr>
          <w:b w:val="0"/>
          <w:i w:val="0"/>
        </w:rPr>
        <w:t xml:space="preserve"> là </w:t>
      </w:r>
      <w:r>
        <w:rPr>
          <w:b w:val="0"/>
          <w:i/>
        </w:rPr>
        <w:t>không gian tên (namespace)</w:t>
      </w:r>
      <w:r>
        <w:rPr>
          <w:b w:val="0"/>
          <w:i w:val="0"/>
        </w:rPr>
        <w:t xml:space="preserve"> và </w:t>
      </w:r>
      <w:r>
        <w:rPr>
          <w:rFonts w:ascii="Consolas" w:hAnsi="Consolas"/>
          <w:b w:val="0"/>
          <w:i w:val="0"/>
          <w:sz w:val="20"/>
        </w:rPr>
        <w:t>index</w:t>
      </w:r>
      <w:r>
        <w:rPr>
          <w:b w:val="0"/>
          <w:i w:val="0"/>
        </w:rPr>
        <w:t xml:space="preserve"> là một mẫu URL có tên duy nhất trong không gian tên đó. Không gian tên này đến từ giá trị mà chúng ta đã gán cho </w:t>
      </w:r>
      <w:r>
        <w:rPr>
          <w:rFonts w:ascii="Consolas" w:hAnsi="Consolas"/>
          <w:b w:val="0"/>
          <w:i w:val="0"/>
          <w:sz w:val="20"/>
        </w:rPr>
        <w:t>app_name</w:t>
      </w:r>
      <w:r>
        <w:rPr>
          <w:b w:val="0"/>
          <w:i w:val="0"/>
        </w:rPr>
        <w:t xml:space="preserve"> trong tệp </w:t>
      </w:r>
      <w:r>
        <w:rPr>
          <w:b w:val="0"/>
          <w:i/>
        </w:rPr>
        <w:t>learning_logs/urls.py</w:t>
      </w:r>
      <w:r>
        <w:rPr>
          <w:b w:val="0"/>
          <w:i w:val="0"/>
        </w:rPr>
        <w:t>.</w:t>
      </w:r>
    </w:p>
    <w:p>
      <w:pPr>
        <w:spacing w:after="80"/>
      </w:pPr>
      <w:r>
        <w:rPr>
          <w:b w:val="0"/>
          <w:i w:val="0"/>
        </w:rPr>
        <w:t xml:space="preserve">Trong một trang HTML đơn giản, một liên kết được bao quanh bởi </w:t>
      </w:r>
      <w:r>
        <w:rPr>
          <w:b w:val="0"/>
          <w:i/>
        </w:rPr>
        <w:t>thẻ neo (anchor tag)</w:t>
      </w:r>
      <w:r>
        <w:rPr>
          <w:b w:val="0"/>
          <w:i w:val="0"/>
        </w:rPr>
        <w:t xml:space="preserve"> </w:t>
      </w:r>
      <w:r>
        <w:rPr>
          <w:rFonts w:ascii="Consolas" w:hAnsi="Consolas"/>
          <w:b w:val="0"/>
          <w:i w:val="0"/>
          <w:sz w:val="20"/>
        </w:rPr>
        <w:t>&lt;a&gt;</w:t>
      </w:r>
      <w:r>
        <w:rPr>
          <w:b w:val="0"/>
          <w:i w:val="0"/>
        </w:rPr>
        <w:t>:</w:t>
      </w:r>
    </w:p>
    <w:p>
      <w:pPr>
        <w:spacing w:after="0"/>
        <w:ind w:left="360"/>
        <w:shd w:val="clear" w:color="auto" w:fill="F2F2F2"/>
      </w:pPr>
      <w:r>
        <w:rPr>
          <w:rFonts w:ascii="Consolas" w:hAnsi="Consolas"/>
          <w:b w:val="0"/>
          <w:i w:val="0"/>
          <w:sz w:val="18"/>
        </w:rPr>
        <w:t>&lt;a href="</w:t>
      </w:r>
      <w:r>
        <w:rPr>
          <w:rFonts w:ascii="Consolas" w:hAnsi="Consolas"/>
          <w:b w:val="0"/>
          <w:i/>
          <w:sz w:val="18"/>
        </w:rPr>
        <w:t>link_url</w:t>
      </w:r>
      <w:r>
        <w:rPr>
          <w:rFonts w:ascii="Consolas" w:hAnsi="Consolas"/>
          <w:b w:val="0"/>
          <w:i w:val="0"/>
          <w:sz w:val="18"/>
        </w:rPr>
        <w:t>"&gt;</w:t>
      </w:r>
      <w:r>
        <w:rPr>
          <w:rFonts w:ascii="Consolas" w:hAnsi="Consolas"/>
          <w:b w:val="0"/>
          <w:i/>
          <w:sz w:val="18"/>
        </w:rPr>
        <w:t>link text</w:t>
      </w:r>
      <w:r>
        <w:rPr>
          <w:rFonts w:ascii="Consolas" w:hAnsi="Consolas"/>
          <w:b w:val="0"/>
          <w:i w:val="0"/>
          <w:sz w:val="18"/>
        </w:rPr>
        <w:t>&lt;/a&gt;</w:t>
      </w:r>
    </w:p>
    <w:p>
      <w:pPr>
        <w:spacing w:after="40"/>
      </w:pPr>
    </w:p>
    <w:p>
      <w:pPr>
        <w:spacing w:after="80"/>
      </w:pPr>
      <w:r>
        <w:rPr>
          <w:b w:val="0"/>
          <w:i w:val="0"/>
        </w:rPr>
        <w:t xml:space="preserve">Việc để thẻ template tự tạo URL cho chúng ta giúp việc giữ các liên kết luôn cập nhật trở nên dễ dàng hơn nhiều. Chúng ta chỉ cần thay đổi mẫu URL trong </w:t>
      </w:r>
      <w:r>
        <w:rPr>
          <w:b w:val="0"/>
          <w:i/>
        </w:rPr>
        <w:t>urls.py</w:t>
      </w:r>
      <w:r>
        <w:rPr>
          <w:b w:val="0"/>
          <w:i w:val="0"/>
        </w:rPr>
        <w:t xml:space="preserve">, và Django sẽ tự động chèn URL đã cập nhật vào lần tiếp theo trang được yêu cầu. Mọi trang trong dự án của chúng ta sẽ kế thừa từ </w:t>
      </w:r>
      <w:r>
        <w:rPr>
          <w:b w:val="0"/>
          <w:i/>
        </w:rPr>
        <w:t>base.html</w:t>
      </w:r>
      <w:r>
        <w:rPr>
          <w:b w:val="0"/>
          <w:i w:val="0"/>
        </w:rPr>
        <w:t>, nên từ giờ trở đi, mọi trang đều sẽ có một liên kết quay về trang chủ.</w:t>
      </w:r>
    </w:p>
    <w:p>
      <w:pPr>
        <w:spacing w:after="80"/>
      </w:pPr>
      <w:r>
        <w:rPr>
          <w:b w:val="0"/>
          <w:i w:val="0"/>
        </w:rPr>
        <w:t xml:space="preserve">Ở dòng cuối, chúng ta chèn một cặp thẻ </w:t>
      </w:r>
      <w:r>
        <w:rPr>
          <w:rFonts w:ascii="Consolas" w:hAnsi="Consolas"/>
          <w:b w:val="0"/>
          <w:i w:val="0"/>
          <w:sz w:val="20"/>
        </w:rPr>
        <w:t>block</w:t>
      </w:r>
      <w:r>
        <w:rPr>
          <w:b w:val="0"/>
          <w:i w:val="0"/>
        </w:rPr>
        <w:t xml:space="preserve"> ❷. Khối này, có tên là </w:t>
      </w:r>
      <w:r>
        <w:rPr>
          <w:rFonts w:ascii="Consolas" w:hAnsi="Consolas"/>
          <w:b w:val="0"/>
          <w:i w:val="0"/>
          <w:sz w:val="20"/>
        </w:rPr>
        <w:t>content</w:t>
      </w:r>
      <w:r>
        <w:rPr>
          <w:b w:val="0"/>
          <w:i w:val="0"/>
        </w:rPr>
        <w:t xml:space="preserve">, là một chỗ giữ chỗ (placeholder); template con sẽ định nghĩa loại thông tin được đặt vào khối </w:t>
      </w:r>
      <w:r>
        <w:rPr>
          <w:rFonts w:ascii="Consolas" w:hAnsi="Consolas"/>
          <w:b w:val="0"/>
          <w:i w:val="0"/>
          <w:sz w:val="20"/>
        </w:rPr>
        <w:t>content</w:t>
      </w:r>
      <w:r>
        <w:rPr>
          <w:b w:val="0"/>
          <w:i w:val="0"/>
        </w:rPr>
        <w:t>.</w:t>
      </w:r>
    </w:p>
    <w:p>
      <w:pPr>
        <w:spacing w:after="80"/>
      </w:pPr>
      <w:r>
        <w:rPr>
          <w:b w:val="0"/>
          <w:i w:val="0"/>
        </w:rPr>
        <w:t>Một template con không nhất thiết phải định nghĩa mọi khối từ template cha, nên bạn có thể dành chỗ trong template cha cho bao nhiêu khối tùy thích; template con chỉ dùng bao nhiêu khối mà nó cần.</w:t>
      </w:r>
    </w:p>
    <w:p>
      <w:pPr>
        <w:spacing w:before="120" w:after="40"/>
      </w:pPr>
      <w:r>
        <w:rPr>
          <w:b/>
          <w:sz w:val="21"/>
        </w:rPr>
        <w:t>Ghi chú</w:t>
      </w:r>
    </w:p>
    <w:p>
      <w:pPr>
        <w:spacing w:after="80"/>
      </w:pPr>
      <w:r>
        <w:rPr>
          <w:b w:val="0"/>
          <w:i w:val="0"/>
        </w:rPr>
        <w:t>Trong mã Python, chúng ta hầu như luôn dùng bốn dấu cách khi thụt lề. Các tệp template thường có nhiều cấp lồng nhau hơn các tệp Python, nên thường chỉ dùng hai dấu cách cho mỗi cấp thụt lề.</w:t>
      </w:r>
    </w:p>
    <w:p>
      <w:pPr>
        <w:pStyle w:val="Heading4"/>
      </w:pPr>
      <w:r>
        <w:rPr>
          <w:rFonts w:ascii="Calibri" w:hAnsi="Calibri"/>
          <w:b/>
          <w:i w:val="0"/>
          <w:sz w:val="24"/>
        </w:rPr>
        <w:t>Template con</w:t>
      </w:r>
    </w:p>
    <w:p>
      <w:pPr>
        <w:spacing w:after="80"/>
      </w:pPr>
      <w:r>
        <w:rPr>
          <w:b w:val="0"/>
          <w:i w:val="0"/>
        </w:rPr>
        <w:t xml:space="preserve">Giờ chúng ta cần viết lại </w:t>
      </w:r>
      <w:r>
        <w:rPr>
          <w:b w:val="0"/>
          <w:i/>
        </w:rPr>
        <w:t>index.html</w:t>
      </w:r>
      <w:r>
        <w:rPr>
          <w:b w:val="0"/>
          <w:i w:val="0"/>
        </w:rPr>
        <w:t xml:space="preserve"> để kế thừa từ </w:t>
      </w:r>
      <w:r>
        <w:rPr>
          <w:b w:val="0"/>
          <w:i/>
        </w:rPr>
        <w:t>base.html</w:t>
      </w:r>
      <w:r>
        <w:rPr>
          <w:b w:val="0"/>
          <w:i w:val="0"/>
        </w:rPr>
        <w:t xml:space="preserve">. Thêm đoạn mã sau vào </w:t>
      </w:r>
      <w:r>
        <w:rPr>
          <w:b w:val="0"/>
          <w:i/>
        </w:rPr>
        <w:t>index.html</w:t>
      </w:r>
      <w:r>
        <w:rPr>
          <w:b w:val="0"/>
          <w:i w:val="0"/>
        </w:rPr>
        <w:t>:</w:t>
      </w:r>
    </w:p>
    <w:p>
      <w:pPr>
        <w:spacing w:after="80"/>
      </w:pPr>
      <w:r>
        <w:rPr>
          <w:b w:val="0"/>
          <w:i w:val="0"/>
        </w:rPr>
        <w:t>index.html</w:t>
      </w:r>
    </w:p>
    <w:p>
      <w:pPr>
        <w:spacing w:after="0"/>
        <w:ind w:left="360"/>
        <w:shd w:val="clear" w:color="auto" w:fill="F2F2F2"/>
      </w:pPr>
      <w:r>
        <w:rPr>
          <w:rFonts w:ascii="Consolas" w:hAnsi="Consolas"/>
          <w:b w:val="0"/>
          <w:i w:val="0"/>
          <w:sz w:val="18"/>
        </w:rPr>
        <w:t>❶ {%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 block content %}</w:t>
      </w:r>
    </w:p>
    <w:p>
      <w:pPr>
        <w:spacing w:after="0"/>
        <w:ind w:left="360"/>
        <w:shd w:val="clear" w:color="auto" w:fill="F2F2F2"/>
      </w:pPr>
      <w:r>
        <w:rPr>
          <w:rFonts w:ascii="Consolas" w:hAnsi="Consolas"/>
          <w:b w:val="0"/>
          <w:i w:val="0"/>
          <w:sz w:val="18"/>
        </w:rPr>
        <w:t xml:space="preserve">  &lt;p&gt;Learning Log helps you keep track of your learning, for any topic you're</w:t>
      </w:r>
    </w:p>
    <w:p>
      <w:pPr>
        <w:spacing w:after="0"/>
        <w:ind w:left="360"/>
        <w:shd w:val="clear" w:color="auto" w:fill="F2F2F2"/>
      </w:pPr>
      <w:r>
        <w:rPr>
          <w:rFonts w:ascii="Consolas" w:hAnsi="Consolas"/>
          <w:b w:val="0"/>
          <w:i w:val="0"/>
          <w:sz w:val="18"/>
        </w:rPr>
        <w:t xml:space="preserve">  interested in.&lt;/p&gt;</w:t>
      </w:r>
    </w:p>
    <w:p>
      <w:pPr>
        <w:spacing w:after="0"/>
        <w:ind w:left="360"/>
        <w:shd w:val="clear" w:color="auto" w:fill="F2F2F2"/>
      </w:pPr>
      <w:r>
        <w:rPr>
          <w:rFonts w:ascii="Consolas" w:hAnsi="Consolas"/>
          <w:b w:val="0"/>
          <w:i w:val="0"/>
          <w:sz w:val="18"/>
        </w:rPr>
        <w:t>❸ {% endblock content %}</w:t>
      </w:r>
    </w:p>
    <w:p>
      <w:pPr>
        <w:spacing w:after="40"/>
      </w:pPr>
    </w:p>
    <w:p>
      <w:pPr>
        <w:spacing w:after="80"/>
      </w:pPr>
      <w:r>
        <w:rPr>
          <w:b w:val="0"/>
          <w:i w:val="0"/>
        </w:rPr>
        <w:t xml:space="preserve">Nếu bạn so sánh đoạn này với </w:t>
      </w:r>
      <w:r>
        <w:rPr>
          <w:b w:val="0"/>
          <w:i/>
        </w:rPr>
        <w:t>index.html</w:t>
      </w:r>
      <w:r>
        <w:rPr>
          <w:b w:val="0"/>
          <w:i w:val="0"/>
        </w:rPr>
        <w:t xml:space="preserve"> gốc, bạn có thể thấy chúng ta đã thay tiêu đề Learning Log bằng đoạn mã kế thừa từ template cha ❶. Một template con phải có thẻ </w:t>
      </w:r>
      <w:r>
        <w:rPr>
          <w:rFonts w:ascii="Consolas" w:hAnsi="Consolas"/>
          <w:b w:val="0"/>
          <w:i w:val="0"/>
          <w:sz w:val="20"/>
        </w:rPr>
        <w:t>{% extends %}</w:t>
      </w:r>
      <w:r>
        <w:rPr>
          <w:b w:val="0"/>
          <w:i w:val="0"/>
        </w:rPr>
        <w:t xml:space="preserve"> ở dòng đầu tiên để báo cho Django biết nó kế thừa từ template cha nào. Tệp </w:t>
      </w:r>
      <w:r>
        <w:rPr>
          <w:b w:val="0"/>
          <w:i/>
        </w:rPr>
        <w:t>base.html</w:t>
      </w:r>
      <w:r>
        <w:rPr>
          <w:b w:val="0"/>
          <w:i w:val="0"/>
        </w:rPr>
        <w:t xml:space="preserve"> thuộc </w:t>
      </w:r>
      <w:r>
        <w:rPr>
          <w:rFonts w:ascii="Consolas" w:hAnsi="Consolas"/>
          <w:b w:val="0"/>
          <w:i w:val="0"/>
          <w:sz w:val="20"/>
        </w:rPr>
        <w:t>learning_logs</w:t>
      </w:r>
      <w:r>
        <w:rPr>
          <w:b w:val="0"/>
          <w:i w:val="0"/>
        </w:rPr>
        <w:t xml:space="preserve">, nên chúng ta thêm </w:t>
      </w:r>
      <w:r>
        <w:rPr>
          <w:b w:val="0"/>
          <w:i/>
        </w:rPr>
        <w:t>learning_logs</w:t>
      </w:r>
      <w:r>
        <w:rPr>
          <w:b w:val="0"/>
          <w:i w:val="0"/>
        </w:rPr>
        <w:t xml:space="preserve"> vào đường dẫn tới template cha. Dòng này kéo vào mọi thứ có trong template </w:t>
      </w:r>
      <w:r>
        <w:rPr>
          <w:b w:val="0"/>
          <w:i/>
        </w:rPr>
        <w:t>base.html</w:t>
      </w:r>
      <w:r>
        <w:rPr>
          <w:b w:val="0"/>
          <w:i w:val="0"/>
        </w:rPr>
        <w:t xml:space="preserve"> và cho phép </w:t>
      </w:r>
      <w:r>
        <w:rPr>
          <w:b w:val="0"/>
          <w:i/>
        </w:rPr>
        <w:t>index.html</w:t>
      </w:r>
      <w:r>
        <w:rPr>
          <w:b w:val="0"/>
          <w:i w:val="0"/>
        </w:rPr>
        <w:t xml:space="preserve"> định nghĩa nội dung đặt vào chỗ được khối </w:t>
      </w:r>
      <w:r>
        <w:rPr>
          <w:rFonts w:ascii="Consolas" w:hAnsi="Consolas"/>
          <w:b w:val="0"/>
          <w:i w:val="0"/>
          <w:sz w:val="20"/>
        </w:rPr>
        <w:t>content</w:t>
      </w:r>
      <w:r>
        <w:rPr>
          <w:b w:val="0"/>
          <w:i w:val="0"/>
        </w:rPr>
        <w:t xml:space="preserve"> dành riêng.</w:t>
      </w:r>
    </w:p>
    <w:p>
      <w:pPr>
        <w:spacing w:after="80"/>
      </w:pPr>
      <w:r>
        <w:rPr>
          <w:b w:val="0"/>
          <w:i w:val="0"/>
        </w:rPr>
        <w:t xml:space="preserve">Chúng ta định nghĩa khối content bằng cách chèn thẻ </w:t>
      </w:r>
      <w:r>
        <w:rPr>
          <w:rFonts w:ascii="Consolas" w:hAnsi="Consolas"/>
          <w:b w:val="0"/>
          <w:i w:val="0"/>
          <w:sz w:val="20"/>
        </w:rPr>
        <w:t>{% block %}</w:t>
      </w:r>
      <w:r>
        <w:rPr>
          <w:b w:val="0"/>
          <w:i w:val="0"/>
        </w:rPr>
        <w:t xml:space="preserve"> với tên </w:t>
      </w:r>
      <w:r>
        <w:rPr>
          <w:rFonts w:ascii="Consolas" w:hAnsi="Consolas"/>
          <w:b w:val="0"/>
          <w:i w:val="0"/>
          <w:sz w:val="20"/>
        </w:rPr>
        <w:t>content</w:t>
      </w:r>
      <w:r>
        <w:rPr>
          <w:b w:val="0"/>
          <w:i w:val="0"/>
        </w:rPr>
        <w:t xml:space="preserve"> ❷. Mọi thứ mà chúng ta không kế thừa từ template cha đều nằm bên trong khối </w:t>
      </w:r>
      <w:r>
        <w:rPr>
          <w:rFonts w:ascii="Consolas" w:hAnsi="Consolas"/>
          <w:b w:val="0"/>
          <w:i w:val="0"/>
          <w:sz w:val="20"/>
        </w:rPr>
        <w:t>content</w:t>
      </w:r>
      <w:r>
        <w:rPr>
          <w:b w:val="0"/>
          <w:i w:val="0"/>
        </w:rPr>
        <w:t xml:space="preserve">. Ở đây, đó là đoạn văn mô tả dự án Learning Log. Chúng ta báo hiệu đã định nghĩa xong content bằng thẻ </w:t>
      </w:r>
      <w:r>
        <w:rPr>
          <w:rFonts w:ascii="Consolas" w:hAnsi="Consolas"/>
          <w:b w:val="0"/>
          <w:i w:val="0"/>
          <w:sz w:val="20"/>
        </w:rPr>
        <w:t>{% endblock content %}</w:t>
      </w:r>
      <w:r>
        <w:rPr>
          <w:b w:val="0"/>
          <w:i w:val="0"/>
        </w:rPr>
        <w:t xml:space="preserve"> ❸. Thẻ </w:t>
      </w:r>
      <w:r>
        <w:rPr>
          <w:rFonts w:ascii="Consolas" w:hAnsi="Consolas"/>
          <w:b w:val="0"/>
          <w:i w:val="0"/>
          <w:sz w:val="20"/>
        </w:rPr>
        <w:t>{% endblock %}</w:t>
      </w:r>
      <w:r>
        <w:rPr>
          <w:b w:val="0"/>
          <w:i w:val="0"/>
        </w:rPr>
        <w:t xml:space="preserve"> không bắt buộc phải có tên, nhưng nếu một template phát triển để chứa nhiều khối, việc biết chính xác khối nào đang kết thúc có thể sẽ hữu ích.</w:t>
      </w:r>
    </w:p>
    <w:p>
      <w:pPr>
        <w:spacing w:after="80"/>
      </w:pPr>
      <w:r>
        <w:rPr>
          <w:b w:val="0"/>
          <w:i w:val="0"/>
        </w:rPr>
        <w:t>Bạn có thể bắt đầu thấy lợi ích của việc kế thừa template: trong một template con, chúng ta chỉ cần đưa vào nội dung riêng của trang đó. Điều này không chỉ đơn giản hóa từng template mà còn giúp việc sửa đổi trang web trở nên dễ dàng hơn nhiều. Để sửa đổi một thành phần chung của nhiều trang, bạn chỉ cần sửa template cha. Những thay đổi của bạn sau đó sẽ được áp dụng cho mọi trang kế thừa từ template đó. Trong một dự án gồm hàng chục hay hàng trăm trang, cấu trúc này có thể giúp việc cải thiện trang web của bạn trở nên dễ dàng và nhanh chóng hơn nhiều.</w:t>
      </w:r>
    </w:p>
    <w:p>
      <w:pPr>
        <w:spacing w:after="80"/>
      </w:pPr>
      <w:r>
        <w:rPr>
          <w:b w:val="0"/>
          <w:i w:val="0"/>
        </w:rPr>
        <w:t xml:space="preserve">Trong một dự án lớn, thường có một template cha tên là </w:t>
      </w:r>
      <w:r>
        <w:rPr>
          <w:b w:val="0"/>
          <w:i/>
        </w:rPr>
        <w:t>base.html</w:t>
      </w:r>
      <w:r>
        <w:rPr>
          <w:b w:val="0"/>
          <w:i w:val="0"/>
        </w:rPr>
        <w:t xml:space="preserve"> cho toàn bộ trang web và các template cha cho từng phần chính của trang web. Tất cả các template phần đều kế thừa từ </w:t>
      </w:r>
      <w:r>
        <w:rPr>
          <w:b w:val="0"/>
          <w:i/>
        </w:rPr>
        <w:t>base.html</w:t>
      </w:r>
      <w:r>
        <w:rPr>
          <w:b w:val="0"/>
          <w:i w:val="0"/>
        </w:rPr>
        <w:t>, và mỗi trang trong site kế thừa từ một template phần. Bằng cách này, bạn có thể dễ dàng sửa đổi diện mạo và cảm nhận của toàn bộ trang web, của bất kỳ phần nào trong trang web, hoặc của bất kỳ trang riêng lẻ nào. Cấu hình này mang lại một cách làm việc rất hiệu quả, và khuyến khích bạn cập nhật dự án của mình đều đặn theo thời gian.</w:t>
      </w:r>
    </w:p>
    <w:p>
      <w:pPr>
        <w:pStyle w:val="Heading3"/>
      </w:pPr>
      <w:r>
        <w:rPr>
          <w:rFonts w:ascii="Calibri" w:hAnsi="Calibri"/>
          <w:b/>
          <w:i w:val="0"/>
          <w:sz w:val="27"/>
        </w:rPr>
        <w:t>Trang chủ đề</w:t>
      </w:r>
    </w:p>
    <w:p>
      <w:pPr>
        <w:spacing w:after="80"/>
      </w:pPr>
      <w:r>
        <w:rPr>
          <w:b w:val="0"/>
          <w:i w:val="0"/>
        </w:rPr>
        <w:t>Giờ đây khi đã có một cách tiếp cận hiệu quả để xây dựng các trang, chúng ta có thể tập trung vào hai trang tiếp theo: trang chủ đề tổng quát và trang hiển thị các mục cho một chủ đề đơn lẻ. Trang chủ đề sẽ hiển thị tất cả các chủ đề mà người dùng đã tạo, và đây là trang đầu tiên liên quan đến việc làm việc với dữ liệu.</w:t>
      </w:r>
    </w:p>
    <w:p>
      <w:pPr>
        <w:pStyle w:val="Heading4"/>
      </w:pPr>
      <w:r>
        <w:rPr>
          <w:rFonts w:ascii="Calibri" w:hAnsi="Calibri"/>
          <w:b/>
          <w:i w:val="0"/>
          <w:sz w:val="24"/>
        </w:rPr>
        <w:t>Mẫu URL cho trang chủ đề</w:t>
      </w:r>
    </w:p>
    <w:p>
      <w:pPr>
        <w:spacing w:after="80"/>
      </w:pPr>
      <w:r>
        <w:rPr>
          <w:b w:val="0"/>
          <w:i w:val="0"/>
        </w:rPr>
        <w:t xml:space="preserve">Đầu tiên, chúng ta định nghĩa URL cho trang chủ đề. Thường thì người ta chọn một đoạn URL đơn giản phản ánh loại thông tin được trình bày trên trang. Chúng ta sẽ dùng từ </w:t>
      </w:r>
      <w:r>
        <w:rPr>
          <w:b w:val="0"/>
          <w:i/>
        </w:rPr>
        <w:t>topics</w:t>
      </w:r>
      <w:r>
        <w:rPr>
          <w:b w:val="0"/>
          <w:i w:val="0"/>
        </w:rPr>
        <w:t xml:space="preserve">, vậy nên URL </w:t>
      </w:r>
      <w:r>
        <w:rPr>
          <w:b w:val="0"/>
          <w:i/>
        </w:rPr>
        <w:t>http://localhost:8000/topics/</w:t>
      </w:r>
      <w:r>
        <w:rPr>
          <w:b w:val="0"/>
          <w:i w:val="0"/>
        </w:rPr>
        <w:t xml:space="preserve"> sẽ trả về trang này. Đây là cách chúng ta sửa </w:t>
      </w:r>
      <w:r>
        <w:rPr>
          <w:b w:val="0"/>
          <w:i/>
        </w:rPr>
        <w:t>learning_logs/urls.py</w:t>
      </w:r>
      <w:r>
        <w:rPr>
          <w:b w:val="0"/>
          <w:i w:val="0"/>
        </w:rPr>
        <w:t>:</w:t>
      </w:r>
    </w:p>
    <w:p>
      <w:pPr>
        <w:spacing w:after="80"/>
      </w:pPr>
      <w:r>
        <w:rPr>
          <w:b w:val="0"/>
          <w:i w:val="0"/>
        </w:rPr>
        <w:t>learning_logs/urls.py</w:t>
      </w:r>
    </w:p>
    <w:p>
      <w:pPr>
        <w:spacing w:after="0"/>
        <w:ind w:left="360"/>
        <w:shd w:val="clear" w:color="auto" w:fill="F2F2F2"/>
      </w:pPr>
      <w:r>
        <w:rPr>
          <w:rFonts w:ascii="Consolas" w:hAnsi="Consolas"/>
          <w:b w:val="0"/>
          <w:i w:val="0"/>
          <w:sz w:val="18"/>
        </w:rPr>
        <w:t>"""Defines URL patterns for learning_logs."""</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 Home page</w:t>
      </w:r>
    </w:p>
    <w:p>
      <w:pPr>
        <w:spacing w:after="0"/>
        <w:ind w:left="360"/>
        <w:shd w:val="clear" w:color="auto" w:fill="F2F2F2"/>
      </w:pPr>
      <w:r>
        <w:rPr>
          <w:rFonts w:ascii="Consolas" w:hAnsi="Consolas"/>
          <w:b w:val="0"/>
          <w:i w:val="0"/>
          <w:sz w:val="18"/>
        </w:rPr>
        <w:t xml:space="preserve">    path('', views.index, name='index'),</w:t>
      </w:r>
    </w:p>
    <w:p>
      <w:pPr>
        <w:spacing w:after="0"/>
        <w:ind w:left="360"/>
        <w:shd w:val="clear" w:color="auto" w:fill="F2F2F2"/>
      </w:pPr>
      <w:r>
        <w:rPr>
          <w:rFonts w:ascii="Consolas" w:hAnsi="Consolas"/>
          <w:b w:val="0"/>
          <w:i w:val="0"/>
          <w:sz w:val="18"/>
        </w:rPr>
        <w:t xml:space="preserve">    # Page that shows all topics.</w:t>
      </w:r>
    </w:p>
    <w:p>
      <w:pPr>
        <w:spacing w:after="0"/>
        <w:ind w:left="360"/>
        <w:shd w:val="clear" w:color="auto" w:fill="F2F2F2"/>
      </w:pPr>
      <w:r>
        <w:rPr>
          <w:rFonts w:ascii="Consolas" w:hAnsi="Consolas"/>
          <w:b w:val="0"/>
          <w:i w:val="0"/>
          <w:sz w:val="18"/>
        </w:rPr>
        <w:t xml:space="preserve">    path('topics/', views.topics, name='topics'),</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Mẫu URL mới là từ </w:t>
      </w:r>
      <w:r>
        <w:rPr>
          <w:b w:val="0"/>
          <w:i/>
        </w:rPr>
        <w:t>topics</w:t>
      </w:r>
      <w:r>
        <w:rPr>
          <w:b w:val="0"/>
          <w:i w:val="0"/>
        </w:rPr>
        <w:t xml:space="preserve">, theo sau là một dấu gạch chéo. Khi Django kiểm tra một URL được yêu cầu, mẫu này sẽ khớp với bất kỳ URL nào có URL cơ sở theo sau là </w:t>
      </w:r>
      <w:r>
        <w:rPr>
          <w:b w:val="0"/>
          <w:i/>
        </w:rPr>
        <w:t>topics</w:t>
      </w:r>
      <w:r>
        <w:rPr>
          <w:b w:val="0"/>
          <w:i w:val="0"/>
        </w:rPr>
        <w:t xml:space="preserve">. Bạn có thể thêm hoặc bỏ dấu gạch chéo ở cuối, nhưng không thể có gì khác sau từ </w:t>
      </w:r>
      <w:r>
        <w:rPr>
          <w:b w:val="0"/>
          <w:i/>
        </w:rPr>
        <w:t>topics</w:t>
      </w:r>
      <w:r>
        <w:rPr>
          <w:b w:val="0"/>
          <w:i w:val="0"/>
        </w:rPr>
        <w:t xml:space="preserve">, nếu không mẫu sẽ không khớp. Bất kỳ yêu cầu nào có URL khớp với mẫu này sẽ được chuyển đến hàm </w:t>
      </w:r>
      <w:r>
        <w:rPr>
          <w:rFonts w:ascii="Consolas" w:hAnsi="Consolas"/>
          <w:b w:val="0"/>
          <w:i w:val="0"/>
          <w:sz w:val="20"/>
        </w:rPr>
        <w:t>topics()</w:t>
      </w:r>
      <w:r>
        <w:rPr>
          <w:b w:val="0"/>
          <w:i w:val="0"/>
        </w:rPr>
        <w:t xml:space="preserve"> trong </w:t>
      </w:r>
      <w:r>
        <w:rPr>
          <w:b w:val="0"/>
          <w:i/>
        </w:rPr>
        <w:t>views.py</w:t>
      </w:r>
      <w:r>
        <w:rPr>
          <w:b w:val="0"/>
          <w:i w:val="0"/>
        </w:rPr>
        <w:t>.</w:t>
      </w:r>
    </w:p>
    <w:p>
      <w:pPr>
        <w:pStyle w:val="Heading4"/>
      </w:pPr>
      <w:r>
        <w:rPr>
          <w:rFonts w:ascii="Calibri" w:hAnsi="Calibri"/>
          <w:b/>
          <w:i w:val="0"/>
          <w:sz w:val="24"/>
        </w:rPr>
        <w:t>View cho trang chủ đề</w:t>
      </w:r>
    </w:p>
    <w:p>
      <w:pPr>
        <w:spacing w:after="80"/>
      </w:pPr>
      <w:r>
        <w:rPr>
          <w:b w:val="0"/>
          <w:i w:val="0"/>
        </w:rPr>
        <w:t xml:space="preserve">Hàm </w:t>
      </w:r>
      <w:r>
        <w:rPr>
          <w:rFonts w:ascii="Consolas" w:hAnsi="Consolas"/>
          <w:b w:val="0"/>
          <w:i w:val="0"/>
          <w:sz w:val="20"/>
        </w:rPr>
        <w:t>topics()</w:t>
      </w:r>
      <w:r>
        <w:rPr>
          <w:b w:val="0"/>
          <w:i w:val="0"/>
        </w:rPr>
        <w:t xml:space="preserve"> cần lấy một số dữ liệu từ cơ sở dữ liệu và gửi đến template. Thêm đoạn sau vào </w:t>
      </w:r>
      <w:r>
        <w:rPr>
          <w:b w:val="0"/>
          <w:i/>
        </w:rPr>
        <w:t>views.py</w:t>
      </w:r>
      <w:r>
        <w:rPr>
          <w:b w:val="0"/>
          <w:i w:val="0"/>
        </w:rPr>
        <w:t>:</w:t>
      </w:r>
    </w:p>
    <w:p>
      <w:pPr>
        <w:spacing w:after="80"/>
      </w:pPr>
      <w:r>
        <w:rPr>
          <w:b w:val="0"/>
          <w:i w:val="0"/>
        </w:rPr>
        <w:t>views.py</w:t>
      </w:r>
    </w:p>
    <w:p>
      <w:pPr>
        <w:spacing w:after="0"/>
        <w:ind w:left="360"/>
        <w:shd w:val="clear" w:color="auto" w:fill="F2F2F2"/>
      </w:pPr>
      <w:r>
        <w:rPr>
          <w:rFonts w:ascii="Consolas" w:hAnsi="Consolas"/>
          <w:b w:val="0"/>
          <w:i w:val="0"/>
          <w:sz w:val="18"/>
        </w:rPr>
        <w:t>from django.shortcuts import render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from .models import Topic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index(request):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def topics(request):</w:t>
      </w:r>
    </w:p>
    <w:p>
      <w:pPr>
        <w:spacing w:after="0"/>
        <w:ind w:left="360"/>
        <w:shd w:val="clear" w:color="auto" w:fill="F2F2F2"/>
      </w:pPr>
      <w:r>
        <w:rPr>
          <w:rFonts w:ascii="Consolas" w:hAnsi="Consolas"/>
          <w:b w:val="0"/>
          <w:i w:val="0"/>
          <w:sz w:val="18"/>
        </w:rPr>
        <w:t xml:space="preserve">    """Show all topics."""</w:t>
      </w:r>
    </w:p>
    <w:p>
      <w:pPr>
        <w:spacing w:after="0"/>
        <w:ind w:left="360"/>
        <w:shd w:val="clear" w:color="auto" w:fill="F2F2F2"/>
      </w:pPr>
      <w:r>
        <w:rPr>
          <w:rFonts w:ascii="Consolas" w:hAnsi="Consolas"/>
          <w:b w:val="0"/>
          <w:i w:val="0"/>
          <w:sz w:val="18"/>
        </w:rPr>
        <w:t>❸     topics = Topic.objects.order_by('date_added')</w:t>
      </w:r>
    </w:p>
    <w:p>
      <w:pPr>
        <w:spacing w:after="0"/>
        <w:ind w:left="360"/>
        <w:shd w:val="clear" w:color="auto" w:fill="F2F2F2"/>
      </w:pPr>
      <w:r>
        <w:rPr>
          <w:rFonts w:ascii="Consolas" w:hAnsi="Consolas"/>
          <w:b w:val="0"/>
          <w:i w:val="0"/>
          <w:sz w:val="18"/>
        </w:rPr>
        <w:t>❹     context = {'topics': topics}</w:t>
      </w:r>
    </w:p>
    <w:p>
      <w:pPr>
        <w:spacing w:after="0"/>
        <w:ind w:left="360"/>
        <w:shd w:val="clear" w:color="auto" w:fill="F2F2F2"/>
      </w:pPr>
      <w:r>
        <w:rPr>
          <w:rFonts w:ascii="Consolas" w:hAnsi="Consolas"/>
          <w:b w:val="0"/>
          <w:i w:val="0"/>
          <w:sz w:val="18"/>
        </w:rPr>
        <w:t>❺     return render(request, 'learning_logs/topics.html', context)</w:t>
      </w:r>
    </w:p>
    <w:p>
      <w:pPr>
        <w:spacing w:after="40"/>
      </w:pPr>
    </w:p>
    <w:p>
      <w:pPr>
        <w:spacing w:after="80"/>
      </w:pPr>
      <w:r>
        <w:rPr>
          <w:b w:val="0"/>
          <w:i w:val="0"/>
        </w:rPr>
        <w:t xml:space="preserve">Đầu tiên chúng ta import model gắn với dữ liệu mà mình cần ❶. Hàm </w:t>
      </w:r>
      <w:r>
        <w:rPr>
          <w:rFonts w:ascii="Consolas" w:hAnsi="Consolas"/>
          <w:b w:val="0"/>
          <w:i w:val="0"/>
          <w:sz w:val="20"/>
        </w:rPr>
        <w:t>topics()</w:t>
      </w:r>
      <w:r>
        <w:rPr>
          <w:b w:val="0"/>
          <w:i w:val="0"/>
        </w:rPr>
        <w:t xml:space="preserve"> cần một tham số: đối tượng </w:t>
      </w:r>
      <w:r>
        <w:rPr>
          <w:rFonts w:ascii="Consolas" w:hAnsi="Consolas"/>
          <w:b w:val="0"/>
          <w:i w:val="0"/>
          <w:sz w:val="20"/>
        </w:rPr>
        <w:t>request</w:t>
      </w:r>
      <w:r>
        <w:rPr>
          <w:b w:val="0"/>
          <w:i w:val="0"/>
        </w:rPr>
        <w:t xml:space="preserve"> mà Django nhận được từ server ❷. Chúng ta truy vấn cơ sở dữ liệu bằng cách yêu cầu các đối tượng </w:t>
      </w:r>
      <w:r>
        <w:rPr>
          <w:rFonts w:ascii="Consolas" w:hAnsi="Consolas"/>
          <w:b w:val="0"/>
          <w:i w:val="0"/>
          <w:sz w:val="20"/>
        </w:rPr>
        <w:t>Topic</w:t>
      </w:r>
      <w:r>
        <w:rPr>
          <w:b w:val="0"/>
          <w:i w:val="0"/>
        </w:rPr>
        <w:t xml:space="preserve">, sắp xếp theo thuộc tính </w:t>
      </w:r>
      <w:r>
        <w:rPr>
          <w:rFonts w:ascii="Consolas" w:hAnsi="Consolas"/>
          <w:b w:val="0"/>
          <w:i w:val="0"/>
          <w:sz w:val="20"/>
        </w:rPr>
        <w:t>date_added</w:t>
      </w:r>
      <w:r>
        <w:rPr>
          <w:b w:val="0"/>
          <w:i w:val="0"/>
        </w:rPr>
        <w:t xml:space="preserve"> ❸. Chúng ta gán queryset kết quả cho </w:t>
      </w:r>
      <w:r>
        <w:rPr>
          <w:rFonts w:ascii="Consolas" w:hAnsi="Consolas"/>
          <w:b w:val="0"/>
          <w:i w:val="0"/>
          <w:sz w:val="20"/>
        </w:rPr>
        <w:t>topics</w:t>
      </w:r>
      <w:r>
        <w:rPr>
          <w:b w:val="0"/>
          <w:i w:val="0"/>
        </w:rPr>
        <w:t>.</w:t>
      </w:r>
    </w:p>
    <w:p>
      <w:pPr>
        <w:spacing w:after="80"/>
      </w:pPr>
      <w:r>
        <w:rPr>
          <w:b w:val="0"/>
          <w:i w:val="0"/>
        </w:rPr>
        <w:t xml:space="preserve">Sau đó chúng ta định nghĩa một context để gửi đến template ❹. </w:t>
      </w:r>
      <w:r>
        <w:rPr>
          <w:b w:val="0"/>
          <w:i/>
        </w:rPr>
        <w:t>Context</w:t>
      </w:r>
      <w:r>
        <w:rPr>
          <w:b w:val="0"/>
          <w:i w:val="0"/>
        </w:rPr>
        <w:t xml:space="preserve"> là một dictionary trong đó các key là tên mà chúng ta sẽ dùng trong template để truy cập dữ liệu mong muốn, còn các value là dữ liệu cần gửi đến template. Trong trường hợp này, chỉ có một cặp key-value, chứa tập hợp các chủ đề mà chúng ta sẽ hiển thị trên trang. Khi xây dựng một trang sử dụng dữ liệu, chúng ta gọi </w:t>
      </w:r>
      <w:r>
        <w:rPr>
          <w:rFonts w:ascii="Consolas" w:hAnsi="Consolas"/>
          <w:b w:val="0"/>
          <w:i w:val="0"/>
          <w:sz w:val="20"/>
        </w:rPr>
        <w:t>render()</w:t>
      </w:r>
      <w:r>
        <w:rPr>
          <w:b w:val="0"/>
          <w:i w:val="0"/>
        </w:rPr>
        <w:t xml:space="preserve"> với đối tượng </w:t>
      </w:r>
      <w:r>
        <w:rPr>
          <w:rFonts w:ascii="Consolas" w:hAnsi="Consolas"/>
          <w:b w:val="0"/>
          <w:i w:val="0"/>
          <w:sz w:val="20"/>
        </w:rPr>
        <w:t>request</w:t>
      </w:r>
      <w:r>
        <w:rPr>
          <w:b w:val="0"/>
          <w:i w:val="0"/>
        </w:rPr>
        <w:t xml:space="preserve">, template mà chúng ta muốn dùng, và dictionary </w:t>
      </w:r>
      <w:r>
        <w:rPr>
          <w:rFonts w:ascii="Consolas" w:hAnsi="Consolas"/>
          <w:b w:val="0"/>
          <w:i w:val="0"/>
          <w:sz w:val="20"/>
        </w:rPr>
        <w:t>context</w:t>
      </w:r>
      <w:r>
        <w:rPr>
          <w:b w:val="0"/>
          <w:i w:val="0"/>
        </w:rPr>
        <w:t xml:space="preserve"> ❺.</w:t>
      </w:r>
    </w:p>
    <w:p>
      <w:pPr>
        <w:pStyle w:val="Heading4"/>
      </w:pPr>
      <w:r>
        <w:rPr>
          <w:rFonts w:ascii="Calibri" w:hAnsi="Calibri"/>
          <w:b/>
          <w:i w:val="0"/>
          <w:sz w:val="24"/>
        </w:rPr>
        <w:t>Template cho trang chủ đề</w:t>
      </w:r>
    </w:p>
    <w:p>
      <w:pPr>
        <w:spacing w:after="80"/>
      </w:pPr>
      <w:r>
        <w:rPr>
          <w:b w:val="0"/>
          <w:i w:val="0"/>
        </w:rPr>
        <w:t xml:space="preserve">Template cho trang chủ đề nhận dictionary </w:t>
      </w:r>
      <w:r>
        <w:rPr>
          <w:rFonts w:ascii="Consolas" w:hAnsi="Consolas"/>
          <w:b w:val="0"/>
          <w:i w:val="0"/>
          <w:sz w:val="20"/>
        </w:rPr>
        <w:t>context</w:t>
      </w:r>
      <w:r>
        <w:rPr>
          <w:b w:val="0"/>
          <w:i w:val="0"/>
        </w:rPr>
        <w:t xml:space="preserve">, nên template có thể dùng dữ liệu mà </w:t>
      </w:r>
      <w:r>
        <w:rPr>
          <w:rFonts w:ascii="Consolas" w:hAnsi="Consolas"/>
          <w:b w:val="0"/>
          <w:i w:val="0"/>
          <w:sz w:val="20"/>
        </w:rPr>
        <w:t>topics()</w:t>
      </w:r>
      <w:r>
        <w:rPr>
          <w:b w:val="0"/>
          <w:i w:val="0"/>
        </w:rPr>
        <w:t xml:space="preserve"> cung cấp. Tạo một file tên là </w:t>
      </w:r>
      <w:r>
        <w:rPr>
          <w:b w:val="0"/>
          <w:i/>
        </w:rPr>
        <w:t>topics.html</w:t>
      </w:r>
      <w:r>
        <w:rPr>
          <w:b w:val="0"/>
          <w:i w:val="0"/>
        </w:rPr>
        <w:t xml:space="preserve"> trong cùng thư mục với </w:t>
      </w:r>
      <w:r>
        <w:rPr>
          <w:b w:val="0"/>
          <w:i/>
        </w:rPr>
        <w:t>index.html</w:t>
      </w:r>
      <w:r>
        <w:rPr>
          <w:b w:val="0"/>
          <w:i w:val="0"/>
        </w:rPr>
        <w:t>. Đây là cách chúng ta hiển thị các chủ đề trong template:</w:t>
      </w:r>
    </w:p>
    <w:p>
      <w:pPr>
        <w:spacing w:after="80"/>
      </w:pPr>
      <w:r>
        <w:rPr>
          <w:b w:val="0"/>
          <w:i w:val="0"/>
        </w:rPr>
        <w:t>topics.html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&lt;p&gt;Topics&lt;/p&gt;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&lt;ul&gt;</w:t>
      </w:r>
    </w:p>
    <w:p>
      <w:pPr>
        <w:spacing w:after="0"/>
        <w:ind w:left="360"/>
        <w:shd w:val="clear" w:color="auto" w:fill="F2F2F2"/>
      </w:pPr>
      <w:r>
        <w:rPr>
          <w:rFonts w:ascii="Consolas" w:hAnsi="Consolas"/>
          <w:b w:val="0"/>
          <w:i w:val="0"/>
          <w:sz w:val="18"/>
        </w:rPr>
        <w:t>❷     {% for topic in topics %}</w:t>
      </w:r>
    </w:p>
    <w:p>
      <w:pPr>
        <w:spacing w:after="0"/>
        <w:ind w:left="360"/>
        <w:shd w:val="clear" w:color="auto" w:fill="F2F2F2"/>
      </w:pPr>
      <w:r>
        <w:rPr>
          <w:rFonts w:ascii="Consolas" w:hAnsi="Consolas"/>
          <w:b w:val="0"/>
          <w:i w:val="0"/>
          <w:sz w:val="18"/>
        </w:rPr>
        <w:t>❸       &lt;li&gt;{{ topic.text }}&lt;/li&gt;</w:t>
      </w:r>
    </w:p>
    <w:p>
      <w:pPr>
        <w:spacing w:after="0"/>
        <w:ind w:left="360"/>
        <w:shd w:val="clear" w:color="auto" w:fill="F2F2F2"/>
      </w:pPr>
      <w:r>
        <w:rPr>
          <w:rFonts w:ascii="Consolas" w:hAnsi="Consolas"/>
          <w:b w:val="0"/>
          <w:i w:val="0"/>
          <w:sz w:val="18"/>
        </w:rPr>
        <w:t>❹     {% empty %}</w:t>
      </w:r>
    </w:p>
    <w:p>
      <w:pPr>
        <w:spacing w:after="0"/>
        <w:ind w:left="360"/>
        <w:shd w:val="clear" w:color="auto" w:fill="F2F2F2"/>
      </w:pPr>
      <w:r>
        <w:rPr>
          <w:rFonts w:ascii="Consolas" w:hAnsi="Consolas"/>
          <w:b w:val="0"/>
          <w:i w:val="0"/>
          <w:sz w:val="18"/>
        </w:rPr>
        <w:t xml:space="preserve">      &lt;li&gt;No topics have been added yet.&lt;/li&gt;</w:t>
      </w:r>
    </w:p>
    <w:p>
      <w:pPr>
        <w:spacing w:after="0"/>
        <w:ind w:left="360"/>
        <w:shd w:val="clear" w:color="auto" w:fill="F2F2F2"/>
      </w:pPr>
      <w:r>
        <w:rPr>
          <w:rFonts w:ascii="Consolas" w:hAnsi="Consolas"/>
          <w:b w:val="0"/>
          <w:i w:val="0"/>
          <w:sz w:val="18"/>
        </w:rPr>
        <w:t>❺     {% endfor %}</w:t>
      </w:r>
    </w:p>
    <w:p>
      <w:pPr>
        <w:spacing w:after="0"/>
        <w:ind w:left="360"/>
        <w:shd w:val="clear" w:color="auto" w:fill="F2F2F2"/>
      </w:pPr>
      <w:r>
        <w:rPr>
          <w:rFonts w:ascii="Consolas" w:hAnsi="Consolas"/>
          <w:b w:val="0"/>
          <w:i w:val="0"/>
          <w:sz w:val="18"/>
        </w:rPr>
        <w:t>❻   &lt;/ul&gt;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Chúng ta dùng thẻ </w:t>
      </w:r>
      <w:r>
        <w:rPr>
          <w:rFonts w:ascii="Consolas" w:hAnsi="Consolas"/>
          <w:b w:val="0"/>
          <w:i w:val="0"/>
          <w:sz w:val="20"/>
        </w:rPr>
        <w:t>{% extends %}</w:t>
      </w:r>
      <w:r>
        <w:rPr>
          <w:b w:val="0"/>
          <w:i w:val="0"/>
        </w:rPr>
        <w:t xml:space="preserve"> để kế thừa từ </w:t>
      </w:r>
      <w:r>
        <w:rPr>
          <w:b w:val="0"/>
          <w:i/>
        </w:rPr>
        <w:t>base.html</w:t>
      </w:r>
      <w:r>
        <w:rPr>
          <w:b w:val="0"/>
          <w:i w:val="0"/>
        </w:rPr>
        <w:t xml:space="preserve">, giống như đã làm ở trang chủ, rồi mở một block </w:t>
      </w:r>
      <w:r>
        <w:rPr>
          <w:rFonts w:ascii="Consolas" w:hAnsi="Consolas"/>
          <w:b w:val="0"/>
          <w:i w:val="0"/>
          <w:sz w:val="20"/>
        </w:rPr>
        <w:t>content</w:t>
      </w:r>
      <w:r>
        <w:rPr>
          <w:b w:val="0"/>
          <w:i w:val="0"/>
        </w:rPr>
        <w:t xml:space="preserve">. Phần thân của trang này chứa một danh sách có dấu đầu dòng gồm các chủ đề đã được nhập vào. Trong HTML chuẩn, danh sách có dấu đầu dòng được gọi là </w:t>
      </w:r>
      <w:r>
        <w:rPr>
          <w:b w:val="0"/>
          <w:i/>
        </w:rPr>
        <w:t>danh sách không thứ tự</w:t>
      </w:r>
      <w:r>
        <w:rPr>
          <w:b w:val="0"/>
          <w:i w:val="0"/>
        </w:rPr>
        <w:t xml:space="preserve"> (unordered list) và được biểu thị bằng các thẻ </w:t>
      </w:r>
      <w:r>
        <w:rPr>
          <w:rFonts w:ascii="Consolas" w:hAnsi="Consolas"/>
          <w:b w:val="0"/>
          <w:i w:val="0"/>
          <w:sz w:val="20"/>
        </w:rPr>
        <w:t>&lt;ul&gt;&lt;/ul&gt;</w:t>
      </w:r>
      <w:r>
        <w:rPr>
          <w:b w:val="0"/>
          <w:i w:val="0"/>
        </w:rPr>
        <w:t xml:space="preserve">. Thẻ mở </w:t>
      </w:r>
      <w:r>
        <w:rPr>
          <w:rFonts w:ascii="Consolas" w:hAnsi="Consolas"/>
          <w:b w:val="0"/>
          <w:i w:val="0"/>
          <w:sz w:val="20"/>
        </w:rPr>
        <w:t>&lt;ul&gt;</w:t>
      </w:r>
      <w:r>
        <w:rPr>
          <w:b w:val="0"/>
          <w:i w:val="0"/>
        </w:rPr>
        <w:t xml:space="preserve"> bắt đầu danh sách có dấu đầu dòng của các chủ đề ❶.</w:t>
      </w:r>
    </w:p>
    <w:p>
      <w:pPr>
        <w:spacing w:after="80"/>
      </w:pPr>
      <w:r>
        <w:rPr>
          <w:b w:val="0"/>
          <w:i w:val="0"/>
        </w:rPr>
        <w:t xml:space="preserve">Tiếp theo chúng ta dùng một template tag tương đương với vòng lặp </w:t>
      </w:r>
      <w:r>
        <w:rPr>
          <w:rFonts w:ascii="Consolas" w:hAnsi="Consolas"/>
          <w:b w:val="0"/>
          <w:i w:val="0"/>
          <w:sz w:val="20"/>
        </w:rPr>
        <w:t>for</w:t>
      </w:r>
      <w:r>
        <w:rPr>
          <w:b w:val="0"/>
          <w:i w:val="0"/>
        </w:rPr>
        <w:t xml:space="preserve">, vòng lặp này duyệt qua danh sách </w:t>
      </w:r>
      <w:r>
        <w:rPr>
          <w:rFonts w:ascii="Consolas" w:hAnsi="Consolas"/>
          <w:b w:val="0"/>
          <w:i w:val="0"/>
          <w:sz w:val="20"/>
        </w:rPr>
        <w:t>topics</w:t>
      </w:r>
      <w:r>
        <w:rPr>
          <w:b w:val="0"/>
          <w:i w:val="0"/>
        </w:rPr>
        <w:t xml:space="preserve"> từ dictionary </w:t>
      </w:r>
      <w:r>
        <w:rPr>
          <w:rFonts w:ascii="Consolas" w:hAnsi="Consolas"/>
          <w:b w:val="0"/>
          <w:i w:val="0"/>
          <w:sz w:val="20"/>
        </w:rPr>
        <w:t>context</w:t>
      </w:r>
      <w:r>
        <w:rPr>
          <w:b w:val="0"/>
          <w:i w:val="0"/>
        </w:rPr>
        <w:t xml:space="preserve"> ❷. Code dùng trong template khác với Python ở một số điểm quan trọng. Python dùng thụt lề để chỉ ra những dòng nào của câu lệnh </w:t>
      </w:r>
      <w:r>
        <w:rPr>
          <w:rFonts w:ascii="Consolas" w:hAnsi="Consolas"/>
          <w:b w:val="0"/>
          <w:i w:val="0"/>
          <w:sz w:val="20"/>
        </w:rPr>
        <w:t>for</w:t>
      </w:r>
      <w:r>
        <w:rPr>
          <w:b w:val="0"/>
          <w:i w:val="0"/>
        </w:rPr>
        <w:t xml:space="preserve"> thuộc về vòng lặp. Trong template, mỗi vòng lặp </w:t>
      </w:r>
      <w:r>
        <w:rPr>
          <w:rFonts w:ascii="Consolas" w:hAnsi="Consolas"/>
          <w:b w:val="0"/>
          <w:i w:val="0"/>
          <w:sz w:val="20"/>
        </w:rPr>
        <w:t>for</w:t>
      </w:r>
      <w:r>
        <w:rPr>
          <w:b w:val="0"/>
          <w:i w:val="0"/>
        </w:rPr>
        <w:t xml:space="preserve"> đều cần một thẻ </w:t>
      </w:r>
      <w:r>
        <w:rPr>
          <w:rFonts w:ascii="Consolas" w:hAnsi="Consolas"/>
          <w:b w:val="0"/>
          <w:i w:val="0"/>
          <w:sz w:val="20"/>
        </w:rPr>
        <w:t>{% endfor %}</w:t>
      </w:r>
      <w:r>
        <w:rPr>
          <w:b w:val="0"/>
          <w:i w:val="0"/>
        </w:rPr>
        <w:t xml:space="preserve"> rõ ràng để chỉ ra vị trí kết thúc của vòng lặp. Vậy nên trong template, bạn sẽ thấy các vòng lặp được viết như thế này:</w:t>
      </w:r>
    </w:p>
    <w:p>
      <w:pPr>
        <w:spacing w:after="0"/>
        <w:ind w:left="360"/>
        <w:shd w:val="clear" w:color="auto" w:fill="F2F2F2"/>
      </w:pPr>
      <w:r>
        <w:rPr>
          <w:rFonts w:ascii="Consolas" w:hAnsi="Consolas"/>
          <w:b w:val="0"/>
          <w:i w:val="0"/>
          <w:sz w:val="18"/>
        </w:rPr>
        <w:t xml:space="preserve">{% for </w:t>
      </w:r>
      <w:r>
        <w:rPr>
          <w:rFonts w:ascii="Consolas" w:hAnsi="Consolas"/>
          <w:b w:val="0"/>
          <w:i/>
          <w:sz w:val="18"/>
        </w:rPr>
        <w:t>item</w:t>
      </w:r>
      <w:r>
        <w:rPr>
          <w:rFonts w:ascii="Consolas" w:hAnsi="Consolas"/>
          <w:b w:val="0"/>
          <w:i w:val="0"/>
          <w:sz w:val="18"/>
        </w:rPr>
        <w:t xml:space="preserve"> in </w:t>
      </w:r>
      <w:r>
        <w:rPr>
          <w:rFonts w:ascii="Consolas" w:hAnsi="Consolas"/>
          <w:b w:val="0"/>
          <w:i/>
          <w:sz w:val="18"/>
        </w:rPr>
        <w:t>list</w:t>
      </w: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r>
        <w:rPr>
          <w:rFonts w:ascii="Consolas" w:hAnsi="Consolas"/>
          <w:b w:val="0"/>
          <w:i/>
          <w:sz w:val="18"/>
        </w:rPr>
        <w:t>do something with each item</w:t>
      </w:r>
    </w:p>
    <w:p>
      <w:pPr>
        <w:spacing w:after="0"/>
        <w:ind w:left="360"/>
        <w:shd w:val="clear" w:color="auto" w:fill="F2F2F2"/>
      </w:pPr>
      <w:r>
        <w:rPr>
          <w:rFonts w:ascii="Consolas" w:hAnsi="Consolas"/>
          <w:b w:val="0"/>
          <w:i w:val="0"/>
          <w:sz w:val="18"/>
        </w:rPr>
        <w:t>{% endfor %}</w:t>
      </w:r>
    </w:p>
    <w:p>
      <w:pPr>
        <w:spacing w:after="40"/>
      </w:pPr>
    </w:p>
    <w:p>
      <w:pPr>
        <w:spacing w:after="80"/>
      </w:pPr>
      <w:r>
        <w:rPr>
          <w:b w:val="0"/>
          <w:i w:val="0"/>
        </w:rPr>
        <w:t xml:space="preserve">Trong vòng lặp, ta muốn biến mỗi chủ đề thành một mục trong danh sách có dấu đầu dòng. Để in một biến trong template, hãy bọc tên biến trong hai dấu ngoặc nhọn. Các dấu ngoặc này sẽ không xuất hiện trên trang; chúng chỉ báo cho Django biết rằng ta đang dùng một biến template. Vậy nên đoạn code </w:t>
      </w:r>
      <w:r>
        <w:rPr>
          <w:rFonts w:ascii="Consolas" w:hAnsi="Consolas"/>
          <w:b w:val="0"/>
          <w:i w:val="0"/>
          <w:sz w:val="20"/>
        </w:rPr>
        <w:t>{{ topic.text }}</w:t>
      </w:r>
      <w:r>
        <w:rPr>
          <w:b w:val="0"/>
          <w:i w:val="0"/>
        </w:rPr>
        <w:t xml:space="preserve"> ❸ sẽ được thay bằng giá trị của thuộc tính </w:t>
      </w:r>
      <w:r>
        <w:rPr>
          <w:rFonts w:ascii="Consolas" w:hAnsi="Consolas"/>
          <w:b w:val="0"/>
          <w:i w:val="0"/>
          <w:sz w:val="20"/>
        </w:rPr>
        <w:t>text</w:t>
      </w:r>
      <w:r>
        <w:rPr>
          <w:b w:val="0"/>
          <w:i w:val="0"/>
        </w:rPr>
        <w:t xml:space="preserve"> của chủ đề hiện tại trong mỗi lần lặp. Thẻ HTML </w:t>
      </w:r>
      <w:r>
        <w:rPr>
          <w:rFonts w:ascii="Consolas" w:hAnsi="Consolas"/>
          <w:b w:val="0"/>
          <w:i w:val="0"/>
          <w:sz w:val="20"/>
        </w:rPr>
        <w:t>&lt;li&gt;&lt;/li&gt;</w:t>
      </w:r>
      <w:r>
        <w:rPr>
          <w:b w:val="0"/>
          <w:i w:val="0"/>
        </w:rPr>
        <w:t xml:space="preserve"> biểu thị một </w:t>
      </w:r>
      <w:r>
        <w:rPr>
          <w:b w:val="0"/>
          <w:i/>
        </w:rPr>
        <w:t>mục danh sách</w:t>
      </w:r>
      <w:r>
        <w:rPr>
          <w:b w:val="0"/>
          <w:i w:val="0"/>
        </w:rPr>
        <w:t xml:space="preserve">. Bất cứ thứ gì nằm giữa các thẻ này, bên trong một cặp thẻ </w:t>
      </w:r>
      <w:r>
        <w:rPr>
          <w:rFonts w:ascii="Consolas" w:hAnsi="Consolas"/>
          <w:b w:val="0"/>
          <w:i w:val="0"/>
          <w:sz w:val="20"/>
        </w:rPr>
        <w:t>&lt;ul&gt;&lt;/ul&gt;</w:t>
      </w:r>
      <w:r>
        <w:rPr>
          <w:b w:val="0"/>
          <w:i w:val="0"/>
        </w:rPr>
        <w:t>, sẽ hiển thị như một mục có dấu đầu dòng trong danh sách.</w:t>
      </w:r>
    </w:p>
    <w:p>
      <w:pPr>
        <w:spacing w:after="80"/>
      </w:pPr>
      <w:r>
        <w:rPr>
          <w:b w:val="0"/>
          <w:i w:val="0"/>
        </w:rPr>
        <w:t xml:space="preserve">Ta cũng dùng thẻ template </w:t>
      </w:r>
      <w:r>
        <w:rPr>
          <w:rFonts w:ascii="Consolas" w:hAnsi="Consolas"/>
          <w:b w:val="0"/>
          <w:i w:val="0"/>
          <w:sz w:val="20"/>
        </w:rPr>
        <w:t>{% empty %}</w:t>
      </w:r>
      <w:r>
        <w:rPr>
          <w:b w:val="0"/>
          <w:i w:val="0"/>
        </w:rPr>
        <w:t xml:space="preserve"> ❹, thẻ này báo cho Django biết phải làm gì nếu danh sách không có mục nào. Trong trường hợp này, ta in một thông báo cho người dùng biết rằng chưa có chủ đề nào được thêm vào. Hai dòng cuối đóng vòng lặp </w:t>
      </w:r>
      <w:r>
        <w:rPr>
          <w:rFonts w:ascii="Consolas" w:hAnsi="Consolas"/>
          <w:b w:val="0"/>
          <w:i w:val="0"/>
          <w:sz w:val="20"/>
        </w:rPr>
        <w:t>for</w:t>
      </w:r>
      <w:r>
        <w:rPr>
          <w:b w:val="0"/>
          <w:i w:val="0"/>
        </w:rPr>
        <w:t xml:space="preserve"> ❺ rồi đóng danh sách có dấu đầu dòng ❻.</w:t>
      </w:r>
    </w:p>
    <w:p>
      <w:pPr>
        <w:spacing w:after="80"/>
      </w:pPr>
      <w:r>
        <w:rPr>
          <w:b w:val="0"/>
          <w:i w:val="0"/>
        </w:rPr>
        <w:t xml:space="preserve">Giờ ta cần sửa template cơ sở để thêm một liên kết đến trang chủ đề. Thêm đoạn code sau vào </w:t>
      </w:r>
      <w:r>
        <w:rPr>
          <w:b w:val="0"/>
          <w:i/>
        </w:rPr>
        <w:t>base.html</w:t>
      </w:r>
      <w:r>
        <w:rPr>
          <w:b w:val="0"/>
          <w:i w:val="0"/>
        </w:rPr>
        <w:t>:</w:t>
      </w:r>
    </w:p>
    <w:p>
      <w:pPr>
        <w:spacing w:after="80"/>
      </w:pPr>
      <w:r>
        <w:rPr>
          <w:b w:val="0"/>
          <w:i w:val="0"/>
        </w:rPr>
        <w:t>base.html</w:t>
      </w:r>
    </w:p>
    <w:p>
      <w:pPr>
        <w:spacing w:after="0"/>
        <w:ind w:left="360"/>
        <w:shd w:val="clear" w:color="auto" w:fill="F2F2F2"/>
      </w:pPr>
      <w:r>
        <w:rPr>
          <w:rFonts w:ascii="Consolas" w:hAnsi="Consolas"/>
          <w:b w:val="0"/>
          <w:i w:val="0"/>
          <w:sz w:val="18"/>
        </w:rPr>
        <w:t>&lt;p&gt;</w:t>
      </w:r>
    </w:p>
    <w:p>
      <w:pPr>
        <w:spacing w:after="0"/>
        <w:ind w:left="360"/>
        <w:shd w:val="clear" w:color="auto" w:fill="F2F2F2"/>
      </w:pPr>
      <w:r>
        <w:rPr>
          <w:rFonts w:ascii="Consolas" w:hAnsi="Consolas"/>
          <w:b w:val="0"/>
          <w:i w:val="0"/>
          <w:sz w:val="18"/>
        </w:rPr>
        <w:t>❶   &lt;a href="{% url 'learning_logs:index' %}"&gt;Learning Log&lt;/a&gt; -</w:t>
      </w:r>
    </w:p>
    <w:p>
      <w:pPr>
        <w:spacing w:after="0"/>
        <w:ind w:left="360"/>
        <w:shd w:val="clear" w:color="auto" w:fill="F2F2F2"/>
      </w:pPr>
      <w:r>
        <w:rPr>
          <w:rFonts w:ascii="Consolas" w:hAnsi="Consolas"/>
          <w:b w:val="0"/>
          <w:i w:val="0"/>
          <w:sz w:val="18"/>
        </w:rPr>
        <w:t>❷   &lt;a href="{% url 'learning_logs:topics' %}"&gt;Topics&lt;/a&gt;</w:t>
      </w:r>
    </w:p>
    <w:p>
      <w:pPr>
        <w:spacing w:after="0"/>
        <w:ind w:left="360"/>
        <w:shd w:val="clear" w:color="auto" w:fill="F2F2F2"/>
      </w:pPr>
      <w:r>
        <w:rPr>
          <w:rFonts w:ascii="Consolas" w:hAnsi="Consolas"/>
          <w:b w:val="0"/>
          <w:i w:val="0"/>
          <w:sz w:val="18"/>
        </w:rPr>
        <w:t>&lt;/p&gt;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 endblock content %}</w:t>
      </w:r>
    </w:p>
    <w:p>
      <w:pPr>
        <w:spacing w:after="40"/>
      </w:pPr>
    </w:p>
    <w:p>
      <w:pPr>
        <w:spacing w:after="80"/>
      </w:pPr>
      <w:r>
        <w:rPr>
          <w:b w:val="0"/>
          <w:i w:val="0"/>
        </w:rPr>
        <w:t xml:space="preserve">Ta thêm một dấu gạch ngang sau liên kết đến trang chủ ❶, rồi thêm liên kết đến trang chủ đề bằng thẻ template </w:t>
      </w:r>
      <w:r>
        <w:rPr>
          <w:rFonts w:ascii="Consolas" w:hAnsi="Consolas"/>
          <w:b w:val="0"/>
          <w:i w:val="0"/>
          <w:sz w:val="20"/>
        </w:rPr>
        <w:t>{% url %}</w:t>
      </w:r>
      <w:r>
        <w:rPr>
          <w:b w:val="0"/>
          <w:i w:val="0"/>
        </w:rPr>
        <w:t xml:space="preserve"> một lần nữa ❷. Dòng này báo cho Django tạo một liên kết khớp với mẫu URL có tên </w:t>
      </w:r>
      <w:r>
        <w:rPr>
          <w:rFonts w:ascii="Consolas" w:hAnsi="Consolas"/>
          <w:b w:val="0"/>
          <w:i w:val="0"/>
          <w:sz w:val="20"/>
        </w:rPr>
        <w:t>'topics'</w:t>
      </w:r>
      <w:r>
        <w:rPr>
          <w:b w:val="0"/>
          <w:i w:val="0"/>
        </w:rPr>
        <w:t xml:space="preserve"> trong </w:t>
      </w:r>
      <w:r>
        <w:rPr>
          <w:b w:val="0"/>
          <w:i/>
        </w:rPr>
        <w:t>learning_logs/urls.py</w:t>
      </w:r>
      <w:r>
        <w:rPr>
          <w:b w:val="0"/>
          <w:i w:val="0"/>
        </w:rPr>
        <w:t>.</w:t>
      </w:r>
    </w:p>
    <w:p>
      <w:pPr>
        <w:spacing w:after="80"/>
      </w:pPr>
      <w:r>
        <w:rPr>
          <w:b w:val="0"/>
          <w:i w:val="0"/>
        </w:rPr>
        <w:t>Giờ khi bạn tải lại trang chủ trong trình duyệt, bạn sẽ thấy một liên kết Topics. Khi bạn nhấp vào liên kết đó, bạn sẽ thấy một trang trông giống như Hình 18-4.</w:t>
      </w:r>
    </w:p>
    <w:p>
      <w:pPr>
        <w:jc w:val="center"/>
      </w:pPr>
      <w:r>
        <w:drawing>
          <wp:inline xmlns:a="http://schemas.openxmlformats.org/drawingml/2006/main" xmlns:pic="http://schemas.openxmlformats.org/drawingml/2006/picture">
            <wp:extent cx="5486400" cy="2363737"/>
            <wp:docPr id="70" name="Picture 70"/>
            <wp:cNvGraphicFramePr>
              <a:graphicFrameLocks noChangeAspect="1"/>
            </wp:cNvGraphicFramePr>
            <a:graphic>
              <a:graphicData uri="http://schemas.openxmlformats.org/drawingml/2006/picture">
                <pic:pic>
                  <pic:nvPicPr>
                    <pic:cNvPr id="0" name="image_rsrcBJZ.jpg"/>
                    <pic:cNvPicPr/>
                  </pic:nvPicPr>
                  <pic:blipFill>
                    <a:blip r:embed="rId60"/>
                    <a:stretch>
                      <a:fillRect/>
                    </a:stretch>
                  </pic:blipFill>
                  <pic:spPr>
                    <a:xfrm>
                      <a:off x="0" y="0"/>
                      <a:ext cx="5486400" cy="2363737"/>
                    </a:xfrm>
                    <a:prstGeom prst="rect"/>
                  </pic:spPr>
                </pic:pic>
              </a:graphicData>
            </a:graphic>
          </wp:inline>
        </w:drawing>
      </w:r>
    </w:p>
    <w:p>
      <w:pPr>
        <w:spacing w:after="80"/>
      </w:pPr>
      <w:r>
        <w:rPr>
          <w:b w:val="0"/>
          <w:i w:val="0"/>
        </w:rPr>
        <w:t>Hình 18-4: Trang chủ đề</w:t>
      </w:r>
    </w:p>
    <w:p>
      <w:pPr>
        <w:pStyle w:val="Heading3"/>
      </w:pPr>
      <w:r>
        <w:rPr>
          <w:rFonts w:ascii="Calibri" w:hAnsi="Calibri"/>
          <w:b/>
          <w:i w:val="0"/>
          <w:sz w:val="27"/>
        </w:rPr>
        <w:t>Các trang chủ đề riêng lẻ</w:t>
      </w:r>
    </w:p>
    <w:p>
      <w:pPr>
        <w:spacing w:after="80"/>
      </w:pPr>
      <w:r>
        <w:rPr>
          <w:b w:val="0"/>
          <w:i w:val="0"/>
        </w:rPr>
        <w:t>Tiếp theo, ta cần tạo một trang có thể tập trung vào một chủ đề duy nhất, hiển thị tên chủ đề và tất cả các mục của chủ đề đó. Ta sẽ định nghĩa một mẫu URL mới, viết một view, và tạo một template. Ta cũng sẽ sửa trang chủ đề để mỗi mục trong danh sách có dấu đầu dòng liên kết đến trang chủ đề tương ứng của nó.</w:t>
      </w:r>
    </w:p>
    <w:p>
      <w:pPr>
        <w:pStyle w:val="Heading4"/>
      </w:pPr>
      <w:r>
        <w:rPr>
          <w:rFonts w:ascii="Calibri" w:hAnsi="Calibri"/>
          <w:b/>
          <w:i w:val="0"/>
          <w:sz w:val="24"/>
        </w:rPr>
        <w:t>Mẫu URL cho chủ đề</w:t>
      </w:r>
    </w:p>
    <w:p>
      <w:pPr>
        <w:spacing w:after="80"/>
      </w:pPr>
      <w:r>
        <w:rPr>
          <w:b w:val="0"/>
          <w:i w:val="0"/>
        </w:rPr>
        <w:t xml:space="preserve">Mẫu URL cho trang chủ đề hơi khác so với các mẫu URL trước đó vì nó sẽ dùng thuộc tính </w:t>
      </w:r>
      <w:r>
        <w:rPr>
          <w:rFonts w:ascii="Consolas" w:hAnsi="Consolas"/>
          <w:b w:val="0"/>
          <w:i w:val="0"/>
          <w:sz w:val="20"/>
        </w:rPr>
        <w:t>id</w:t>
      </w:r>
      <w:r>
        <w:rPr>
          <w:b w:val="0"/>
          <w:i w:val="0"/>
        </w:rPr>
        <w:t xml:space="preserve"> của chủ đề để chỉ ra chủ đề nào được yêu cầu. Ví dụ, nếu người dùng muốn xem trang chi tiết cho chủ đề Chess (có </w:t>
      </w:r>
      <w:r>
        <w:rPr>
          <w:rFonts w:ascii="Consolas" w:hAnsi="Consolas"/>
          <w:b w:val="0"/>
          <w:i w:val="0"/>
          <w:sz w:val="20"/>
        </w:rPr>
        <w:t>id</w:t>
      </w:r>
      <w:r>
        <w:rPr>
          <w:b w:val="0"/>
          <w:i w:val="0"/>
        </w:rPr>
        <w:t xml:space="preserve"> là 1), URL sẽ là </w:t>
      </w:r>
      <w:r>
        <w:rPr>
          <w:b w:val="0"/>
          <w:i/>
        </w:rPr>
        <w:t>http://localhost:8000/topics/1/</w:t>
      </w:r>
      <w:r>
        <w:rPr>
          <w:b w:val="0"/>
          <w:i w:val="0"/>
        </w:rPr>
        <w:t xml:space="preserve">. Đây là một mẫu để khớp với URL này, bạn nên đặt nó trong </w:t>
      </w:r>
      <w:r>
        <w:rPr>
          <w:b w:val="0"/>
          <w:i/>
        </w:rPr>
        <w:t>learning_logs/urls.py</w:t>
      </w:r>
      <w:r>
        <w:rPr>
          <w:b w:val="0"/>
          <w:i w:val="0"/>
        </w:rPr>
        <w:t>:</w:t>
      </w:r>
    </w:p>
    <w:p>
      <w:pPr>
        <w:spacing w:after="80"/>
      </w:pPr>
      <w:r>
        <w:rPr>
          <w:b w:val="0"/>
          <w:i w:val="0"/>
        </w:rPr>
        <w:t>learning_logs/urls.py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Detail page for a single topic.</w:t>
      </w:r>
    </w:p>
    <w:p>
      <w:pPr>
        <w:spacing w:after="0"/>
        <w:ind w:left="360"/>
        <w:shd w:val="clear" w:color="auto" w:fill="F2F2F2"/>
      </w:pPr>
      <w:r>
        <w:rPr>
          <w:rFonts w:ascii="Consolas" w:hAnsi="Consolas"/>
          <w:b w:val="0"/>
          <w:i w:val="0"/>
          <w:sz w:val="18"/>
        </w:rPr>
        <w:t xml:space="preserve">    path('topics/&lt;int:topic_id&gt;/', views.topic, name='topic'),</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Hãy cùng xem xét chuỗi </w:t>
      </w:r>
      <w:r>
        <w:rPr>
          <w:rFonts w:ascii="Consolas" w:hAnsi="Consolas"/>
          <w:b w:val="0"/>
          <w:i w:val="0"/>
          <w:sz w:val="20"/>
        </w:rPr>
        <w:t>'topics/&lt;int:topic_id&gt;/'</w:t>
      </w:r>
      <w:r>
        <w:rPr>
          <w:b w:val="0"/>
          <w:i w:val="0"/>
        </w:rPr>
        <w:t xml:space="preserve"> trong mẫu URL này. Phần đầu của chuỗi báo cho Django tìm những URL có từ </w:t>
      </w:r>
      <w:r>
        <w:rPr>
          <w:b w:val="0"/>
          <w:i/>
        </w:rPr>
        <w:t>topics</w:t>
      </w:r>
      <w:r>
        <w:rPr>
          <w:b w:val="0"/>
          <w:i w:val="0"/>
        </w:rPr>
        <w:t xml:space="preserve"> sau URL cơ sở. Phần thứ hai của chuỗi, </w:t>
      </w:r>
      <w:r>
        <w:rPr>
          <w:rFonts w:ascii="Consolas" w:hAnsi="Consolas"/>
          <w:b w:val="0"/>
          <w:i w:val="0"/>
          <w:sz w:val="20"/>
        </w:rPr>
        <w:t>/&lt;int:topic_id&gt;/</w:t>
      </w:r>
      <w:r>
        <w:rPr>
          <w:b w:val="0"/>
          <w:i w:val="0"/>
        </w:rPr>
        <w:t xml:space="preserve">, khớp với một số nguyên nằm giữa hai dấu gạch chéo và gán giá trị số nguyên đó cho một đối số tên là </w:t>
      </w:r>
      <w:r>
        <w:rPr>
          <w:rFonts w:ascii="Consolas" w:hAnsi="Consolas"/>
          <w:b w:val="0"/>
          <w:i w:val="0"/>
          <w:sz w:val="20"/>
        </w:rPr>
        <w:t>topic_id</w:t>
      </w:r>
      <w:r>
        <w:rPr>
          <w:b w:val="0"/>
          <w:i w:val="0"/>
        </w:rPr>
        <w:t>.</w:t>
      </w:r>
    </w:p>
    <w:p>
      <w:pPr>
        <w:spacing w:after="80"/>
      </w:pPr>
      <w:r>
        <w:rPr>
          <w:b w:val="0"/>
          <w:i w:val="0"/>
        </w:rPr>
        <w:t xml:space="preserve">Khi Django tìm thấy một URL khớp với mẫu này, nó gọi hàm view </w:t>
      </w:r>
      <w:r>
        <w:rPr>
          <w:rFonts w:ascii="Consolas" w:hAnsi="Consolas"/>
          <w:b w:val="0"/>
          <w:i w:val="0"/>
          <w:sz w:val="20"/>
        </w:rPr>
        <w:t>topic()</w:t>
      </w:r>
      <w:r>
        <w:rPr>
          <w:b w:val="0"/>
          <w:i w:val="0"/>
        </w:rPr>
        <w:t xml:space="preserve"> với giá trị được gán cho </w:t>
      </w:r>
      <w:r>
        <w:rPr>
          <w:rFonts w:ascii="Consolas" w:hAnsi="Consolas"/>
          <w:b w:val="0"/>
          <w:i w:val="0"/>
          <w:sz w:val="20"/>
        </w:rPr>
        <w:t>topic_id</w:t>
      </w:r>
      <w:r>
        <w:rPr>
          <w:b w:val="0"/>
          <w:i w:val="0"/>
        </w:rPr>
        <w:t xml:space="preserve"> làm đối số. Ta sẽ dùng giá trị của </w:t>
      </w:r>
      <w:r>
        <w:rPr>
          <w:rFonts w:ascii="Consolas" w:hAnsi="Consolas"/>
          <w:b w:val="0"/>
          <w:i w:val="0"/>
          <w:sz w:val="20"/>
        </w:rPr>
        <w:t>topic_id</w:t>
      </w:r>
      <w:r>
        <w:rPr>
          <w:b w:val="0"/>
          <w:i w:val="0"/>
        </w:rPr>
        <w:t xml:space="preserve"> để lấy đúng chủ đề bên trong hàm.</w:t>
      </w:r>
    </w:p>
    <w:p>
      <w:pPr>
        <w:pStyle w:val="Heading4"/>
      </w:pPr>
      <w:r>
        <w:rPr>
          <w:rFonts w:ascii="Calibri" w:hAnsi="Calibri"/>
          <w:b/>
          <w:i w:val="0"/>
          <w:sz w:val="24"/>
        </w:rPr>
        <w:t>Giao diện Chủ đề</w:t>
      </w:r>
    </w:p>
    <w:p>
      <w:pPr>
        <w:spacing w:after="80"/>
      </w:pPr>
      <w:r>
        <w:rPr>
          <w:b w:val="0"/>
          <w:i w:val="0"/>
        </w:rPr>
        <w:t xml:space="preserve">Hàm </w:t>
      </w:r>
      <w:r>
        <w:rPr>
          <w:rFonts w:ascii="Consolas" w:hAnsi="Consolas"/>
          <w:b w:val="0"/>
          <w:i w:val="0"/>
          <w:sz w:val="20"/>
        </w:rPr>
        <w:t>topic()</w:t>
      </w:r>
      <w:r>
        <w:rPr>
          <w:b w:val="0"/>
          <w:i w:val="0"/>
        </w:rPr>
        <w:t xml:space="preserve"> cần lấy chủ đề và tất cả các mục liên quan từ cơ sở dữ liệu, giống như những gì chúng ta đã làm trước đó trong Django shell:</w:t>
      </w:r>
    </w:p>
    <w:p>
      <w:pPr>
        <w:spacing w:after="80"/>
      </w:pPr>
      <w:r>
        <w:rPr>
          <w:b w:val="0"/>
          <w:i w:val="0"/>
        </w:rPr>
        <w:t>views.py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❶ def topic(request, topic_id):</w:t>
      </w:r>
    </w:p>
    <w:p>
      <w:pPr>
        <w:spacing w:after="0"/>
        <w:ind w:left="360"/>
        <w:shd w:val="clear" w:color="auto" w:fill="F2F2F2"/>
      </w:pPr>
      <w:r>
        <w:rPr>
          <w:rFonts w:ascii="Consolas" w:hAnsi="Consolas"/>
          <w:b w:val="0"/>
          <w:i w:val="0"/>
          <w:sz w:val="18"/>
        </w:rPr>
        <w:t xml:space="preserve">    """Show a single topic and all its entries."""</w:t>
      </w:r>
    </w:p>
    <w:p>
      <w:pPr>
        <w:spacing w:after="0"/>
        <w:ind w:left="360"/>
        <w:shd w:val="clear" w:color="auto" w:fill="F2F2F2"/>
      </w:pPr>
      <w:r>
        <w:rPr>
          <w:rFonts w:ascii="Consolas" w:hAnsi="Consolas"/>
          <w:b w:val="0"/>
          <w:i w:val="0"/>
          <w:sz w:val="18"/>
        </w:rPr>
        <w:t>❷     topic = Topic.objects.get(id=topic_id)</w:t>
      </w:r>
    </w:p>
    <w:p>
      <w:pPr>
        <w:spacing w:after="0"/>
        <w:ind w:left="360"/>
        <w:shd w:val="clear" w:color="auto" w:fill="F2F2F2"/>
      </w:pPr>
      <w:r>
        <w:rPr>
          <w:rFonts w:ascii="Consolas" w:hAnsi="Consolas"/>
          <w:b w:val="0"/>
          <w:i w:val="0"/>
          <w:sz w:val="18"/>
        </w:rPr>
        <w:t>❸     entries = topic.entry_set.order_by('-date_added')</w:t>
      </w:r>
    </w:p>
    <w:p>
      <w:pPr>
        <w:spacing w:after="0"/>
        <w:ind w:left="360"/>
        <w:shd w:val="clear" w:color="auto" w:fill="F2F2F2"/>
      </w:pPr>
      <w:r>
        <w:rPr>
          <w:rFonts w:ascii="Consolas" w:hAnsi="Consolas"/>
          <w:b w:val="0"/>
          <w:i w:val="0"/>
          <w:sz w:val="18"/>
        </w:rPr>
        <w:t>❹     context = {'topic': topic, 'entries': entries}</w:t>
      </w:r>
    </w:p>
    <w:p>
      <w:pPr>
        <w:spacing w:after="0"/>
        <w:ind w:left="360"/>
        <w:shd w:val="clear" w:color="auto" w:fill="F2F2F2"/>
      </w:pPr>
      <w:r>
        <w:rPr>
          <w:rFonts w:ascii="Consolas" w:hAnsi="Consolas"/>
          <w:b w:val="0"/>
          <w:i w:val="0"/>
          <w:sz w:val="18"/>
        </w:rPr>
        <w:t>❺     return render(request, 'learning_logs/topic.html', context)</w:t>
      </w:r>
    </w:p>
    <w:p>
      <w:pPr>
        <w:spacing w:after="40"/>
      </w:pPr>
    </w:p>
    <w:p>
      <w:pPr>
        <w:spacing w:after="80"/>
      </w:pPr>
      <w:r>
        <w:rPr>
          <w:b w:val="0"/>
          <w:i w:val="0"/>
        </w:rPr>
        <w:t xml:space="preserve">Đây là hàm view đầu tiên yêu cầu một tham số khác ngoài đối tượng </w:t>
      </w:r>
      <w:r>
        <w:rPr>
          <w:rFonts w:ascii="Consolas" w:hAnsi="Consolas"/>
          <w:b w:val="0"/>
          <w:i w:val="0"/>
          <w:sz w:val="20"/>
        </w:rPr>
        <w:t>request</w:t>
      </w:r>
      <w:r>
        <w:rPr>
          <w:b w:val="0"/>
          <w:i w:val="0"/>
        </w:rPr>
        <w:t xml:space="preserve">. Hàm nhận giá trị được bắt bởi biểu thức </w:t>
      </w:r>
      <w:r>
        <w:rPr>
          <w:rFonts w:ascii="Consolas" w:hAnsi="Consolas"/>
          <w:b w:val="0"/>
          <w:i w:val="0"/>
          <w:sz w:val="20"/>
        </w:rPr>
        <w:t>/&lt;int:topic_id&gt;/</w:t>
      </w:r>
      <w:r>
        <w:rPr>
          <w:b w:val="0"/>
          <w:i w:val="0"/>
        </w:rPr>
        <w:t xml:space="preserve"> và gán nó cho </w:t>
      </w:r>
      <w:r>
        <w:rPr>
          <w:rFonts w:ascii="Consolas" w:hAnsi="Consolas"/>
          <w:b w:val="0"/>
          <w:i w:val="0"/>
          <w:sz w:val="20"/>
        </w:rPr>
        <w:t>topic_id</w:t>
      </w:r>
      <w:r>
        <w:rPr>
          <w:b w:val="0"/>
          <w:i w:val="0"/>
        </w:rPr>
        <w:t xml:space="preserve"> ❶. Sau đó chúng ta dùng </w:t>
      </w:r>
      <w:r>
        <w:rPr>
          <w:rFonts w:ascii="Consolas" w:hAnsi="Consolas"/>
          <w:b w:val="0"/>
          <w:i w:val="0"/>
          <w:sz w:val="20"/>
        </w:rPr>
        <w:t>get()</w:t>
      </w:r>
      <w:r>
        <w:rPr>
          <w:b w:val="0"/>
          <w:i w:val="0"/>
        </w:rPr>
        <w:t xml:space="preserve"> để truy xuất chủ đề, giống như đã làm trong Django shell ❷. Tiếp theo, chúng ta lấy tất cả các mục liên quan đến chủ đề này và sắp xếp chúng theo </w:t>
      </w:r>
      <w:r>
        <w:rPr>
          <w:rFonts w:ascii="Consolas" w:hAnsi="Consolas"/>
          <w:b w:val="0"/>
          <w:i w:val="0"/>
          <w:sz w:val="20"/>
        </w:rPr>
        <w:t>date_added</w:t>
      </w:r>
      <w:r>
        <w:rPr>
          <w:b w:val="0"/>
          <w:i w:val="0"/>
        </w:rPr>
        <w:t xml:space="preserve"> ❸. Dấu trừ đằng trước </w:t>
      </w:r>
      <w:r>
        <w:rPr>
          <w:rFonts w:ascii="Consolas" w:hAnsi="Consolas"/>
          <w:b w:val="0"/>
          <w:i w:val="0"/>
          <w:sz w:val="20"/>
        </w:rPr>
        <w:t>date_added</w:t>
      </w:r>
      <w:r>
        <w:rPr>
          <w:b w:val="0"/>
          <w:i w:val="0"/>
        </w:rPr>
        <w:t xml:space="preserve"> sẽ sắp xếp kết quả theo thứ tự ngược lại, nghĩa là các mục mới nhất sẽ hiển thị đầu tiên. Chúng ta lưu chủ đề và các mục vào từ điển </w:t>
      </w:r>
      <w:r>
        <w:rPr>
          <w:rFonts w:ascii="Consolas" w:hAnsi="Consolas"/>
          <w:b w:val="0"/>
          <w:i w:val="0"/>
          <w:sz w:val="20"/>
        </w:rPr>
        <w:t>context</w:t>
      </w:r>
      <w:r>
        <w:rPr>
          <w:b w:val="0"/>
          <w:i w:val="0"/>
        </w:rPr>
        <w:t xml:space="preserve"> ❹ rồi gọi </w:t>
      </w:r>
      <w:r>
        <w:rPr>
          <w:rFonts w:ascii="Consolas" w:hAnsi="Consolas"/>
          <w:b w:val="0"/>
          <w:i w:val="0"/>
          <w:sz w:val="20"/>
        </w:rPr>
        <w:t>render()</w:t>
      </w:r>
      <w:r>
        <w:rPr>
          <w:b w:val="0"/>
          <w:i w:val="0"/>
        </w:rPr>
        <w:t xml:space="preserve"> với đối tượng </w:t>
      </w:r>
      <w:r>
        <w:rPr>
          <w:rFonts w:ascii="Consolas" w:hAnsi="Consolas"/>
          <w:b w:val="0"/>
          <w:i w:val="0"/>
          <w:sz w:val="20"/>
        </w:rPr>
        <w:t>request</w:t>
      </w:r>
      <w:r>
        <w:rPr>
          <w:b w:val="0"/>
          <w:i w:val="0"/>
        </w:rPr>
        <w:t xml:space="preserve">, template </w:t>
      </w:r>
      <w:r>
        <w:rPr>
          <w:b w:val="0"/>
          <w:i/>
        </w:rPr>
        <w:t>topic.html</w:t>
      </w:r>
      <w:r>
        <w:rPr>
          <w:b w:val="0"/>
          <w:i w:val="0"/>
        </w:rPr>
        <w:t xml:space="preserve"> và từ điển </w:t>
      </w:r>
      <w:r>
        <w:rPr>
          <w:rFonts w:ascii="Consolas" w:hAnsi="Consolas"/>
          <w:b w:val="0"/>
          <w:i w:val="0"/>
          <w:sz w:val="20"/>
        </w:rPr>
        <w:t>context</w:t>
      </w:r>
      <w:r>
        <w:rPr>
          <w:b w:val="0"/>
          <w:i w:val="0"/>
        </w:rPr>
        <w:t xml:space="preserve"> ❺.</w:t>
      </w:r>
    </w:p>
    <w:p>
      <w:pPr>
        <w:spacing w:before="120" w:after="40"/>
      </w:pPr>
      <w:r>
        <w:rPr>
          <w:b/>
          <w:sz w:val="21"/>
        </w:rPr>
        <w:t>Ghi chú</w:t>
      </w:r>
    </w:p>
    <w:p>
      <w:pPr>
        <w:spacing w:after="80"/>
      </w:pPr>
      <w:r>
        <w:rPr>
          <w:b w:val="0"/>
          <w:i w:val="0"/>
        </w:rPr>
        <w:t>Các đoạn code ở ❷ và ❸ được gọi là truy vấn (query), vì chúng truy vấn cơ sở dữ liệu để lấy thông tin cụ thể. Khi bạn viết những truy vấn như thế này trong dự án của riêng mình, sẽ rất hữu ích nếu bạn thử chúng trong Django shell trước. Bạn sẽ nhận được phản hồi nhanh hơn nhiều so với việc viết một view và template rồi kiểm tra kết quả trên trình duyệt.</w:t>
      </w:r>
    </w:p>
    <w:p>
      <w:pPr>
        <w:pStyle w:val="Heading4"/>
      </w:pPr>
      <w:r>
        <w:rPr>
          <w:rFonts w:ascii="Calibri" w:hAnsi="Calibri"/>
          <w:b/>
          <w:i w:val="0"/>
          <w:sz w:val="24"/>
        </w:rPr>
        <w:t>Template Chủ đề</w:t>
      </w:r>
    </w:p>
    <w:p>
      <w:pPr>
        <w:spacing w:after="80"/>
      </w:pPr>
      <w:r>
        <w:rPr>
          <w:b w:val="0"/>
          <w:i w:val="0"/>
        </w:rPr>
        <w:t>Template cần hiển thị tên của chủ đề và các mục. Chúng ta cũng cần thông báo cho người dùng nếu chưa có mục nào được tạo cho chủ đề này.</w:t>
      </w:r>
    </w:p>
    <w:p>
      <w:pPr>
        <w:spacing w:after="80"/>
      </w:pPr>
      <w:r>
        <w:rPr>
          <w:b w:val="0"/>
          <w:i w:val="0"/>
        </w:rPr>
        <w:t>topic.html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&lt;p&gt;Topic: {{ topic.text }}&lt;/p&gt;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&lt;p&gt;Entries:&lt;/p&gt;</w:t>
      </w:r>
    </w:p>
    <w:p>
      <w:pPr>
        <w:spacing w:after="0"/>
        <w:ind w:left="360"/>
        <w:shd w:val="clear" w:color="auto" w:fill="F2F2F2"/>
      </w:pPr>
      <w:r>
        <w:rPr>
          <w:rFonts w:ascii="Consolas" w:hAnsi="Consolas"/>
          <w:b w:val="0"/>
          <w:i w:val="0"/>
          <w:sz w:val="18"/>
        </w:rPr>
        <w:t>❷   &lt;ul&gt;</w:t>
      </w:r>
    </w:p>
    <w:p>
      <w:pPr>
        <w:spacing w:after="0"/>
        <w:ind w:left="360"/>
        <w:shd w:val="clear" w:color="auto" w:fill="F2F2F2"/>
      </w:pPr>
      <w:r>
        <w:rPr>
          <w:rFonts w:ascii="Consolas" w:hAnsi="Consolas"/>
          <w:b w:val="0"/>
          <w:i w:val="0"/>
          <w:sz w:val="18"/>
        </w:rPr>
        <w:t>❸     {% for entry in entries %}</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❹         &lt;p&gt;{{ entry.date_added|date:'M d, Y H:i' }}&lt;/p&gt;</w:t>
      </w:r>
    </w:p>
    <w:p>
      <w:pPr>
        <w:spacing w:after="0"/>
        <w:ind w:left="360"/>
        <w:shd w:val="clear" w:color="auto" w:fill="F2F2F2"/>
      </w:pPr>
      <w:r>
        <w:rPr>
          <w:rFonts w:ascii="Consolas" w:hAnsi="Consolas"/>
          <w:b w:val="0"/>
          <w:i w:val="0"/>
          <w:sz w:val="18"/>
        </w:rPr>
        <w:t>❺         &lt;p&gt;{{ entry.text|linebreaks }}&lt;/p&gt;</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❻     {% empty %}</w:t>
      </w:r>
    </w:p>
    <w:p>
      <w:pPr>
        <w:spacing w:after="0"/>
        <w:ind w:left="360"/>
        <w:shd w:val="clear" w:color="auto" w:fill="F2F2F2"/>
      </w:pPr>
      <w:r>
        <w:rPr>
          <w:rFonts w:ascii="Consolas" w:hAnsi="Consolas"/>
          <w:b w:val="0"/>
          <w:i w:val="0"/>
          <w:sz w:val="18"/>
        </w:rPr>
        <w:t xml:space="preserve">      &lt;li&gt;There are no entries for this topic yet.&lt;/li&gt;</w:t>
      </w:r>
    </w:p>
    <w:p>
      <w:pPr>
        <w:spacing w:after="0"/>
        <w:ind w:left="360"/>
        <w:shd w:val="clear" w:color="auto" w:fill="F2F2F2"/>
      </w:pPr>
      <w:r>
        <w:rPr>
          <w:rFonts w:ascii="Consolas" w:hAnsi="Consolas"/>
          <w:b w:val="0"/>
          <w:i w:val="0"/>
          <w:sz w:val="18"/>
        </w:rPr>
        <w:t xml:space="preserve">    {% endfor %}</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Chúng ta kế thừa </w:t>
      </w:r>
      <w:r>
        <w:rPr>
          <w:b w:val="0"/>
          <w:i/>
        </w:rPr>
        <w:t>base.html</w:t>
      </w:r>
      <w:r>
        <w:rPr>
          <w:b w:val="0"/>
          <w:i w:val="0"/>
        </w:rPr>
        <w:t xml:space="preserve">, như sẽ làm cho tất cả các trang trong dự án. Tiếp theo, chúng ta hiển thị thuộc tính </w:t>
      </w:r>
      <w:r>
        <w:rPr>
          <w:rFonts w:ascii="Consolas" w:hAnsi="Consolas"/>
          <w:b w:val="0"/>
          <w:i w:val="0"/>
          <w:sz w:val="20"/>
        </w:rPr>
        <w:t>text</w:t>
      </w:r>
      <w:r>
        <w:rPr>
          <w:b w:val="0"/>
          <w:i w:val="0"/>
        </w:rPr>
        <w:t xml:space="preserve"> của chủ đề được yêu cầu ❶. Biến </w:t>
      </w:r>
      <w:r>
        <w:rPr>
          <w:rFonts w:ascii="Consolas" w:hAnsi="Consolas"/>
          <w:b w:val="0"/>
          <w:i w:val="0"/>
          <w:sz w:val="20"/>
        </w:rPr>
        <w:t>topic</w:t>
      </w:r>
      <w:r>
        <w:rPr>
          <w:b w:val="0"/>
          <w:i w:val="0"/>
        </w:rPr>
        <w:t xml:space="preserve"> có sẵn vì nó được đưa vào từ điển </w:t>
      </w:r>
      <w:r>
        <w:rPr>
          <w:rFonts w:ascii="Consolas" w:hAnsi="Consolas"/>
          <w:b w:val="0"/>
          <w:i w:val="0"/>
          <w:sz w:val="20"/>
        </w:rPr>
        <w:t>context</w:t>
      </w:r>
      <w:r>
        <w:rPr>
          <w:b w:val="0"/>
          <w:i w:val="0"/>
        </w:rPr>
        <w:t>. Sau đó chúng ta bắt đầu một danh sách có dấu đầu dòng ❷ để hiển thị từng mục và lặp qua chúng ❸, giống như đã làm với các chủ đề trước đó.</w:t>
      </w:r>
    </w:p>
    <w:p>
      <w:pPr>
        <w:spacing w:after="80"/>
      </w:pPr>
      <w:r>
        <w:rPr>
          <w:b w:val="0"/>
          <w:i w:val="0"/>
        </w:rPr>
        <w:t xml:space="preserve">Mỗi dòng trong danh sách hiển thị hai thông tin: dấu thời gian và toàn bộ nội dung của mỗi mục. Với dấu thời gian ❹, chúng ta hiển thị giá trị của thuộc tính </w:t>
      </w:r>
      <w:r>
        <w:rPr>
          <w:rFonts w:ascii="Consolas" w:hAnsi="Consolas"/>
          <w:b w:val="0"/>
          <w:i w:val="0"/>
          <w:sz w:val="20"/>
        </w:rPr>
        <w:t>date_added</w:t>
      </w:r>
      <w:r>
        <w:rPr>
          <w:b w:val="0"/>
          <w:i w:val="0"/>
        </w:rPr>
        <w:t>. Trong template Django, dấu gạch đứng (</w:t>
      </w:r>
      <w:r>
        <w:rPr>
          <w:rFonts w:ascii="Consolas" w:hAnsi="Consolas"/>
          <w:b w:val="0"/>
          <w:i w:val="0"/>
          <w:sz w:val="20"/>
        </w:rPr>
        <w:t>|</w:t>
      </w:r>
      <w:r>
        <w:rPr>
          <w:b w:val="0"/>
          <w:i w:val="0"/>
        </w:rPr>
        <w:t xml:space="preserve">) đại diện cho một bộ lọc (filter) template — một hàm sửa đổi giá trị trong biến template trong quá trình render. Bộ lọc </w:t>
      </w:r>
      <w:r>
        <w:rPr>
          <w:rFonts w:ascii="Consolas" w:hAnsi="Consolas"/>
          <w:b w:val="0"/>
          <w:i w:val="0"/>
          <w:sz w:val="20"/>
        </w:rPr>
        <w:t>date:'M d, Y H:i'</w:t>
      </w:r>
      <w:r>
        <w:rPr>
          <w:b w:val="0"/>
          <w:i w:val="0"/>
        </w:rPr>
        <w:t xml:space="preserve"> hiển thị dấu thời gian theo định dạng </w:t>
      </w:r>
      <w:r>
        <w:rPr>
          <w:b w:val="0"/>
          <w:i/>
        </w:rPr>
        <w:t>January 1, 2022 23:00</w:t>
      </w:r>
      <w:r>
        <w:rPr>
          <w:b w:val="0"/>
          <w:i w:val="0"/>
        </w:rPr>
        <w:t xml:space="preserve">. Dòng tiếp theo hiển thị giá trị thuộc tính </w:t>
      </w:r>
      <w:r>
        <w:rPr>
          <w:rFonts w:ascii="Consolas" w:hAnsi="Consolas"/>
          <w:b w:val="0"/>
          <w:i w:val="0"/>
          <w:sz w:val="20"/>
        </w:rPr>
        <w:t>text</w:t>
      </w:r>
      <w:r>
        <w:rPr>
          <w:b w:val="0"/>
          <w:i w:val="0"/>
        </w:rPr>
        <w:t xml:space="preserve"> của mục hiện tại. Bộ lọc </w:t>
      </w:r>
      <w:r>
        <w:rPr>
          <w:rFonts w:ascii="Consolas" w:hAnsi="Consolas"/>
          <w:b w:val="0"/>
          <w:i w:val="0"/>
          <w:sz w:val="20"/>
        </w:rPr>
        <w:t>linebreaks</w:t>
      </w:r>
      <w:r>
        <w:rPr>
          <w:b w:val="0"/>
          <w:i w:val="0"/>
        </w:rPr>
        <w:t xml:space="preserve"> ❺ đảm bảo rằng các mục văn bản dài có chứa ngắt dòng theo định dạng mà trình duyệt hiểu được, thay vì hiển thị một khối văn bản liền mạch. Chúng ta lại dùng thẻ template </w:t>
      </w:r>
      <w:r>
        <w:rPr>
          <w:rFonts w:ascii="Consolas" w:hAnsi="Consolas"/>
          <w:b w:val="0"/>
          <w:i w:val="0"/>
          <w:sz w:val="20"/>
        </w:rPr>
        <w:t>{% empty %}</w:t>
      </w:r>
      <w:r>
        <w:rPr>
          <w:b w:val="0"/>
          <w:i w:val="0"/>
        </w:rPr>
        <w:t xml:space="preserve"> ❻ để in thông báo cho người dùng biết rằng chưa có mục nào được tạo.</w:t>
      </w:r>
    </w:p>
    <w:p>
      <w:pPr>
        <w:pStyle w:val="Heading4"/>
      </w:pPr>
      <w:r>
        <w:rPr>
          <w:rFonts w:ascii="Calibri" w:hAnsi="Calibri"/>
          <w:b/>
          <w:i w:val="0"/>
          <w:sz w:val="24"/>
        </w:rPr>
        <w:t>Liên kết từ Trang Chủ đề</w:t>
      </w:r>
    </w:p>
    <w:p>
      <w:pPr>
        <w:spacing w:after="80"/>
      </w:pPr>
      <w:r>
        <w:rPr>
          <w:b w:val="0"/>
          <w:i w:val="0"/>
        </w:rPr>
        <w:t xml:space="preserve">Trước khi xem trang chủ đề trên trình duyệt, chúng ta cần sửa template topics để mỗi chủ đề liên kết đến trang thích hợp. Đây là thay đổi bạn cần thực hiện trong </w:t>
      </w:r>
      <w:r>
        <w:rPr>
          <w:b w:val="0"/>
          <w:i/>
        </w:rPr>
        <w:t>topics.html</w:t>
      </w:r>
      <w:r>
        <w:rPr>
          <w:b w:val="0"/>
          <w:i w:val="0"/>
        </w:rPr>
        <w:t>:</w:t>
      </w:r>
    </w:p>
    <w:p>
      <w:pPr>
        <w:spacing w:after="80"/>
      </w:pPr>
      <w:r>
        <w:rPr>
          <w:b w:val="0"/>
          <w:i w:val="0"/>
        </w:rPr>
        <w:t>topics.html</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    {% for topic in topics %}</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 xml:space="preserve">        &lt;a href="{% url 'learning_logs:topic' topic.id %}"&gt;</w:t>
      </w:r>
    </w:p>
    <w:p>
      <w:pPr>
        <w:spacing w:after="0"/>
        <w:ind w:left="360"/>
        <w:shd w:val="clear" w:color="auto" w:fill="F2F2F2"/>
      </w:pPr>
      <w:r>
        <w:rPr>
          <w:rFonts w:ascii="Consolas" w:hAnsi="Consolas"/>
          <w:b w:val="0"/>
          <w:i w:val="0"/>
          <w:sz w:val="18"/>
        </w:rPr>
        <w:t xml:space="preserve">          {{ topic.text }}&lt;/a&gt;</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 xml:space="preserve">    {% empty %}</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dùng thẻ mẫu URL (URL template tag) để tạo liên kết phù hợp, dựa trên mẫu URL trong </w:t>
      </w:r>
      <w:r>
        <w:rPr>
          <w:rFonts w:ascii="Consolas" w:hAnsi="Consolas"/>
          <w:b w:val="0"/>
          <w:i w:val="0"/>
          <w:sz w:val="20"/>
        </w:rPr>
        <w:t>learning_logs</w:t>
      </w:r>
      <w:r>
        <w:rPr>
          <w:b w:val="0"/>
          <w:i w:val="0"/>
        </w:rPr>
        <w:t xml:space="preserve"> với tên </w:t>
      </w:r>
      <w:r>
        <w:rPr>
          <w:rFonts w:ascii="Consolas" w:hAnsi="Consolas"/>
          <w:b w:val="0"/>
          <w:i w:val="0"/>
          <w:sz w:val="20"/>
        </w:rPr>
        <w:t>'topic'</w:t>
      </w:r>
      <w:r>
        <w:rPr>
          <w:b w:val="0"/>
          <w:i w:val="0"/>
        </w:rPr>
        <w:t xml:space="preserve">. Mẫu URL này yêu cầu một đối số </w:t>
      </w:r>
      <w:r>
        <w:rPr>
          <w:rFonts w:ascii="Consolas" w:hAnsi="Consolas"/>
          <w:b w:val="0"/>
          <w:i w:val="0"/>
          <w:sz w:val="20"/>
        </w:rPr>
        <w:t>topic_id</w:t>
      </w:r>
      <w:r>
        <w:rPr>
          <w:b w:val="0"/>
          <w:i w:val="0"/>
        </w:rPr>
        <w:t xml:space="preserve">, nên ta thêm thuộc tính </w:t>
      </w:r>
      <w:r>
        <w:rPr>
          <w:rFonts w:ascii="Consolas" w:hAnsi="Consolas"/>
          <w:b w:val="0"/>
          <w:i w:val="0"/>
          <w:sz w:val="20"/>
        </w:rPr>
        <w:t>topic.id</w:t>
      </w:r>
      <w:r>
        <w:rPr>
          <w:b w:val="0"/>
          <w:i w:val="0"/>
        </w:rPr>
        <w:t xml:space="preserve"> vào thẻ mẫu URL. Giờ đây mỗi chủ đề trong danh sách chủ đề là một liên kết đến trang chủ đề, ví dụ như </w:t>
      </w:r>
      <w:r>
        <w:rPr>
          <w:b w:val="0"/>
          <w:i/>
        </w:rPr>
        <w:t>http://localhost:8000/topics/1/</w:t>
      </w:r>
      <w:r>
        <w:rPr>
          <w:b w:val="0"/>
          <w:i w:val="0"/>
        </w:rPr>
        <w:t>.</w:t>
      </w:r>
    </w:p>
    <w:p>
      <w:pPr>
        <w:spacing w:after="80"/>
      </w:pPr>
      <w:r>
        <w:rPr>
          <w:b w:val="0"/>
          <w:i w:val="0"/>
        </w:rPr>
        <w:t>Khi bạn tải lại trang chủ đề và nhấp vào một chủ đề, bạn sẽ thấy một trang trông giống như Hình 18-5.</w:t>
      </w:r>
    </w:p>
    <w:p>
      <w:pPr>
        <w:spacing w:before="120" w:after="40"/>
      </w:pPr>
      <w:r>
        <w:rPr>
          <w:b/>
          <w:sz w:val="21"/>
        </w:rPr>
        <w:t>Ghi chú</w:t>
      </w:r>
    </w:p>
    <w:p>
      <w:pPr>
        <w:spacing w:after="80"/>
      </w:pPr>
      <w:r>
        <w:rPr>
          <w:b w:val="0"/>
          <w:i w:val="0"/>
        </w:rPr>
        <w:t xml:space="preserve">Có một sự khác biệt tinh tế nhưng quan trọng giữa </w:t>
      </w:r>
      <w:r>
        <w:rPr>
          <w:rFonts w:ascii="Consolas" w:hAnsi="Consolas"/>
          <w:b w:val="0"/>
          <w:i w:val="0"/>
          <w:sz w:val="20"/>
        </w:rPr>
        <w:t>topic.id</w:t>
      </w:r>
      <w:r>
        <w:rPr>
          <w:b w:val="0"/>
          <w:i w:val="0"/>
        </w:rPr>
        <w:t xml:space="preserve"> và </w:t>
      </w:r>
      <w:r>
        <w:rPr>
          <w:rFonts w:ascii="Consolas" w:hAnsi="Consolas"/>
          <w:b w:val="0"/>
          <w:i w:val="0"/>
          <w:sz w:val="20"/>
        </w:rPr>
        <w:t>topic_id</w:t>
      </w:r>
      <w:r>
        <w:rPr>
          <w:b w:val="0"/>
          <w:i w:val="0"/>
        </w:rPr>
        <w:t xml:space="preserve">. Biểu thức </w:t>
      </w:r>
      <w:r>
        <w:rPr>
          <w:rFonts w:ascii="Consolas" w:hAnsi="Consolas"/>
          <w:b w:val="0"/>
          <w:i w:val="0"/>
          <w:sz w:val="20"/>
        </w:rPr>
        <w:t>topic.id</w:t>
      </w:r>
      <w:r>
        <w:rPr>
          <w:b w:val="0"/>
          <w:i w:val="0"/>
        </w:rPr>
        <w:t xml:space="preserve"> sẽ kiểm tra một chủ đề và lấy giá trị của ID tương ứng. Biến </w:t>
      </w:r>
      <w:r>
        <w:rPr>
          <w:rFonts w:ascii="Consolas" w:hAnsi="Consolas"/>
          <w:b w:val="0"/>
          <w:i w:val="0"/>
          <w:sz w:val="20"/>
        </w:rPr>
        <w:t>topic_id</w:t>
      </w:r>
      <w:r>
        <w:rPr>
          <w:b w:val="0"/>
          <w:i w:val="0"/>
        </w:rPr>
        <w:t xml:space="preserve"> là một tham chiếu đến ID đó trong mã. Nếu bạn gặp lỗi khi làm việc với ID, hãy đảm bảo rằng bạn đang dùng những biểu thức này đúng cách.</w:t>
      </w:r>
    </w:p>
    <w:p>
      <w:pPr>
        <w:jc w:val="center"/>
      </w:pPr>
      <w:r>
        <w:drawing>
          <wp:inline xmlns:a="http://schemas.openxmlformats.org/drawingml/2006/main" xmlns:pic="http://schemas.openxmlformats.org/drawingml/2006/picture">
            <wp:extent cx="5486400" cy="3241245"/>
            <wp:docPr id="71" name="Picture 71"/>
            <wp:cNvGraphicFramePr>
              <a:graphicFrameLocks noChangeAspect="1"/>
            </wp:cNvGraphicFramePr>
            <a:graphic>
              <a:graphicData uri="http://schemas.openxmlformats.org/drawingml/2006/picture">
                <pic:pic>
                  <pic:nvPicPr>
                    <pic:cNvPr id="0" name="image_rsrcBK0.jpg"/>
                    <pic:cNvPicPr/>
                  </pic:nvPicPr>
                  <pic:blipFill>
                    <a:blip r:embed="rId61"/>
                    <a:stretch>
                      <a:fillRect/>
                    </a:stretch>
                  </pic:blipFill>
                  <pic:spPr>
                    <a:xfrm>
                      <a:off x="0" y="0"/>
                      <a:ext cx="5486400" cy="3241245"/>
                    </a:xfrm>
                    <a:prstGeom prst="rect"/>
                  </pic:spPr>
                </pic:pic>
              </a:graphicData>
            </a:graphic>
          </wp:inline>
        </w:drawing>
      </w:r>
    </w:p>
    <w:p>
      <w:pPr>
        <w:spacing w:after="80"/>
      </w:pPr>
      <w:r>
        <w:rPr>
          <w:b w:val="0"/>
          <w:i w:val="0"/>
        </w:rPr>
        <w:t>Hình 18-5: Trang chi tiết cho một chủ đề, hiển thị tất cả các mục của chủ đề đó</w:t>
      </w:r>
    </w:p>
    <w:p>
      <w:pPr>
        <w:spacing w:before="120" w:after="40"/>
      </w:pPr>
      <w:r>
        <w:rPr>
          <w:b/>
          <w:sz w:val="21"/>
        </w:rPr>
        <w:t>Tự thực hành</w:t>
      </w:r>
    </w:p>
    <w:p>
      <w:pPr>
        <w:spacing w:after="80"/>
      </w:pPr>
      <w:r>
        <w:rPr>
          <w:b/>
          <w:i w:val="0"/>
        </w:rPr>
        <w:t>18-7. Tài liệu về template:</w:t>
      </w:r>
      <w:r>
        <w:rPr>
          <w:b w:val="0"/>
          <w:i w:val="0"/>
        </w:rPr>
        <w:t xml:space="preserve"> Hãy lướt qua tài liệu về template của Django tại https://docs.djangoproject.com/en/4.1/ref/templates. Bạn có thể quay lại tham khảo khi làm dự án của riêng mình.</w:t>
      </w:r>
    </w:p>
    <w:p>
      <w:pPr>
        <w:spacing w:after="80"/>
      </w:pPr>
      <w:r>
        <w:rPr>
          <w:b/>
          <w:i w:val="0"/>
        </w:rPr>
        <w:t>18-8. Các trang Pizzeria:</w:t>
      </w:r>
      <w:r>
        <w:rPr>
          <w:b w:val="0"/>
          <w:i w:val="0"/>
        </w:rPr>
        <w:t xml:space="preserve"> Thêm một trang vào dự án Pizzeria từ Bài tập 18-6 (trang 392) để hiển thị tên của các loại pizza hiện có. Sau đó liên kết mỗi tên pizza đến một trang hiển thị các loại nhân (topping) của pizza đó. Hãy đảm bảo bạn dùng kế thừa template (template inheritance) để xây dựng các trang một cách hiệu quả.</w:t>
      </w:r>
    </w:p>
    <w:p>
      <w:pPr>
        <w:pStyle w:val="Heading2"/>
      </w:pPr>
      <w:r>
        <w:rPr>
          <w:rFonts w:ascii="Calibri" w:hAnsi="Calibri"/>
          <w:b/>
          <w:i w:val="0"/>
          <w:sz w:val="32"/>
        </w:rPr>
        <w:t>Tóm tắt</w:t>
      </w:r>
    </w:p>
    <w:p>
      <w:pPr>
        <w:spacing w:after="80"/>
      </w:pPr>
      <w:r>
        <w:rPr>
          <w:b w:val="0"/>
          <w:i w:val="0"/>
        </w:rPr>
        <w:t>Trong chương này, bạn đã học cách bắt đầu xây dựng một ứng dụng web đơn giản bằng framework Django. Bạn đã xem qua bản đặc tả dự án ngắn gọn, cài đặt Django vào một môi trường ảo (virtual environment), thiết lập một dự án và kiểm tra xem dự án đã được thiết lập đúng chưa. Bạn đã tạo một ứng dụng (app) và định nghĩa các model để biểu diễn dữ liệu cho ứng dụng của mình. Bạn đã học về cơ sở dữ liệu (database) và cách Django giúp bạn di trú (migrate) cơ sở dữ liệu sau khi bạn thay đổi các model. Bạn đã tạo một siêu người dùng (superuser) cho trang quản trị (admin site), và dùng trang quản trị để nhập một số dữ liệu ban đầu.</w:t>
      </w:r>
    </w:p>
    <w:p>
      <w:pPr>
        <w:spacing w:after="80"/>
      </w:pPr>
      <w:r>
        <w:rPr>
          <w:b w:val="0"/>
          <w:i w:val="0"/>
        </w:rPr>
        <w:t>Bạn cũng đã khám phá Django shell, cho phép bạn làm việc với dữ liệu của dự án ngay trong phiên dòng lệnh (terminal session). Bạn đã học cách định nghĩa URL, tạo các hàm view (view function) và viết template để tạo các trang cho site của mình. Bạn cũng đã dùng kế thừa template để đơn giản hóa cấu trúc của từng template riêng lẻ và giúp việc chỉnh sửa site trở nên dễ dàng hơn khi dự án phát triển.</w:t>
      </w:r>
    </w:p>
    <w:p>
      <w:pPr>
        <w:spacing w:after="80"/>
      </w:pPr>
      <w:r>
        <w:rPr>
          <w:b w:val="0"/>
          <w:i w:val="0"/>
        </w:rPr>
        <w:t>Trong Chương 19, bạn sẽ tạo những trang trực quan, thân thiện với người dùng, cho phép người dùng thêm chủ đề và mục mới cũng như chỉnh sửa các mục hiện có mà không cần đi qua trang quản trị. Bạn cũng sẽ thêm một hệ thống đăng ký người dùng, cho phép người dùng tạo tài khoản và tự làm nhật ký học tập của riêng họ. Đây chính là trái tim của một ứng dụng web — khả năng tạo ra thứ mà bất kỳ số lượng người dùng nào cũng có thể tương tác.</w:t>
      </w:r>
    </w:p>
    <w:p>
      <w:pPr>
        <w:pStyle w:val="Heading1"/>
      </w:pPr>
      <w:r>
        <w:rPr>
          <w:rFonts w:ascii="Calibri" w:hAnsi="Calibri"/>
          <w:b/>
          <w:i w:val="0"/>
          <w:sz w:val="38"/>
        </w:rPr>
        <w:t>19</w:t>
      </w:r>
      <w:r>
        <w:rPr>
          <w:rFonts w:ascii="Calibri" w:hAnsi="Calibri"/>
          <w:b/>
          <w:i w:val="0"/>
          <w:sz w:val="38"/>
        </w:rPr>
      </w:r>
      <w:r>
        <w:rPr>
          <w:rFonts w:ascii="Calibri" w:hAnsi="Calibri"/>
          <w:b/>
          <w:i w:val="0"/>
          <w:sz w:val="38"/>
        </w:rPr>
        <w:t>Tài khoản người dùng</w:t>
      </w:r>
    </w:p>
    <w:p>
      <w:pPr>
        <w:jc w:val="center"/>
      </w:pPr>
      <w:r>
        <w:drawing>
          <wp:inline xmlns:a="http://schemas.openxmlformats.org/drawingml/2006/main" xmlns:pic="http://schemas.openxmlformats.org/drawingml/2006/picture">
            <wp:extent cx="3867150" cy="3867150"/>
            <wp:docPr id="72" name="Picture 72"/>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Trái tim của một ứng dụng web chính là khả năng cho bất kỳ người dùng nào, ở bất cứ đâu trên thế giới, đăng ký một tài khoản với ứng dụng của bạn và bắt đầu sử dụng nó. Trong chương này, bạn sẽ xây dựng các biểu mẫu (form) để người dùng có thể thêm chủ đề và mục của riêng họ, cũng như chỉnh sửa các mục hiện có. Bạn cũng sẽ học cách Django phòng chống các cuộc tấn công phổ biến nhắm vào các trang dựa trên biểu mẫu, nhờ đó bạn không phải mất nhiều thời gian suy nghĩ về việc bảo mật ứng dụng của mình.</w:t>
      </w:r>
    </w:p>
    <w:p>
      <w:pPr>
        <w:spacing w:after="80"/>
      </w:pPr>
      <w:r>
        <w:rPr>
          <w:b w:val="0"/>
          <w:i w:val="0"/>
        </w:rPr>
        <w:t>Bạn cũng sẽ xây dựng một hệ thống xác thực người dùng (user authentication). Bạn sẽ tạo một trang đăng ký để người dùng tạo tài khoản, rồi sau đó giới hạn quyền truy cập vào một số trang nhất định chỉ dành cho người dùng đã đăng nhập. Tiếp theo, bạn sẽ chỉnh sửa một vài hàm view (view function) để người dùng chỉ có thể nhìn thấy dữ liệu của chính mình. Bạn sẽ học cách giữ dữ liệu của người dùng an toàn và bảo mật.</w:t>
      </w:r>
    </w:p>
    <w:p>
      <w:pPr>
        <w:pStyle w:val="Heading2"/>
      </w:pPr>
      <w:r>
        <w:rPr>
          <w:rFonts w:ascii="Calibri" w:hAnsi="Calibri"/>
          <w:b/>
          <w:i w:val="0"/>
          <w:sz w:val="32"/>
        </w:rPr>
        <w:t>Cho phép người dùng nhập dữ liệu</w:t>
      </w:r>
    </w:p>
    <w:p>
      <w:pPr>
        <w:spacing w:after="80"/>
      </w:pPr>
      <w:r>
        <w:rPr>
          <w:b w:val="0"/>
          <w:i w:val="0"/>
        </w:rPr>
        <w:t>Trước khi xây dựng hệ thống xác thực để tạo tài khoản, chúng ta sẽ thêm một vài trang cho phép người dùng nhập dữ liệu của riêng họ. Chúng ta sẽ cho người dùng khả năng thêm chủ đề mới, thêm mục mới và chỉnh sửa các mục trước đó của họ.</w:t>
      </w:r>
    </w:p>
    <w:p>
      <w:pPr>
        <w:spacing w:after="80"/>
      </w:pPr>
      <w:r>
        <w:rPr>
          <w:b w:val="0"/>
          <w:i w:val="0"/>
        </w:rPr>
        <w:t>Hiện tại, chỉ có superuser mới có thể nhập dữ liệu thông qua trang admin. Chúng ta không muốn người dùng tương tác với trang admin, nên chúng ta sẽ dùng các công cụ tạo form của Django để xây dựng những trang cho phép người dùng nhập dữ liệu.</w:t>
      </w:r>
    </w:p>
    <w:p>
      <w:pPr>
        <w:pStyle w:val="Heading3"/>
      </w:pPr>
      <w:r>
        <w:rPr>
          <w:rFonts w:ascii="Calibri" w:hAnsi="Calibri"/>
          <w:b/>
          <w:i w:val="0"/>
          <w:sz w:val="27"/>
        </w:rPr>
        <w:t>Thêm chủ đề mới</w:t>
      </w:r>
    </w:p>
    <w:p>
      <w:pPr>
        <w:spacing w:after="80"/>
      </w:pPr>
      <w:r>
        <w:rPr>
          <w:b w:val="0"/>
          <w:i w:val="0"/>
        </w:rPr>
        <w:t xml:space="preserve">Hãy bắt đầu bằng việc cho phép người dùng thêm một chủ đề mới. Việc thêm một trang dựa trên form hoạt động gần giống như việc thêm những trang chúng ta đã xây dựng: ta định nghĩa một URL, viết một hàm view và viết một template. Điểm khác biệt đáng kể duy nhất là việc thêm một module mới gọi là </w:t>
      </w:r>
      <w:r>
        <w:rPr>
          <w:b w:val="0"/>
          <w:i/>
        </w:rPr>
        <w:t>forms.py</w:t>
      </w:r>
      <w:r>
        <w:rPr>
          <w:b w:val="0"/>
          <w:i w:val="0"/>
        </w:rPr>
        <w:t>, nơi sẽ chứa các form.</w:t>
      </w:r>
    </w:p>
    <w:p>
      <w:pPr>
        <w:pStyle w:val="Heading4"/>
      </w:pPr>
      <w:r>
        <w:rPr>
          <w:rFonts w:ascii="Calibri" w:hAnsi="Calibri"/>
          <w:b/>
          <w:i w:val="0"/>
          <w:sz w:val="24"/>
        </w:rPr>
        <w:t>Topic ModelForm</w:t>
      </w:r>
    </w:p>
    <w:p>
      <w:pPr>
        <w:spacing w:after="80"/>
      </w:pPr>
      <w:r>
        <w:rPr>
          <w:b w:val="0"/>
          <w:i w:val="0"/>
        </w:rPr>
        <w:t xml:space="preserve">Bất kỳ trang nào cho phép người dùng nhập và gửi thông tin trên một trang web đều liên quan đến một phần tử HTML gọi là </w:t>
      </w:r>
      <w:r>
        <w:rPr>
          <w:b w:val="0"/>
          <w:i/>
        </w:rPr>
        <w:t>form</w:t>
      </w:r>
      <w:r>
        <w:rPr>
          <w:b w:val="0"/>
          <w:i w:val="0"/>
        </w:rPr>
        <w:t xml:space="preserve">. Khi người dùng nhập thông tin, chúng ta cần </w:t>
      </w:r>
      <w:r>
        <w:rPr>
          <w:b w:val="0"/>
          <w:i/>
        </w:rPr>
        <w:t>xác thực</w:t>
      </w:r>
      <w:r>
        <w:rPr>
          <w:b w:val="0"/>
          <w:i w:val="0"/>
        </w:rPr>
        <w:t xml:space="preserve"> (validate) rằng thông tin được cung cấp đúng loại dữ liệu và không mang tính độc hại, chẳng hạn như mã được thiết kế để làm gián đoạn server của chúng ta. Sau đó chúng ta cần xử lý và lưu thông tin hợp lệ vào đúng chỗ trong cơ sở dữ liệu. Django tự động hóa phần lớn công việc này.</w:t>
      </w:r>
    </w:p>
    <w:p>
      <w:pPr>
        <w:spacing w:after="80"/>
      </w:pPr>
      <w:r>
        <w:rPr>
          <w:b w:val="0"/>
          <w:i w:val="0"/>
        </w:rPr>
        <w:t xml:space="preserve">Cách đơn giản nhất để xây dựng một form trong Django là dùng </w:t>
      </w:r>
      <w:r>
        <w:rPr>
          <w:rFonts w:ascii="Consolas" w:hAnsi="Consolas"/>
          <w:b w:val="0"/>
          <w:i w:val="0"/>
          <w:sz w:val="20"/>
        </w:rPr>
        <w:t>ModelForm</w:t>
      </w:r>
      <w:r>
        <w:rPr>
          <w:b w:val="0"/>
          <w:i w:val="0"/>
        </w:rPr>
        <w:t xml:space="preserve">, nó sử dụng thông tin từ các model mà chúng ta đã định nghĩa ở Chương 18 để tự động tạo một form. Hãy viết form đầu tiên của bạn trong file </w:t>
      </w:r>
      <w:r>
        <w:rPr>
          <w:b w:val="0"/>
          <w:i/>
        </w:rPr>
        <w:t>forms.py</w:t>
      </w:r>
      <w:r>
        <w:rPr>
          <w:b w:val="0"/>
          <w:i w:val="0"/>
        </w:rPr>
        <w:t xml:space="preserve">, file này nên được tạo trong cùng thư mục với </w:t>
      </w:r>
      <w:r>
        <w:rPr>
          <w:b w:val="0"/>
          <w:i/>
        </w:rPr>
        <w:t>models.py</w:t>
      </w:r>
      <w:r>
        <w:rPr>
          <w:b w:val="0"/>
          <w:i w:val="0"/>
        </w:rPr>
        <w:t>:</w:t>
      </w:r>
    </w:p>
    <w:p>
      <w:pPr>
        <w:spacing w:after="80"/>
      </w:pPr>
      <w:r>
        <w:rPr>
          <w:b w:val="0"/>
          <w:i w:val="0"/>
        </w:rPr>
        <w:t>forms.py</w:t>
      </w:r>
    </w:p>
    <w:p>
      <w:pPr>
        <w:spacing w:after="0"/>
        <w:ind w:left="360"/>
        <w:shd w:val="clear" w:color="auto" w:fill="F2F2F2"/>
      </w:pPr>
      <w:r>
        <w:rPr>
          <w:rFonts w:ascii="Consolas" w:hAnsi="Consolas"/>
          <w:b w:val="0"/>
          <w:i w:val="0"/>
          <w:sz w:val="18"/>
        </w:rPr>
        <w:t>from django import forms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class TopicForm(forms.ModelForm):</w:t>
      </w:r>
    </w:p>
    <w:p>
      <w:pPr>
        <w:spacing w:after="0"/>
        <w:ind w:left="360"/>
        <w:shd w:val="clear" w:color="auto" w:fill="F2F2F2"/>
      </w:pPr>
      <w:r>
        <w:rPr>
          <w:rFonts w:ascii="Consolas" w:hAnsi="Consolas"/>
          <w:b w:val="0"/>
          <w:i w:val="0"/>
          <w:sz w:val="18"/>
        </w:rPr>
        <w:t xml:space="preserve">    class Meta:</w:t>
      </w:r>
    </w:p>
    <w:p>
      <w:pPr>
        <w:spacing w:after="0"/>
        <w:ind w:left="360"/>
        <w:shd w:val="clear" w:color="auto" w:fill="F2F2F2"/>
      </w:pPr>
      <w:r>
        <w:rPr>
          <w:rFonts w:ascii="Consolas" w:hAnsi="Consolas"/>
          <w:b w:val="0"/>
          <w:i w:val="0"/>
          <w:sz w:val="18"/>
        </w:rPr>
        <w:t>❷         model = Topic</w:t>
      </w:r>
    </w:p>
    <w:p>
      <w:pPr>
        <w:spacing w:after="0"/>
        <w:ind w:left="360"/>
        <w:shd w:val="clear" w:color="auto" w:fill="F2F2F2"/>
      </w:pPr>
      <w:r>
        <w:rPr>
          <w:rFonts w:ascii="Consolas" w:hAnsi="Consolas"/>
          <w:b w:val="0"/>
          <w:i w:val="0"/>
          <w:sz w:val="18"/>
        </w:rPr>
        <w:t>❸         fields = ['text']</w:t>
      </w:r>
    </w:p>
    <w:p>
      <w:pPr>
        <w:spacing w:after="0"/>
        <w:ind w:left="360"/>
        <w:shd w:val="clear" w:color="auto" w:fill="F2F2F2"/>
      </w:pPr>
      <w:r>
        <w:rPr>
          <w:rFonts w:ascii="Consolas" w:hAnsi="Consolas"/>
          <w:b w:val="0"/>
          <w:i w:val="0"/>
          <w:sz w:val="18"/>
        </w:rPr>
        <w:t>❹         labels = {'text': ''}</w:t>
      </w:r>
    </w:p>
    <w:p>
      <w:pPr>
        <w:spacing w:after="40"/>
      </w:pPr>
    </w:p>
    <w:p>
      <w:pPr>
        <w:spacing w:after="80"/>
      </w:pPr>
      <w:r>
        <w:rPr>
          <w:b w:val="0"/>
          <w:i w:val="0"/>
        </w:rPr>
        <w:t xml:space="preserve">Đầu tiên chúng ta import module </w:t>
      </w:r>
      <w:r>
        <w:rPr>
          <w:rFonts w:ascii="Consolas" w:hAnsi="Consolas"/>
          <w:b w:val="0"/>
          <w:i w:val="0"/>
          <w:sz w:val="20"/>
        </w:rPr>
        <w:t>forms</w:t>
      </w:r>
      <w:r>
        <w:rPr>
          <w:b w:val="0"/>
          <w:i w:val="0"/>
        </w:rPr>
        <w:t xml:space="preserve"> và model mà chúng ta sẽ làm việc cùng, </w:t>
      </w:r>
      <w:r>
        <w:rPr>
          <w:rFonts w:ascii="Consolas" w:hAnsi="Consolas"/>
          <w:b w:val="0"/>
          <w:i w:val="0"/>
          <w:sz w:val="20"/>
        </w:rPr>
        <w:t>Topic</w:t>
      </w:r>
      <w:r>
        <w:rPr>
          <w:b w:val="0"/>
          <w:i w:val="0"/>
        </w:rPr>
        <w:t xml:space="preserve">. Sau đó chúng ta định nghĩa một class gọi là </w:t>
      </w:r>
      <w:r>
        <w:rPr>
          <w:rFonts w:ascii="Consolas" w:hAnsi="Consolas"/>
          <w:b w:val="0"/>
          <w:i w:val="0"/>
          <w:sz w:val="20"/>
        </w:rPr>
        <w:t>TopicForm</w:t>
      </w:r>
      <w:r>
        <w:rPr>
          <w:b w:val="0"/>
          <w:i w:val="0"/>
        </w:rPr>
        <w:t xml:space="preserve">, kế thừa từ </w:t>
      </w:r>
      <w:r>
        <w:rPr>
          <w:rFonts w:ascii="Consolas" w:hAnsi="Consolas"/>
          <w:b w:val="0"/>
          <w:i w:val="0"/>
          <w:sz w:val="20"/>
        </w:rPr>
        <w:t>forms.ModelForm</w:t>
      </w:r>
      <w:r>
        <w:rPr>
          <w:b w:val="0"/>
          <w:i w:val="0"/>
        </w:rPr>
        <w:t xml:space="preserve"> ❶.</w:t>
      </w:r>
    </w:p>
    <w:p>
      <w:pPr>
        <w:spacing w:after="80"/>
      </w:pPr>
      <w:r>
        <w:rPr>
          <w:b w:val="0"/>
          <w:i w:val="0"/>
        </w:rPr>
        <w:t xml:space="preserve">Phiên bản đơn giản nhất của một </w:t>
      </w:r>
      <w:r>
        <w:rPr>
          <w:rFonts w:ascii="Consolas" w:hAnsi="Consolas"/>
          <w:b w:val="0"/>
          <w:i w:val="0"/>
          <w:sz w:val="20"/>
        </w:rPr>
        <w:t>ModelForm</w:t>
      </w:r>
      <w:r>
        <w:rPr>
          <w:b w:val="0"/>
          <w:i w:val="0"/>
        </w:rPr>
        <w:t xml:space="preserve"> bao gồm một class </w:t>
      </w:r>
      <w:r>
        <w:rPr>
          <w:rFonts w:ascii="Consolas" w:hAnsi="Consolas"/>
          <w:b w:val="0"/>
          <w:i w:val="0"/>
          <w:sz w:val="20"/>
        </w:rPr>
        <w:t>Meta</w:t>
      </w:r>
      <w:r>
        <w:rPr>
          <w:b w:val="0"/>
          <w:i w:val="0"/>
        </w:rPr>
        <w:t xml:space="preserve"> lồng bên trong, cho Django biết form dựa trên model nào và bao gồm những trường nào trong form. Ở đây chúng ta chỉ định rằng form nên dựa trên model </w:t>
      </w:r>
      <w:r>
        <w:rPr>
          <w:rFonts w:ascii="Consolas" w:hAnsi="Consolas"/>
          <w:b w:val="0"/>
          <w:i w:val="0"/>
          <w:sz w:val="20"/>
        </w:rPr>
        <w:t>Topic</w:t>
      </w:r>
      <w:r>
        <w:rPr>
          <w:b w:val="0"/>
          <w:i w:val="0"/>
        </w:rPr>
        <w:t xml:space="preserve"> ❷, và nó chỉ nên bao gồm trường </w:t>
      </w:r>
      <w:r>
        <w:rPr>
          <w:rFonts w:ascii="Consolas" w:hAnsi="Consolas"/>
          <w:b w:val="0"/>
          <w:i w:val="0"/>
          <w:sz w:val="20"/>
        </w:rPr>
        <w:t>text</w:t>
      </w:r>
      <w:r>
        <w:rPr>
          <w:b w:val="0"/>
          <w:i w:val="0"/>
        </w:rPr>
        <w:t xml:space="preserve"> ❸. Chuỗi rỗng trong dictionary labels cho Django biết không tạo nhãn cho trường </w:t>
      </w:r>
      <w:r>
        <w:rPr>
          <w:rFonts w:ascii="Consolas" w:hAnsi="Consolas"/>
          <w:b w:val="0"/>
          <w:i w:val="0"/>
          <w:sz w:val="20"/>
        </w:rPr>
        <w:t>text</w:t>
      </w:r>
      <w:r>
        <w:rPr>
          <w:b w:val="0"/>
          <w:i w:val="0"/>
        </w:rPr>
        <w:t xml:space="preserve"> ❹.</w:t>
      </w:r>
    </w:p>
    <w:p>
      <w:pPr>
        <w:pStyle w:val="Heading4"/>
      </w:pPr>
      <w:r>
        <w:rPr>
          <w:rFonts w:ascii="Calibri" w:hAnsi="Calibri"/>
          <w:b/>
          <w:i w:val="0"/>
          <w:sz w:val="24"/>
        </w:rPr>
        <w:t>URL new_topic</w:t>
      </w:r>
    </w:p>
    <w:p>
      <w:pPr>
        <w:spacing w:after="80"/>
      </w:pPr>
      <w:r>
        <w:rPr>
          <w:b w:val="0"/>
          <w:i w:val="0"/>
        </w:rPr>
        <w:t xml:space="preserve">URL cho một trang mới nên ngắn gọn và mô tả rõ. Khi người dùng muốn thêm một chủ đề mới, chúng ta sẽ đưa họ đến </w:t>
      </w:r>
      <w:r>
        <w:rPr>
          <w:b w:val="0"/>
          <w:i/>
        </w:rPr>
        <w:t>http://localhost:8000/new_topic/</w:t>
      </w:r>
      <w:r>
        <w:rPr>
          <w:b w:val="0"/>
          <w:i w:val="0"/>
        </w:rPr>
        <w:t xml:space="preserve">. Đây là mẫu URL cho trang </w:t>
      </w:r>
      <w:r>
        <w:rPr>
          <w:rFonts w:ascii="Consolas" w:hAnsi="Consolas"/>
          <w:b w:val="0"/>
          <w:i w:val="0"/>
          <w:sz w:val="20"/>
        </w:rPr>
        <w:t>new_topic</w:t>
      </w:r>
      <w:r>
        <w:rPr>
          <w:b w:val="0"/>
          <w:i w:val="0"/>
        </w:rPr>
        <w:t xml:space="preserve">; hãy thêm nó vào </w:t>
      </w:r>
      <w:r>
        <w:rPr>
          <w:b w:val="0"/>
          <w:i/>
        </w:rPr>
        <w:t>learning_logs/urls.py</w:t>
      </w:r>
      <w:r>
        <w:rPr>
          <w:b w:val="0"/>
          <w:i w:val="0"/>
        </w:rPr>
        <w:t>:</w:t>
      </w:r>
    </w:p>
    <w:p>
      <w:pPr>
        <w:spacing w:after="80"/>
      </w:pPr>
      <w:r>
        <w:rPr>
          <w:b w:val="0"/>
          <w:i w:val="0"/>
        </w:rPr>
        <w:t>learning_logs/urls.py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Page for adding a new topic.</w:t>
      </w:r>
    </w:p>
    <w:p>
      <w:pPr>
        <w:spacing w:after="0"/>
        <w:ind w:left="360"/>
        <w:shd w:val="clear" w:color="auto" w:fill="F2F2F2"/>
      </w:pPr>
      <w:r>
        <w:rPr>
          <w:rFonts w:ascii="Consolas" w:hAnsi="Consolas"/>
          <w:b w:val="0"/>
          <w:i w:val="0"/>
          <w:sz w:val="18"/>
        </w:rPr>
        <w:t xml:space="preserve">    path('new_topic/', views.new_topic, name='new_topic'),</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Mẫu URL này gửi các yêu cầu đến hàm view </w:t>
      </w:r>
      <w:r>
        <w:rPr>
          <w:rFonts w:ascii="Consolas" w:hAnsi="Consolas"/>
          <w:b w:val="0"/>
          <w:i w:val="0"/>
          <w:sz w:val="20"/>
        </w:rPr>
        <w:t>new_topic()</w:t>
      </w:r>
      <w:r>
        <w:rPr>
          <w:b w:val="0"/>
          <w:i w:val="0"/>
        </w:rPr>
        <w:t>, mà chúng ta sẽ viết tiếp theo.</w:t>
      </w:r>
    </w:p>
    <w:p>
      <w:pPr>
        <w:pStyle w:val="Heading4"/>
      </w:pPr>
      <w:r>
        <w:rPr>
          <w:rFonts w:ascii="Calibri" w:hAnsi="Calibri"/>
          <w:b/>
          <w:i w:val="0"/>
          <w:sz w:val="24"/>
        </w:rPr>
        <w:t>Hàm View new_topic()</w:t>
      </w:r>
    </w:p>
    <w:p>
      <w:pPr>
        <w:spacing w:after="80"/>
      </w:pPr>
      <w:r>
        <w:rPr>
          <w:b w:val="0"/>
          <w:i w:val="0"/>
        </w:rPr>
        <w:t xml:space="preserve">Hàm </w:t>
      </w:r>
      <w:r>
        <w:rPr>
          <w:rFonts w:ascii="Consolas" w:hAnsi="Consolas"/>
          <w:b w:val="0"/>
          <w:i w:val="0"/>
          <w:sz w:val="20"/>
        </w:rPr>
        <w:t>new_topic()</w:t>
      </w:r>
      <w:r>
        <w:rPr>
          <w:b w:val="0"/>
          <w:i w:val="0"/>
        </w:rPr>
        <w:t xml:space="preserve"> cần xử lý hai tình huống khác nhau: yêu cầu ban đầu cho trang </w:t>
      </w:r>
      <w:r>
        <w:rPr>
          <w:rFonts w:ascii="Consolas" w:hAnsi="Consolas"/>
          <w:b w:val="0"/>
          <w:i w:val="0"/>
          <w:sz w:val="20"/>
        </w:rPr>
        <w:t>new_topic</w:t>
      </w:r>
      <w:r>
        <w:rPr>
          <w:b w:val="0"/>
          <w:i w:val="0"/>
        </w:rPr>
        <w:t xml:space="preserve">, trong trường hợp đó nó nên hiển thị một biểu mẫu trống; và xử lý bất kỳ dữ liệu nào được gửi trong biểu mẫu. Sau khi dữ liệu từ biểu mẫu đã gửi được xử lý, nó cần chuyển hướng người dùng trở lại trang </w:t>
      </w:r>
      <w:r>
        <w:rPr>
          <w:rFonts w:ascii="Consolas" w:hAnsi="Consolas"/>
          <w:b w:val="0"/>
          <w:i w:val="0"/>
          <w:sz w:val="20"/>
        </w:rPr>
        <w:t>topics</w:t>
      </w:r>
      <w:r>
        <w:rPr>
          <w:b w:val="0"/>
          <w:i w:val="0"/>
        </w:rPr>
        <w:t>:</w:t>
      </w:r>
    </w:p>
    <w:p>
      <w:pPr>
        <w:spacing w:after="80"/>
      </w:pPr>
      <w:r>
        <w:rPr>
          <w:b w:val="0"/>
          <w:i w:val="0"/>
        </w:rPr>
        <w:t>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w:t>
      </w:r>
    </w:p>
    <w:p>
      <w:pPr>
        <w:spacing w:after="0"/>
        <w:ind w:left="360"/>
        <w:shd w:val="clear" w:color="auto" w:fill="F2F2F2"/>
      </w:pPr>
      <w:r>
        <w:rPr>
          <w:rFonts w:ascii="Consolas" w:hAnsi="Consolas"/>
          <w:b w:val="0"/>
          <w:i w:val="0"/>
          <w:sz w:val="18"/>
        </w:rPr>
        <w:t>from .forms import TopicForm</w:t>
      </w:r>
    </w:p>
    <w:p>
      <w:pPr>
        <w:spacing w:after="0"/>
        <w:ind w:left="360"/>
        <w:shd w:val="clear" w:color="auto" w:fill="F2F2F2"/>
      </w:pPr>
      <w:r>
        <w:t xml:space="preserve">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def new_topic(request):</w:t>
      </w:r>
    </w:p>
    <w:p>
      <w:pPr>
        <w:spacing w:after="0"/>
        <w:ind w:left="360"/>
        <w:shd w:val="clear" w:color="auto" w:fill="F2F2F2"/>
      </w:pPr>
      <w:r>
        <w:rPr>
          <w:rFonts w:ascii="Consolas" w:hAnsi="Consolas"/>
          <w:b w:val="0"/>
          <w:i w:val="0"/>
          <w:sz w:val="18"/>
        </w:rPr>
        <w:t xml:space="preserve">    """Add a new topic."""</w:t>
      </w:r>
    </w:p>
    <w:p>
      <w:pPr>
        <w:spacing w:after="0"/>
        <w:ind w:left="360"/>
        <w:shd w:val="clear" w:color="auto" w:fill="F2F2F2"/>
      </w:pPr>
      <w:r>
        <w:rPr>
          <w:rFonts w:ascii="Consolas" w:hAnsi="Consolas"/>
          <w:b w:val="0"/>
          <w:i w:val="0"/>
          <w:sz w:val="18"/>
        </w:rPr>
        <w:t>❶     if request.method != 'POST':</w:t>
      </w:r>
    </w:p>
    <w:p>
      <w:pPr>
        <w:spacing w:after="0"/>
        <w:ind w:left="360"/>
        <w:shd w:val="clear" w:color="auto" w:fill="F2F2F2"/>
      </w:pPr>
      <w:r>
        <w:rPr>
          <w:rFonts w:ascii="Consolas" w:hAnsi="Consolas"/>
          <w:b w:val="0"/>
          <w:i w:val="0"/>
          <w:sz w:val="18"/>
        </w:rPr>
        <w:t xml:space="preserve">        # No data submitted; create a blank form.</w:t>
      </w:r>
    </w:p>
    <w:p>
      <w:pPr>
        <w:spacing w:after="0"/>
        <w:ind w:left="360"/>
        <w:shd w:val="clear" w:color="auto" w:fill="F2F2F2"/>
      </w:pPr>
      <w:r>
        <w:rPr>
          <w:rFonts w:ascii="Consolas" w:hAnsi="Consolas"/>
          <w:b w:val="0"/>
          <w:i w:val="0"/>
          <w:sz w:val="18"/>
        </w:rPr>
        <w:t>❷         form = TopicForm()</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POST data submitted; process data.</w:t>
      </w:r>
    </w:p>
    <w:p>
      <w:pPr>
        <w:spacing w:after="0"/>
        <w:ind w:left="360"/>
        <w:shd w:val="clear" w:color="auto" w:fill="F2F2F2"/>
      </w:pPr>
      <w:r>
        <w:rPr>
          <w:rFonts w:ascii="Consolas" w:hAnsi="Consolas"/>
          <w:b w:val="0"/>
          <w:i w:val="0"/>
          <w:sz w:val="18"/>
        </w:rPr>
        <w:t>❸         form = TopicForm(data=request.POST)</w:t>
      </w:r>
    </w:p>
    <w:p>
      <w:pPr>
        <w:spacing w:after="0"/>
        <w:ind w:left="360"/>
        <w:shd w:val="clear" w:color="auto" w:fill="F2F2F2"/>
      </w:pPr>
      <w:r>
        <w:rPr>
          <w:rFonts w:ascii="Consolas" w:hAnsi="Consolas"/>
          <w:b w:val="0"/>
          <w:i w:val="0"/>
          <w:sz w:val="18"/>
        </w:rPr>
        <w:t>❹         if form.is_valid():</w:t>
      </w:r>
    </w:p>
    <w:p>
      <w:pPr>
        <w:spacing w:after="0"/>
        <w:ind w:left="360"/>
        <w:shd w:val="clear" w:color="auto" w:fill="F2F2F2"/>
      </w:pPr>
      <w:r>
        <w:rPr>
          <w:rFonts w:ascii="Consolas" w:hAnsi="Consolas"/>
          <w:b w:val="0"/>
          <w:i w:val="0"/>
          <w:sz w:val="18"/>
        </w:rPr>
        <w:t>❺             form.save()</w:t>
      </w:r>
    </w:p>
    <w:p>
      <w:pPr>
        <w:spacing w:after="0"/>
        <w:ind w:left="360"/>
        <w:shd w:val="clear" w:color="auto" w:fill="F2F2F2"/>
      </w:pPr>
      <w:r>
        <w:rPr>
          <w:rFonts w:ascii="Consolas" w:hAnsi="Consolas"/>
          <w:b w:val="0"/>
          <w:i w:val="0"/>
          <w:sz w:val="18"/>
        </w:rPr>
        <w:t>❻             return redirect('learning_logs:topics')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Display a blank or invalid form.</w:t>
      </w:r>
    </w:p>
    <w:p>
      <w:pPr>
        <w:spacing w:after="0"/>
        <w:ind w:left="360"/>
        <w:shd w:val="clear" w:color="auto" w:fill="F2F2F2"/>
      </w:pPr>
      <w:r>
        <w:rPr>
          <w:rFonts w:ascii="Consolas" w:hAnsi="Consolas"/>
          <w:b w:val="0"/>
          <w:i w:val="0"/>
          <w:sz w:val="18"/>
        </w:rPr>
        <w:t>❼     context = {'form': form}</w:t>
      </w:r>
    </w:p>
    <w:p>
      <w:pPr>
        <w:spacing w:after="0"/>
        <w:ind w:left="360"/>
        <w:shd w:val="clear" w:color="auto" w:fill="F2F2F2"/>
      </w:pPr>
      <w:r>
        <w:rPr>
          <w:rFonts w:ascii="Consolas" w:hAnsi="Consolas"/>
          <w:b w:val="0"/>
          <w:i w:val="0"/>
          <w:sz w:val="18"/>
        </w:rPr>
        <w:t xml:space="preserve">    return render(request, 'learning_logs/new_topic.html', context)</w:t>
      </w:r>
    </w:p>
    <w:p>
      <w:pPr>
        <w:spacing w:after="40"/>
      </w:pPr>
    </w:p>
    <w:p>
      <w:pPr>
        <w:spacing w:after="80"/>
      </w:pPr>
      <w:r>
        <w:rPr>
          <w:b w:val="0"/>
          <w:i w:val="0"/>
        </w:rPr>
        <w:t xml:space="preserve">Chúng ta import hàm </w:t>
      </w:r>
      <w:r>
        <w:rPr>
          <w:rFonts w:ascii="Consolas" w:hAnsi="Consolas"/>
          <w:b w:val="0"/>
          <w:i w:val="0"/>
          <w:sz w:val="20"/>
        </w:rPr>
        <w:t>redirect</w:t>
      </w:r>
      <w:r>
        <w:rPr>
          <w:b w:val="0"/>
          <w:i w:val="0"/>
        </w:rPr>
        <w:t xml:space="preserve">, mà chúng ta sẽ dùng để chuyển hướng người dùng trở lại trang </w:t>
      </w:r>
      <w:r>
        <w:rPr>
          <w:rFonts w:ascii="Consolas" w:hAnsi="Consolas"/>
          <w:b w:val="0"/>
          <w:i w:val="0"/>
          <w:sz w:val="20"/>
        </w:rPr>
        <w:t>topics</w:t>
      </w:r>
      <w:r>
        <w:rPr>
          <w:b w:val="0"/>
          <w:i w:val="0"/>
        </w:rPr>
        <w:t xml:space="preserve"> sau khi họ gửi chủ đề của mình. Chúng ta cũng import biểu mẫu mà chúng ta vừa viết, </w:t>
      </w:r>
      <w:r>
        <w:rPr>
          <w:rFonts w:ascii="Consolas" w:hAnsi="Consolas"/>
          <w:b w:val="0"/>
          <w:i w:val="0"/>
          <w:sz w:val="20"/>
        </w:rPr>
        <w:t>TopicForm</w:t>
      </w:r>
      <w:r>
        <w:rPr>
          <w:b w:val="0"/>
          <w:i w:val="0"/>
        </w:rPr>
        <w:t>.</w:t>
      </w:r>
    </w:p>
    <w:p>
      <w:pPr>
        <w:pStyle w:val="Heading4"/>
      </w:pPr>
      <w:r>
        <w:rPr>
          <w:rFonts w:ascii="Calibri" w:hAnsi="Calibri"/>
          <w:b/>
          <w:i w:val="0"/>
          <w:sz w:val="24"/>
        </w:rPr>
        <w:t>Yêu cầu GET và POST</w:t>
      </w:r>
    </w:p>
    <w:p>
      <w:pPr>
        <w:spacing w:after="80"/>
      </w:pPr>
      <w:r>
        <w:rPr>
          <w:b w:val="0"/>
          <w:i w:val="0"/>
        </w:rPr>
        <w:t xml:space="preserve">Hai loại yêu cầu chính mà bạn sẽ dùng khi xây dựng ứng dụng là GET và POST. Bạn dùng yêu cầu </w:t>
      </w:r>
      <w:r>
        <w:rPr>
          <w:b w:val="0"/>
          <w:i/>
        </w:rPr>
        <w:t>GET</w:t>
      </w:r>
      <w:r>
        <w:rPr>
          <w:b w:val="0"/>
          <w:i w:val="0"/>
        </w:rPr>
        <w:t xml:space="preserve"> cho những trang chỉ đọc dữ liệu từ máy chủ. Bạn thường dùng yêu cầu </w:t>
      </w:r>
      <w:r>
        <w:rPr>
          <w:b w:val="0"/>
          <w:i/>
        </w:rPr>
        <w:t>POST</w:t>
      </w:r>
      <w:r>
        <w:rPr>
          <w:b w:val="0"/>
          <w:i w:val="0"/>
        </w:rPr>
        <w:t xml:space="preserve"> khi người dùng cần gửi thông tin qua một biểu mẫu. Chúng ta sẽ chỉ định phương thức POST để xử lý tất cả các biểu mẫu của mình. (Có một vài loại yêu cầu khác nữa, nhưng chúng ta sẽ không dùng chúng trong dự án này.)</w:t>
      </w:r>
    </w:p>
    <w:p>
      <w:pPr>
        <w:spacing w:after="80"/>
      </w:pPr>
      <w:r>
        <w:rPr>
          <w:b w:val="0"/>
          <w:i w:val="0"/>
        </w:rPr>
        <w:t xml:space="preserve">Hàm </w:t>
      </w:r>
      <w:r>
        <w:rPr>
          <w:rFonts w:ascii="Consolas" w:hAnsi="Consolas"/>
          <w:b w:val="0"/>
          <w:i w:val="0"/>
          <w:sz w:val="20"/>
        </w:rPr>
        <w:t>new_topic()</w:t>
      </w:r>
      <w:r>
        <w:rPr>
          <w:b w:val="0"/>
          <w:i w:val="0"/>
        </w:rPr>
        <w:t xml:space="preserve"> nhận đối tượng </w:t>
      </w:r>
      <w:r>
        <w:rPr>
          <w:rFonts w:ascii="Consolas" w:hAnsi="Consolas"/>
          <w:b w:val="0"/>
          <w:i w:val="0"/>
          <w:sz w:val="20"/>
        </w:rPr>
        <w:t>request</w:t>
      </w:r>
      <w:r>
        <w:rPr>
          <w:b w:val="0"/>
          <w:i w:val="0"/>
        </w:rPr>
        <w:t xml:space="preserve"> làm tham số. Khi người dùng lần đầu yêu cầu trang này, trình duyệt của họ sẽ gửi một yêu cầu GET. Sau khi người dùng đã điền và gửi biểu mẫu, trình duyệt của họ sẽ gửi một yêu cầu POST. Tùy thuộc vào yêu cầu, chúng ta sẽ biết liệu người dùng đang yêu cầu một biểu mẫu trống (GET) hay đang yêu cầu chúng ta xử lý một biểu mẫu đã hoàn thành (POST).</w:t>
      </w:r>
    </w:p>
    <w:p>
      <w:pPr>
        <w:spacing w:after="80"/>
      </w:pPr>
      <w:r>
        <w:rPr>
          <w:b w:val="0"/>
          <w:i w:val="0"/>
        </w:rPr>
        <w:t xml:space="preserve">Chúng ta dùng một kiểm tra </w:t>
      </w:r>
      <w:r>
        <w:rPr>
          <w:rFonts w:ascii="Consolas" w:hAnsi="Consolas"/>
          <w:b w:val="0"/>
          <w:i w:val="0"/>
          <w:sz w:val="20"/>
        </w:rPr>
        <w:t>if</w:t>
      </w:r>
      <w:r>
        <w:rPr>
          <w:b w:val="0"/>
          <w:i w:val="0"/>
        </w:rPr>
        <w:t xml:space="preserve"> để xác định xem phương thức yêu cầu là GET hay POST ❶. Nếu phương thức yêu cầu không phải là POST, yêu cầu có thể là GET, nên chúng ta cần trả về một biểu mẫu trống. (Nếu đó là một loại yêu cầu khác, việc trả về một biểu mẫu trống vẫn an toàn.) Chúng ta tạo một thể hiện (instance) của </w:t>
      </w:r>
      <w:r>
        <w:rPr>
          <w:rFonts w:ascii="Consolas" w:hAnsi="Consolas"/>
          <w:b w:val="0"/>
          <w:i w:val="0"/>
          <w:sz w:val="20"/>
        </w:rPr>
        <w:t>TopicForm</w:t>
      </w:r>
      <w:r>
        <w:rPr>
          <w:b w:val="0"/>
          <w:i w:val="0"/>
        </w:rPr>
        <w:t xml:space="preserve"> ❷, gán nó cho biến </w:t>
      </w:r>
      <w:r>
        <w:rPr>
          <w:rFonts w:ascii="Consolas" w:hAnsi="Consolas"/>
          <w:b w:val="0"/>
          <w:i w:val="0"/>
          <w:sz w:val="20"/>
        </w:rPr>
        <w:t>form</w:t>
      </w:r>
      <w:r>
        <w:rPr>
          <w:b w:val="0"/>
          <w:i w:val="0"/>
        </w:rPr>
        <w:t xml:space="preserve">, và gửi biểu mẫu đến template trong từ điển </w:t>
      </w:r>
      <w:r>
        <w:rPr>
          <w:rFonts w:ascii="Consolas" w:hAnsi="Consolas"/>
          <w:b w:val="0"/>
          <w:i w:val="0"/>
          <w:sz w:val="20"/>
        </w:rPr>
        <w:t>context</w:t>
      </w:r>
      <w:r>
        <w:rPr>
          <w:b w:val="0"/>
          <w:i w:val="0"/>
        </w:rPr>
        <w:t xml:space="preserve"> ❼. Vì chúng ta không truyền đối số nào khi khởi tạo </w:t>
      </w:r>
      <w:r>
        <w:rPr>
          <w:rFonts w:ascii="Consolas" w:hAnsi="Consolas"/>
          <w:b w:val="0"/>
          <w:i w:val="0"/>
          <w:sz w:val="20"/>
        </w:rPr>
        <w:t>TopicForm</w:t>
      </w:r>
      <w:r>
        <w:rPr>
          <w:b w:val="0"/>
          <w:i w:val="0"/>
        </w:rPr>
        <w:t>, Django tạo một biểu mẫu trống để người dùng có thể điền vào.</w:t>
      </w:r>
    </w:p>
    <w:p>
      <w:pPr>
        <w:spacing w:after="80"/>
      </w:pPr>
      <w:r>
        <w:rPr>
          <w:b w:val="0"/>
          <w:i w:val="0"/>
        </w:rPr>
        <w:t xml:space="preserve">Nếu phương thức yêu cầu là POST, khối </w:t>
      </w:r>
      <w:r>
        <w:rPr>
          <w:rFonts w:ascii="Consolas" w:hAnsi="Consolas"/>
          <w:b w:val="0"/>
          <w:i w:val="0"/>
          <w:sz w:val="20"/>
        </w:rPr>
        <w:t>else</w:t>
      </w:r>
      <w:r>
        <w:rPr>
          <w:b w:val="0"/>
          <w:i w:val="0"/>
        </w:rPr>
        <w:t xml:space="preserve"> sẽ chạy và xử lý dữ liệu được gửi trong biểu mẫu. Chúng ta tạo một thể hiện của </w:t>
      </w:r>
      <w:r>
        <w:rPr>
          <w:rFonts w:ascii="Consolas" w:hAnsi="Consolas"/>
          <w:b w:val="0"/>
          <w:i w:val="0"/>
          <w:sz w:val="20"/>
        </w:rPr>
        <w:t>TopicForm</w:t>
      </w:r>
      <w:r>
        <w:rPr>
          <w:b w:val="0"/>
          <w:i w:val="0"/>
        </w:rPr>
        <w:t xml:space="preserve"> ❸ và truyền cho nó dữ liệu do người dùng nhập, được gán cho </w:t>
      </w:r>
      <w:r>
        <w:rPr>
          <w:rFonts w:ascii="Consolas" w:hAnsi="Consolas"/>
          <w:b w:val="0"/>
          <w:i w:val="0"/>
          <w:sz w:val="20"/>
        </w:rPr>
        <w:t>request.POST</w:t>
      </w:r>
      <w:r>
        <w:rPr>
          <w:b w:val="0"/>
          <w:i w:val="0"/>
        </w:rPr>
        <w:t xml:space="preserve">. Đối tượng </w:t>
      </w:r>
      <w:r>
        <w:rPr>
          <w:rFonts w:ascii="Consolas" w:hAnsi="Consolas"/>
          <w:b w:val="0"/>
          <w:i w:val="0"/>
          <w:sz w:val="20"/>
        </w:rPr>
        <w:t>form</w:t>
      </w:r>
      <w:r>
        <w:rPr>
          <w:b w:val="0"/>
          <w:i w:val="0"/>
        </w:rPr>
        <w:t xml:space="preserve"> được trả về chứa thông tin do người dùng gửi.</w:t>
      </w:r>
    </w:p>
    <w:p>
      <w:pPr>
        <w:spacing w:after="80"/>
      </w:pPr>
      <w:r>
        <w:rPr>
          <w:b w:val="0"/>
          <w:i w:val="0"/>
        </w:rPr>
        <w:t xml:space="preserve">Chúng ta không thể lưu thông tin đã gửi vào cơ sở dữ liệu cho đến khi chúng ta đã kiểm tra rằng nó hợp lệ ❹. Phương thức </w:t>
      </w:r>
      <w:r>
        <w:rPr>
          <w:rFonts w:ascii="Consolas" w:hAnsi="Consolas"/>
          <w:b w:val="0"/>
          <w:i w:val="0"/>
          <w:sz w:val="20"/>
        </w:rPr>
        <w:t>is_valid()</w:t>
      </w:r>
      <w:r>
        <w:rPr>
          <w:b w:val="0"/>
          <w:i w:val="0"/>
        </w:rPr>
        <w:t xml:space="preserve"> kiểm tra rằng tất cả các trường bắt buộc đã được điền (tất cả các trường trong biểu mẫu mặc định đều bắt buộc) và rằng dữ liệu đã nhập khớp với các kiểu trường mong đợi—ví dụ, rằng độ dài của </w:t>
      </w:r>
      <w:r>
        <w:rPr>
          <w:rFonts w:ascii="Consolas" w:hAnsi="Consolas"/>
          <w:b w:val="0"/>
          <w:i w:val="0"/>
          <w:sz w:val="20"/>
        </w:rPr>
        <w:t>text</w:t>
      </w:r>
      <w:r>
        <w:rPr>
          <w:b w:val="0"/>
          <w:i w:val="0"/>
        </w:rPr>
        <w:t xml:space="preserve"> nhỏ hơn 200 ký tự, như chúng ta đã chỉ định trong </w:t>
      </w:r>
      <w:r>
        <w:rPr>
          <w:b w:val="0"/>
          <w:i/>
        </w:rPr>
        <w:t>models.py</w:t>
      </w:r>
      <w:r>
        <w:rPr>
          <w:b w:val="0"/>
          <w:i w:val="0"/>
        </w:rPr>
        <w:t xml:space="preserve"> ở Chương 18. Việc xác thực tự động này giúp chúng ta tiết kiệm rất nhiều công sức. Nếu mọi thứ hợp lệ, chúng ta có thể gọi </w:t>
      </w:r>
      <w:r>
        <w:rPr>
          <w:rFonts w:ascii="Consolas" w:hAnsi="Consolas"/>
          <w:b w:val="0"/>
          <w:i w:val="0"/>
          <w:sz w:val="20"/>
        </w:rPr>
        <w:t>save()</w:t>
      </w:r>
      <w:r>
        <w:rPr>
          <w:b w:val="0"/>
          <w:i w:val="0"/>
        </w:rPr>
        <w:t xml:space="preserve"> ❺, phương thức này ghi dữ liệu từ biểu mẫu vào cơ sở dữ liệu.</w:t>
      </w:r>
    </w:p>
    <w:p>
      <w:pPr>
        <w:spacing w:after="80"/>
      </w:pPr>
      <w:r>
        <w:rPr>
          <w:b w:val="0"/>
          <w:i w:val="0"/>
        </w:rPr>
        <w:t xml:space="preserve">Sau khi đã lưu dữ liệu, chúng ta có thể rời khỏi trang này. Hàm </w:t>
      </w:r>
      <w:r>
        <w:rPr>
          <w:rFonts w:ascii="Consolas" w:hAnsi="Consolas"/>
          <w:b w:val="0"/>
          <w:i w:val="0"/>
          <w:sz w:val="20"/>
        </w:rPr>
        <w:t>redirect()</w:t>
      </w:r>
      <w:r>
        <w:rPr>
          <w:b w:val="0"/>
          <w:i w:val="0"/>
        </w:rPr>
        <w:t xml:space="preserve"> nhận tên của một view và chuyển hướng người dùng đến trang gắn với view đó. Ở đây chúng ta dùng </w:t>
      </w:r>
      <w:r>
        <w:rPr>
          <w:rFonts w:ascii="Consolas" w:hAnsi="Consolas"/>
          <w:b w:val="0"/>
          <w:i w:val="0"/>
          <w:sz w:val="20"/>
        </w:rPr>
        <w:t>redirect()</w:t>
      </w:r>
      <w:r>
        <w:rPr>
          <w:b w:val="0"/>
          <w:i w:val="0"/>
        </w:rPr>
        <w:t xml:space="preserve"> để chuyển hướng trình duyệt của người dùng đến trang </w:t>
      </w:r>
      <w:r>
        <w:rPr>
          <w:rFonts w:ascii="Consolas" w:hAnsi="Consolas"/>
          <w:b w:val="0"/>
          <w:i w:val="0"/>
          <w:sz w:val="20"/>
        </w:rPr>
        <w:t>topics</w:t>
      </w:r>
      <w:r>
        <w:rPr>
          <w:b w:val="0"/>
          <w:i w:val="0"/>
        </w:rPr>
        <w:t xml:space="preserve"> ❻, nơi người dùng sẽ thấy chủ đề họ vừa nhập trong danh sách các chủ đề.</w:t>
      </w:r>
    </w:p>
    <w:p>
      <w:pPr>
        <w:spacing w:after="80"/>
      </w:pPr>
      <w:r>
        <w:rPr>
          <w:b w:val="0"/>
          <w:i w:val="0"/>
        </w:rPr>
        <w:t xml:space="preserve">Biến </w:t>
      </w:r>
      <w:r>
        <w:rPr>
          <w:rFonts w:ascii="Consolas" w:hAnsi="Consolas"/>
          <w:b w:val="0"/>
          <w:i w:val="0"/>
          <w:sz w:val="20"/>
        </w:rPr>
        <w:t>context</w:t>
      </w:r>
      <w:r>
        <w:rPr>
          <w:b w:val="0"/>
          <w:i w:val="0"/>
        </w:rPr>
        <w:t xml:space="preserve"> được định nghĩa ở cuối hàm view, và trang được render bằng template </w:t>
      </w:r>
      <w:r>
        <w:rPr>
          <w:b w:val="0"/>
          <w:i/>
        </w:rPr>
        <w:t>new_topic.html</w:t>
      </w:r>
      <w:r>
        <w:rPr>
          <w:b w:val="0"/>
          <w:i w:val="0"/>
        </w:rPr>
        <w:t xml:space="preserve">, mà chúng ta sẽ tạo tiếp theo. Đoạn mã này được đặt bên ngoài mọi khối </w:t>
      </w:r>
      <w:r>
        <w:rPr>
          <w:rFonts w:ascii="Consolas" w:hAnsi="Consolas"/>
          <w:b w:val="0"/>
          <w:i w:val="0"/>
          <w:sz w:val="20"/>
        </w:rPr>
        <w:t>if</w:t>
      </w:r>
      <w:r>
        <w:rPr>
          <w:b w:val="0"/>
          <w:i w:val="0"/>
        </w:rPr>
        <w:t>; nó sẽ chạy nếu một biểu mẫu trống được tạo, và nó sẽ chạy nếu một biểu mẫu đã gửi được xác định là không hợp lệ. Một biểu mẫu không hợp lệ sẽ bao gồm một số thông báo lỗi mặc định để giúp người dùng gửi dữ liệu chấp nhận được.</w:t>
      </w:r>
    </w:p>
    <w:p>
      <w:pPr>
        <w:pStyle w:val="Heading4"/>
      </w:pPr>
      <w:r>
        <w:rPr>
          <w:rFonts w:ascii="Calibri" w:hAnsi="Calibri"/>
          <w:b/>
          <w:i w:val="0"/>
          <w:sz w:val="24"/>
        </w:rPr>
        <w:t>Mẫu new_topic</w:t>
      </w:r>
    </w:p>
    <w:p>
      <w:pPr>
        <w:spacing w:after="80"/>
      </w:pPr>
      <w:r>
        <w:rPr>
          <w:b w:val="0"/>
          <w:i w:val="0"/>
        </w:rPr>
        <w:t xml:space="preserve">Giờ chúng ta sẽ tạo một mẫu mới có tên </w:t>
      </w:r>
      <w:r>
        <w:rPr>
          <w:b w:val="0"/>
          <w:i/>
        </w:rPr>
        <w:t>new_topic.html</w:t>
      </w:r>
      <w:r>
        <w:rPr>
          <w:b w:val="0"/>
          <w:i w:val="0"/>
        </w:rPr>
        <w:t xml:space="preserve"> để hiển thị biểu mẫu mà chúng ta vừa tạo:</w:t>
      </w:r>
    </w:p>
    <w:p>
      <w:pPr>
        <w:spacing w:after="80"/>
      </w:pPr>
      <w:r>
        <w:rPr>
          <w:b w:val="0"/>
          <w:i w:val="0"/>
        </w:rPr>
        <w:t>new_topic.html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rPr>
          <w:rFonts w:ascii="Consolas" w:hAnsi="Consolas"/>
          <w:b w:val="0"/>
          <w:i w:val="0"/>
          <w:sz w:val="18"/>
        </w:rPr>
        <w:t xml:space="preserve">  &lt;p&gt;Add a new topic:&lt;/p&gt;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&lt;form action="{% url 'learning_logs:new_topic' %}" method='post'&gt;</w:t>
      </w:r>
    </w:p>
    <w:p>
      <w:pPr>
        <w:spacing w:after="0"/>
        <w:ind w:left="360"/>
        <w:shd w:val="clear" w:color="auto" w:fill="F2F2F2"/>
      </w:pPr>
      <w:r>
        <w:rPr>
          <w:rFonts w:ascii="Consolas" w:hAnsi="Consolas"/>
          <w:b w:val="0"/>
          <w:i w:val="0"/>
          <w:sz w:val="18"/>
        </w:rPr>
        <w:t>❷     {% csrf_token %}</w:t>
      </w:r>
    </w:p>
    <w:p>
      <w:pPr>
        <w:spacing w:after="0"/>
        <w:ind w:left="360"/>
        <w:shd w:val="clear" w:color="auto" w:fill="F2F2F2"/>
      </w:pPr>
      <w:r>
        <w:rPr>
          <w:rFonts w:ascii="Consolas" w:hAnsi="Consolas"/>
          <w:b w:val="0"/>
          <w:i w:val="0"/>
          <w:sz w:val="18"/>
        </w:rPr>
        <w:t>❸     {{ form.as_div }}</w:t>
      </w:r>
    </w:p>
    <w:p>
      <w:pPr>
        <w:spacing w:after="0"/>
        <w:ind w:left="360"/>
        <w:shd w:val="clear" w:color="auto" w:fill="F2F2F2"/>
      </w:pPr>
      <w:r>
        <w:rPr>
          <w:rFonts w:ascii="Consolas" w:hAnsi="Consolas"/>
          <w:b w:val="0"/>
          <w:i w:val="0"/>
          <w:sz w:val="18"/>
        </w:rPr>
        <w:t>❹     &lt;button name="submit"&gt;Add topic&lt;/button&gt;</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Mẫu này kế thừa từ </w:t>
      </w:r>
      <w:r>
        <w:rPr>
          <w:b w:val="0"/>
          <w:i/>
        </w:rPr>
        <w:t>base.html</w:t>
      </w:r>
      <w:r>
        <w:rPr>
          <w:b w:val="0"/>
          <w:i w:val="0"/>
        </w:rPr>
        <w:t xml:space="preserve">, nên nó có cùng cấu trúc nền tảng như các trang khác trong Learning Log. Chúng ta dùng thẻ </w:t>
      </w:r>
      <w:r>
        <w:rPr>
          <w:rFonts w:ascii="Consolas" w:hAnsi="Consolas"/>
          <w:b w:val="0"/>
          <w:i w:val="0"/>
          <w:sz w:val="20"/>
        </w:rPr>
        <w:t>&lt;form&gt;&lt;/form&gt;</w:t>
      </w:r>
      <w:r>
        <w:rPr>
          <w:b w:val="0"/>
          <w:i w:val="0"/>
        </w:rPr>
        <w:t xml:space="preserve"> để định nghĩa một biểu mẫu HTML ❶. Đối số </w:t>
      </w:r>
      <w:r>
        <w:rPr>
          <w:rFonts w:ascii="Consolas" w:hAnsi="Consolas"/>
          <w:b w:val="0"/>
          <w:i w:val="0"/>
          <w:sz w:val="20"/>
        </w:rPr>
        <w:t>action</w:t>
      </w:r>
      <w:r>
        <w:rPr>
          <w:b w:val="0"/>
          <w:i w:val="0"/>
        </w:rPr>
        <w:t xml:space="preserve"> cho trình duyệt biết nơi gửi dữ liệu được gửi trong biểu mẫu; trong trường hợp này, chúng ta gửi nó trở lại hàm xử lý (view function) </w:t>
      </w:r>
      <w:r>
        <w:rPr>
          <w:rFonts w:ascii="Consolas" w:hAnsi="Consolas"/>
          <w:b w:val="0"/>
          <w:i w:val="0"/>
          <w:sz w:val="20"/>
        </w:rPr>
        <w:t>new_topic()</w:t>
      </w:r>
      <w:r>
        <w:rPr>
          <w:b w:val="0"/>
          <w:i w:val="0"/>
        </w:rPr>
        <w:t xml:space="preserve">. Đối số </w:t>
      </w:r>
      <w:r>
        <w:rPr>
          <w:rFonts w:ascii="Consolas" w:hAnsi="Consolas"/>
          <w:b w:val="0"/>
          <w:i w:val="0"/>
          <w:sz w:val="20"/>
        </w:rPr>
        <w:t>method</w:t>
      </w:r>
      <w:r>
        <w:rPr>
          <w:b w:val="0"/>
          <w:i w:val="0"/>
        </w:rPr>
        <w:t xml:space="preserve"> bảo trình duyệt gửi dữ liệu dưới dạng yêu cầu POST.</w:t>
      </w:r>
    </w:p>
    <w:p>
      <w:pPr>
        <w:spacing w:after="80"/>
      </w:pPr>
      <w:r>
        <w:rPr>
          <w:b w:val="0"/>
          <w:i w:val="0"/>
        </w:rPr>
        <w:t xml:space="preserve">Django sử dụng thẻ mẫu </w:t>
      </w:r>
      <w:r>
        <w:rPr>
          <w:rFonts w:ascii="Consolas" w:hAnsi="Consolas"/>
          <w:b w:val="0"/>
          <w:i w:val="0"/>
          <w:sz w:val="20"/>
        </w:rPr>
        <w:t>{% csrf_token %}</w:t>
      </w:r>
      <w:r>
        <w:rPr>
          <w:b w:val="0"/>
          <w:i w:val="0"/>
        </w:rPr>
        <w:t xml:space="preserve"> ❷ để ngăn kẻ tấn công lợi dụng biểu mẫu nhằm truy cập trái phép vào máy chủ. (Kiểu tấn công này được gọi là </w:t>
      </w:r>
      <w:r>
        <w:rPr>
          <w:b w:val="0"/>
          <w:i/>
        </w:rPr>
        <w:t>cross-site request forgery</w:t>
      </w:r>
      <w:r>
        <w:rPr>
          <w:b w:val="0"/>
          <w:i w:val="0"/>
        </w:rPr>
        <w:t xml:space="preserve"> - giả mạo yêu cầu chéo trang.) Tiếp theo, chúng ta hiển thị biểu mẫu; ở đây bạn có thể thấy Django có thể làm cho một số tác vụ trở nên đơn giản đến mức nào, chẳng hạn như hiển thị biểu mẫu. Chúng ta chỉ cần thêm biến mẫu </w:t>
      </w:r>
      <w:r>
        <w:rPr>
          <w:rFonts w:ascii="Consolas" w:hAnsi="Consolas"/>
          <w:b w:val="0"/>
          <w:i w:val="0"/>
          <w:sz w:val="20"/>
        </w:rPr>
        <w:t>{{ form.as_div }}</w:t>
      </w:r>
      <w:r>
        <w:rPr>
          <w:b w:val="0"/>
          <w:i w:val="0"/>
        </w:rPr>
        <w:t xml:space="preserve"> là Django sẽ tự động tạo tất cả các trường cần thiết để hiển thị biểu mẫu ❸. Bổ từ </w:t>
      </w:r>
      <w:r>
        <w:rPr>
          <w:rFonts w:ascii="Consolas" w:hAnsi="Consolas"/>
          <w:b w:val="0"/>
          <w:i w:val="0"/>
          <w:sz w:val="20"/>
        </w:rPr>
        <w:t>as_div</w:t>
      </w:r>
      <w:r>
        <w:rPr>
          <w:b w:val="0"/>
          <w:i w:val="0"/>
        </w:rPr>
        <w:t xml:space="preserve"> bảo Django hiển thị tất cả các phần tử của biểu mẫu dưới dạng các phần tử HTML </w:t>
      </w:r>
      <w:r>
        <w:rPr>
          <w:rFonts w:ascii="Consolas" w:hAnsi="Consolas"/>
          <w:b w:val="0"/>
          <w:i w:val="0"/>
          <w:sz w:val="20"/>
        </w:rPr>
        <w:t>&lt;div&gt;&lt;/div&gt;</w:t>
      </w:r>
      <w:r>
        <w:rPr>
          <w:b w:val="0"/>
          <w:i w:val="0"/>
        </w:rPr>
        <w:t>; đây là một cách đơn giản để hiển thị biểu mẫu một cách gọn gàng.</w:t>
      </w:r>
    </w:p>
    <w:p>
      <w:pPr>
        <w:spacing w:after="80"/>
      </w:pPr>
      <w:r>
        <w:rPr>
          <w:b w:val="0"/>
          <w:i w:val="0"/>
        </w:rPr>
        <w:t>Django không tạo nút gửi (submit button) cho biểu mẫu, nên chúng ta định nghĩa một nút trước khi đóng biểu mẫu ❹.</w:t>
      </w:r>
    </w:p>
    <w:p>
      <w:pPr>
        <w:pStyle w:val="Heading4"/>
      </w:pPr>
      <w:r>
        <w:rPr>
          <w:rFonts w:ascii="Calibri" w:hAnsi="Calibri"/>
          <w:b/>
          <w:i w:val="0"/>
          <w:sz w:val="24"/>
        </w:rPr>
        <w:t>Liên kết đến trang new_topic</w:t>
      </w:r>
    </w:p>
    <w:p>
      <w:pPr>
        <w:spacing w:after="80"/>
      </w:pPr>
      <w:r>
        <w:rPr>
          <w:b w:val="0"/>
          <w:i w:val="0"/>
        </w:rPr>
        <w:t xml:space="preserve">Tiếp theo, chúng ta thêm một liên kết đến trang </w:t>
      </w:r>
      <w:r>
        <w:rPr>
          <w:rFonts w:ascii="Consolas" w:hAnsi="Consolas"/>
          <w:b w:val="0"/>
          <w:i w:val="0"/>
          <w:sz w:val="20"/>
        </w:rPr>
        <w:t>new_topic</w:t>
      </w:r>
      <w:r>
        <w:rPr>
          <w:b w:val="0"/>
          <w:i w:val="0"/>
        </w:rPr>
        <w:t xml:space="preserve"> trên trang </w:t>
      </w:r>
      <w:r>
        <w:rPr>
          <w:rFonts w:ascii="Consolas" w:hAnsi="Consolas"/>
          <w:b w:val="0"/>
          <w:i w:val="0"/>
          <w:sz w:val="20"/>
        </w:rPr>
        <w:t>topics</w:t>
      </w:r>
      <w:r>
        <w:rPr>
          <w:b w:val="0"/>
          <w:i w:val="0"/>
        </w:rPr>
        <w:t>:</w:t>
      </w:r>
    </w:p>
    <w:p>
      <w:pPr>
        <w:spacing w:after="80"/>
      </w:pPr>
      <w:r>
        <w:rPr>
          <w:b w:val="0"/>
          <w:i w:val="0"/>
        </w:rPr>
        <w:t>topics.html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&lt;p&gt;Topics&lt;/p&gt;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&lt;a href="{% url 'learning_logs:new_topic' %}"&gt;Add a new topic&lt;/a&gt;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Đặt liên kết sau danh sách các chủ đề hiện có. Hình 19-1 cho thấy biểu mẫu thu được; hãy thử dùng biểu mẫu để thêm vài chủ đề mới của riêng bạn.</w:t>
      </w:r>
    </w:p>
    <w:p>
      <w:pPr>
        <w:jc w:val="center"/>
      </w:pPr>
      <w:r>
        <w:drawing>
          <wp:inline xmlns:a="http://schemas.openxmlformats.org/drawingml/2006/main" xmlns:pic="http://schemas.openxmlformats.org/drawingml/2006/picture">
            <wp:extent cx="5486400" cy="3229514"/>
            <wp:docPr id="73" name="Picture 73"/>
            <wp:cNvGraphicFramePr>
              <a:graphicFrameLocks noChangeAspect="1"/>
            </wp:cNvGraphicFramePr>
            <a:graphic>
              <a:graphicData uri="http://schemas.openxmlformats.org/drawingml/2006/picture">
                <pic:pic>
                  <pic:nvPicPr>
                    <pic:cNvPr id="0" name="image_rsrcBK1.jpg"/>
                    <pic:cNvPicPr/>
                  </pic:nvPicPr>
                  <pic:blipFill>
                    <a:blip r:embed="rId62"/>
                    <a:stretch>
                      <a:fillRect/>
                    </a:stretch>
                  </pic:blipFill>
                  <pic:spPr>
                    <a:xfrm>
                      <a:off x="0" y="0"/>
                      <a:ext cx="5486400" cy="3229514"/>
                    </a:xfrm>
                    <a:prstGeom prst="rect"/>
                  </pic:spPr>
                </pic:pic>
              </a:graphicData>
            </a:graphic>
          </wp:inline>
        </w:drawing>
      </w:r>
    </w:p>
    <w:p>
      <w:pPr>
        <w:spacing w:after="80"/>
      </w:pPr>
      <w:r>
        <w:rPr>
          <w:b w:val="0"/>
          <w:i w:val="0"/>
        </w:rPr>
        <w:t>Hình 19-1: Trang để thêm một chủ đề mới</w:t>
      </w:r>
    </w:p>
    <w:p>
      <w:pPr>
        <w:pStyle w:val="Heading3"/>
      </w:pPr>
      <w:r>
        <w:rPr>
          <w:rFonts w:ascii="Calibri" w:hAnsi="Calibri"/>
          <w:b/>
          <w:i w:val="0"/>
          <w:sz w:val="27"/>
        </w:rPr>
        <w:t>Thêm các mục mới</w:t>
      </w:r>
    </w:p>
    <w:p>
      <w:pPr>
        <w:spacing w:after="80"/>
      </w:pPr>
      <w:r>
        <w:rPr>
          <w:b w:val="0"/>
          <w:i w:val="0"/>
        </w:rPr>
        <w:t xml:space="preserve">Giờ khi người dùng có thể thêm một chủ đề mới, họ cũng sẽ muốn thêm các mục mới nữa. Chúng ta lại sẽ định nghĩa một URL, viết một hàm xử lý và một mẫu, rồi liên kết đến trang đó. Nhưng trước tiên, chúng ta sẽ thêm một lớp nữa vào </w:t>
      </w:r>
      <w:r>
        <w:rPr>
          <w:b w:val="0"/>
          <w:i/>
        </w:rPr>
        <w:t>forms.py</w:t>
      </w:r>
      <w:r>
        <w:rPr>
          <w:b w:val="0"/>
          <w:i w:val="0"/>
        </w:rPr>
        <w:t>.</w:t>
      </w:r>
    </w:p>
    <w:p>
      <w:pPr>
        <w:pStyle w:val="Heading4"/>
      </w:pPr>
      <w:r>
        <w:rPr>
          <w:rFonts w:ascii="Calibri" w:hAnsi="Calibri"/>
          <w:b/>
          <w:i w:val="0"/>
          <w:sz w:val="24"/>
        </w:rPr>
        <w:t>Entry ModelForm</w:t>
      </w:r>
    </w:p>
    <w:p>
      <w:pPr>
        <w:spacing w:after="80"/>
      </w:pPr>
      <w:r>
        <w:rPr>
          <w:b w:val="0"/>
          <w:i w:val="0"/>
        </w:rPr>
        <w:t xml:space="preserve">Chúng ta cần tạo một form gắn với model </w:t>
      </w:r>
      <w:r>
        <w:rPr>
          <w:rFonts w:ascii="Consolas" w:hAnsi="Consolas"/>
          <w:b w:val="0"/>
          <w:i w:val="0"/>
          <w:sz w:val="20"/>
        </w:rPr>
        <w:t>Entry</w:t>
      </w:r>
      <w:r>
        <w:rPr>
          <w:b w:val="0"/>
          <w:i w:val="0"/>
        </w:rPr>
        <w:t xml:space="preserve">, nhưng lần này sẽ tùy biến nhiều hơn một chút so với </w:t>
      </w:r>
      <w:r>
        <w:rPr>
          <w:rFonts w:ascii="Consolas" w:hAnsi="Consolas"/>
          <w:b w:val="0"/>
          <w:i w:val="0"/>
          <w:sz w:val="20"/>
        </w:rPr>
        <w:t>TopicForm</w:t>
      </w:r>
      <w:r>
        <w:rPr>
          <w:b w:val="0"/>
          <w:i w:val="0"/>
        </w:rPr>
        <w:t>:</w:t>
      </w:r>
    </w:p>
    <w:p>
      <w:pPr>
        <w:spacing w:after="80"/>
      </w:pPr>
      <w:r>
        <w:rPr>
          <w:b w:val="0"/>
          <w:i w:val="0"/>
        </w:rPr>
        <w:t>forms.py</w:t>
      </w:r>
    </w:p>
    <w:p>
      <w:pPr>
        <w:spacing w:after="0"/>
        <w:ind w:left="360"/>
        <w:shd w:val="clear" w:color="auto" w:fill="F2F2F2"/>
      </w:pPr>
      <w:r>
        <w:rPr>
          <w:rFonts w:ascii="Consolas" w:hAnsi="Consolas"/>
          <w:b w:val="0"/>
          <w:i w:val="0"/>
          <w:sz w:val="18"/>
        </w:rPr>
        <w:t>from django import forms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 Entry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TopicForm(forms.ModelForm):</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EntryForm(forms.ModelForm):</w:t>
      </w:r>
    </w:p>
    <w:p>
      <w:pPr>
        <w:spacing w:after="0"/>
        <w:ind w:left="360"/>
        <w:shd w:val="clear" w:color="auto" w:fill="F2F2F2"/>
      </w:pPr>
      <w:r>
        <w:rPr>
          <w:rFonts w:ascii="Consolas" w:hAnsi="Consolas"/>
          <w:b w:val="0"/>
          <w:i w:val="0"/>
          <w:sz w:val="18"/>
        </w:rPr>
        <w:t xml:space="preserve">    class Meta:</w:t>
      </w:r>
    </w:p>
    <w:p>
      <w:pPr>
        <w:spacing w:after="0"/>
        <w:ind w:left="360"/>
        <w:shd w:val="clear" w:color="auto" w:fill="F2F2F2"/>
      </w:pPr>
      <w:r>
        <w:rPr>
          <w:rFonts w:ascii="Consolas" w:hAnsi="Consolas"/>
          <w:b w:val="0"/>
          <w:i w:val="0"/>
          <w:sz w:val="18"/>
        </w:rPr>
        <w:t xml:space="preserve">        model = Entry</w:t>
      </w:r>
    </w:p>
    <w:p>
      <w:pPr>
        <w:spacing w:after="0"/>
        <w:ind w:left="360"/>
        <w:shd w:val="clear" w:color="auto" w:fill="F2F2F2"/>
      </w:pPr>
      <w:r>
        <w:rPr>
          <w:rFonts w:ascii="Consolas" w:hAnsi="Consolas"/>
          <w:b w:val="0"/>
          <w:i w:val="0"/>
          <w:sz w:val="18"/>
        </w:rPr>
        <w:t xml:space="preserve">        fields = ['text']</w:t>
      </w:r>
    </w:p>
    <w:p>
      <w:pPr>
        <w:spacing w:after="0"/>
        <w:ind w:left="360"/>
        <w:shd w:val="clear" w:color="auto" w:fill="F2F2F2"/>
      </w:pPr>
      <w:r>
        <w:rPr>
          <w:rFonts w:ascii="Consolas" w:hAnsi="Consolas"/>
          <w:b w:val="0"/>
          <w:i w:val="0"/>
          <w:sz w:val="18"/>
        </w:rPr>
        <w:t>❶         labels = {'text': ''}</w:t>
      </w:r>
    </w:p>
    <w:p>
      <w:pPr>
        <w:spacing w:after="0"/>
        <w:ind w:left="360"/>
        <w:shd w:val="clear" w:color="auto" w:fill="F2F2F2"/>
      </w:pPr>
      <w:r>
        <w:rPr>
          <w:rFonts w:ascii="Consolas" w:hAnsi="Consolas"/>
          <w:b w:val="0"/>
          <w:i w:val="0"/>
          <w:sz w:val="18"/>
        </w:rPr>
        <w:t>❷         widgets = {'text': forms.Textarea(attrs={'cols': 80})}</w:t>
      </w:r>
    </w:p>
    <w:p>
      <w:pPr>
        <w:spacing w:after="40"/>
      </w:pPr>
    </w:p>
    <w:p>
      <w:pPr>
        <w:spacing w:after="80"/>
      </w:pPr>
      <w:r>
        <w:rPr>
          <w:b w:val="0"/>
          <w:i w:val="0"/>
        </w:rPr>
        <w:t xml:space="preserve">Chúng ta cập nhật câu lệnh </w:t>
      </w:r>
      <w:r>
        <w:rPr>
          <w:rFonts w:ascii="Consolas" w:hAnsi="Consolas"/>
          <w:b w:val="0"/>
          <w:i w:val="0"/>
          <w:sz w:val="20"/>
        </w:rPr>
        <w:t>import</w:t>
      </w:r>
      <w:r>
        <w:rPr>
          <w:b w:val="0"/>
          <w:i w:val="0"/>
        </w:rPr>
        <w:t xml:space="preserve"> để thêm cả </w:t>
      </w:r>
      <w:r>
        <w:rPr>
          <w:rFonts w:ascii="Consolas" w:hAnsi="Consolas"/>
          <w:b w:val="0"/>
          <w:i w:val="0"/>
          <w:sz w:val="20"/>
        </w:rPr>
        <w:t>Entry</w:t>
      </w:r>
      <w:r>
        <w:rPr>
          <w:b w:val="0"/>
          <w:i w:val="0"/>
        </w:rPr>
        <w:t xml:space="preserve"> lẫn </w:t>
      </w:r>
      <w:r>
        <w:rPr>
          <w:rFonts w:ascii="Consolas" w:hAnsi="Consolas"/>
          <w:b w:val="0"/>
          <w:i w:val="0"/>
          <w:sz w:val="20"/>
        </w:rPr>
        <w:t>Topic</w:t>
      </w:r>
      <w:r>
        <w:rPr>
          <w:b w:val="0"/>
          <w:i w:val="0"/>
        </w:rPr>
        <w:t xml:space="preserve">. Ta tạo một class mới tên là </w:t>
      </w:r>
      <w:r>
        <w:rPr>
          <w:rFonts w:ascii="Consolas" w:hAnsi="Consolas"/>
          <w:b w:val="0"/>
          <w:i w:val="0"/>
          <w:sz w:val="20"/>
        </w:rPr>
        <w:t>EntryForm</w:t>
      </w:r>
      <w:r>
        <w:rPr>
          <w:b w:val="0"/>
          <w:i w:val="0"/>
        </w:rPr>
        <w:t xml:space="preserve"> kế thừa từ </w:t>
      </w:r>
      <w:r>
        <w:rPr>
          <w:rFonts w:ascii="Consolas" w:hAnsi="Consolas"/>
          <w:b w:val="0"/>
          <w:i w:val="0"/>
          <w:sz w:val="20"/>
        </w:rPr>
        <w:t>forms.ModelForm</w:t>
      </w:r>
      <w:r>
        <w:rPr>
          <w:b w:val="0"/>
          <w:i w:val="0"/>
        </w:rPr>
        <w:t xml:space="preserve">. Class </w:t>
      </w:r>
      <w:r>
        <w:rPr>
          <w:rFonts w:ascii="Consolas" w:hAnsi="Consolas"/>
          <w:b w:val="0"/>
          <w:i w:val="0"/>
          <w:sz w:val="20"/>
        </w:rPr>
        <w:t>EntryForm</w:t>
      </w:r>
      <w:r>
        <w:rPr>
          <w:b w:val="0"/>
          <w:i w:val="0"/>
        </w:rPr>
        <w:t xml:space="preserve"> có một class </w:t>
      </w:r>
      <w:r>
        <w:rPr>
          <w:rFonts w:ascii="Consolas" w:hAnsi="Consolas"/>
          <w:b w:val="0"/>
          <w:i w:val="0"/>
          <w:sz w:val="20"/>
        </w:rPr>
        <w:t>Meta</w:t>
      </w:r>
      <w:r>
        <w:rPr>
          <w:b w:val="0"/>
          <w:i w:val="0"/>
        </w:rPr>
        <w:t xml:space="preserve"> lồng bên trong, liệt kê model mà nó dựa trên và field cần đưa vào form. Ta lại gán cho field </w:t>
      </w:r>
      <w:r>
        <w:rPr>
          <w:rFonts w:ascii="Consolas" w:hAnsi="Consolas"/>
          <w:b w:val="0"/>
          <w:i w:val="0"/>
          <w:sz w:val="20"/>
        </w:rPr>
        <w:t>'text'</w:t>
      </w:r>
      <w:r>
        <w:rPr>
          <w:b w:val="0"/>
          <w:i w:val="0"/>
        </w:rPr>
        <w:t xml:space="preserve"> một nhãn trống ❶.</w:t>
      </w:r>
    </w:p>
    <w:p>
      <w:pPr>
        <w:spacing w:after="80"/>
      </w:pPr>
      <w:r>
        <w:rPr>
          <w:b w:val="0"/>
          <w:i w:val="0"/>
        </w:rPr>
        <w:t xml:space="preserve">Với </w:t>
      </w:r>
      <w:r>
        <w:rPr>
          <w:rFonts w:ascii="Consolas" w:hAnsi="Consolas"/>
          <w:b w:val="0"/>
          <w:i w:val="0"/>
          <w:sz w:val="20"/>
        </w:rPr>
        <w:t>EntryForm</w:t>
      </w:r>
      <w:r>
        <w:rPr>
          <w:b w:val="0"/>
          <w:i w:val="0"/>
        </w:rPr>
        <w:t xml:space="preserve">, ta thêm thuộc tính </w:t>
      </w:r>
      <w:r>
        <w:rPr>
          <w:rFonts w:ascii="Consolas" w:hAnsi="Consolas"/>
          <w:b w:val="0"/>
          <w:i w:val="0"/>
          <w:sz w:val="20"/>
        </w:rPr>
        <w:t>widgets</w:t>
      </w:r>
      <w:r>
        <w:rPr>
          <w:b w:val="0"/>
          <w:i w:val="0"/>
        </w:rPr>
        <w:t xml:space="preserve"> ❷. Một </w:t>
      </w:r>
      <w:r>
        <w:rPr>
          <w:b w:val="0"/>
          <w:i/>
        </w:rPr>
        <w:t>widget</w:t>
      </w:r>
      <w:r>
        <w:rPr>
          <w:b w:val="0"/>
          <w:i w:val="0"/>
        </w:rPr>
        <w:t xml:space="preserve"> là một phần tử form HTML, chẳng hạn như ô nhập văn bản một dòng, vùng nhập văn bản nhiều dòng, hay danh sách thả xuống. Khi thêm thuộc tính </w:t>
      </w:r>
      <w:r>
        <w:rPr>
          <w:rFonts w:ascii="Consolas" w:hAnsi="Consolas"/>
          <w:b w:val="0"/>
          <w:i w:val="0"/>
          <w:sz w:val="20"/>
        </w:rPr>
        <w:t>widgets</w:t>
      </w:r>
      <w:r>
        <w:rPr>
          <w:b w:val="0"/>
          <w:i w:val="0"/>
        </w:rPr>
        <w:t xml:space="preserve">, bạn có thể ghi đè các lựa chọn widget mặc định của Django. Ở đây ta bảo Django dùng phần tử </w:t>
      </w:r>
      <w:r>
        <w:rPr>
          <w:rFonts w:ascii="Consolas" w:hAnsi="Consolas"/>
          <w:b w:val="0"/>
          <w:i w:val="0"/>
          <w:sz w:val="20"/>
        </w:rPr>
        <w:t>forms.Textarea</w:t>
      </w:r>
      <w:r>
        <w:rPr>
          <w:b w:val="0"/>
          <w:i w:val="0"/>
        </w:rPr>
        <w:t xml:space="preserve"> với chiều rộng 80 cột, thay vì 40 cột mặc định. Điều này cho người dùng đủ chỗ để viết một mục nhập có ý nghĩa.</w:t>
      </w:r>
    </w:p>
    <w:p>
      <w:pPr>
        <w:pStyle w:val="Heading4"/>
      </w:pPr>
      <w:r>
        <w:rPr>
          <w:rFonts w:ascii="Calibri" w:hAnsi="Calibri"/>
          <w:b/>
          <w:i w:val="0"/>
          <w:sz w:val="24"/>
        </w:rPr>
        <w:t>URL new_entry</w:t>
      </w:r>
    </w:p>
    <w:p>
      <w:pPr>
        <w:spacing w:after="80"/>
      </w:pPr>
      <w:r>
        <w:rPr>
          <w:b w:val="0"/>
          <w:i w:val="0"/>
        </w:rPr>
        <w:t xml:space="preserve">Các mục nhập mới phải được gắn với một chủ đề cụ thể, nên ta cần thêm đối số </w:t>
      </w:r>
      <w:r>
        <w:rPr>
          <w:rFonts w:ascii="Consolas" w:hAnsi="Consolas"/>
          <w:b w:val="0"/>
          <w:i w:val="0"/>
          <w:sz w:val="20"/>
        </w:rPr>
        <w:t>topic_id</w:t>
      </w:r>
      <w:r>
        <w:rPr>
          <w:b w:val="0"/>
          <w:i w:val="0"/>
        </w:rPr>
        <w:t xml:space="preserve"> vào URL để thêm mục nhập mới. Đây là URL, bạn thêm vào </w:t>
      </w:r>
      <w:r>
        <w:rPr>
          <w:b w:val="0"/>
          <w:i/>
        </w:rPr>
        <w:t>learning_logs/urls.py</w:t>
      </w:r>
      <w:r>
        <w:rPr>
          <w:b w:val="0"/>
          <w:i w:val="0"/>
        </w:rPr>
        <w:t>:</w:t>
      </w:r>
    </w:p>
    <w:p>
      <w:pPr>
        <w:spacing w:after="80"/>
      </w:pPr>
      <w:r>
        <w:rPr>
          <w:b w:val="0"/>
          <w:i w:val="0"/>
        </w:rPr>
        <w:t>learning_logs/urls.py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Page for adding a new entry.</w:t>
      </w:r>
    </w:p>
    <w:p>
      <w:pPr>
        <w:spacing w:after="0"/>
        <w:ind w:left="360"/>
        <w:shd w:val="clear" w:color="auto" w:fill="F2F2F2"/>
      </w:pPr>
      <w:r>
        <w:rPr>
          <w:rFonts w:ascii="Consolas" w:hAnsi="Consolas"/>
          <w:b w:val="0"/>
          <w:i w:val="0"/>
          <w:sz w:val="18"/>
        </w:rPr>
        <w:t xml:space="preserve">    path('new_entry/&lt;int:topic_id&gt;/', views.new_entry, name='new_entry'),</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Mẫu URL này khớp với bất kỳ URL nào có dạng </w:t>
      </w:r>
      <w:r>
        <w:rPr>
          <w:b w:val="0"/>
          <w:i/>
        </w:rPr>
        <w:t>http://localhost:8000/new_entry/id/</w:t>
      </w:r>
      <w:r>
        <w:rPr>
          <w:b w:val="0"/>
          <w:i w:val="0"/>
        </w:rPr>
        <w:t xml:space="preserve">, trong đó </w:t>
      </w:r>
      <w:r>
        <w:rPr>
          <w:rFonts w:ascii="Consolas" w:hAnsi="Consolas"/>
          <w:b w:val="0"/>
          <w:i/>
          <w:sz w:val="20"/>
        </w:rPr>
        <w:t>id</w:t>
      </w:r>
      <w:r>
        <w:rPr>
          <w:b w:val="0"/>
          <w:i w:val="0"/>
        </w:rPr>
        <w:t xml:space="preserve"> là một số khớp với ID của chủ đề. Đoạn code </w:t>
      </w:r>
      <w:r>
        <w:rPr>
          <w:rFonts w:ascii="Consolas" w:hAnsi="Consolas"/>
          <w:b w:val="0"/>
          <w:i w:val="0"/>
          <w:sz w:val="20"/>
        </w:rPr>
        <w:t>&lt;int:topic_id&gt;</w:t>
      </w:r>
      <w:r>
        <w:rPr>
          <w:b w:val="0"/>
          <w:i w:val="0"/>
        </w:rPr>
        <w:t xml:space="preserve"> bắt một giá trị số và gán nó cho biến </w:t>
      </w:r>
      <w:r>
        <w:rPr>
          <w:rFonts w:ascii="Consolas" w:hAnsi="Consolas"/>
          <w:b w:val="0"/>
          <w:i w:val="0"/>
          <w:sz w:val="20"/>
        </w:rPr>
        <w:t>topic_id</w:t>
      </w:r>
      <w:r>
        <w:rPr>
          <w:b w:val="0"/>
          <w:i w:val="0"/>
        </w:rPr>
        <w:t xml:space="preserve">. Khi có yêu cầu khớp với mẫu này, Django gửi request cùng ID của chủ đề đến hàm view </w:t>
      </w:r>
      <w:r>
        <w:rPr>
          <w:rFonts w:ascii="Consolas" w:hAnsi="Consolas"/>
          <w:b w:val="0"/>
          <w:i w:val="0"/>
          <w:sz w:val="20"/>
        </w:rPr>
        <w:t>new_entry()</w:t>
      </w:r>
      <w:r>
        <w:rPr>
          <w:b w:val="0"/>
          <w:i w:val="0"/>
        </w:rPr>
        <w:t>.</w:t>
      </w:r>
    </w:p>
    <w:p>
      <w:pPr>
        <w:pStyle w:val="Heading4"/>
      </w:pPr>
      <w:r>
        <w:rPr>
          <w:rFonts w:ascii="Calibri" w:hAnsi="Calibri"/>
          <w:b/>
          <w:i w:val="0"/>
          <w:sz w:val="24"/>
        </w:rPr>
        <w:t>Hàm view new_entry()</w:t>
      </w:r>
    </w:p>
    <w:p>
      <w:pPr>
        <w:spacing w:after="80"/>
      </w:pPr>
      <w:r>
        <w:rPr>
          <w:b w:val="0"/>
          <w:i w:val="0"/>
        </w:rPr>
        <w:t xml:space="preserve">Hàm view cho </w:t>
      </w:r>
      <w:r>
        <w:rPr>
          <w:rFonts w:ascii="Consolas" w:hAnsi="Consolas"/>
          <w:b w:val="0"/>
          <w:i w:val="0"/>
          <w:sz w:val="20"/>
        </w:rPr>
        <w:t>new_entry</w:t>
      </w:r>
      <w:r>
        <w:rPr>
          <w:b w:val="0"/>
          <w:i w:val="0"/>
        </w:rPr>
        <w:t xml:space="preserve"> khá giống với hàm thêm chủ đề mới. Thêm đoạn code sau vào file </w:t>
      </w:r>
      <w:r>
        <w:rPr>
          <w:b w:val="0"/>
          <w:i/>
        </w:rPr>
        <w:t>views.py</w:t>
      </w:r>
      <w:r>
        <w:rPr>
          <w:b w:val="0"/>
          <w:i w:val="0"/>
        </w:rPr>
        <w:t xml:space="preserve"> của bạn:</w:t>
      </w:r>
    </w:p>
    <w:p>
      <w:pPr>
        <w:spacing w:after="80"/>
      </w:pPr>
      <w:r>
        <w:rPr>
          <w:b w:val="0"/>
          <w:i w:val="0"/>
        </w:rPr>
        <w:t>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w:t>
      </w:r>
    </w:p>
    <w:p>
      <w:pPr>
        <w:spacing w:after="0"/>
        <w:ind w:left="360"/>
        <w:shd w:val="clear" w:color="auto" w:fill="F2F2F2"/>
      </w:pPr>
      <w:r>
        <w:rPr>
          <w:rFonts w:ascii="Consolas" w:hAnsi="Consolas"/>
          <w:b w:val="0"/>
          <w:i w:val="0"/>
          <w:sz w:val="18"/>
        </w:rPr>
        <w:t>from .forms import TopicForm, EntryForm</w:t>
      </w:r>
    </w:p>
    <w:p>
      <w:pPr>
        <w:spacing w:after="0"/>
        <w:ind w:left="360"/>
        <w:shd w:val="clear" w:color="auto" w:fill="F2F2F2"/>
      </w:pPr>
      <w:r>
        <w:t xml:space="preserve">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def new_entry(request, topic_id):</w:t>
      </w:r>
    </w:p>
    <w:p>
      <w:pPr>
        <w:spacing w:after="0"/>
        <w:ind w:left="360"/>
        <w:shd w:val="clear" w:color="auto" w:fill="F2F2F2"/>
      </w:pPr>
      <w:r>
        <w:rPr>
          <w:rFonts w:ascii="Consolas" w:hAnsi="Consolas"/>
          <w:b w:val="0"/>
          <w:i w:val="0"/>
          <w:sz w:val="18"/>
        </w:rPr>
        <w:t xml:space="preserve">    """Add a new entry for a particular topic."""</w:t>
      </w:r>
    </w:p>
    <w:p>
      <w:pPr>
        <w:spacing w:after="0"/>
        <w:ind w:left="360"/>
        <w:shd w:val="clear" w:color="auto" w:fill="F2F2F2"/>
      </w:pPr>
      <w:r>
        <w:rPr>
          <w:rFonts w:ascii="Consolas" w:hAnsi="Consolas"/>
          <w:b w:val="0"/>
          <w:i w:val="0"/>
          <w:sz w:val="18"/>
        </w:rPr>
        <w:t>❶     topic = Topic.objects.get(id=topic_id)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if request.method != 'POST':</w:t>
      </w:r>
    </w:p>
    <w:p>
      <w:pPr>
        <w:spacing w:after="0"/>
        <w:ind w:left="360"/>
        <w:shd w:val="clear" w:color="auto" w:fill="F2F2F2"/>
      </w:pPr>
      <w:r>
        <w:rPr>
          <w:rFonts w:ascii="Consolas" w:hAnsi="Consolas"/>
          <w:b w:val="0"/>
          <w:i w:val="0"/>
          <w:sz w:val="18"/>
        </w:rPr>
        <w:t xml:space="preserve">        # No data submitted; create a blank form.</w:t>
      </w:r>
    </w:p>
    <w:p>
      <w:pPr>
        <w:spacing w:after="0"/>
        <w:ind w:left="360"/>
        <w:shd w:val="clear" w:color="auto" w:fill="F2F2F2"/>
      </w:pPr>
      <w:r>
        <w:rPr>
          <w:rFonts w:ascii="Consolas" w:hAnsi="Consolas"/>
          <w:b w:val="0"/>
          <w:i w:val="0"/>
          <w:sz w:val="18"/>
        </w:rPr>
        <w:t>❸         form = EntryForm()</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POST data submitted; process data.</w:t>
      </w:r>
    </w:p>
    <w:p>
      <w:pPr>
        <w:spacing w:after="0"/>
        <w:ind w:left="360"/>
        <w:shd w:val="clear" w:color="auto" w:fill="F2F2F2"/>
      </w:pPr>
      <w:r>
        <w:rPr>
          <w:rFonts w:ascii="Consolas" w:hAnsi="Consolas"/>
          <w:b w:val="0"/>
          <w:i w:val="0"/>
          <w:sz w:val="18"/>
        </w:rPr>
        <w:t>❹         form = EntryForm(data=request.POST)</w:t>
      </w:r>
    </w:p>
    <w:p>
      <w:pPr>
        <w:spacing w:after="0"/>
        <w:ind w:left="360"/>
        <w:shd w:val="clear" w:color="auto" w:fill="F2F2F2"/>
      </w:pPr>
      <w:r>
        <w:rPr>
          <w:rFonts w:ascii="Consolas" w:hAnsi="Consolas"/>
          <w:b w:val="0"/>
          <w:i w:val="0"/>
          <w:sz w:val="18"/>
        </w:rPr>
        <w:t xml:space="preserve">        if form.is_valid():</w:t>
      </w:r>
    </w:p>
    <w:p>
      <w:pPr>
        <w:spacing w:after="0"/>
        <w:ind w:left="360"/>
        <w:shd w:val="clear" w:color="auto" w:fill="F2F2F2"/>
      </w:pPr>
      <w:r>
        <w:rPr>
          <w:rFonts w:ascii="Consolas" w:hAnsi="Consolas"/>
          <w:b w:val="0"/>
          <w:i w:val="0"/>
          <w:sz w:val="18"/>
        </w:rPr>
        <w:t>❺             new_entry = form.save(commit=False)</w:t>
      </w:r>
    </w:p>
    <w:p>
      <w:pPr>
        <w:spacing w:after="0"/>
        <w:ind w:left="360"/>
        <w:shd w:val="clear" w:color="auto" w:fill="F2F2F2"/>
      </w:pPr>
      <w:r>
        <w:rPr>
          <w:rFonts w:ascii="Consolas" w:hAnsi="Consolas"/>
          <w:b w:val="0"/>
          <w:i w:val="0"/>
          <w:sz w:val="18"/>
        </w:rPr>
        <w:t>❻             new_entry.topic = topic</w:t>
      </w:r>
    </w:p>
    <w:p>
      <w:pPr>
        <w:spacing w:after="0"/>
        <w:ind w:left="360"/>
        <w:shd w:val="clear" w:color="auto" w:fill="F2F2F2"/>
      </w:pPr>
      <w:r>
        <w:rPr>
          <w:rFonts w:ascii="Consolas" w:hAnsi="Consolas"/>
          <w:b w:val="0"/>
          <w:i w:val="0"/>
          <w:sz w:val="18"/>
        </w:rPr>
        <w:t xml:space="preserve">            new_entry.save()</w:t>
      </w:r>
    </w:p>
    <w:p>
      <w:pPr>
        <w:spacing w:after="0"/>
        <w:ind w:left="360"/>
        <w:shd w:val="clear" w:color="auto" w:fill="F2F2F2"/>
      </w:pPr>
      <w:r>
        <w:rPr>
          <w:rFonts w:ascii="Consolas" w:hAnsi="Consolas"/>
          <w:b w:val="0"/>
          <w:i w:val="0"/>
          <w:sz w:val="18"/>
        </w:rPr>
        <w:t>❼             return redirect('learning_logs:topic', topic_id=topic_id)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Display a blank or invalid form.</w:t>
      </w:r>
    </w:p>
    <w:p>
      <w:pPr>
        <w:spacing w:after="0"/>
        <w:ind w:left="360"/>
        <w:shd w:val="clear" w:color="auto" w:fill="F2F2F2"/>
      </w:pPr>
      <w:r>
        <w:rPr>
          <w:rFonts w:ascii="Consolas" w:hAnsi="Consolas"/>
          <w:b w:val="0"/>
          <w:i w:val="0"/>
          <w:sz w:val="18"/>
        </w:rPr>
        <w:t xml:space="preserve">    context = {'topic': topic, 'form': form}</w:t>
      </w:r>
    </w:p>
    <w:p>
      <w:pPr>
        <w:spacing w:after="0"/>
        <w:ind w:left="360"/>
        <w:shd w:val="clear" w:color="auto" w:fill="F2F2F2"/>
      </w:pPr>
      <w:r>
        <w:rPr>
          <w:rFonts w:ascii="Consolas" w:hAnsi="Consolas"/>
          <w:b w:val="0"/>
          <w:i w:val="0"/>
          <w:sz w:val="18"/>
        </w:rPr>
        <w:t xml:space="preserve">    return render(request, 'learning_logs/new_entry.html', context)</w:t>
      </w:r>
    </w:p>
    <w:p>
      <w:pPr>
        <w:spacing w:after="40"/>
      </w:pPr>
    </w:p>
    <w:p>
      <w:pPr>
        <w:spacing w:after="80"/>
      </w:pPr>
      <w:r>
        <w:rPr>
          <w:b w:val="0"/>
          <w:i w:val="0"/>
        </w:rPr>
        <w:t xml:space="preserve">Ta cập nhật câu lệnh </w:t>
      </w:r>
      <w:r>
        <w:rPr>
          <w:rFonts w:ascii="Consolas" w:hAnsi="Consolas"/>
          <w:b w:val="0"/>
          <w:i w:val="0"/>
          <w:sz w:val="20"/>
        </w:rPr>
        <w:t>import</w:t>
      </w:r>
      <w:r>
        <w:rPr>
          <w:b w:val="0"/>
          <w:i w:val="0"/>
        </w:rPr>
        <w:t xml:space="preserve"> để thêm </w:t>
      </w:r>
      <w:r>
        <w:rPr>
          <w:rFonts w:ascii="Consolas" w:hAnsi="Consolas"/>
          <w:b w:val="0"/>
          <w:i w:val="0"/>
          <w:sz w:val="20"/>
        </w:rPr>
        <w:t>EntryForm</w:t>
      </w:r>
      <w:r>
        <w:rPr>
          <w:b w:val="0"/>
          <w:i w:val="0"/>
        </w:rPr>
        <w:t xml:space="preserve"> mà ta vừa tạo. Định nghĩa của </w:t>
      </w:r>
      <w:r>
        <w:rPr>
          <w:rFonts w:ascii="Consolas" w:hAnsi="Consolas"/>
          <w:b w:val="0"/>
          <w:i w:val="0"/>
          <w:sz w:val="20"/>
        </w:rPr>
        <w:t>new_entry()</w:t>
      </w:r>
      <w:r>
        <w:rPr>
          <w:b w:val="0"/>
          <w:i w:val="0"/>
        </w:rPr>
        <w:t xml:space="preserve"> có tham số </w:t>
      </w:r>
      <w:r>
        <w:rPr>
          <w:rFonts w:ascii="Consolas" w:hAnsi="Consolas"/>
          <w:b w:val="0"/>
          <w:i w:val="0"/>
          <w:sz w:val="20"/>
        </w:rPr>
        <w:t>topic_id</w:t>
      </w:r>
      <w:r>
        <w:rPr>
          <w:b w:val="0"/>
          <w:i w:val="0"/>
        </w:rPr>
        <w:t xml:space="preserve"> để lưu giá trị nhận được từ URL. Ta sẽ cần chủ đề để render trang và xử lý dữ liệu của form, nên ta dùng </w:t>
      </w:r>
      <w:r>
        <w:rPr>
          <w:rFonts w:ascii="Consolas" w:hAnsi="Consolas"/>
          <w:b w:val="0"/>
          <w:i w:val="0"/>
          <w:sz w:val="20"/>
        </w:rPr>
        <w:t>topic_id</w:t>
      </w:r>
      <w:r>
        <w:rPr>
          <w:b w:val="0"/>
          <w:i w:val="0"/>
        </w:rPr>
        <w:t xml:space="preserve"> để lấy đúng đối tượng chủ đề ❶.</w:t>
      </w:r>
    </w:p>
    <w:p>
      <w:pPr>
        <w:spacing w:after="80"/>
      </w:pPr>
      <w:r>
        <w:rPr>
          <w:b w:val="0"/>
          <w:i w:val="0"/>
        </w:rPr>
        <w:t xml:space="preserve">Tiếp theo, ta kiểm tra xem phương thức request là POST hay GET ❷. Khối </w:t>
      </w:r>
      <w:r>
        <w:rPr>
          <w:rFonts w:ascii="Consolas" w:hAnsi="Consolas"/>
          <w:b w:val="0"/>
          <w:i w:val="0"/>
          <w:sz w:val="20"/>
        </w:rPr>
        <w:t>if</w:t>
      </w:r>
      <w:r>
        <w:rPr>
          <w:b w:val="0"/>
          <w:i w:val="0"/>
        </w:rPr>
        <w:t xml:space="preserve"> sẽ thực thi nếu đó là request GET, và ta tạo một instance trống của </w:t>
      </w:r>
      <w:r>
        <w:rPr>
          <w:rFonts w:ascii="Consolas" w:hAnsi="Consolas"/>
          <w:b w:val="0"/>
          <w:i w:val="0"/>
          <w:sz w:val="20"/>
        </w:rPr>
        <w:t>EntryForm</w:t>
      </w:r>
      <w:r>
        <w:rPr>
          <w:b w:val="0"/>
          <w:i w:val="0"/>
        </w:rPr>
        <w:t xml:space="preserve"> ❸.</w:t>
      </w:r>
    </w:p>
    <w:p>
      <w:pPr>
        <w:spacing w:after="80"/>
      </w:pPr>
      <w:r>
        <w:rPr>
          <w:b w:val="0"/>
          <w:i w:val="0"/>
        </w:rPr>
        <w:t xml:space="preserve">Nếu phương thức request là POST, ta xử lý dữ liệu bằng cách tạo một instance của </w:t>
      </w:r>
      <w:r>
        <w:rPr>
          <w:rFonts w:ascii="Consolas" w:hAnsi="Consolas"/>
          <w:b w:val="0"/>
          <w:i w:val="0"/>
          <w:sz w:val="20"/>
        </w:rPr>
        <w:t>EntryForm</w:t>
      </w:r>
      <w:r>
        <w:rPr>
          <w:b w:val="0"/>
          <w:i w:val="0"/>
        </w:rPr>
        <w:t xml:space="preserve">, được điền dữ liệu POST từ đối tượng </w:t>
      </w:r>
      <w:r>
        <w:rPr>
          <w:rFonts w:ascii="Consolas" w:hAnsi="Consolas"/>
          <w:b w:val="0"/>
          <w:i w:val="0"/>
          <w:sz w:val="20"/>
        </w:rPr>
        <w:t>request</w:t>
      </w:r>
      <w:r>
        <w:rPr>
          <w:b w:val="0"/>
          <w:i w:val="0"/>
        </w:rPr>
        <w:t xml:space="preserve"> ❹. Sau đó ta kiểm tra xem form có hợp lệ không. Nếu hợp lệ, ta cần đặt thuộc tính </w:t>
      </w:r>
      <w:r>
        <w:rPr>
          <w:rFonts w:ascii="Consolas" w:hAnsi="Consolas"/>
          <w:b w:val="0"/>
          <w:i w:val="0"/>
          <w:sz w:val="20"/>
        </w:rPr>
        <w:t>topic</w:t>
      </w:r>
      <w:r>
        <w:rPr>
          <w:b w:val="0"/>
          <w:i w:val="0"/>
        </w:rPr>
        <w:t xml:space="preserve"> của đối tượng entry trước khi lưu nó vào cơ sở dữ liệu. Khi gọi </w:t>
      </w:r>
      <w:r>
        <w:rPr>
          <w:rFonts w:ascii="Consolas" w:hAnsi="Consolas"/>
          <w:b w:val="0"/>
          <w:i w:val="0"/>
          <w:sz w:val="20"/>
        </w:rPr>
        <w:t>save()</w:t>
      </w:r>
      <w:r>
        <w:rPr>
          <w:b w:val="0"/>
          <w:i w:val="0"/>
        </w:rPr>
        <w:t xml:space="preserve">, ta thêm đối số </w:t>
      </w:r>
      <w:r>
        <w:rPr>
          <w:rFonts w:ascii="Consolas" w:hAnsi="Consolas"/>
          <w:b w:val="0"/>
          <w:i w:val="0"/>
          <w:sz w:val="20"/>
        </w:rPr>
        <w:t>commit=False</w:t>
      </w:r>
      <w:r>
        <w:rPr>
          <w:b w:val="0"/>
          <w:i w:val="0"/>
        </w:rPr>
        <w:t xml:space="preserve"> ❺ để bảo Django tạo một đối tượng entry mới và gán nó cho </w:t>
      </w:r>
      <w:r>
        <w:rPr>
          <w:rFonts w:ascii="Consolas" w:hAnsi="Consolas"/>
          <w:b w:val="0"/>
          <w:i w:val="0"/>
          <w:sz w:val="20"/>
        </w:rPr>
        <w:t>new_entry</w:t>
      </w:r>
      <w:r>
        <w:rPr>
          <w:b w:val="0"/>
          <w:i w:val="0"/>
        </w:rPr>
        <w:t xml:space="preserve">, mà chưa lưu vào cơ sở dữ liệu. Ta đặt thuộc tính </w:t>
      </w:r>
      <w:r>
        <w:rPr>
          <w:rFonts w:ascii="Consolas" w:hAnsi="Consolas"/>
          <w:b w:val="0"/>
          <w:i w:val="0"/>
          <w:sz w:val="20"/>
        </w:rPr>
        <w:t>topic</w:t>
      </w:r>
      <w:r>
        <w:rPr>
          <w:b w:val="0"/>
          <w:i w:val="0"/>
        </w:rPr>
        <w:t xml:space="preserve"> của </w:t>
      </w:r>
      <w:r>
        <w:rPr>
          <w:rFonts w:ascii="Consolas" w:hAnsi="Consolas"/>
          <w:b w:val="0"/>
          <w:i w:val="0"/>
          <w:sz w:val="20"/>
        </w:rPr>
        <w:t>new_entry</w:t>
      </w:r>
      <w:r>
        <w:rPr>
          <w:b w:val="0"/>
          <w:i w:val="0"/>
        </w:rPr>
        <w:t xml:space="preserve"> bằng chủ đề mà ta lấy từ cơ sở dữ liệu ở đầu hàm ❻. Rồi ta gọi </w:t>
      </w:r>
      <w:r>
        <w:rPr>
          <w:rFonts w:ascii="Consolas" w:hAnsi="Consolas"/>
          <w:b w:val="0"/>
          <w:i w:val="0"/>
          <w:sz w:val="20"/>
        </w:rPr>
        <w:t>save()</w:t>
      </w:r>
      <w:r>
        <w:rPr>
          <w:b w:val="0"/>
          <w:i w:val="0"/>
        </w:rPr>
        <w:t xml:space="preserve"> không có đối số, lưu mục nhập vào cơ sở dữ liệu với chủ đề liên kết đúng.</w:t>
      </w:r>
    </w:p>
    <w:p>
      <w:pPr>
        <w:spacing w:after="80"/>
      </w:pPr>
      <w:r>
        <w:rPr>
          <w:b w:val="0"/>
          <w:i w:val="0"/>
        </w:rPr>
        <w:t xml:space="preserve">Lệnh gọi </w:t>
      </w:r>
      <w:r>
        <w:rPr>
          <w:rFonts w:ascii="Consolas" w:hAnsi="Consolas"/>
          <w:b w:val="0"/>
          <w:i w:val="0"/>
          <w:sz w:val="20"/>
        </w:rPr>
        <w:t>redirect()</w:t>
      </w:r>
      <w:r>
        <w:rPr>
          <w:b w:val="0"/>
          <w:i w:val="0"/>
        </w:rPr>
        <w:t xml:space="preserve"> cần hai đối số: tên của view mà chúng ta muốn chuyển hướng đến và đối số mà hàm view đó yêu cầu ❼. Ở đây, chúng ta đang chuyển hướng đến </w:t>
      </w:r>
      <w:r>
        <w:rPr>
          <w:rFonts w:ascii="Consolas" w:hAnsi="Consolas"/>
          <w:b w:val="0"/>
          <w:i w:val="0"/>
          <w:sz w:val="20"/>
        </w:rPr>
        <w:t>topic()</w:t>
      </w:r>
      <w:r>
        <w:rPr>
          <w:b w:val="0"/>
          <w:i w:val="0"/>
        </w:rPr>
        <w:t xml:space="preserve">, hàm này cần đối số </w:t>
      </w:r>
      <w:r>
        <w:rPr>
          <w:rFonts w:ascii="Consolas" w:hAnsi="Consolas"/>
          <w:b w:val="0"/>
          <w:i w:val="0"/>
          <w:sz w:val="20"/>
        </w:rPr>
        <w:t>topic_id</w:t>
      </w:r>
      <w:r>
        <w:rPr>
          <w:b w:val="0"/>
          <w:i w:val="0"/>
        </w:rPr>
        <w:t>. View này sau đó sẽ hiển thị trang chủ đề mà người dùng đã thêm mục vào, và họ sẽ thấy mục mới của mình trong danh sách các mục.</w:t>
      </w:r>
    </w:p>
    <w:p>
      <w:pPr>
        <w:spacing w:after="80"/>
      </w:pPr>
      <w:r>
        <w:rPr>
          <w:b w:val="0"/>
          <w:i w:val="0"/>
        </w:rPr>
        <w:t xml:space="preserve">Ở cuối hàm, chúng ta tạo một từ điển </w:t>
      </w:r>
      <w:r>
        <w:rPr>
          <w:rFonts w:ascii="Consolas" w:hAnsi="Consolas"/>
          <w:b w:val="0"/>
          <w:i w:val="0"/>
          <w:sz w:val="20"/>
        </w:rPr>
        <w:t>context</w:t>
      </w:r>
      <w:r>
        <w:rPr>
          <w:b w:val="0"/>
          <w:i w:val="0"/>
        </w:rPr>
        <w:t xml:space="preserve"> và hiển thị trang bằng template </w:t>
      </w:r>
      <w:r>
        <w:rPr>
          <w:b w:val="0"/>
          <w:i/>
        </w:rPr>
        <w:t>new_entry.html</w:t>
      </w:r>
      <w:r>
        <w:rPr>
          <w:b w:val="0"/>
          <w:i w:val="0"/>
        </w:rPr>
        <w:t>. Đoạn mã này sẽ chạy cho một biểu mẫu trống, hoặc cho một biểu mẫu đã được gửi đi nhưng hóa ra lại không hợp lệ.</w:t>
      </w:r>
    </w:p>
    <w:p>
      <w:pPr>
        <w:pStyle w:val="Heading4"/>
      </w:pPr>
      <w:r>
        <w:rPr>
          <w:rFonts w:ascii="Calibri" w:hAnsi="Calibri"/>
          <w:b/>
          <w:i w:val="0"/>
          <w:sz w:val="24"/>
        </w:rPr>
        <w:t>Template new_entry</w:t>
      </w:r>
    </w:p>
    <w:p>
      <w:pPr>
        <w:spacing w:after="80"/>
      </w:pPr>
      <w:r>
        <w:rPr>
          <w:b w:val="0"/>
          <w:i w:val="0"/>
        </w:rPr>
        <w:t xml:space="preserve">Như bạn có thể thấy trong đoạn mã sau, template cho </w:t>
      </w:r>
      <w:r>
        <w:rPr>
          <w:rFonts w:ascii="Consolas" w:hAnsi="Consolas"/>
          <w:b w:val="0"/>
          <w:i w:val="0"/>
          <w:sz w:val="20"/>
        </w:rPr>
        <w:t>new_entry</w:t>
      </w:r>
      <w:r>
        <w:rPr>
          <w:b w:val="0"/>
          <w:i w:val="0"/>
        </w:rPr>
        <w:t xml:space="preserve"> tương tự như template cho </w:t>
      </w:r>
      <w:r>
        <w:rPr>
          <w:rFonts w:ascii="Consolas" w:hAnsi="Consolas"/>
          <w:b w:val="0"/>
          <w:i w:val="0"/>
          <w:sz w:val="20"/>
        </w:rPr>
        <w:t>new_topic</w:t>
      </w:r>
      <w:r>
        <w:rPr>
          <w:b w:val="0"/>
          <w:i w:val="0"/>
        </w:rPr>
        <w:t>:</w:t>
      </w:r>
    </w:p>
    <w:p>
      <w:pPr>
        <w:spacing w:after="80"/>
      </w:pPr>
      <w:r>
        <w:rPr>
          <w:b w:val="0"/>
          <w:i w:val="0"/>
        </w:rPr>
        <w:t>new_entry.html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&lt;p&gt;&lt;a href="{% url 'learning_logs:topic' topic.id %}"&gt;{{ topic }}&lt;/a&gt;&lt;/p&gt;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&lt;p&gt;Add a new entry:&lt;/p&gt;</w:t>
      </w:r>
    </w:p>
    <w:p>
      <w:pPr>
        <w:spacing w:after="0"/>
        <w:ind w:left="360"/>
        <w:shd w:val="clear" w:color="auto" w:fill="F2F2F2"/>
      </w:pPr>
      <w:r>
        <w:rPr>
          <w:rFonts w:ascii="Consolas" w:hAnsi="Consolas"/>
          <w:b w:val="0"/>
          <w:i w:val="0"/>
          <w:sz w:val="18"/>
        </w:rPr>
        <w:t>❷   &lt;form action="{% url 'learning_logs:new_entry' topic.id %}" method='post'&gt;</w:t>
      </w:r>
    </w:p>
    <w:p>
      <w:pPr>
        <w:spacing w:after="0"/>
        <w:ind w:left="360"/>
        <w:shd w:val="clear" w:color="auto" w:fill="F2F2F2"/>
      </w:pPr>
      <w:r>
        <w:rPr>
          <w:rFonts w:ascii="Consolas" w:hAnsi="Consolas"/>
          <w:b w:val="0"/>
          <w:i w:val="0"/>
          <w:sz w:val="18"/>
        </w:rPr>
        <w:t xml:space="preserve">    {% csrf_token %}</w:t>
      </w:r>
    </w:p>
    <w:p>
      <w:pPr>
        <w:spacing w:after="0"/>
        <w:ind w:left="360"/>
        <w:shd w:val="clear" w:color="auto" w:fill="F2F2F2"/>
      </w:pPr>
      <w:r>
        <w:rPr>
          <w:rFonts w:ascii="Consolas" w:hAnsi="Consolas"/>
          <w:b w:val="0"/>
          <w:i w:val="0"/>
          <w:sz w:val="18"/>
        </w:rPr>
        <w:t xml:space="preserve">    {{ form.as_div }}</w:t>
      </w:r>
    </w:p>
    <w:p>
      <w:pPr>
        <w:spacing w:after="0"/>
        <w:ind w:left="360"/>
        <w:shd w:val="clear" w:color="auto" w:fill="F2F2F2"/>
      </w:pPr>
      <w:r>
        <w:rPr>
          <w:rFonts w:ascii="Consolas" w:hAnsi="Consolas"/>
          <w:b w:val="0"/>
          <w:i w:val="0"/>
          <w:sz w:val="18"/>
        </w:rPr>
        <w:t xml:space="preserve">    &lt;button name='submit'&gt;Add entry&lt;/button&gt;</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Chúng ta hiển thị chủ đề ở đầu trang ❶, để người dùng có thể thấy mình đang thêm mục vào chủ đề nào. Chủ đề này cũng đóng vai trò như một liên kết quay lại trang chính của chủ đề đó.</w:t>
      </w:r>
    </w:p>
    <w:p>
      <w:pPr>
        <w:spacing w:after="80"/>
      </w:pPr>
      <w:r>
        <w:rPr>
          <w:b w:val="0"/>
          <w:i w:val="0"/>
        </w:rPr>
        <w:t xml:space="preserve">Đối số </w:t>
      </w:r>
      <w:r>
        <w:rPr>
          <w:rFonts w:ascii="Consolas" w:hAnsi="Consolas"/>
          <w:b w:val="0"/>
          <w:i w:val="0"/>
          <w:sz w:val="20"/>
        </w:rPr>
        <w:t>action</w:t>
      </w:r>
      <w:r>
        <w:rPr>
          <w:b w:val="0"/>
          <w:i w:val="0"/>
        </w:rPr>
        <w:t xml:space="preserve"> của biểu mẫu bao gồm giá trị </w:t>
      </w:r>
      <w:r>
        <w:rPr>
          <w:rFonts w:ascii="Consolas" w:hAnsi="Consolas"/>
          <w:b w:val="0"/>
          <w:i w:val="0"/>
          <w:sz w:val="20"/>
        </w:rPr>
        <w:t>topic.id</w:t>
      </w:r>
      <w:r>
        <w:rPr>
          <w:b w:val="0"/>
          <w:i w:val="0"/>
        </w:rPr>
        <w:t xml:space="preserve"> trong URL, để hàm view có thể liên kết mục mới với đúng chủ đề ❷. Ngoài điều đó ra, template này trông giống hệt </w:t>
      </w:r>
      <w:r>
        <w:rPr>
          <w:b w:val="0"/>
          <w:i/>
        </w:rPr>
        <w:t>new_topic.html</w:t>
      </w:r>
      <w:r>
        <w:rPr>
          <w:b w:val="0"/>
          <w:i w:val="0"/>
        </w:rPr>
        <w:t>.</w:t>
      </w:r>
    </w:p>
    <w:p>
      <w:pPr>
        <w:pStyle w:val="Heading4"/>
      </w:pPr>
      <w:r>
        <w:rPr>
          <w:rFonts w:ascii="Calibri" w:hAnsi="Calibri"/>
          <w:b/>
          <w:i w:val="0"/>
          <w:sz w:val="24"/>
        </w:rPr>
        <w:t>Liên kết đến trang new_entry</w:t>
      </w:r>
    </w:p>
    <w:p>
      <w:pPr>
        <w:spacing w:after="80"/>
      </w:pPr>
      <w:r>
        <w:rPr>
          <w:b w:val="0"/>
          <w:i w:val="0"/>
        </w:rPr>
        <w:t xml:space="preserve">Tiếp theo, chúng ta cần thêm một liên kết đến trang </w:t>
      </w:r>
      <w:r>
        <w:rPr>
          <w:rFonts w:ascii="Consolas" w:hAnsi="Consolas"/>
          <w:b w:val="0"/>
          <w:i w:val="0"/>
          <w:sz w:val="20"/>
        </w:rPr>
        <w:t>new_entry</w:t>
      </w:r>
      <w:r>
        <w:rPr>
          <w:b w:val="0"/>
          <w:i w:val="0"/>
        </w:rPr>
        <w:t xml:space="preserve"> từ mỗi trang chủ đề, trong template chủ đề:</w:t>
      </w:r>
    </w:p>
    <w:p>
      <w:pPr>
        <w:spacing w:after="80"/>
      </w:pPr>
      <w:r>
        <w:rPr>
          <w:b w:val="0"/>
          <w:i w:val="0"/>
        </w:rPr>
        <w:t>topic.html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&lt;p&gt;Topic: {{ topic }}&lt;/p&gt;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&lt;p&gt;Entries:&lt;/p&gt;</w:t>
      </w:r>
    </w:p>
    <w:p>
      <w:pPr>
        <w:spacing w:after="0"/>
        <w:ind w:left="360"/>
        <w:shd w:val="clear" w:color="auto" w:fill="F2F2F2"/>
      </w:pPr>
      <w:r>
        <w:rPr>
          <w:rFonts w:ascii="Consolas" w:hAnsi="Consolas"/>
          <w:b w:val="0"/>
          <w:i w:val="0"/>
          <w:sz w:val="18"/>
        </w:rPr>
        <w:t xml:space="preserve">  &lt;p&gt;</w:t>
      </w:r>
    </w:p>
    <w:p>
      <w:pPr>
        <w:spacing w:after="0"/>
        <w:ind w:left="360"/>
        <w:shd w:val="clear" w:color="auto" w:fill="F2F2F2"/>
      </w:pPr>
      <w:r>
        <w:rPr>
          <w:rFonts w:ascii="Consolas" w:hAnsi="Consolas"/>
          <w:b w:val="0"/>
          <w:i w:val="0"/>
          <w:sz w:val="18"/>
        </w:rPr>
        <w:t xml:space="preserve">    &lt;a href="{% url 'learning_logs:new_entry' topic.id %}"&gt;Add new entry&lt;/a&gt;</w:t>
      </w:r>
    </w:p>
    <w:p>
      <w:pPr>
        <w:spacing w:after="0"/>
        <w:ind w:left="360"/>
        <w:shd w:val="clear" w:color="auto" w:fill="F2F2F2"/>
      </w:pPr>
      <w:r>
        <w:rPr>
          <w:rFonts w:ascii="Consolas" w:hAnsi="Consolas"/>
          <w:b w:val="0"/>
          <w:i w:val="0"/>
          <w:sz w:val="18"/>
        </w:rPr>
        <w:t xml:space="preserve">  &lt;/p&gt;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Chúng ta đặt liên kết để thêm mục ngay trước khi hiển thị các mục, vì thêm một mục mới sẽ là hành động phổ biến nhất trên trang này. Hình 19-2 cho thấy trang </w:t>
      </w:r>
      <w:r>
        <w:rPr>
          <w:rFonts w:ascii="Consolas" w:hAnsi="Consolas"/>
          <w:b w:val="0"/>
          <w:i w:val="0"/>
          <w:sz w:val="20"/>
        </w:rPr>
        <w:t>new_entry</w:t>
      </w:r>
      <w:r>
        <w:rPr>
          <w:b w:val="0"/>
          <w:i w:val="0"/>
        </w:rPr>
        <w:t xml:space="preserve">. Giờ đây người dùng có thể thêm chủ đề mới và bao nhiêu mục tùy thích cho mỗi chủ đề. Hãy thử trang </w:t>
      </w:r>
      <w:r>
        <w:rPr>
          <w:rFonts w:ascii="Consolas" w:hAnsi="Consolas"/>
          <w:b w:val="0"/>
          <w:i w:val="0"/>
          <w:sz w:val="20"/>
        </w:rPr>
        <w:t>new_entry</w:t>
      </w:r>
      <w:r>
        <w:rPr>
          <w:b w:val="0"/>
          <w:i w:val="0"/>
        </w:rPr>
        <w:t xml:space="preserve"> bằng cách thêm vài mục vào một số chủ đề bạn đã tạo.</w:t>
      </w:r>
    </w:p>
    <w:p>
      <w:pPr>
        <w:jc w:val="center"/>
      </w:pPr>
      <w:r>
        <w:drawing>
          <wp:inline xmlns:a="http://schemas.openxmlformats.org/drawingml/2006/main" xmlns:pic="http://schemas.openxmlformats.org/drawingml/2006/picture">
            <wp:extent cx="5486400" cy="3223968"/>
            <wp:docPr id="74" name="Picture 74"/>
            <wp:cNvGraphicFramePr>
              <a:graphicFrameLocks noChangeAspect="1"/>
            </wp:cNvGraphicFramePr>
            <a:graphic>
              <a:graphicData uri="http://schemas.openxmlformats.org/drawingml/2006/picture">
                <pic:pic>
                  <pic:nvPicPr>
                    <pic:cNvPr id="0" name="image_rsrcBK2.jpg"/>
                    <pic:cNvPicPr/>
                  </pic:nvPicPr>
                  <pic:blipFill>
                    <a:blip r:embed="rId63"/>
                    <a:stretch>
                      <a:fillRect/>
                    </a:stretch>
                  </pic:blipFill>
                  <pic:spPr>
                    <a:xfrm>
                      <a:off x="0" y="0"/>
                      <a:ext cx="5486400" cy="3223968"/>
                    </a:xfrm>
                    <a:prstGeom prst="rect"/>
                  </pic:spPr>
                </pic:pic>
              </a:graphicData>
            </a:graphic>
          </wp:inline>
        </w:drawing>
      </w:r>
    </w:p>
    <w:p>
      <w:pPr>
        <w:spacing w:after="80"/>
      </w:pPr>
      <w:r>
        <w:rPr>
          <w:b w:val="0"/>
          <w:i w:val="0"/>
        </w:rPr>
        <w:t xml:space="preserve">Hình 19-2: Trang </w:t>
      </w:r>
      <w:r>
        <w:rPr>
          <w:rFonts w:ascii="Consolas" w:hAnsi="Consolas"/>
          <w:b w:val="0"/>
          <w:i w:val="0"/>
          <w:sz w:val="20"/>
        </w:rPr>
        <w:t>new_entry</w:t>
      </w:r>
    </w:p>
    <w:p>
      <w:pPr>
        <w:pStyle w:val="Heading3"/>
      </w:pPr>
      <w:r>
        <w:rPr>
          <w:rFonts w:ascii="Calibri" w:hAnsi="Calibri"/>
          <w:b/>
          <w:i w:val="0"/>
          <w:sz w:val="27"/>
        </w:rPr>
        <w:t>Chỉnh sửa các mục</w:t>
      </w:r>
    </w:p>
    <w:p>
      <w:pPr>
        <w:spacing w:after="80"/>
      </w:pPr>
      <w:r>
        <w:rPr>
          <w:b w:val="0"/>
          <w:i w:val="0"/>
        </w:rPr>
        <w:t>Bây giờ chúng ta sẽ tạo một trang để người dùng có thể chỉnh sửa các mục họ đã thêm.</w:t>
      </w:r>
    </w:p>
    <w:p>
      <w:pPr>
        <w:pStyle w:val="Heading4"/>
      </w:pPr>
      <w:r>
        <w:rPr>
          <w:rFonts w:ascii="Calibri" w:hAnsi="Calibri"/>
          <w:b/>
          <w:i w:val="0"/>
          <w:sz w:val="24"/>
        </w:rPr>
        <w:t>URL edit_entry</w:t>
      </w:r>
    </w:p>
    <w:p>
      <w:pPr>
        <w:spacing w:after="80"/>
      </w:pPr>
      <w:r>
        <w:rPr>
          <w:b w:val="0"/>
          <w:i w:val="0"/>
        </w:rPr>
        <w:t xml:space="preserve">URL của trang cần truyền ID của mục cần chỉnh sửa. Đây là </w:t>
      </w:r>
      <w:r>
        <w:rPr>
          <w:b w:val="0"/>
          <w:i/>
        </w:rPr>
        <w:t>learning_logs/urls.py</w:t>
      </w:r>
      <w:r>
        <w:rPr>
          <w:b w:val="0"/>
          <w:i w:val="0"/>
        </w:rPr>
        <w:t>:</w:t>
      </w:r>
    </w:p>
    <w:p>
      <w:pPr>
        <w:spacing w:after="80"/>
      </w:pPr>
      <w:r>
        <w:rPr>
          <w:b w:val="0"/>
          <w:i w:val="0"/>
        </w:rPr>
        <w:t>urls.py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 Page for editing an entry.</w:t>
      </w:r>
    </w:p>
    <w:p>
      <w:pPr>
        <w:spacing w:after="0"/>
        <w:ind w:left="360"/>
        <w:shd w:val="clear" w:color="auto" w:fill="F2F2F2"/>
      </w:pPr>
      <w:r>
        <w:rPr>
          <w:rFonts w:ascii="Consolas" w:hAnsi="Consolas"/>
          <w:b w:val="0"/>
          <w:i w:val="0"/>
          <w:sz w:val="18"/>
        </w:rPr>
        <w:t xml:space="preserve">    path('edit_entry/&lt;int:entry_id&gt;/', views.edit_entry, name='edit_entry'),</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Mẫu URL này khớp với các URL như </w:t>
      </w:r>
      <w:r>
        <w:rPr>
          <w:b w:val="0"/>
          <w:i/>
        </w:rPr>
        <w:t>http://localhost:8000/edit_entry/id/</w:t>
      </w:r>
      <w:r>
        <w:rPr>
          <w:b w:val="0"/>
          <w:i w:val="0"/>
        </w:rPr>
        <w:t xml:space="preserve">. Ở đây giá trị của </w:t>
      </w:r>
      <w:r>
        <w:rPr>
          <w:rFonts w:ascii="Consolas" w:hAnsi="Consolas"/>
          <w:b w:val="0"/>
          <w:i/>
          <w:sz w:val="20"/>
        </w:rPr>
        <w:t>id</w:t>
      </w:r>
      <w:r>
        <w:rPr>
          <w:b w:val="0"/>
          <w:i w:val="0"/>
        </w:rPr>
        <w:t xml:space="preserve"> được gán cho tham số </w:t>
      </w:r>
      <w:r>
        <w:rPr>
          <w:rFonts w:ascii="Consolas" w:hAnsi="Consolas"/>
          <w:b w:val="0"/>
          <w:i w:val="0"/>
          <w:sz w:val="20"/>
        </w:rPr>
        <w:t>entry_id</w:t>
      </w:r>
      <w:r>
        <w:rPr>
          <w:b w:val="0"/>
          <w:i w:val="0"/>
        </w:rPr>
        <w:t xml:space="preserve">. Django gửi các yêu cầu khớp với định dạng này đến hàm view </w:t>
      </w:r>
      <w:r>
        <w:rPr>
          <w:rFonts w:ascii="Consolas" w:hAnsi="Consolas"/>
          <w:b w:val="0"/>
          <w:i w:val="0"/>
          <w:sz w:val="20"/>
        </w:rPr>
        <w:t>edit_entry()</w:t>
      </w:r>
      <w:r>
        <w:rPr>
          <w:b w:val="0"/>
          <w:i w:val="0"/>
        </w:rPr>
        <w:t>.</w:t>
      </w:r>
    </w:p>
    <w:p>
      <w:pPr>
        <w:pStyle w:val="Heading4"/>
      </w:pPr>
      <w:r>
        <w:rPr>
          <w:rFonts w:ascii="Calibri" w:hAnsi="Calibri"/>
          <w:b/>
          <w:i w:val="0"/>
          <w:sz w:val="24"/>
        </w:rPr>
        <w:t>Hàm view edit_entry()</w:t>
      </w:r>
    </w:p>
    <w:p>
      <w:pPr>
        <w:spacing w:after="80"/>
      </w:pPr>
      <w:r>
        <w:rPr>
          <w:b w:val="0"/>
          <w:i w:val="0"/>
        </w:rPr>
        <w:t xml:space="preserve">Khi trang </w:t>
      </w:r>
      <w:r>
        <w:rPr>
          <w:rFonts w:ascii="Consolas" w:hAnsi="Consolas"/>
          <w:b w:val="0"/>
          <w:i w:val="0"/>
          <w:sz w:val="20"/>
        </w:rPr>
        <w:t>edit_entry</w:t>
      </w:r>
      <w:r>
        <w:rPr>
          <w:b w:val="0"/>
          <w:i w:val="0"/>
        </w:rPr>
        <w:t xml:space="preserve"> nhận được yêu cầu GET, hàm </w:t>
      </w:r>
      <w:r>
        <w:rPr>
          <w:rFonts w:ascii="Consolas" w:hAnsi="Consolas"/>
          <w:b w:val="0"/>
          <w:i w:val="0"/>
          <w:sz w:val="20"/>
        </w:rPr>
        <w:t>edit_entry()</w:t>
      </w:r>
      <w:r>
        <w:rPr>
          <w:b w:val="0"/>
          <w:i w:val="0"/>
        </w:rPr>
        <w:t xml:space="preserve"> trả về một biểu mẫu để chỉnh sửa mục. Khi trang nhận được yêu cầu POST với nội dung mục đã được sửa, nó lưu văn bản đã chỉnh sửa vào cơ sở dữ liệu:</w:t>
      </w:r>
    </w:p>
    <w:p>
      <w:pPr>
        <w:spacing w:after="80"/>
      </w:pPr>
      <w:r>
        <w:rPr>
          <w:b w:val="0"/>
          <w:i w:val="0"/>
        </w:rPr>
        <w:t>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 Entry</w:t>
      </w:r>
    </w:p>
    <w:p>
      <w:pPr>
        <w:spacing w:after="0"/>
        <w:ind w:left="360"/>
        <w:shd w:val="clear" w:color="auto" w:fill="F2F2F2"/>
      </w:pPr>
      <w:r>
        <w:rPr>
          <w:rFonts w:ascii="Consolas" w:hAnsi="Consolas"/>
          <w:b w:val="0"/>
          <w:i w:val="0"/>
          <w:sz w:val="18"/>
        </w:rPr>
        <w:t>from .forms import TopicForm, EntryForm</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edit_entry(request, entry_id):</w:t>
      </w:r>
    </w:p>
    <w:p>
      <w:pPr>
        <w:spacing w:after="0"/>
        <w:ind w:left="360"/>
        <w:shd w:val="clear" w:color="auto" w:fill="F2F2F2"/>
      </w:pPr>
      <w:r>
        <w:rPr>
          <w:rFonts w:ascii="Consolas" w:hAnsi="Consolas"/>
          <w:b w:val="0"/>
          <w:i w:val="0"/>
          <w:sz w:val="18"/>
        </w:rPr>
        <w:t xml:space="preserve">    """Edit an existing entry."""</w:t>
      </w:r>
    </w:p>
    <w:p>
      <w:pPr>
        <w:spacing w:after="0"/>
        <w:ind w:left="360"/>
        <w:shd w:val="clear" w:color="auto" w:fill="F2F2F2"/>
      </w:pPr>
      <w:r>
        <w:rPr>
          <w:rFonts w:ascii="Consolas" w:hAnsi="Consolas"/>
          <w:b w:val="0"/>
          <w:i w:val="0"/>
          <w:sz w:val="18"/>
        </w:rPr>
        <w:t>❶     entry = Entry.objects.get(id=entry_id)</w:t>
      </w:r>
    </w:p>
    <w:p>
      <w:pPr>
        <w:spacing w:after="0"/>
        <w:ind w:left="360"/>
        <w:shd w:val="clear" w:color="auto" w:fill="F2F2F2"/>
      </w:pPr>
      <w:r>
        <w:rPr>
          <w:rFonts w:ascii="Consolas" w:hAnsi="Consolas"/>
          <w:b w:val="0"/>
          <w:i w:val="0"/>
          <w:sz w:val="18"/>
        </w:rPr>
        <w:t xml:space="preserve">    topic = entry.topic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request.method != 'POST':</w:t>
      </w:r>
    </w:p>
    <w:p>
      <w:pPr>
        <w:spacing w:after="0"/>
        <w:ind w:left="360"/>
        <w:shd w:val="clear" w:color="auto" w:fill="F2F2F2"/>
      </w:pPr>
      <w:r>
        <w:rPr>
          <w:rFonts w:ascii="Consolas" w:hAnsi="Consolas"/>
          <w:b w:val="0"/>
          <w:i w:val="0"/>
          <w:sz w:val="18"/>
        </w:rPr>
        <w:t xml:space="preserve">        # Initial request; pre-fill form with the current entry.</w:t>
      </w:r>
    </w:p>
    <w:p>
      <w:pPr>
        <w:spacing w:after="0"/>
        <w:ind w:left="360"/>
        <w:shd w:val="clear" w:color="auto" w:fill="F2F2F2"/>
      </w:pPr>
      <w:r>
        <w:rPr>
          <w:rFonts w:ascii="Consolas" w:hAnsi="Consolas"/>
          <w:b w:val="0"/>
          <w:i w:val="0"/>
          <w:sz w:val="18"/>
        </w:rPr>
        <w:t>❷         form = EntryForm(instance=entry)</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POST data submitted; process data.</w:t>
      </w:r>
    </w:p>
    <w:p>
      <w:pPr>
        <w:spacing w:after="0"/>
        <w:ind w:left="360"/>
        <w:shd w:val="clear" w:color="auto" w:fill="F2F2F2"/>
      </w:pPr>
      <w:r>
        <w:rPr>
          <w:rFonts w:ascii="Consolas" w:hAnsi="Consolas"/>
          <w:b w:val="0"/>
          <w:i w:val="0"/>
          <w:sz w:val="18"/>
        </w:rPr>
        <w:t>❸         form = EntryForm(instance=entry, data=request.POST)</w:t>
      </w:r>
    </w:p>
    <w:p>
      <w:pPr>
        <w:spacing w:after="0"/>
        <w:ind w:left="360"/>
        <w:shd w:val="clear" w:color="auto" w:fill="F2F2F2"/>
      </w:pPr>
      <w:r>
        <w:rPr>
          <w:rFonts w:ascii="Consolas" w:hAnsi="Consolas"/>
          <w:b w:val="0"/>
          <w:i w:val="0"/>
          <w:sz w:val="18"/>
        </w:rPr>
        <w:t xml:space="preserve">        if form.is_valid():</w:t>
      </w:r>
    </w:p>
    <w:p>
      <w:pPr>
        <w:spacing w:after="0"/>
        <w:ind w:left="360"/>
        <w:shd w:val="clear" w:color="auto" w:fill="F2F2F2"/>
      </w:pPr>
      <w:r>
        <w:rPr>
          <w:rFonts w:ascii="Consolas" w:hAnsi="Consolas"/>
          <w:b w:val="0"/>
          <w:i w:val="0"/>
          <w:sz w:val="18"/>
        </w:rPr>
        <w:t>❹             form.save()</w:t>
      </w:r>
    </w:p>
    <w:p>
      <w:pPr>
        <w:spacing w:after="0"/>
        <w:ind w:left="360"/>
        <w:shd w:val="clear" w:color="auto" w:fill="F2F2F2"/>
      </w:pPr>
      <w:r>
        <w:rPr>
          <w:rFonts w:ascii="Consolas" w:hAnsi="Consolas"/>
          <w:b w:val="0"/>
          <w:i w:val="0"/>
          <w:sz w:val="18"/>
        </w:rPr>
        <w:t>❺             return redirect('learning_logs:topic', topic_id=topic.id)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context = {'entry': entry, 'topic': topic, 'form': form}</w:t>
      </w:r>
    </w:p>
    <w:p>
      <w:pPr>
        <w:spacing w:after="0"/>
        <w:ind w:left="360"/>
        <w:shd w:val="clear" w:color="auto" w:fill="F2F2F2"/>
      </w:pPr>
      <w:r>
        <w:rPr>
          <w:rFonts w:ascii="Consolas" w:hAnsi="Consolas"/>
          <w:b w:val="0"/>
          <w:i w:val="0"/>
          <w:sz w:val="18"/>
        </w:rPr>
        <w:t xml:space="preserve">    return render(request, 'learning_logs/edit_entry.html', context)</w:t>
      </w:r>
    </w:p>
    <w:p>
      <w:pPr>
        <w:spacing w:after="40"/>
      </w:pPr>
    </w:p>
    <w:p>
      <w:pPr>
        <w:spacing w:after="80"/>
      </w:pPr>
      <w:r>
        <w:rPr>
          <w:b w:val="0"/>
          <w:i w:val="0"/>
        </w:rPr>
        <w:t xml:space="preserve">Đầu tiên chúng ta import model </w:t>
      </w:r>
      <w:r>
        <w:rPr>
          <w:rFonts w:ascii="Consolas" w:hAnsi="Consolas"/>
          <w:b w:val="0"/>
          <w:i w:val="0"/>
          <w:sz w:val="20"/>
        </w:rPr>
        <w:t>Entry</w:t>
      </w:r>
      <w:r>
        <w:rPr>
          <w:b w:val="0"/>
          <w:i w:val="0"/>
        </w:rPr>
        <w:t xml:space="preserve">. Sau đó chúng ta lấy đối tượng entry mà người dùng muốn chỉnh sửa ❶ và chủ đề liên kết với entry này. Trong khối </w:t>
      </w:r>
      <w:r>
        <w:rPr>
          <w:rFonts w:ascii="Consolas" w:hAnsi="Consolas"/>
          <w:b w:val="0"/>
          <w:i w:val="0"/>
          <w:sz w:val="20"/>
        </w:rPr>
        <w:t>if</w:t>
      </w:r>
      <w:r>
        <w:rPr>
          <w:b w:val="0"/>
          <w:i w:val="0"/>
        </w:rPr>
        <w:t xml:space="preserve">, khối này chạy cho yêu cầu GET, chúng ta tạo một instance của </w:t>
      </w:r>
      <w:r>
        <w:rPr>
          <w:rFonts w:ascii="Consolas" w:hAnsi="Consolas"/>
          <w:b w:val="0"/>
          <w:i w:val="0"/>
          <w:sz w:val="20"/>
        </w:rPr>
        <w:t>EntryForm</w:t>
      </w:r>
      <w:r>
        <w:rPr>
          <w:b w:val="0"/>
          <w:i w:val="0"/>
        </w:rPr>
        <w:t xml:space="preserve"> với đối số </w:t>
      </w:r>
      <w:r>
        <w:rPr>
          <w:rFonts w:ascii="Consolas" w:hAnsi="Consolas"/>
          <w:b w:val="0"/>
          <w:i w:val="0"/>
          <w:sz w:val="20"/>
        </w:rPr>
        <w:t>instance=entry</w:t>
      </w:r>
      <w:r>
        <w:rPr>
          <w:b w:val="0"/>
          <w:i w:val="0"/>
        </w:rPr>
        <w:t xml:space="preserve"> ❷. Đối số này bảo Django tạo biểu mẫu, được điền sẵn thông tin từ đối tượng entry hiện có. Người dùng sẽ thấy dữ liệu hiện tại của họ và có thể chỉnh sửa dữ liệu đó.</w:t>
      </w:r>
    </w:p>
    <w:p>
      <w:pPr>
        <w:spacing w:after="80"/>
      </w:pPr>
      <w:r>
        <w:rPr>
          <w:b w:val="0"/>
          <w:i w:val="0"/>
        </w:rPr>
        <w:t xml:space="preserve">Khi xử lý yêu cầu POST, chúng ta truyền cả hai đối số </w:t>
      </w:r>
      <w:r>
        <w:rPr>
          <w:rFonts w:ascii="Consolas" w:hAnsi="Consolas"/>
          <w:b w:val="0"/>
          <w:i w:val="0"/>
          <w:sz w:val="20"/>
        </w:rPr>
        <w:t>instance=entry</w:t>
      </w:r>
      <w:r>
        <w:rPr>
          <w:b w:val="0"/>
          <w:i w:val="0"/>
        </w:rPr>
        <w:t xml:space="preserve"> và </w:t>
      </w:r>
      <w:r>
        <w:rPr>
          <w:rFonts w:ascii="Consolas" w:hAnsi="Consolas"/>
          <w:b w:val="0"/>
          <w:i w:val="0"/>
          <w:sz w:val="20"/>
        </w:rPr>
        <w:t>data=request.POST</w:t>
      </w:r>
      <w:r>
        <w:rPr>
          <w:b w:val="0"/>
          <w:i w:val="0"/>
        </w:rPr>
        <w:t xml:space="preserve"> ❸. Những đối số này bảo Django tạo một instance biểu mẫu dựa trên thông tin liên kết với đối tượng entry hiện có, được cập nhật với bất kỳ dữ liệu liên quan nào từ </w:t>
      </w:r>
      <w:r>
        <w:rPr>
          <w:rFonts w:ascii="Consolas" w:hAnsi="Consolas"/>
          <w:b w:val="0"/>
          <w:i w:val="0"/>
          <w:sz w:val="20"/>
        </w:rPr>
        <w:t>request.POST</w:t>
      </w:r>
      <w:r>
        <w:rPr>
          <w:b w:val="0"/>
          <w:i w:val="0"/>
        </w:rPr>
        <w:t xml:space="preserve">. Sau đó chúng ta kiểm tra xem biểu mẫu có hợp lệ không; nếu hợp lệ, chúng ta gọi </w:t>
      </w:r>
      <w:r>
        <w:rPr>
          <w:rFonts w:ascii="Consolas" w:hAnsi="Consolas"/>
          <w:b w:val="0"/>
          <w:i w:val="0"/>
          <w:sz w:val="20"/>
        </w:rPr>
        <w:t>save()</w:t>
      </w:r>
      <w:r>
        <w:rPr>
          <w:b w:val="0"/>
          <w:i w:val="0"/>
        </w:rPr>
        <w:t xml:space="preserve"> không có đối số vì entry đã được liên kết với đúng chủ đề ❹. Sau đó chúng ta chuyển hướng đến trang </w:t>
      </w:r>
      <w:r>
        <w:rPr>
          <w:rFonts w:ascii="Consolas" w:hAnsi="Consolas"/>
          <w:b w:val="0"/>
          <w:i w:val="0"/>
          <w:sz w:val="20"/>
        </w:rPr>
        <w:t>topic</w:t>
      </w:r>
      <w:r>
        <w:rPr>
          <w:b w:val="0"/>
          <w:i w:val="0"/>
        </w:rPr>
        <w:t>, nơi người dùng sẽ thấy phiên bản đã cập nhật của mục mà họ đã chỉnh sửa ❺.</w:t>
      </w:r>
    </w:p>
    <w:p>
      <w:pPr>
        <w:spacing w:after="80"/>
      </w:pPr>
      <w:r>
        <w:rPr>
          <w:b w:val="0"/>
          <w:i w:val="0"/>
        </w:rPr>
        <w:t xml:space="preserve">Nếu chúng ta đang hiển thị biểu mẫu ban đầu để chỉnh sửa mục hoặc nếu biểu mẫu đã gửi không hợp lệ, chúng ta tạo từ điển </w:t>
      </w:r>
      <w:r>
        <w:rPr>
          <w:rFonts w:ascii="Consolas" w:hAnsi="Consolas"/>
          <w:b w:val="0"/>
          <w:i w:val="0"/>
          <w:sz w:val="20"/>
        </w:rPr>
        <w:t>context</w:t>
      </w:r>
      <w:r>
        <w:rPr>
          <w:b w:val="0"/>
          <w:i w:val="0"/>
        </w:rPr>
        <w:t xml:space="preserve"> và render trang bằng template </w:t>
      </w:r>
      <w:r>
        <w:rPr>
          <w:b w:val="0"/>
          <w:i/>
        </w:rPr>
        <w:t>edit_entry.html</w:t>
      </w:r>
      <w:r>
        <w:rPr>
          <w:b w:val="0"/>
          <w:i w:val="0"/>
        </w:rPr>
        <w:t>.</w:t>
      </w:r>
    </w:p>
    <w:p>
      <w:pPr>
        <w:pStyle w:val="Heading4"/>
      </w:pPr>
      <w:r>
        <w:rPr>
          <w:rFonts w:ascii="Calibri" w:hAnsi="Calibri"/>
          <w:b/>
          <w:i w:val="0"/>
          <w:sz w:val="24"/>
        </w:rPr>
        <w:t>Template edit_entry</w:t>
      </w:r>
    </w:p>
    <w:p>
      <w:pPr>
        <w:spacing w:after="80"/>
      </w:pPr>
      <w:r>
        <w:rPr>
          <w:b w:val="0"/>
          <w:i w:val="0"/>
        </w:rPr>
        <w:t xml:space="preserve">Tiếp theo, chúng ta tạo template </w:t>
      </w:r>
      <w:r>
        <w:rPr>
          <w:b w:val="0"/>
          <w:i/>
        </w:rPr>
        <w:t xml:space="preserve">edit_entry.html </w:t>
      </w:r>
      <w:r>
        <w:rPr>
          <w:b w:val="0"/>
          <w:i w:val="0"/>
        </w:rPr>
        <w:t xml:space="preserve">, tương tự như </w:t>
      </w:r>
      <w:r>
        <w:rPr>
          <w:b w:val="0"/>
          <w:i/>
        </w:rPr>
        <w:t>new_entry.html</w:t>
      </w:r>
      <w:r>
        <w:rPr>
          <w:b w:val="0"/>
          <w:i w:val="0"/>
        </w:rPr>
        <w:t>:</w:t>
      </w:r>
    </w:p>
    <w:p>
      <w:pPr>
        <w:spacing w:after="80"/>
      </w:pPr>
      <w:r>
        <w:rPr>
          <w:b w:val="0"/>
          <w:i w:val="0"/>
        </w:rPr>
        <w:t>edit_entry.html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&lt;p&gt;&lt;a href="{% url 'learning_logs:topic' topic.id %}"&gt;{{ topic }}&lt;/a&gt;&lt;/p&gt;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&lt;p&gt;Edit entry:&lt;/p&gt;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&lt;form action="{% url 'learning_logs:edit_entry' entry.id %}" method='post'&gt;</w:t>
      </w:r>
    </w:p>
    <w:p>
      <w:pPr>
        <w:spacing w:after="0"/>
        <w:ind w:left="360"/>
        <w:shd w:val="clear" w:color="auto" w:fill="F2F2F2"/>
      </w:pPr>
      <w:r>
        <w:rPr>
          <w:rFonts w:ascii="Consolas" w:hAnsi="Consolas"/>
          <w:b w:val="0"/>
          <w:i w:val="0"/>
          <w:sz w:val="18"/>
        </w:rPr>
        <w:t xml:space="preserve">    {% csrf_token %}</w:t>
      </w:r>
    </w:p>
    <w:p>
      <w:pPr>
        <w:spacing w:after="0"/>
        <w:ind w:left="360"/>
        <w:shd w:val="clear" w:color="auto" w:fill="F2F2F2"/>
      </w:pPr>
      <w:r>
        <w:rPr>
          <w:rFonts w:ascii="Consolas" w:hAnsi="Consolas"/>
          <w:b w:val="0"/>
          <w:i w:val="0"/>
          <w:sz w:val="18"/>
        </w:rPr>
        <w:t xml:space="preserve">    {{ form.as_div }}</w:t>
      </w:r>
    </w:p>
    <w:p>
      <w:pPr>
        <w:spacing w:after="0"/>
        <w:ind w:left="360"/>
        <w:shd w:val="clear" w:color="auto" w:fill="F2F2F2"/>
      </w:pPr>
      <w:r>
        <w:rPr>
          <w:rFonts w:ascii="Consolas" w:hAnsi="Consolas"/>
          <w:b w:val="0"/>
          <w:i w:val="0"/>
          <w:sz w:val="18"/>
        </w:rPr>
        <w:t>❷     &lt;button name="submit"&gt;Save changes&lt;/button&gt;</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Đối số </w:t>
      </w:r>
      <w:r>
        <w:rPr>
          <w:rFonts w:ascii="Consolas" w:hAnsi="Consolas"/>
          <w:b w:val="0"/>
          <w:i w:val="0"/>
          <w:sz w:val="20"/>
        </w:rPr>
        <w:t>action</w:t>
      </w:r>
      <w:r>
        <w:rPr>
          <w:b w:val="0"/>
          <w:i w:val="0"/>
        </w:rPr>
        <w:t xml:space="preserve"> gửi biểu mẫu trở lại hàm </w:t>
      </w:r>
      <w:r>
        <w:rPr>
          <w:rFonts w:ascii="Consolas" w:hAnsi="Consolas"/>
          <w:b w:val="0"/>
          <w:i w:val="0"/>
          <w:sz w:val="20"/>
        </w:rPr>
        <w:t>edit_entry()</w:t>
      </w:r>
      <w:r>
        <w:rPr>
          <w:b w:val="0"/>
          <w:i w:val="0"/>
        </w:rPr>
        <w:t xml:space="preserve"> để xử lý ❶. Chúng ta bao gồm </w:t>
      </w:r>
      <w:r>
        <w:rPr>
          <w:rFonts w:ascii="Consolas" w:hAnsi="Consolas"/>
          <w:b w:val="0"/>
          <w:i w:val="0"/>
          <w:sz w:val="20"/>
        </w:rPr>
        <w:t>entry.id</w:t>
      </w:r>
      <w:r>
        <w:rPr>
          <w:b w:val="0"/>
          <w:i w:val="0"/>
        </w:rPr>
        <w:t xml:space="preserve"> như một đối số trong thẻ </w:t>
      </w:r>
      <w:r>
        <w:rPr>
          <w:rFonts w:ascii="Consolas" w:hAnsi="Consolas"/>
          <w:b w:val="0"/>
          <w:i w:val="0"/>
          <w:sz w:val="20"/>
        </w:rPr>
        <w:t>{% url %}</w:t>
      </w:r>
      <w:r>
        <w:rPr>
          <w:b w:val="0"/>
          <w:i w:val="0"/>
        </w:rPr>
        <w:t xml:space="preserve">, để hàm view có thể sửa đúng đối tượng entry. Chúng ta đặt nhãn cho nút gửi là </w:t>
      </w:r>
      <w:r>
        <w:rPr>
          <w:rFonts w:ascii="Consolas" w:hAnsi="Consolas"/>
          <w:b w:val="0"/>
          <w:i w:val="0"/>
          <w:sz w:val="20"/>
        </w:rPr>
        <w:t>Save changes</w:t>
      </w:r>
      <w:r>
        <w:rPr>
          <w:b w:val="0"/>
          <w:i w:val="0"/>
        </w:rPr>
        <w:t xml:space="preserve"> để nhắc người dùng rằng họ đang lưu các chỉnh sửa, chứ không phải tạo một mục mới ❷.</w:t>
      </w:r>
    </w:p>
    <w:p>
      <w:pPr>
        <w:pStyle w:val="Heading4"/>
      </w:pPr>
      <w:r>
        <w:rPr>
          <w:rFonts w:ascii="Calibri" w:hAnsi="Calibri"/>
          <w:b/>
          <w:i w:val="0"/>
          <w:sz w:val="24"/>
        </w:rPr>
        <w:t>Liên kết đến trang edit_entry</w:t>
      </w:r>
    </w:p>
    <w:p>
      <w:pPr>
        <w:spacing w:after="80"/>
      </w:pPr>
      <w:r>
        <w:rPr>
          <w:b w:val="0"/>
          <w:i w:val="0"/>
        </w:rPr>
        <w:t xml:space="preserve">Bây giờ chúng ta cần thêm liên kết đến trang </w:t>
      </w:r>
      <w:r>
        <w:rPr>
          <w:rFonts w:ascii="Consolas" w:hAnsi="Consolas"/>
          <w:b w:val="0"/>
          <w:i w:val="0"/>
          <w:sz w:val="20"/>
        </w:rPr>
        <w:t>edit_entry</w:t>
      </w:r>
      <w:r>
        <w:rPr>
          <w:b w:val="0"/>
          <w:i w:val="0"/>
        </w:rPr>
        <w:t xml:space="preserve"> cho mỗi mục trên trang chủ đề:</w:t>
      </w:r>
    </w:p>
    <w:p>
      <w:pPr>
        <w:spacing w:after="80"/>
      </w:pPr>
      <w:r>
        <w:rPr>
          <w:b w:val="0"/>
          <w:i w:val="0"/>
        </w:rPr>
        <w:t>topic.html</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    {% for entry in entries %}</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 xml:space="preserve">        &lt;p&gt;{{ entry.date_added|date:'M d, Y H:i' }}&lt;/p&gt;</w:t>
      </w:r>
    </w:p>
    <w:p>
      <w:pPr>
        <w:spacing w:after="0"/>
        <w:ind w:left="360"/>
        <w:shd w:val="clear" w:color="auto" w:fill="F2F2F2"/>
      </w:pPr>
      <w:r>
        <w:rPr>
          <w:rFonts w:ascii="Consolas" w:hAnsi="Consolas"/>
          <w:b w:val="0"/>
          <w:i w:val="0"/>
          <w:sz w:val="18"/>
        </w:rPr>
        <w:t xml:space="preserve">        &lt;p&gt;{{ entry.text|linebreaks }}&lt;/p&gt;</w:t>
      </w:r>
    </w:p>
    <w:p>
      <w:pPr>
        <w:spacing w:after="0"/>
        <w:ind w:left="360"/>
        <w:shd w:val="clear" w:color="auto" w:fill="F2F2F2"/>
      </w:pPr>
      <w:r>
        <w:rPr>
          <w:rFonts w:ascii="Consolas" w:hAnsi="Consolas"/>
          <w:b w:val="0"/>
          <w:i w:val="0"/>
          <w:sz w:val="18"/>
        </w:rPr>
        <w:t xml:space="preserve">        &lt;p&gt;</w:t>
      </w:r>
    </w:p>
    <w:p>
      <w:pPr>
        <w:spacing w:after="0"/>
        <w:ind w:left="360"/>
        <w:shd w:val="clear" w:color="auto" w:fill="F2F2F2"/>
      </w:pPr>
      <w:r>
        <w:rPr>
          <w:rFonts w:ascii="Consolas" w:hAnsi="Consolas"/>
          <w:b w:val="0"/>
          <w:i w:val="0"/>
          <w:sz w:val="18"/>
        </w:rPr>
        <w:t xml:space="preserve">          &lt;a href="{% url 'learning_logs:edit_entry' entry.id %}"&gt;</w:t>
      </w:r>
    </w:p>
    <w:p>
      <w:pPr>
        <w:spacing w:after="0"/>
        <w:ind w:left="360"/>
        <w:shd w:val="clear" w:color="auto" w:fill="F2F2F2"/>
      </w:pPr>
      <w:r>
        <w:rPr>
          <w:rFonts w:ascii="Consolas" w:hAnsi="Consolas"/>
          <w:b w:val="0"/>
          <w:i w:val="0"/>
          <w:sz w:val="18"/>
        </w:rPr>
        <w:t xml:space="preserve">           Edit entry&lt;/a&gt;&lt;/p&gt;</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Chúng ta thêm liên kết chỉnh sửa sau khi ngày và văn bản của mỗi mục đã được hiển thị. Chúng ta dùng thẻ template </w:t>
      </w:r>
      <w:r>
        <w:rPr>
          <w:rFonts w:ascii="Consolas" w:hAnsi="Consolas"/>
          <w:b w:val="0"/>
          <w:i w:val="0"/>
          <w:sz w:val="20"/>
        </w:rPr>
        <w:t>{% url %}</w:t>
      </w:r>
      <w:r>
        <w:rPr>
          <w:b w:val="0"/>
          <w:i w:val="0"/>
        </w:rPr>
        <w:t xml:space="preserve"> để xác định URL cho mẫu URL có tên </w:t>
      </w:r>
      <w:r>
        <w:rPr>
          <w:rFonts w:ascii="Consolas" w:hAnsi="Consolas"/>
          <w:b w:val="0"/>
          <w:i w:val="0"/>
          <w:sz w:val="20"/>
        </w:rPr>
        <w:t>edit_entry</w:t>
      </w:r>
      <w:r>
        <w:rPr>
          <w:b w:val="0"/>
          <w:i w:val="0"/>
        </w:rPr>
        <w:t>, cùng với thuộc tính ID của mục hiện tại trong vòng lặp (</w:t>
      </w:r>
      <w:r>
        <w:rPr>
          <w:rFonts w:ascii="Consolas" w:hAnsi="Consolas"/>
          <w:b w:val="0"/>
          <w:i w:val="0"/>
          <w:sz w:val="20"/>
        </w:rPr>
        <w:t>entry.id</w:t>
      </w:r>
      <w:r>
        <w:rPr>
          <w:b w:val="0"/>
          <w:i w:val="0"/>
        </w:rPr>
        <w:t xml:space="preserve">). Văn bản liên kết </w:t>
      </w:r>
      <w:r>
        <w:rPr>
          <w:rFonts w:ascii="Consolas" w:hAnsi="Consolas"/>
          <w:b w:val="0"/>
          <w:i w:val="0"/>
          <w:sz w:val="20"/>
        </w:rPr>
        <w:t>Edit entry</w:t>
      </w:r>
      <w:r>
        <w:rPr>
          <w:b w:val="0"/>
          <w:i w:val="0"/>
        </w:rPr>
        <w:t xml:space="preserve"> xuất hiện sau mỗi mục trên trang. Hình 19-3 cho thấy trang chủ đề trông như thế nào với những liên kết này.</w:t>
      </w:r>
    </w:p>
    <w:p>
      <w:pPr>
        <w:jc w:val="center"/>
      </w:pPr>
      <w:r>
        <w:drawing>
          <wp:inline xmlns:a="http://schemas.openxmlformats.org/drawingml/2006/main" xmlns:pic="http://schemas.openxmlformats.org/drawingml/2006/picture">
            <wp:extent cx="5486400" cy="4126658"/>
            <wp:docPr id="75" name="Picture 75"/>
            <wp:cNvGraphicFramePr>
              <a:graphicFrameLocks noChangeAspect="1"/>
            </wp:cNvGraphicFramePr>
            <a:graphic>
              <a:graphicData uri="http://schemas.openxmlformats.org/drawingml/2006/picture">
                <pic:pic>
                  <pic:nvPicPr>
                    <pic:cNvPr id="0" name="image_rsrcBK3.jpg"/>
                    <pic:cNvPicPr/>
                  </pic:nvPicPr>
                  <pic:blipFill>
                    <a:blip r:embed="rId64"/>
                    <a:stretch>
                      <a:fillRect/>
                    </a:stretch>
                  </pic:blipFill>
                  <pic:spPr>
                    <a:xfrm>
                      <a:off x="0" y="0"/>
                      <a:ext cx="5486400" cy="4126658"/>
                    </a:xfrm>
                    <a:prstGeom prst="rect"/>
                  </pic:spPr>
                </pic:pic>
              </a:graphicData>
            </a:graphic>
          </wp:inline>
        </w:drawing>
      </w:r>
    </w:p>
    <w:p>
      <w:pPr>
        <w:spacing w:after="80"/>
      </w:pPr>
      <w:r>
        <w:rPr>
          <w:b w:val="0"/>
          <w:i w:val="0"/>
        </w:rPr>
        <w:t>Hình 19-3: Mỗi mục giờ đây có một liên kết để chỉnh sửa mục đó.</w:t>
      </w:r>
    </w:p>
    <w:p>
      <w:pPr>
        <w:spacing w:after="80"/>
      </w:pPr>
      <w:r>
        <w:rPr>
          <w:b w:val="0"/>
          <w:i w:val="0"/>
        </w:rPr>
        <w:t>Learning Log giờ đã có hầu hết các chức năng cần thiết. Người dùng có thể thêm chủ đề và mục, và họ có thể đọc qua bất kỳ tập hợp mục nào họ muốn. Trong phần tiếp theo, chúng ta sẽ triển khai hệ thống đăng ký người dùng để bất kỳ ai cũng có thể tạo tài khoản với Learning Log và tạo tập hợp chủ đề và mục của riêng họ.</w:t>
      </w:r>
    </w:p>
    <w:p>
      <w:pPr>
        <w:spacing w:before="120" w:after="40"/>
      </w:pPr>
      <w:r>
        <w:rPr>
          <w:b/>
          <w:sz w:val="21"/>
        </w:rPr>
        <w:t>Tự thực hành</w:t>
      </w:r>
    </w:p>
    <w:p>
      <w:pPr>
        <w:spacing w:after="80"/>
      </w:pPr>
      <w:r>
        <w:rPr>
          <w:b/>
          <w:i w:val="0"/>
        </w:rPr>
        <w:t>19-1. Blog:</w:t>
      </w:r>
      <w:r>
        <w:rPr>
          <w:b w:val="0"/>
          <w:i w:val="0"/>
        </w:rPr>
        <w:t xml:space="preserve"> Bắt đầu một dự án Django mới có tên </w:t>
      </w:r>
      <w:r>
        <w:rPr>
          <w:b w:val="0"/>
          <w:i/>
        </w:rPr>
        <w:t>Blog</w:t>
      </w:r>
      <w:r>
        <w:rPr>
          <w:b w:val="0"/>
          <w:i w:val="0"/>
        </w:rPr>
        <w:t xml:space="preserve">. Tạo một ứng dụng có tên </w:t>
      </w:r>
      <w:r>
        <w:rPr>
          <w:b w:val="0"/>
          <w:i/>
        </w:rPr>
        <w:t>blogs</w:t>
      </w:r>
      <w:r>
        <w:rPr>
          <w:b w:val="0"/>
          <w:i w:val="0"/>
        </w:rPr>
        <w:t>, với một model đại diện cho toàn bộ blog, và một model đại diện cho một bài đăng blog riêng lẻ. Cung cấp cho mỗi model một tập hợp các trường phù hợp. Tạo một superuser cho dự án, và dùng trang quản trị để tạo một blog và vài bài đăng ngắn. Tạo một trang chủ hiển thị tất cả bài đăng theo thứ tự phù hợp.</w:t>
      </w:r>
    </w:p>
    <w:p>
      <w:pPr>
        <w:spacing w:after="80"/>
      </w:pPr>
      <w:r>
        <w:rPr>
          <w:b w:val="0"/>
          <w:i w:val="0"/>
        </w:rPr>
        <w:t>Tạo các trang để tạo blog, tạo bài đăng mới, và chỉnh sửa bài đăng hiện có. Dùng các trang của bạn để đảm bảo chúng hoạt động.</w:t>
      </w:r>
    </w:p>
    <w:p>
      <w:pPr>
        <w:pStyle w:val="Heading2"/>
      </w:pPr>
      <w:r>
        <w:rPr>
          <w:rFonts w:ascii="Calibri" w:hAnsi="Calibri"/>
          <w:b/>
          <w:i w:val="0"/>
          <w:sz w:val="32"/>
        </w:rPr>
        <w:t>Thiết lập tài khoản người dùng</w:t>
      </w:r>
    </w:p>
    <w:p>
      <w:pPr>
        <w:spacing w:after="80"/>
      </w:pPr>
      <w:r>
        <w:rPr>
          <w:b w:val="0"/>
          <w:i w:val="0"/>
        </w:rPr>
        <w:t xml:space="preserve">Trong phần này, chúng ta sẽ thiết lập hệ thống đăng ký và xác thực người dùng để mọi người có thể đăng ký tài khoản, đăng nhập và đăng xuất. Chúng ta sẽ tạo một ứng dụng mới chứa tất cả các chức năng liên quan đến làm việc với người dùng. Chúng ta sẽ dùng hệ thống xác thực người dùng mặc định đi kèm với Django để làm càng nhiều việc càng tốt. Chúng ta cũng sẽ sửa đổi model </w:t>
      </w:r>
      <w:r>
        <w:rPr>
          <w:rFonts w:ascii="Consolas" w:hAnsi="Consolas"/>
          <w:b w:val="0"/>
          <w:i w:val="0"/>
          <w:sz w:val="20"/>
        </w:rPr>
        <w:t>Topic</w:t>
      </w:r>
      <w:r>
        <w:rPr>
          <w:b w:val="0"/>
          <w:i w:val="0"/>
        </w:rPr>
        <w:t xml:space="preserve"> một chút để mỗi chủ đề thuộc về một người dùng nhất định.</w:t>
      </w:r>
    </w:p>
    <w:p>
      <w:pPr>
        <w:pStyle w:val="Heading3"/>
      </w:pPr>
      <w:r>
        <w:rPr>
          <w:rFonts w:ascii="Calibri" w:hAnsi="Calibri"/>
          <w:b/>
          <w:i w:val="0"/>
          <w:sz w:val="27"/>
        </w:rPr>
        <w:t>Ứng dụng accounts</w:t>
      </w:r>
    </w:p>
    <w:p>
      <w:pPr>
        <w:spacing w:after="80"/>
      </w:pPr>
      <w:r>
        <w:rPr>
          <w:b w:val="0"/>
          <w:i w:val="0"/>
        </w:rPr>
        <w:t xml:space="preserve">Chúng ta sẽ bắt đầu bằng cách tạo một ứng dụng mới có tên </w:t>
      </w:r>
      <w:r>
        <w:rPr>
          <w:rFonts w:ascii="Consolas" w:hAnsi="Consolas"/>
          <w:b w:val="0"/>
          <w:i w:val="0"/>
          <w:sz w:val="20"/>
        </w:rPr>
        <w:t>accounts</w:t>
      </w:r>
      <w:r>
        <w:rPr>
          <w:b w:val="0"/>
          <w:i w:val="0"/>
        </w:rPr>
        <w:t xml:space="preserve">, dùng lệnh </w:t>
      </w:r>
      <w:r>
        <w:rPr>
          <w:rFonts w:ascii="Consolas" w:hAnsi="Consolas"/>
          <w:b w:val="0"/>
          <w:i w:val="0"/>
          <w:sz w:val="20"/>
        </w:rPr>
        <w:t>startapp</w:t>
      </w:r>
      <w:r>
        <w:rPr>
          <w:b w:val="0"/>
          <w:i w:val="0"/>
        </w:rPr>
        <w:t>:</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startapp accounts</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ls</w:t>
      </w:r>
    </w:p>
    <w:p>
      <w:pPr>
        <w:spacing w:after="0"/>
        <w:ind w:left="360"/>
        <w:shd w:val="clear" w:color="auto" w:fill="F2F2F2"/>
      </w:pPr>
      <w:r>
        <w:rPr>
          <w:rFonts w:ascii="Consolas" w:hAnsi="Consolas"/>
          <w:b w:val="0"/>
          <w:i w:val="0"/>
          <w:sz w:val="18"/>
        </w:rPr>
        <w:t>❶ accounts db.sqlite3 learning_logs ll_env ll_project manage.py</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ls accounts</w:t>
      </w:r>
    </w:p>
    <w:p>
      <w:pPr>
        <w:spacing w:after="0"/>
        <w:ind w:left="360"/>
        <w:shd w:val="clear" w:color="auto" w:fill="F2F2F2"/>
      </w:pPr>
      <w:r>
        <w:rPr>
          <w:rFonts w:ascii="Consolas" w:hAnsi="Consolas"/>
          <w:b w:val="0"/>
          <w:i w:val="0"/>
          <w:sz w:val="18"/>
        </w:rPr>
        <w:t>❷ __init__.py admin.py apps.py migrations models.py tests.py views.py</w:t>
      </w:r>
    </w:p>
    <w:p>
      <w:pPr>
        <w:spacing w:after="40"/>
      </w:pPr>
    </w:p>
    <w:p>
      <w:pPr>
        <w:spacing w:after="80"/>
      </w:pPr>
      <w:r>
        <w:rPr>
          <w:b w:val="0"/>
          <w:i w:val="0"/>
        </w:rPr>
        <w:t xml:space="preserve">Hệ thống xác thực mặc định được xây dựng xoay quanh khái niệm tài khoản người dùng, nên việc dùng tên </w:t>
      </w:r>
      <w:r>
        <w:rPr>
          <w:rFonts w:ascii="Consolas" w:hAnsi="Consolas"/>
          <w:b w:val="0"/>
          <w:i w:val="0"/>
          <w:sz w:val="20"/>
        </w:rPr>
        <w:t>accounts</w:t>
      </w:r>
      <w:r>
        <w:rPr>
          <w:b w:val="0"/>
          <w:i w:val="0"/>
        </w:rPr>
        <w:t xml:space="preserve"> giúp tích hợp với hệ thống mặc định dễ dàng hơn. Lệnh </w:t>
      </w:r>
      <w:r>
        <w:rPr>
          <w:rFonts w:ascii="Consolas" w:hAnsi="Consolas"/>
          <w:b w:val="0"/>
          <w:i w:val="0"/>
          <w:sz w:val="20"/>
        </w:rPr>
        <w:t>startapp</w:t>
      </w:r>
      <w:r>
        <w:rPr>
          <w:b w:val="0"/>
          <w:i w:val="0"/>
        </w:rPr>
        <w:t xml:space="preserve"> hiển thị ở đây tạo một thư mục mới có tên </w:t>
      </w:r>
      <w:r>
        <w:rPr>
          <w:b w:val="0"/>
          <w:i/>
        </w:rPr>
        <w:t>accounts</w:t>
      </w:r>
      <w:r>
        <w:rPr>
          <w:b w:val="0"/>
          <w:i w:val="0"/>
        </w:rPr>
        <w:t xml:space="preserve"> ❶ với cấu trúc giống hệt ứng dụng </w:t>
      </w:r>
      <w:r>
        <w:rPr>
          <w:rFonts w:ascii="Consolas" w:hAnsi="Consolas"/>
          <w:b w:val="0"/>
          <w:i w:val="0"/>
          <w:sz w:val="20"/>
        </w:rPr>
        <w:t>learning_logs</w:t>
      </w:r>
      <w:r>
        <w:rPr>
          <w:b w:val="0"/>
          <w:i w:val="0"/>
        </w:rPr>
        <w:t xml:space="preserve"> ❷.</w:t>
      </w:r>
    </w:p>
    <w:p>
      <w:pPr>
        <w:pStyle w:val="Heading4"/>
      </w:pPr>
      <w:r>
        <w:rPr>
          <w:rFonts w:ascii="Calibri" w:hAnsi="Calibri"/>
          <w:b/>
          <w:i w:val="0"/>
          <w:sz w:val="24"/>
        </w:rPr>
        <w:t>Thêm tài khoản vào settings.py</w:t>
      </w:r>
    </w:p>
    <w:p>
      <w:pPr>
        <w:spacing w:after="80"/>
      </w:pPr>
      <w:r>
        <w:rPr>
          <w:b w:val="0"/>
          <w:i w:val="0"/>
        </w:rPr>
        <w:t xml:space="preserve">Chúng ta cần thêm ứng dụng mới của mình vào </w:t>
      </w:r>
      <w:r>
        <w:rPr>
          <w:rFonts w:ascii="Consolas" w:hAnsi="Consolas"/>
          <w:b w:val="0"/>
          <w:i w:val="0"/>
          <w:sz w:val="20"/>
        </w:rPr>
        <w:t>INSTALLED_APPS</w:t>
      </w:r>
      <w:r>
        <w:rPr>
          <w:b w:val="0"/>
          <w:i w:val="0"/>
        </w:rPr>
        <w:t xml:space="preserve"> trong </w:t>
      </w:r>
      <w:r>
        <w:rPr>
          <w:b w:val="0"/>
          <w:i/>
        </w:rPr>
        <w:t>settings.py</w:t>
      </w:r>
      <w:r>
        <w:rPr>
          <w:b w:val="0"/>
          <w:i w:val="0"/>
        </w:rPr>
        <w:t>, như sau:</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INSTALLED_APPS = [</w:t>
      </w:r>
    </w:p>
    <w:p>
      <w:pPr>
        <w:spacing w:after="0"/>
        <w:ind w:left="360"/>
        <w:shd w:val="clear" w:color="auto" w:fill="F2F2F2"/>
      </w:pPr>
      <w:r>
        <w:rPr>
          <w:rFonts w:ascii="Consolas" w:hAnsi="Consolas"/>
          <w:b w:val="0"/>
          <w:i w:val="0"/>
          <w:sz w:val="18"/>
        </w:rPr>
        <w:t xml:space="preserve">    # My apps</w:t>
      </w:r>
    </w:p>
    <w:p>
      <w:pPr>
        <w:spacing w:after="0"/>
        <w:ind w:left="360"/>
        <w:shd w:val="clear" w:color="auto" w:fill="F2F2F2"/>
      </w:pPr>
      <w:r>
        <w:rPr>
          <w:rFonts w:ascii="Consolas" w:hAnsi="Consolas"/>
          <w:b w:val="0"/>
          <w:i w:val="0"/>
          <w:sz w:val="18"/>
        </w:rPr>
        <w:t xml:space="preserve">    'learning_logs',</w:t>
      </w:r>
    </w:p>
    <w:p>
      <w:pPr>
        <w:spacing w:after="0"/>
        <w:ind w:left="360"/>
        <w:shd w:val="clear" w:color="auto" w:fill="F2F2F2"/>
      </w:pPr>
      <w:r>
        <w:rPr>
          <w:rFonts w:ascii="Consolas" w:hAnsi="Consolas"/>
          <w:b w:val="0"/>
          <w:i w:val="0"/>
          <w:sz w:val="18"/>
        </w:rPr>
        <w:t xml:space="preserve">    'accounts',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Default django apps.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Giờ đây Django sẽ đưa ứng dụng </w:t>
      </w:r>
      <w:r>
        <w:rPr>
          <w:rFonts w:ascii="Consolas" w:hAnsi="Consolas"/>
          <w:b w:val="0"/>
          <w:i w:val="0"/>
          <w:sz w:val="20"/>
        </w:rPr>
        <w:t>accounts</w:t>
      </w:r>
      <w:r>
        <w:rPr>
          <w:b w:val="0"/>
          <w:i w:val="0"/>
        </w:rPr>
        <w:t xml:space="preserve"> vào toàn bộ dự án.</w:t>
      </w:r>
    </w:p>
    <w:p>
      <w:pPr>
        <w:pStyle w:val="Heading4"/>
      </w:pPr>
      <w:r>
        <w:rPr>
          <w:rFonts w:ascii="Calibri" w:hAnsi="Calibri"/>
          <w:b/>
          <w:i w:val="0"/>
          <w:sz w:val="24"/>
        </w:rPr>
        <w:t>Thêm các URL từ accounts</w:t>
      </w:r>
    </w:p>
    <w:p>
      <w:pPr>
        <w:spacing w:after="80"/>
      </w:pPr>
      <w:r>
        <w:rPr>
          <w:b w:val="0"/>
          <w:i w:val="0"/>
        </w:rPr>
        <w:t xml:space="preserve">Tiếp theo, chúng ta cần sửa file </w:t>
      </w:r>
      <w:r>
        <w:rPr>
          <w:b w:val="0"/>
          <w:i/>
        </w:rPr>
        <w:t>urls.py</w:t>
      </w:r>
      <w:r>
        <w:rPr>
          <w:b w:val="0"/>
          <w:i w:val="0"/>
        </w:rPr>
        <w:t xml:space="preserve"> gốc để nó bao gồm các URL mà chúng ta sẽ viết cho ứng dụng </w:t>
      </w:r>
      <w:r>
        <w:rPr>
          <w:rFonts w:ascii="Consolas" w:hAnsi="Consolas"/>
          <w:b w:val="0"/>
          <w:i w:val="0"/>
          <w:sz w:val="20"/>
        </w:rPr>
        <w:t>accounts</w:t>
      </w:r>
      <w:r>
        <w:rPr>
          <w:b w:val="0"/>
          <w:i w:val="0"/>
        </w:rPr>
        <w:t>:</w:t>
      </w:r>
    </w:p>
    <w:p>
      <w:pPr>
        <w:spacing w:after="80"/>
      </w:pPr>
      <w:r>
        <w:rPr>
          <w:b w:val="0"/>
          <w:i w:val="0"/>
        </w:rPr>
        <w:t>ll_project/urls.py</w:t>
      </w:r>
    </w:p>
    <w:p>
      <w:pPr>
        <w:spacing w:after="0"/>
        <w:ind w:left="360"/>
        <w:shd w:val="clear" w:color="auto" w:fill="F2F2F2"/>
      </w:pPr>
      <w:r>
        <w:rPr>
          <w:rFonts w:ascii="Consolas" w:hAnsi="Consolas"/>
          <w:b w:val="0"/>
          <w:i w:val="0"/>
          <w:sz w:val="18"/>
        </w:rPr>
        <w:t>from django.contrib import admin</w:t>
      </w:r>
    </w:p>
    <w:p>
      <w:pPr>
        <w:spacing w:after="0"/>
        <w:ind w:left="360"/>
        <w:shd w:val="clear" w:color="auto" w:fill="F2F2F2"/>
      </w:pPr>
      <w:r>
        <w:rPr>
          <w:rFonts w:ascii="Consolas" w:hAnsi="Consolas"/>
          <w:b w:val="0"/>
          <w:i w:val="0"/>
          <w:sz w:val="18"/>
        </w:rPr>
        <w:t>from django.urls import path, include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path('admin/', admin.site.urls),</w:t>
      </w:r>
    </w:p>
    <w:p>
      <w:pPr>
        <w:spacing w:after="0"/>
        <w:ind w:left="360"/>
        <w:shd w:val="clear" w:color="auto" w:fill="F2F2F2"/>
      </w:pPr>
      <w:r>
        <w:rPr>
          <w:rFonts w:ascii="Consolas" w:hAnsi="Consolas"/>
          <w:b w:val="0"/>
          <w:i w:val="0"/>
          <w:sz w:val="18"/>
        </w:rPr>
        <w:t xml:space="preserve">    path('accounts/', include('accounts.urls')),</w:t>
      </w:r>
    </w:p>
    <w:p>
      <w:pPr>
        <w:spacing w:after="0"/>
        <w:ind w:left="360"/>
        <w:shd w:val="clear" w:color="auto" w:fill="F2F2F2"/>
      </w:pPr>
      <w:r>
        <w:rPr>
          <w:rFonts w:ascii="Consolas" w:hAnsi="Consolas"/>
          <w:b w:val="0"/>
          <w:i w:val="0"/>
          <w:sz w:val="18"/>
        </w:rPr>
        <w:t xml:space="preserve">    path('', include('learning_logs.urls')),</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Chúng ta thêm một dòng để bao gồm file </w:t>
      </w:r>
      <w:r>
        <w:rPr>
          <w:b w:val="0"/>
          <w:i/>
        </w:rPr>
        <w:t>urls.py</w:t>
      </w:r>
      <w:r>
        <w:rPr>
          <w:b w:val="0"/>
          <w:i w:val="0"/>
        </w:rPr>
        <w:t xml:space="preserve"> từ </w:t>
      </w:r>
      <w:r>
        <w:rPr>
          <w:rFonts w:ascii="Consolas" w:hAnsi="Consolas"/>
          <w:b w:val="0"/>
          <w:i w:val="0"/>
          <w:sz w:val="20"/>
        </w:rPr>
        <w:t>accounts</w:t>
      </w:r>
      <w:r>
        <w:rPr>
          <w:b w:val="0"/>
          <w:i w:val="0"/>
        </w:rPr>
        <w:t xml:space="preserve">. Dòng này sẽ khớp với bất kỳ URL nào bắt đầu bằng từ </w:t>
      </w:r>
      <w:r>
        <w:rPr>
          <w:b w:val="0"/>
          <w:i/>
        </w:rPr>
        <w:t>accounts</w:t>
      </w:r>
      <w:r>
        <w:rPr>
          <w:b w:val="0"/>
          <w:i w:val="0"/>
        </w:rPr>
        <w:t xml:space="preserve">, chẳng hạn như </w:t>
      </w:r>
      <w:r>
        <w:rPr>
          <w:b w:val="0"/>
          <w:i/>
        </w:rPr>
        <w:t>http://localhost:8000/accounts/login/</w:t>
      </w:r>
      <w:r>
        <w:rPr>
          <w:b w:val="0"/>
          <w:i w:val="0"/>
        </w:rPr>
        <w:t>.</w:t>
      </w:r>
    </w:p>
    <w:p>
      <w:pPr>
        <w:pStyle w:val="Heading3"/>
      </w:pPr>
      <w:r>
        <w:rPr>
          <w:rFonts w:ascii="Calibri" w:hAnsi="Calibri"/>
          <w:b/>
          <w:i w:val="0"/>
          <w:sz w:val="27"/>
        </w:rPr>
        <w:t>Trang đăng nhập</w:t>
      </w:r>
    </w:p>
    <w:p>
      <w:pPr>
        <w:spacing w:after="80"/>
      </w:pPr>
      <w:r>
        <w:rPr>
          <w:b w:val="0"/>
          <w:i w:val="0"/>
        </w:rPr>
        <w:t xml:space="preserve">Đầu tiên chúng ta sẽ triển khai một trang đăng nhập. Chúng ta sẽ dùng view </w:t>
      </w:r>
      <w:r>
        <w:rPr>
          <w:rFonts w:ascii="Consolas" w:hAnsi="Consolas"/>
          <w:b w:val="0"/>
          <w:i w:val="0"/>
          <w:sz w:val="20"/>
        </w:rPr>
        <w:t>login</w:t>
      </w:r>
      <w:r>
        <w:rPr>
          <w:b w:val="0"/>
          <w:i w:val="0"/>
        </w:rPr>
        <w:t xml:space="preserve"> mặc định mà Django cung cấp, nên mẫu URL cho ứng dụng này trông hơi khác một chút. Hãy tạo một file </w:t>
      </w:r>
      <w:r>
        <w:rPr>
          <w:b w:val="0"/>
          <w:i/>
        </w:rPr>
        <w:t>urls.py</w:t>
      </w:r>
      <w:r>
        <w:rPr>
          <w:b w:val="0"/>
          <w:i w:val="0"/>
        </w:rPr>
        <w:t xml:space="preserve"> mới trong thư mục </w:t>
      </w:r>
      <w:r>
        <w:rPr>
          <w:b w:val="0"/>
          <w:i/>
        </w:rPr>
        <w:t>learning_log/accounts/</w:t>
      </w:r>
      <w:r>
        <w:rPr>
          <w:b w:val="0"/>
          <w:i w:val="0"/>
        </w:rPr>
        <w:t xml:space="preserve"> và thêm nội dung sau vào đó:</w:t>
      </w:r>
    </w:p>
    <w:p>
      <w:pPr>
        <w:spacing w:after="80"/>
      </w:pPr>
      <w:r>
        <w:rPr>
          <w:b w:val="0"/>
          <w:i w:val="0"/>
        </w:rPr>
        <w:t>accounts/urls.py</w:t>
      </w:r>
    </w:p>
    <w:p>
      <w:pPr>
        <w:spacing w:after="80"/>
      </w:pPr>
      <w:r>
        <w:rPr>
          <w:b w:val="0"/>
          <w:i w:val="0"/>
        </w:rPr>
        <w:t>"""Định nghĩa các mẫu URL cho accounts."""</w:t>
      </w:r>
      <w:r>
        <w:br/>
      </w:r>
      <w:r>
        <w:br/>
      </w:r>
      <w:r>
        <w:rPr>
          <w:b w:val="0"/>
          <w:i w:val="0"/>
        </w:rPr>
        <w:t>from django.urls import path, include</w:t>
      </w:r>
      <w:r>
        <w:br/>
      </w:r>
      <w:r>
        <w:br/>
      </w:r>
      <w:r>
        <w:rPr>
          <w:b w:val="0"/>
          <w:i w:val="0"/>
        </w:rPr>
        <w:t>app_name = 'accounts'</w:t>
      </w:r>
      <w:r>
        <w:br/>
      </w:r>
      <w:r>
        <w:rPr>
          <w:b w:val="0"/>
          <w:i w:val="0"/>
        </w:rPr>
        <w:t>urlpatterns = [</w:t>
      </w:r>
      <w:r>
        <w:br/>
      </w:r>
      <w:r>
        <w:rPr>
          <w:b w:val="0"/>
          <w:i w:val="0"/>
        </w:rPr>
        <w:t xml:space="preserve">    # Bao gồm các URL xác thực mặc định.</w:t>
      </w:r>
      <w:r>
        <w:br/>
      </w:r>
      <w:r>
        <w:rPr>
          <w:b w:val="0"/>
          <w:i w:val="0"/>
        </w:rPr>
        <w:t xml:space="preserve">    path('', include('django.contrib.auth.urls')),</w:t>
      </w:r>
      <w:r>
        <w:br/>
      </w:r>
      <w:r>
        <w:rPr>
          <w:b w:val="0"/>
          <w:i w:val="0"/>
        </w:rPr>
        <w:t>]</w:t>
      </w:r>
    </w:p>
    <w:p>
      <w:pPr>
        <w:spacing w:after="80"/>
      </w:pPr>
      <w:r>
        <w:rPr>
          <w:b w:val="0"/>
          <w:i w:val="0"/>
        </w:rPr>
        <w:t xml:space="preserve">Chúng ta import hàm </w:t>
      </w:r>
      <w:r>
        <w:rPr>
          <w:rFonts w:ascii="Consolas" w:hAnsi="Consolas"/>
          <w:b w:val="0"/>
          <w:i w:val="0"/>
          <w:sz w:val="20"/>
        </w:rPr>
        <w:t>path</w:t>
      </w:r>
      <w:r>
        <w:rPr>
          <w:b w:val="0"/>
          <w:i w:val="0"/>
        </w:rPr>
        <w:t xml:space="preserve">, rồi import hàm </w:t>
      </w:r>
      <w:r>
        <w:rPr>
          <w:rFonts w:ascii="Consolas" w:hAnsi="Consolas"/>
          <w:b w:val="0"/>
          <w:i w:val="0"/>
          <w:sz w:val="20"/>
        </w:rPr>
        <w:t>include</w:t>
      </w:r>
      <w:r>
        <w:rPr>
          <w:b w:val="0"/>
          <w:i w:val="0"/>
        </w:rPr>
        <w:t xml:space="preserve"> để có thể bao gồm một số URL xác thực mặc định mà Django đã định nghĩa. Những URL mặc định này bao gồm các mẫu URL có tên, chẳng hạn như </w:t>
      </w:r>
      <w:r>
        <w:rPr>
          <w:rFonts w:ascii="Consolas" w:hAnsi="Consolas"/>
          <w:b w:val="0"/>
          <w:i w:val="0"/>
          <w:sz w:val="20"/>
        </w:rPr>
        <w:t>'login'</w:t>
      </w:r>
      <w:r>
        <w:rPr>
          <w:b w:val="0"/>
          <w:i w:val="0"/>
        </w:rPr>
        <w:t xml:space="preserve"> và </w:t>
      </w:r>
      <w:r>
        <w:rPr>
          <w:rFonts w:ascii="Consolas" w:hAnsi="Consolas"/>
          <w:b w:val="0"/>
          <w:i w:val="0"/>
          <w:sz w:val="20"/>
        </w:rPr>
        <w:t>'logout'</w:t>
      </w:r>
      <w:r>
        <w:rPr>
          <w:b w:val="0"/>
          <w:i w:val="0"/>
        </w:rPr>
        <w:t xml:space="preserve">. Chúng ta đặt biến </w:t>
      </w:r>
      <w:r>
        <w:rPr>
          <w:rFonts w:ascii="Consolas" w:hAnsi="Consolas"/>
          <w:b w:val="0"/>
          <w:i w:val="0"/>
          <w:sz w:val="20"/>
        </w:rPr>
        <w:t>app_name</w:t>
      </w:r>
      <w:r>
        <w:rPr>
          <w:b w:val="0"/>
          <w:i w:val="0"/>
        </w:rPr>
        <w:t xml:space="preserve"> thành </w:t>
      </w:r>
      <w:r>
        <w:rPr>
          <w:rFonts w:ascii="Consolas" w:hAnsi="Consolas"/>
          <w:b w:val="0"/>
          <w:i w:val="0"/>
          <w:sz w:val="20"/>
        </w:rPr>
        <w:t>'accounts'</w:t>
      </w:r>
      <w:r>
        <w:rPr>
          <w:b w:val="0"/>
          <w:i w:val="0"/>
        </w:rPr>
        <w:t xml:space="preserve"> để Django có thể phân biệt các URL này với các URL thuộc những ứng dụng khác. Ngay cả những URL mặc định do Django cung cấp, khi được đưa vào file </w:t>
      </w:r>
      <w:r>
        <w:rPr>
          <w:b w:val="0"/>
          <w:i/>
        </w:rPr>
        <w:t>urls.py</w:t>
      </w:r>
      <w:r>
        <w:rPr>
          <w:b w:val="0"/>
          <w:i w:val="0"/>
        </w:rPr>
        <w:t xml:space="preserve"> của ứng dụng </w:t>
      </w:r>
      <w:r>
        <w:rPr>
          <w:rFonts w:ascii="Consolas" w:hAnsi="Consolas"/>
          <w:b w:val="0"/>
          <w:i w:val="0"/>
          <w:sz w:val="20"/>
        </w:rPr>
        <w:t>accounts</w:t>
      </w:r>
      <w:r>
        <w:rPr>
          <w:b w:val="0"/>
          <w:i w:val="0"/>
        </w:rPr>
        <w:t xml:space="preserve">, cũng sẽ truy cập được thông qua không gian tên (namespace) </w:t>
      </w:r>
      <w:r>
        <w:rPr>
          <w:rFonts w:ascii="Consolas" w:hAnsi="Consolas"/>
          <w:b w:val="0"/>
          <w:i w:val="0"/>
          <w:sz w:val="20"/>
        </w:rPr>
        <w:t>accounts</w:t>
      </w:r>
      <w:r>
        <w:rPr>
          <w:b w:val="0"/>
          <w:i w:val="0"/>
        </w:rPr>
        <w:t>.</w:t>
      </w:r>
    </w:p>
    <w:p>
      <w:pPr>
        <w:spacing w:after="80"/>
      </w:pPr>
      <w:r>
        <w:rPr>
          <w:b w:val="0"/>
          <w:i w:val="0"/>
        </w:rPr>
        <w:t xml:space="preserve">Mẫu của trang đăng nhập khớp với URL </w:t>
      </w:r>
      <w:r>
        <w:rPr>
          <w:b w:val="0"/>
          <w:i/>
        </w:rPr>
        <w:t>http://localhost:8000/accounts/login/</w:t>
      </w:r>
      <w:r>
        <w:rPr>
          <w:b w:val="0"/>
          <w:i w:val="0"/>
        </w:rPr>
        <w:t xml:space="preserve">. Khi Django đọc URL này, từ </w:t>
      </w:r>
      <w:r>
        <w:rPr>
          <w:b w:val="0"/>
          <w:i/>
        </w:rPr>
        <w:t>accounts</w:t>
      </w:r>
      <w:r>
        <w:rPr>
          <w:b w:val="0"/>
          <w:i w:val="0"/>
        </w:rPr>
        <w:t xml:space="preserve"> bảo Django tìm trong </w:t>
      </w:r>
      <w:r>
        <w:rPr>
          <w:b w:val="0"/>
          <w:i/>
        </w:rPr>
        <w:t>accounts/urls.py</w:t>
      </w:r>
      <w:r>
        <w:rPr>
          <w:b w:val="0"/>
          <w:i w:val="0"/>
        </w:rPr>
        <w:t xml:space="preserve">, và </w:t>
      </w:r>
      <w:r>
        <w:rPr>
          <w:b w:val="0"/>
          <w:i/>
        </w:rPr>
        <w:t>login</w:t>
      </w:r>
      <w:r>
        <w:rPr>
          <w:b w:val="0"/>
          <w:i w:val="0"/>
        </w:rPr>
        <w:t xml:space="preserve"> bảo nó gửi các yêu cầu đến view </w:t>
      </w:r>
      <w:r>
        <w:rPr>
          <w:rFonts w:ascii="Consolas" w:hAnsi="Consolas"/>
          <w:b w:val="0"/>
          <w:i w:val="0"/>
          <w:sz w:val="20"/>
        </w:rPr>
        <w:t>login</w:t>
      </w:r>
      <w:r>
        <w:rPr>
          <w:b w:val="0"/>
          <w:i w:val="0"/>
        </w:rPr>
        <w:t xml:space="preserve"> mặc định của Django.</w:t>
      </w:r>
    </w:p>
    <w:p>
      <w:pPr>
        <w:pStyle w:val="Heading4"/>
      </w:pPr>
      <w:r>
        <w:rPr>
          <w:rFonts w:ascii="Calibri" w:hAnsi="Calibri"/>
          <w:b/>
          <w:i w:val="0"/>
          <w:sz w:val="24"/>
        </w:rPr>
        <w:t>Mẫu đăng nhập</w:t>
      </w:r>
    </w:p>
    <w:p>
      <w:pPr>
        <w:spacing w:after="80"/>
      </w:pPr>
      <w:r>
        <w:rPr>
          <w:b w:val="0"/>
          <w:i w:val="0"/>
        </w:rPr>
        <w:t xml:space="preserve">Khi người dùng yêu cầu trang đăng nhập, Django sẽ dùng một hàm view mặc định, nhưng chúng ta vẫn cần cung cấp một template cho trang đó. Các view xác thực mặc định sẽ tìm template bên trong một thư mục tên là </w:t>
      </w:r>
      <w:r>
        <w:rPr>
          <w:b w:val="0"/>
          <w:i/>
        </w:rPr>
        <w:t>registration</w:t>
      </w:r>
      <w:r>
        <w:rPr>
          <w:b w:val="0"/>
          <w:i w:val="0"/>
        </w:rPr>
        <w:t xml:space="preserve">, nên chúng ta cần tạo thư mục đó. Trong thư mục </w:t>
      </w:r>
      <w:r>
        <w:rPr>
          <w:b w:val="0"/>
          <w:i/>
        </w:rPr>
        <w:t>ll_project/accounts/</w:t>
      </w:r>
      <w:r>
        <w:rPr>
          <w:b w:val="0"/>
          <w:i w:val="0"/>
        </w:rPr>
        <w:t xml:space="preserve">, tạo một thư mục tên là </w:t>
      </w:r>
      <w:r>
        <w:rPr>
          <w:b w:val="0"/>
          <w:i/>
        </w:rPr>
        <w:t>templates</w:t>
      </w:r>
      <w:r>
        <w:rPr>
          <w:b w:val="0"/>
          <w:i w:val="0"/>
        </w:rPr>
        <w:t xml:space="preserve">; bên trong đó, tạo thêm một thư mục tên là </w:t>
      </w:r>
      <w:r>
        <w:rPr>
          <w:b w:val="0"/>
          <w:i/>
        </w:rPr>
        <w:t>registration</w:t>
      </w:r>
      <w:r>
        <w:rPr>
          <w:b w:val="0"/>
          <w:i w:val="0"/>
        </w:rPr>
        <w:t xml:space="preserve">. Đây là template </w:t>
      </w:r>
      <w:r>
        <w:rPr>
          <w:b w:val="0"/>
          <w:i/>
        </w:rPr>
        <w:t>login.html</w:t>
      </w:r>
      <w:r>
        <w:rPr>
          <w:b w:val="0"/>
          <w:i w:val="0"/>
        </w:rPr>
        <w:t xml:space="preserve">, cần được lưu trong </w:t>
      </w:r>
      <w:r>
        <w:rPr>
          <w:b w:val="0"/>
          <w:i/>
        </w:rPr>
        <w:t>ll_project/accounts/templates/registration</w:t>
      </w:r>
      <w:r>
        <w:rPr>
          <w:b w:val="0"/>
          <w:i w:val="0"/>
        </w:rPr>
        <w:t>:</w:t>
      </w:r>
    </w:p>
    <w:p>
      <w:pPr>
        <w:spacing w:after="80"/>
      </w:pPr>
      <w:r>
        <w:rPr>
          <w:b w:val="0"/>
          <w:i w:val="0"/>
        </w:rPr>
        <w:t>login.html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 if form.errors %}</w:t>
      </w:r>
    </w:p>
    <w:p>
      <w:pPr>
        <w:spacing w:after="0"/>
        <w:ind w:left="360"/>
        <w:shd w:val="clear" w:color="auto" w:fill="F2F2F2"/>
      </w:pPr>
      <w:r>
        <w:rPr>
          <w:rFonts w:ascii="Consolas" w:hAnsi="Consolas"/>
          <w:b w:val="0"/>
          <w:i w:val="0"/>
          <w:sz w:val="18"/>
        </w:rPr>
        <w:t xml:space="preserve">    &lt;p&gt;Your username and password didn't match. Please try again.&lt;/p&gt;</w:t>
      </w:r>
    </w:p>
    <w:p>
      <w:pPr>
        <w:spacing w:after="0"/>
        <w:ind w:left="360"/>
        <w:shd w:val="clear" w:color="auto" w:fill="F2F2F2"/>
      </w:pPr>
      <w:r>
        <w:rPr>
          <w:rFonts w:ascii="Consolas" w:hAnsi="Consolas"/>
          <w:b w:val="0"/>
          <w:i w:val="0"/>
          <w:sz w:val="18"/>
        </w:rPr>
        <w:t xml:space="preserve">  {% endif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&lt;form action="{% url 'accounts:login' %}" method='post'&gt;</w:t>
      </w:r>
    </w:p>
    <w:p>
      <w:pPr>
        <w:spacing w:after="0"/>
        <w:ind w:left="360"/>
        <w:shd w:val="clear" w:color="auto" w:fill="F2F2F2"/>
      </w:pPr>
      <w:r>
        <w:rPr>
          <w:rFonts w:ascii="Consolas" w:hAnsi="Consolas"/>
          <w:b w:val="0"/>
          <w:i w:val="0"/>
          <w:sz w:val="18"/>
        </w:rPr>
        <w:t xml:space="preserve">    {% csrf_token %}</w:t>
      </w:r>
    </w:p>
    <w:p>
      <w:pPr>
        <w:spacing w:after="0"/>
        <w:ind w:left="360"/>
        <w:shd w:val="clear" w:color="auto" w:fill="F2F2F2"/>
      </w:pPr>
      <w:r>
        <w:rPr>
          <w:rFonts w:ascii="Consolas" w:hAnsi="Consolas"/>
          <w:b w:val="0"/>
          <w:i w:val="0"/>
          <w:sz w:val="18"/>
        </w:rPr>
        <w:t>❸     {{ form.as_div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&lt;button name="submit"&gt;Log in&lt;/button&gt;</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Template này kế thừa từ </w:t>
      </w:r>
      <w:r>
        <w:rPr>
          <w:b w:val="0"/>
          <w:i/>
        </w:rPr>
        <w:t>base.html</w:t>
      </w:r>
      <w:r>
        <w:rPr>
          <w:b w:val="0"/>
          <w:i w:val="0"/>
        </w:rPr>
        <w:t xml:space="preserve"> để đảm bảo trang đăng nhập có cùng giao diện và cảm giác như phần còn lại của trang web. Lưu ý rằng một template trong một app có thể kế thừa từ một template trong app khác.</w:t>
      </w:r>
    </w:p>
    <w:p>
      <w:pPr>
        <w:spacing w:after="80"/>
      </w:pPr>
      <w:r>
        <w:rPr>
          <w:b w:val="0"/>
          <w:i w:val="0"/>
        </w:rPr>
        <w:t xml:space="preserve">Nếu thuộc tính </w:t>
      </w:r>
      <w:r>
        <w:rPr>
          <w:rFonts w:ascii="Consolas" w:hAnsi="Consolas"/>
          <w:b w:val="0"/>
          <w:i w:val="0"/>
          <w:sz w:val="20"/>
        </w:rPr>
        <w:t>errors</w:t>
      </w:r>
      <w:r>
        <w:rPr>
          <w:b w:val="0"/>
          <w:i w:val="0"/>
        </w:rPr>
        <w:t xml:space="preserve"> của form được thiết lập, chúng ta sẽ hiển thị một thông báo lỗi ❶, báo rằng tổ hợp tên đăng nhập và mật khẩu không khớp với bất kỳ thứ gì được lưu trong cơ sở dữ liệu.</w:t>
      </w:r>
    </w:p>
    <w:p>
      <w:pPr>
        <w:spacing w:after="80"/>
      </w:pPr>
      <w:r>
        <w:rPr>
          <w:b w:val="0"/>
          <w:i w:val="0"/>
        </w:rPr>
        <w:t xml:space="preserve">Chúng ta muốn view đăng nhập xử lý form, nên chúng ta đặt đối số </w:t>
      </w:r>
      <w:r>
        <w:rPr>
          <w:rFonts w:ascii="Consolas" w:hAnsi="Consolas"/>
          <w:b w:val="0"/>
          <w:i w:val="0"/>
          <w:sz w:val="20"/>
        </w:rPr>
        <w:t>action</w:t>
      </w:r>
      <w:r>
        <w:rPr>
          <w:b w:val="0"/>
          <w:i w:val="0"/>
        </w:rPr>
        <w:t xml:space="preserve"> là URL của trang đăng nhập ❷. View đăng nhập gửi một đối tượng </w:t>
      </w:r>
      <w:r>
        <w:rPr>
          <w:rFonts w:ascii="Consolas" w:hAnsi="Consolas"/>
          <w:b w:val="0"/>
          <w:i w:val="0"/>
          <w:sz w:val="20"/>
        </w:rPr>
        <w:t>form</w:t>
      </w:r>
      <w:r>
        <w:rPr>
          <w:b w:val="0"/>
          <w:i w:val="0"/>
        </w:rPr>
        <w:t xml:space="preserve"> đến template, và việc của chúng ta là hiển thị form ❸ và thêm một nút gửi ❹.</w:t>
      </w:r>
    </w:p>
    <w:p>
      <w:pPr>
        <w:pStyle w:val="Heading4"/>
      </w:pPr>
      <w:r>
        <w:rPr>
          <w:rFonts w:ascii="Calibri" w:hAnsi="Calibri"/>
          <w:b/>
          <w:i w:val="0"/>
          <w:sz w:val="24"/>
        </w:rPr>
        <w:t>Thiết lập LOGIN_REDIRECT_URL</w:t>
      </w:r>
    </w:p>
    <w:p>
      <w:pPr>
        <w:spacing w:after="80"/>
      </w:pPr>
      <w:r>
        <w:rPr>
          <w:b w:val="0"/>
          <w:i w:val="0"/>
        </w:rPr>
        <w:t>Sau khi người dùng đăng nhập thành công, Django cần biết sẽ đưa người dùng đó đến đâu. Chúng ta kiểm soát điều này trong tệp settings.</w:t>
      </w:r>
    </w:p>
    <w:p>
      <w:pPr>
        <w:spacing w:after="80"/>
      </w:pPr>
      <w:r>
        <w:rPr>
          <w:b w:val="0"/>
          <w:i w:val="0"/>
        </w:rPr>
        <w:t xml:space="preserve">Thêm đoạn mã sau vào cuối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My settings.</w:t>
      </w:r>
    </w:p>
    <w:p>
      <w:pPr>
        <w:spacing w:after="0"/>
        <w:ind w:left="360"/>
        <w:shd w:val="clear" w:color="auto" w:fill="F2F2F2"/>
      </w:pPr>
      <w:r>
        <w:rPr>
          <w:rFonts w:ascii="Consolas" w:hAnsi="Consolas"/>
          <w:b w:val="0"/>
          <w:i w:val="0"/>
          <w:sz w:val="18"/>
        </w:rPr>
        <w:t>LOGIN_REDIRECT_URL = 'learning_logs:index'</w:t>
      </w:r>
    </w:p>
    <w:p>
      <w:pPr>
        <w:spacing w:after="40"/>
      </w:pPr>
    </w:p>
    <w:p>
      <w:pPr>
        <w:spacing w:after="80"/>
      </w:pPr>
      <w:r>
        <w:rPr>
          <w:b w:val="0"/>
          <w:i w:val="0"/>
        </w:rPr>
        <w:t xml:space="preserve">Với tất cả các thiết lập mặc định trong </w:t>
      </w:r>
      <w:r>
        <w:rPr>
          <w:b w:val="0"/>
          <w:i/>
        </w:rPr>
        <w:t>settings.py</w:t>
      </w:r>
      <w:r>
        <w:rPr>
          <w:b w:val="0"/>
          <w:i w:val="0"/>
        </w:rPr>
        <w:t xml:space="preserve">, sẽ rất hữu ích khi đánh dấu phần mà chúng ta đang thêm các thiết lập mới. Thiết lập mới đầu tiên chúng ta thêm là </w:t>
      </w:r>
      <w:r>
        <w:rPr>
          <w:rFonts w:ascii="Consolas" w:hAnsi="Consolas"/>
          <w:b w:val="0"/>
          <w:i w:val="0"/>
          <w:sz w:val="20"/>
        </w:rPr>
        <w:t>LOGIN_REDIRECT_URL</w:t>
      </w:r>
      <w:r>
        <w:rPr>
          <w:b w:val="0"/>
          <w:i w:val="0"/>
        </w:rPr>
        <w:t>, nó cho Django biết URL nào cần chuyển hướng đến sau một lần đăng nhập thành công.</w:t>
      </w:r>
    </w:p>
    <w:p>
      <w:pPr>
        <w:pStyle w:val="Heading4"/>
      </w:pPr>
      <w:r>
        <w:rPr>
          <w:rFonts w:ascii="Calibri" w:hAnsi="Calibri"/>
          <w:b/>
          <w:i w:val="0"/>
          <w:sz w:val="24"/>
        </w:rPr>
        <w:t>Liên kết đến trang đăng nhập</w:t>
      </w:r>
    </w:p>
    <w:p>
      <w:pPr>
        <w:spacing w:after="80"/>
      </w:pPr>
      <w:r>
        <w:rPr>
          <w:b w:val="0"/>
          <w:i w:val="0"/>
        </w:rPr>
        <w:t xml:space="preserve">Hãy thêm liên kết đăng nhập vào </w:t>
      </w:r>
      <w:r>
        <w:rPr>
          <w:b w:val="0"/>
          <w:i/>
        </w:rPr>
        <w:t>base.html</w:t>
      </w:r>
      <w:r>
        <w:rPr>
          <w:b w:val="0"/>
          <w:i w:val="0"/>
        </w:rPr>
        <w:t xml:space="preserve"> để nó xuất hiện trên mọi trang. Chúng ta không muốn liên kết hiển thị khi người dùng đã đăng nhập, nên chúng ta lồng nó vào bên trong một thẻ </w:t>
      </w:r>
      <w:r>
        <w:rPr>
          <w:rFonts w:ascii="Consolas" w:hAnsi="Consolas"/>
          <w:b w:val="0"/>
          <w:i w:val="0"/>
          <w:sz w:val="20"/>
        </w:rPr>
        <w:t>{% if %}</w:t>
      </w:r>
      <w:r>
        <w:rPr>
          <w:b w:val="0"/>
          <w:i w:val="0"/>
        </w:rPr>
        <w:t>:</w:t>
      </w:r>
    </w:p>
    <w:p>
      <w:pPr>
        <w:spacing w:after="80"/>
      </w:pPr>
      <w:r>
        <w:rPr>
          <w:b w:val="0"/>
          <w:i w:val="0"/>
        </w:rPr>
        <w:t>base.html</w:t>
      </w:r>
    </w:p>
    <w:p>
      <w:pPr>
        <w:spacing w:after="0"/>
        <w:ind w:left="360"/>
        <w:shd w:val="clear" w:color="auto" w:fill="F2F2F2"/>
      </w:pPr>
      <w:r>
        <w:rPr>
          <w:rFonts w:ascii="Consolas" w:hAnsi="Consolas"/>
          <w:b w:val="0"/>
          <w:i w:val="0"/>
          <w:sz w:val="18"/>
        </w:rPr>
        <w:t>&lt;p&gt;</w:t>
      </w:r>
    </w:p>
    <w:p>
      <w:pPr>
        <w:spacing w:after="0"/>
        <w:ind w:left="360"/>
        <w:shd w:val="clear" w:color="auto" w:fill="F2F2F2"/>
      </w:pPr>
      <w:r>
        <w:rPr>
          <w:rFonts w:ascii="Consolas" w:hAnsi="Consolas"/>
          <w:b w:val="0"/>
          <w:i w:val="0"/>
          <w:sz w:val="18"/>
        </w:rPr>
        <w:t xml:space="preserve">  &lt;a href="{% url 'learning_logs:index' %}"&gt;Learning Log&lt;/a&gt; -</w:t>
      </w:r>
    </w:p>
    <w:p>
      <w:pPr>
        <w:spacing w:after="0"/>
        <w:ind w:left="360"/>
        <w:shd w:val="clear" w:color="auto" w:fill="F2F2F2"/>
      </w:pPr>
      <w:r>
        <w:rPr>
          <w:rFonts w:ascii="Consolas" w:hAnsi="Consolas"/>
          <w:b w:val="0"/>
          <w:i w:val="0"/>
          <w:sz w:val="18"/>
        </w:rPr>
        <w:t xml:space="preserve">  &lt;a href="{% url 'learning_logs:topics' %}"&gt;Topics&lt;/a&gt; -</w:t>
      </w:r>
    </w:p>
    <w:p>
      <w:pPr>
        <w:spacing w:after="0"/>
        <w:ind w:left="360"/>
        <w:shd w:val="clear" w:color="auto" w:fill="F2F2F2"/>
      </w:pPr>
      <w:r>
        <w:rPr>
          <w:rFonts w:ascii="Consolas" w:hAnsi="Consolas"/>
          <w:b w:val="0"/>
          <w:i w:val="0"/>
          <w:sz w:val="18"/>
        </w:rPr>
        <w:t>❶   {% if user.is_authenticated %}</w:t>
      </w:r>
    </w:p>
    <w:p>
      <w:pPr>
        <w:spacing w:after="0"/>
        <w:ind w:left="360"/>
        <w:shd w:val="clear" w:color="auto" w:fill="F2F2F2"/>
      </w:pPr>
      <w:r>
        <w:rPr>
          <w:rFonts w:ascii="Consolas" w:hAnsi="Consolas"/>
          <w:b w:val="0"/>
          <w:i w:val="0"/>
          <w:sz w:val="18"/>
        </w:rPr>
        <w:t>❷     Hello, {{ user.username }}.</w:t>
      </w:r>
    </w:p>
    <w:p>
      <w:pPr>
        <w:spacing w:after="0"/>
        <w:ind w:left="360"/>
        <w:shd w:val="clear" w:color="auto" w:fill="F2F2F2"/>
      </w:pPr>
      <w:r>
        <w:rPr>
          <w:rFonts w:ascii="Consolas" w:hAnsi="Consolas"/>
          <w:b w:val="0"/>
          <w:i w:val="0"/>
          <w:sz w:val="18"/>
        </w:rPr>
        <w:t xml:space="preserve">  {% else %}</w:t>
      </w:r>
    </w:p>
    <w:p>
      <w:pPr>
        <w:spacing w:after="0"/>
        <w:ind w:left="360"/>
        <w:shd w:val="clear" w:color="auto" w:fill="F2F2F2"/>
      </w:pPr>
      <w:r>
        <w:rPr>
          <w:rFonts w:ascii="Consolas" w:hAnsi="Consolas"/>
          <w:b w:val="0"/>
          <w:i w:val="0"/>
          <w:sz w:val="18"/>
        </w:rPr>
        <w:t>❸     &lt;a href="{% url 'accounts:login' %}"&gt;Log in&lt;/a&gt;</w:t>
      </w:r>
    </w:p>
    <w:p>
      <w:pPr>
        <w:spacing w:after="0"/>
        <w:ind w:left="360"/>
        <w:shd w:val="clear" w:color="auto" w:fill="F2F2F2"/>
      </w:pPr>
      <w:r>
        <w:rPr>
          <w:rFonts w:ascii="Consolas" w:hAnsi="Consolas"/>
          <w:b w:val="0"/>
          <w:i w:val="0"/>
          <w:sz w:val="18"/>
        </w:rPr>
        <w:t xml:space="preserve">  {% endif %}</w:t>
      </w:r>
    </w:p>
    <w:p>
      <w:pPr>
        <w:spacing w:after="0"/>
        <w:ind w:left="360"/>
        <w:shd w:val="clear" w:color="auto" w:fill="F2F2F2"/>
      </w:pPr>
      <w:r>
        <w:rPr>
          <w:rFonts w:ascii="Consolas" w:hAnsi="Consolas"/>
          <w:b w:val="0"/>
          <w:i w:val="0"/>
          <w:sz w:val="18"/>
        </w:rPr>
        <w:t>&lt;/p&gt;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 endblock content %}</w:t>
      </w:r>
    </w:p>
    <w:p>
      <w:pPr>
        <w:spacing w:after="40"/>
      </w:pPr>
    </w:p>
    <w:p>
      <w:pPr>
        <w:spacing w:after="80"/>
      </w:pPr>
      <w:r>
        <w:rPr>
          <w:b w:val="0"/>
          <w:i w:val="0"/>
        </w:rPr>
        <w:t xml:space="preserve">Trong hệ thống xác thực của Django, mọi template đều có sẵn một đối tượng </w:t>
      </w:r>
      <w:r>
        <w:rPr>
          <w:rFonts w:ascii="Consolas" w:hAnsi="Consolas"/>
          <w:b w:val="0"/>
          <w:i w:val="0"/>
          <w:sz w:val="20"/>
        </w:rPr>
        <w:t>user</w:t>
      </w:r>
      <w:r>
        <w:rPr>
          <w:b w:val="0"/>
          <w:i w:val="0"/>
        </w:rPr>
        <w:t xml:space="preserve"> với thuộc tính </w:t>
      </w:r>
      <w:r>
        <w:rPr>
          <w:rFonts w:ascii="Consolas" w:hAnsi="Consolas"/>
          <w:b w:val="0"/>
          <w:i w:val="0"/>
          <w:sz w:val="20"/>
        </w:rPr>
        <w:t>is_authenticated</w:t>
      </w:r>
      <w:r>
        <w:rPr>
          <w:b w:val="0"/>
          <w:i w:val="0"/>
        </w:rPr>
        <w:t xml:space="preserve"> luôn được thiết lập: thuộc tính này là </w:t>
      </w:r>
      <w:r>
        <w:rPr>
          <w:rFonts w:ascii="Consolas" w:hAnsi="Consolas"/>
          <w:b w:val="0"/>
          <w:i w:val="0"/>
          <w:sz w:val="20"/>
        </w:rPr>
        <w:t>True</w:t>
      </w:r>
      <w:r>
        <w:rPr>
          <w:b w:val="0"/>
          <w:i w:val="0"/>
        </w:rPr>
        <w:t xml:space="preserve"> nếu người dùng đã đăng nhập và </w:t>
      </w:r>
      <w:r>
        <w:rPr>
          <w:rFonts w:ascii="Consolas" w:hAnsi="Consolas"/>
          <w:b w:val="0"/>
          <w:i w:val="0"/>
          <w:sz w:val="20"/>
        </w:rPr>
        <w:t>False</w:t>
      </w:r>
      <w:r>
        <w:rPr>
          <w:b w:val="0"/>
          <w:i w:val="0"/>
        </w:rPr>
        <w:t xml:space="preserve"> nếu chưa. Thuộc tính này cho phép bạn hiển thị một thông báo cho người dùng đã xác thực và một thông báo khác cho người dùng chưa xác thực.</w:t>
      </w:r>
    </w:p>
    <w:p>
      <w:pPr>
        <w:spacing w:after="80"/>
      </w:pPr>
      <w:r>
        <w:rPr>
          <w:b w:val="0"/>
          <w:i w:val="0"/>
        </w:rPr>
        <w:t xml:space="preserve">Ở đây chúng ta hiển thị lời chào cho những người dùng đang đăng nhập ❶. Người dùng đã xác thực có thêm thuộc tính </w:t>
      </w:r>
      <w:r>
        <w:rPr>
          <w:rFonts w:ascii="Consolas" w:hAnsi="Consolas"/>
          <w:b w:val="0"/>
          <w:i w:val="0"/>
          <w:sz w:val="20"/>
        </w:rPr>
        <w:t>username</w:t>
      </w:r>
      <w:r>
        <w:rPr>
          <w:b w:val="0"/>
          <w:i w:val="0"/>
        </w:rPr>
        <w:t>, mà chúng ta dùng để cá nhân hóa lời chào và nhắc người dùng rằng họ đang đăng nhập ❷. Với những người dùng chưa được xác thực, chúng ta hiển thị một liên kết đến trang đăng nhập ❸.</w:t>
      </w:r>
    </w:p>
    <w:p>
      <w:pPr>
        <w:pStyle w:val="Heading4"/>
      </w:pPr>
      <w:r>
        <w:rPr>
          <w:rFonts w:ascii="Calibri" w:hAnsi="Calibri"/>
          <w:b/>
          <w:i w:val="0"/>
          <w:sz w:val="24"/>
        </w:rPr>
        <w:t>Sử dụng trang đăng nhập</w:t>
      </w:r>
    </w:p>
    <w:p>
      <w:pPr>
        <w:spacing w:after="80"/>
      </w:pPr>
      <w:r>
        <w:rPr>
          <w:b w:val="0"/>
          <w:i w:val="0"/>
        </w:rPr>
        <w:t xml:space="preserve">Chúng ta đã thiết lập một tài khoản người dùng rồi, nên hãy đăng nhập để xem trang có hoạt động không. Truy cập </w:t>
      </w:r>
      <w:r>
        <w:rPr>
          <w:b w:val="0"/>
          <w:i/>
        </w:rPr>
        <w:t>http://localhost:8000/admin/</w:t>
      </w:r>
      <w:r>
        <w:rPr>
          <w:b w:val="0"/>
          <w:i w:val="0"/>
        </w:rPr>
        <w:t xml:space="preserve">. Nếu bạn vẫn đang đăng nhập với tư cách admin, hãy tìm liên kết </w:t>
      </w:r>
      <w:r>
        <w:rPr>
          <w:b/>
          <w:i w:val="0"/>
        </w:rPr>
        <w:t>logout</w:t>
      </w:r>
      <w:r>
        <w:rPr>
          <w:b w:val="0"/>
          <w:i w:val="0"/>
        </w:rPr>
        <w:t xml:space="preserve"> ở phần đầu trang và nhấp vào đó.</w:t>
      </w:r>
    </w:p>
    <w:p>
      <w:pPr>
        <w:spacing w:after="80"/>
      </w:pPr>
      <w:r>
        <w:rPr>
          <w:b w:val="0"/>
          <w:i w:val="0"/>
        </w:rPr>
        <w:t xml:space="preserve">Khi bạn đã đăng xuất, hãy truy cập </w:t>
      </w:r>
      <w:r>
        <w:rPr>
          <w:b w:val="0"/>
          <w:i/>
        </w:rPr>
        <w:t>http://localhost:8000/accounts/login/</w:t>
      </w:r>
      <w:r>
        <w:rPr>
          <w:b w:val="0"/>
          <w:i w:val="0"/>
        </w:rPr>
        <w:t>. Bạn sẽ thấy một trang đăng nhập tương tự như trang trong Hình 19-4. Nhập tên người dùng và mật khẩu bạn đã thiết lập trước đó, và bạn sẽ được đưa trở lại trang chủ. Phần đầu trang chủ sẽ hiển thị lời chào được cá nhân hóa với tên người dùng của bạn.</w:t>
      </w:r>
    </w:p>
    <w:p>
      <w:pPr>
        <w:jc w:val="center"/>
      </w:pPr>
      <w:r>
        <w:drawing>
          <wp:inline xmlns:a="http://schemas.openxmlformats.org/drawingml/2006/main" xmlns:pic="http://schemas.openxmlformats.org/drawingml/2006/picture">
            <wp:extent cx="5486400" cy="3235569"/>
            <wp:docPr id="76" name="Picture 76"/>
            <wp:cNvGraphicFramePr>
              <a:graphicFrameLocks noChangeAspect="1"/>
            </wp:cNvGraphicFramePr>
            <a:graphic>
              <a:graphicData uri="http://schemas.openxmlformats.org/drawingml/2006/picture">
                <pic:pic>
                  <pic:nvPicPr>
                    <pic:cNvPr id="0" name="image_rsrcBK4.jpg"/>
                    <pic:cNvPicPr/>
                  </pic:nvPicPr>
                  <pic:blipFill>
                    <a:blip r:embed="rId65"/>
                    <a:stretch>
                      <a:fillRect/>
                    </a:stretch>
                  </pic:blipFill>
                  <pic:spPr>
                    <a:xfrm>
                      <a:off x="0" y="0"/>
                      <a:ext cx="5486400" cy="3235569"/>
                    </a:xfrm>
                    <a:prstGeom prst="rect"/>
                  </pic:spPr>
                </pic:pic>
              </a:graphicData>
            </a:graphic>
          </wp:inline>
        </w:drawing>
      </w:r>
    </w:p>
    <w:p>
      <w:pPr>
        <w:spacing w:after="80"/>
      </w:pPr>
      <w:r>
        <w:rPr>
          <w:b w:val="0"/>
          <w:i w:val="0"/>
        </w:rPr>
        <w:t>Hình 19-4: Trang đăng nhập</w:t>
      </w:r>
    </w:p>
    <w:p>
      <w:pPr>
        <w:pStyle w:val="Heading3"/>
      </w:pPr>
      <w:r>
        <w:rPr>
          <w:rFonts w:ascii="Calibri" w:hAnsi="Calibri"/>
          <w:b/>
          <w:i w:val="0"/>
          <w:sz w:val="27"/>
        </w:rPr>
        <w:t>Đăng xuất</w:t>
      </w:r>
    </w:p>
    <w:p>
      <w:pPr>
        <w:spacing w:after="80"/>
      </w:pPr>
      <w:r>
        <w:rPr>
          <w:b w:val="0"/>
          <w:i w:val="0"/>
        </w:rPr>
        <w:t xml:space="preserve">Bây giờ chúng ta cần cung cấp cách để người dùng đăng xuất. Yêu cầu đăng xuất nên được gửi dưới dạng yêu cầu POST, nên chúng ta sẽ thêm một biểu mẫu đăng xuất nhỏ vào </w:t>
      </w:r>
      <w:r>
        <w:rPr>
          <w:b w:val="0"/>
          <w:i/>
        </w:rPr>
        <w:t>base.html</w:t>
      </w:r>
      <w:r>
        <w:rPr>
          <w:b w:val="0"/>
          <w:i w:val="0"/>
        </w:rPr>
        <w:t>. Khi người dùng nhấp vào nút đăng xuất, họ sẽ được đưa đến một trang xác nhận rằng họ đã đăng xuất.</w:t>
      </w:r>
    </w:p>
    <w:p>
      <w:pPr>
        <w:pStyle w:val="Heading4"/>
      </w:pPr>
      <w:r>
        <w:rPr>
          <w:rFonts w:ascii="Calibri" w:hAnsi="Calibri"/>
          <w:b/>
          <w:i w:val="0"/>
          <w:sz w:val="24"/>
        </w:rPr>
        <w:t>Thêm biểu mẫu đăng xuất vào base.html</w:t>
      </w:r>
    </w:p>
    <w:p>
      <w:pPr>
        <w:spacing w:after="80"/>
      </w:pPr>
      <w:r>
        <w:rPr>
          <w:b w:val="0"/>
          <w:i w:val="0"/>
        </w:rPr>
        <w:t xml:space="preserve">Chúng ta sẽ thêm biểu mẫu đăng xuất vào </w:t>
      </w:r>
      <w:r>
        <w:rPr>
          <w:b w:val="0"/>
          <w:i/>
        </w:rPr>
        <w:t>base.html</w:t>
      </w:r>
      <w:r>
        <w:rPr>
          <w:b w:val="0"/>
          <w:i w:val="0"/>
        </w:rPr>
        <w:t xml:space="preserve"> để nó có sẵn trên mọi trang. Chúng ta sẽ đưa nó vào một khối </w:t>
      </w:r>
      <w:r>
        <w:rPr>
          <w:rFonts w:ascii="Consolas" w:hAnsi="Consolas"/>
          <w:b w:val="0"/>
          <w:i w:val="0"/>
          <w:sz w:val="20"/>
        </w:rPr>
        <w:t>if</w:t>
      </w:r>
      <w:r>
        <w:rPr>
          <w:b w:val="0"/>
          <w:i w:val="0"/>
        </w:rPr>
        <w:t xml:space="preserve"> khác, để chỉ những người dùng đã đăng nhập mới nhìn thấy nó:</w:t>
      </w:r>
    </w:p>
    <w:p>
      <w:pPr>
        <w:spacing w:after="80"/>
      </w:pPr>
      <w:r>
        <w:rPr>
          <w:b w:val="0"/>
          <w:i w:val="0"/>
        </w:rPr>
        <w:t>base.html</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block content %}{% endblock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if user.is_authenticated %}</w:t>
      </w:r>
    </w:p>
    <w:p>
      <w:pPr>
        <w:spacing w:after="0"/>
        <w:ind w:left="360"/>
        <w:shd w:val="clear" w:color="auto" w:fill="F2F2F2"/>
      </w:pPr>
      <w:r>
        <w:rPr>
          <w:rFonts w:ascii="Consolas" w:hAnsi="Consolas"/>
          <w:b w:val="0"/>
          <w:i w:val="0"/>
          <w:sz w:val="18"/>
        </w:rPr>
        <w:t>❶   &lt;hr /&gt;</w:t>
      </w:r>
    </w:p>
    <w:p>
      <w:pPr>
        <w:spacing w:after="0"/>
        <w:ind w:left="360"/>
        <w:shd w:val="clear" w:color="auto" w:fill="F2F2F2"/>
      </w:pPr>
      <w:r>
        <w:rPr>
          <w:rFonts w:ascii="Consolas" w:hAnsi="Consolas"/>
          <w:b w:val="0"/>
          <w:i w:val="0"/>
          <w:sz w:val="18"/>
        </w:rPr>
        <w:t>❷   &lt;form action="{% url 'accounts:logout' %}" method='post'&gt;</w:t>
      </w:r>
    </w:p>
    <w:p>
      <w:pPr>
        <w:spacing w:after="0"/>
        <w:ind w:left="360"/>
        <w:shd w:val="clear" w:color="auto" w:fill="F2F2F2"/>
      </w:pPr>
      <w:r>
        <w:rPr>
          <w:rFonts w:ascii="Consolas" w:hAnsi="Consolas"/>
          <w:b w:val="0"/>
          <w:i w:val="0"/>
          <w:sz w:val="18"/>
        </w:rPr>
        <w:t xml:space="preserve">    {% csrf_token %}</w:t>
      </w:r>
    </w:p>
    <w:p>
      <w:pPr>
        <w:spacing w:after="0"/>
        <w:ind w:left="360"/>
        <w:shd w:val="clear" w:color="auto" w:fill="F2F2F2"/>
      </w:pPr>
      <w:r>
        <w:rPr>
          <w:rFonts w:ascii="Consolas" w:hAnsi="Consolas"/>
          <w:b w:val="0"/>
          <w:i w:val="0"/>
          <w:sz w:val="18"/>
        </w:rPr>
        <w:t xml:space="preserve">    &lt;button name='submit'&gt;Log out&lt;/button&gt;</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rPr>
          <w:rFonts w:ascii="Consolas" w:hAnsi="Consolas"/>
          <w:b w:val="0"/>
          <w:i w:val="0"/>
          <w:sz w:val="18"/>
        </w:rPr>
        <w:t>{% endif %}</w:t>
      </w:r>
    </w:p>
    <w:p>
      <w:pPr>
        <w:spacing w:after="40"/>
      </w:pPr>
    </w:p>
    <w:p>
      <w:pPr>
        <w:spacing w:after="80"/>
      </w:pPr>
      <w:r>
        <w:rPr>
          <w:b w:val="0"/>
          <w:i w:val="0"/>
        </w:rPr>
        <w:t xml:space="preserve">Mẫu URL mặc định cho việc đăng xuất là </w:t>
      </w:r>
      <w:r>
        <w:rPr>
          <w:rFonts w:ascii="Consolas" w:hAnsi="Consolas"/>
          <w:b w:val="0"/>
          <w:i w:val="0"/>
          <w:sz w:val="20"/>
        </w:rPr>
        <w:t>'accounts/logout/'</w:t>
      </w:r>
      <w:r>
        <w:rPr>
          <w:b w:val="0"/>
          <w:i w:val="0"/>
        </w:rPr>
        <w:t>. Tuy nhiên, yêu cầu phải được gửi dưới dạng yêu cầu POST; nếu không, kẻ tấn công có thể dễ dàng ép buộc các yêu cầu đăng xuất. Để yêu cầu đăng xuất dùng POST, chúng ta định nghĩa một biểu mẫu đơn giản.</w:t>
      </w:r>
    </w:p>
    <w:p>
      <w:pPr>
        <w:spacing w:after="80"/>
      </w:pPr>
      <w:r>
        <w:rPr>
          <w:b w:val="0"/>
          <w:i w:val="0"/>
        </w:rPr>
        <w:t>Chúng ta đặt biểu mẫu ở cuối trang, bên dưới phần tử đường kẻ ngang (</w:t>
      </w:r>
      <w:r>
        <w:rPr>
          <w:rFonts w:ascii="Consolas" w:hAnsi="Consolas"/>
          <w:b w:val="0"/>
          <w:i w:val="0"/>
          <w:sz w:val="20"/>
        </w:rPr>
        <w:t>&lt;hr /&gt;</w:t>
      </w:r>
      <w:r>
        <w:rPr>
          <w:b w:val="0"/>
          <w:i w:val="0"/>
        </w:rPr>
        <w:t xml:space="preserve">) ❶. Đây là cách dễ dàng để luôn giữ nút đăng xuất ở vị trí nhất quán bên dưới mọi nội dung khác trên trang. Bản thân biểu mẫu có URL đăng xuất làm đối số </w:t>
      </w:r>
      <w:r>
        <w:rPr>
          <w:rFonts w:ascii="Consolas" w:hAnsi="Consolas"/>
          <w:b w:val="0"/>
          <w:i w:val="0"/>
          <w:sz w:val="20"/>
        </w:rPr>
        <w:t>action</w:t>
      </w:r>
      <w:r>
        <w:rPr>
          <w:b w:val="0"/>
          <w:i w:val="0"/>
        </w:rPr>
        <w:t xml:space="preserve">, và </w:t>
      </w:r>
      <w:r>
        <w:rPr>
          <w:rFonts w:ascii="Consolas" w:hAnsi="Consolas"/>
          <w:b w:val="0"/>
          <w:i w:val="0"/>
          <w:sz w:val="20"/>
        </w:rPr>
        <w:t>'post'</w:t>
      </w:r>
      <w:r>
        <w:rPr>
          <w:b w:val="0"/>
          <w:i w:val="0"/>
        </w:rPr>
        <w:t xml:space="preserve"> làm phương thức yêu cầu ❷. Mọi biểu mẫu trong Django đều cần bao gồm </w:t>
      </w:r>
      <w:r>
        <w:rPr>
          <w:rFonts w:ascii="Consolas" w:hAnsi="Consolas"/>
          <w:b w:val="0"/>
          <w:i w:val="0"/>
          <w:sz w:val="20"/>
        </w:rPr>
        <w:t>{% csrf_token %}</w:t>
      </w:r>
      <w:r>
        <w:rPr>
          <w:b w:val="0"/>
          <w:i w:val="0"/>
        </w:rPr>
        <w:t>, kể cả một biểu mẫu đơn giản như thế này. Biểu mẫu này trống ngoại trừ nút gửi.</w:t>
      </w:r>
    </w:p>
    <w:p>
      <w:pPr>
        <w:pStyle w:val="Heading4"/>
      </w:pPr>
      <w:r>
        <w:rPr>
          <w:rFonts w:ascii="Calibri" w:hAnsi="Calibri"/>
          <w:b/>
          <w:i w:val="0"/>
          <w:sz w:val="24"/>
        </w:rPr>
        <w:t>Thiết lập LOGOUT_REDIRECT_URL</w:t>
      </w:r>
    </w:p>
    <w:p>
      <w:pPr>
        <w:spacing w:after="80"/>
      </w:pPr>
      <w:r>
        <w:rPr>
          <w:b w:val="0"/>
          <w:i w:val="0"/>
        </w:rPr>
        <w:t xml:space="preserve">Khi người dùng nhấp vào nút đăng xuất, Django cần biết phải đưa họ đi đâu. Chúng ta kiểm soát hành vi này trong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My settings.</w:t>
      </w:r>
    </w:p>
    <w:p>
      <w:pPr>
        <w:spacing w:after="0"/>
        <w:ind w:left="360"/>
        <w:shd w:val="clear" w:color="auto" w:fill="F2F2F2"/>
      </w:pPr>
      <w:r>
        <w:rPr>
          <w:rFonts w:ascii="Consolas" w:hAnsi="Consolas"/>
          <w:b w:val="0"/>
          <w:i w:val="0"/>
          <w:sz w:val="18"/>
        </w:rPr>
        <w:t>LOGIN_REDIRECT_URL = 'learning_logs:index'</w:t>
      </w:r>
    </w:p>
    <w:p>
      <w:pPr>
        <w:spacing w:after="0"/>
        <w:ind w:left="360"/>
        <w:shd w:val="clear" w:color="auto" w:fill="F2F2F2"/>
      </w:pPr>
      <w:r>
        <w:rPr>
          <w:rFonts w:ascii="Consolas" w:hAnsi="Consolas"/>
          <w:b w:val="0"/>
          <w:i w:val="0"/>
          <w:sz w:val="18"/>
        </w:rPr>
        <w:t>LOGOUT_REDIRECT_URL = 'learning_logs:index'</w:t>
      </w:r>
    </w:p>
    <w:p>
      <w:pPr>
        <w:spacing w:after="40"/>
      </w:pPr>
    </w:p>
    <w:p>
      <w:pPr>
        <w:spacing w:after="80"/>
      </w:pPr>
      <w:r>
        <w:rPr>
          <w:b w:val="0"/>
          <w:i w:val="0"/>
        </w:rPr>
        <w:t xml:space="preserve">Cài đặt </w:t>
      </w:r>
      <w:r>
        <w:rPr>
          <w:rFonts w:ascii="Consolas" w:hAnsi="Consolas"/>
          <w:b w:val="0"/>
          <w:i w:val="0"/>
          <w:sz w:val="20"/>
        </w:rPr>
        <w:t>LOGOUT_REDIRECT_URL</w:t>
      </w:r>
      <w:r>
        <w:rPr>
          <w:b w:val="0"/>
          <w:i w:val="0"/>
        </w:rPr>
        <w:t xml:space="preserve"> hiển thị ở đây cho Django biết chuyển hướng người dùng đã đăng xuất trở về trang chủ. Đây là một cách đơn giản để xác nhận rằng họ đã đăng xuất, vì sau khi đăng xuất họ sẽ không còn thấy tên người dùng của mình nữa.</w:t>
      </w:r>
    </w:p>
    <w:p>
      <w:pPr>
        <w:pStyle w:val="Heading3"/>
      </w:pPr>
      <w:r>
        <w:rPr>
          <w:rFonts w:ascii="Calibri" w:hAnsi="Calibri"/>
          <w:b/>
          <w:i w:val="0"/>
          <w:sz w:val="27"/>
        </w:rPr>
        <w:t>Trang Đăng ký</w:t>
      </w:r>
    </w:p>
    <w:p>
      <w:pPr>
        <w:spacing w:after="80"/>
      </w:pPr>
      <w:r>
        <w:rPr>
          <w:b w:val="0"/>
          <w:i w:val="0"/>
        </w:rPr>
        <w:t xml:space="preserve">Tiếp theo, chúng ta sẽ xây dựng một trang để người dùng mới có thể đăng ký. Chúng ta sẽ dùng </w:t>
      </w:r>
      <w:r>
        <w:rPr>
          <w:rFonts w:ascii="Consolas" w:hAnsi="Consolas"/>
          <w:b w:val="0"/>
          <w:i w:val="0"/>
          <w:sz w:val="20"/>
        </w:rPr>
        <w:t>UserCreationForm</w:t>
      </w:r>
      <w:r>
        <w:rPr>
          <w:b w:val="0"/>
          <w:i w:val="0"/>
        </w:rPr>
        <w:t xml:space="preserve"> mặc định của Django, nhưng tự viết hàm view (hàm xử lý) và template (mẫu giao diện) của riêng mình.</w:t>
      </w:r>
    </w:p>
    <w:p>
      <w:pPr>
        <w:pStyle w:val="Heading4"/>
      </w:pPr>
      <w:r>
        <w:rPr>
          <w:rFonts w:ascii="Calibri" w:hAnsi="Calibri"/>
          <w:b/>
          <w:i w:val="0"/>
          <w:sz w:val="24"/>
        </w:rPr>
        <w:t>URL đăng ký</w:t>
      </w:r>
    </w:p>
    <w:p>
      <w:pPr>
        <w:spacing w:after="80"/>
      </w:pPr>
      <w:r>
        <w:rPr>
          <w:b w:val="0"/>
          <w:i w:val="0"/>
        </w:rPr>
        <w:t xml:space="preserve">Đoạn mã sau cung cấp mẫu URL cho trang đăng ký, nên được đặt trong </w:t>
      </w:r>
      <w:r>
        <w:rPr>
          <w:b w:val="0"/>
          <w:i/>
        </w:rPr>
        <w:t>accounts/urls.py</w:t>
      </w:r>
      <w:r>
        <w:rPr>
          <w:b w:val="0"/>
          <w:i w:val="0"/>
        </w:rPr>
        <w:t>:</w:t>
      </w:r>
    </w:p>
    <w:p>
      <w:pPr>
        <w:spacing w:after="80"/>
      </w:pPr>
      <w:r>
        <w:rPr>
          <w:b w:val="0"/>
          <w:i w:val="0"/>
        </w:rPr>
        <w:t>accounts/urls.py</w:t>
      </w:r>
    </w:p>
    <w:p>
      <w:pPr>
        <w:spacing w:after="0"/>
        <w:ind w:left="360"/>
        <w:shd w:val="clear" w:color="auto" w:fill="F2F2F2"/>
      </w:pPr>
      <w:r>
        <w:rPr>
          <w:rFonts w:ascii="Consolas" w:hAnsi="Consolas"/>
          <w:b w:val="0"/>
          <w:i w:val="0"/>
          <w:sz w:val="18"/>
        </w:rPr>
        <w:t>"""Defines URL patterns for accounts."""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django.urls import path, include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 import views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app_name = accounts</w:t>
      </w:r>
    </w:p>
    <w:p>
      <w:pPr>
        <w:spacing w:after="0"/>
        <w:ind w:left="360"/>
        <w:shd w:val="clear" w:color="auto" w:fill="F2F2F2"/>
      </w:pPr>
      <w:r>
        <w:rPr>
          <w:rFonts w:ascii="Consolas" w:hAnsi="Consolas"/>
          <w:b w:val="0"/>
          <w:i w:val="0"/>
          <w:sz w:val="18"/>
        </w:rPr>
        <w:t>urlpatterns = [</w:t>
      </w:r>
    </w:p>
    <w:p>
      <w:pPr>
        <w:spacing w:after="0"/>
        <w:ind w:left="360"/>
        <w:shd w:val="clear" w:color="auto" w:fill="F2F2F2"/>
      </w:pPr>
      <w:r>
        <w:rPr>
          <w:rFonts w:ascii="Consolas" w:hAnsi="Consolas"/>
          <w:b w:val="0"/>
          <w:i w:val="0"/>
          <w:sz w:val="18"/>
        </w:rPr>
        <w:t xml:space="preserve">    # Include default auth urls.</w:t>
      </w:r>
    </w:p>
    <w:p>
      <w:pPr>
        <w:spacing w:after="0"/>
        <w:ind w:left="360"/>
        <w:shd w:val="clear" w:color="auto" w:fill="F2F2F2"/>
      </w:pPr>
      <w:r>
        <w:rPr>
          <w:rFonts w:ascii="Consolas" w:hAnsi="Consolas"/>
          <w:b w:val="0"/>
          <w:i w:val="0"/>
          <w:sz w:val="18"/>
        </w:rPr>
        <w:t xml:space="preserve">    path('', include('django.contrib.auth.urls')),</w:t>
      </w:r>
    </w:p>
    <w:p>
      <w:pPr>
        <w:spacing w:after="0"/>
        <w:ind w:left="360"/>
        <w:shd w:val="clear" w:color="auto" w:fill="F2F2F2"/>
      </w:pPr>
      <w:r>
        <w:rPr>
          <w:rFonts w:ascii="Consolas" w:hAnsi="Consolas"/>
          <w:b w:val="0"/>
          <w:i w:val="0"/>
          <w:sz w:val="18"/>
        </w:rPr>
        <w:t xml:space="preserve">    # Registration page.</w:t>
      </w:r>
    </w:p>
    <w:p>
      <w:pPr>
        <w:spacing w:after="0"/>
        <w:ind w:left="360"/>
        <w:shd w:val="clear" w:color="auto" w:fill="F2F2F2"/>
      </w:pPr>
      <w:r>
        <w:rPr>
          <w:rFonts w:ascii="Consolas" w:hAnsi="Consolas"/>
          <w:b w:val="0"/>
          <w:i w:val="0"/>
          <w:sz w:val="18"/>
        </w:rPr>
        <w:t xml:space="preserve">    path('register/', views.register, name='register'),</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Chúng ta import module </w:t>
      </w:r>
      <w:r>
        <w:rPr>
          <w:rFonts w:ascii="Consolas" w:hAnsi="Consolas"/>
          <w:b w:val="0"/>
          <w:i w:val="0"/>
          <w:sz w:val="20"/>
        </w:rPr>
        <w:t>views</w:t>
      </w:r>
      <w:r>
        <w:rPr>
          <w:b w:val="0"/>
          <w:i w:val="0"/>
        </w:rPr>
        <w:t xml:space="preserve"> từ </w:t>
      </w:r>
      <w:r>
        <w:rPr>
          <w:rFonts w:ascii="Consolas" w:hAnsi="Consolas"/>
          <w:b w:val="0"/>
          <w:i w:val="0"/>
          <w:sz w:val="20"/>
        </w:rPr>
        <w:t>accounts</w:t>
      </w:r>
      <w:r>
        <w:rPr>
          <w:b w:val="0"/>
          <w:i w:val="0"/>
        </w:rPr>
        <w:t xml:space="preserve">, vì chúng ta cần nó để viết view riêng cho trang đăng ký. Mẫu URL cho trang đăng ký khớp với địa chỉ </w:t>
      </w:r>
      <w:r>
        <w:rPr>
          <w:b w:val="0"/>
          <w:i/>
        </w:rPr>
        <w:t>http://localhost:8000/accounts/register/</w:t>
      </w:r>
      <w:r>
        <w:rPr>
          <w:b w:val="0"/>
          <w:i w:val="0"/>
        </w:rPr>
        <w:t xml:space="preserve"> và gửi yêu cầu đến hàm </w:t>
      </w:r>
      <w:r>
        <w:rPr>
          <w:rFonts w:ascii="Consolas" w:hAnsi="Consolas"/>
          <w:b w:val="0"/>
          <w:i w:val="0"/>
          <w:sz w:val="20"/>
        </w:rPr>
        <w:t>register()</w:t>
      </w:r>
      <w:r>
        <w:rPr>
          <w:b w:val="0"/>
          <w:i w:val="0"/>
        </w:rPr>
        <w:t xml:space="preserve"> mà chúng ta sắp viết.</w:t>
      </w:r>
    </w:p>
    <w:p>
      <w:pPr>
        <w:pStyle w:val="Heading4"/>
      </w:pPr>
      <w:r>
        <w:rPr>
          <w:rFonts w:ascii="Calibri" w:hAnsi="Calibri"/>
          <w:b/>
          <w:i w:val="0"/>
          <w:sz w:val="24"/>
        </w:rPr>
        <w:t>Hàm View register()</w:t>
      </w:r>
    </w:p>
    <w:p>
      <w:pPr>
        <w:spacing w:after="80"/>
      </w:pPr>
      <w:r>
        <w:rPr>
          <w:b w:val="0"/>
          <w:i w:val="0"/>
        </w:rPr>
        <w:t xml:space="preserve">Hàm view </w:t>
      </w:r>
      <w:r>
        <w:rPr>
          <w:rFonts w:ascii="Consolas" w:hAnsi="Consolas"/>
          <w:b w:val="0"/>
          <w:i w:val="0"/>
          <w:sz w:val="20"/>
        </w:rPr>
        <w:t>register()</w:t>
      </w:r>
      <w:r>
        <w:rPr>
          <w:b w:val="0"/>
          <w:i w:val="0"/>
        </w:rPr>
        <w:t xml:space="preserve"> cần hiển thị một biểu mẫu đăng ký trống khi trang đăng ký được yêu cầu lần đầu, sau đó xử lý các biểu mẫu đăng ký đã hoàn thành khi chúng được gửi đi. Khi đăng ký thành công, hàm cũng cần đăng nhập cho người dùng mới. Thêm đoạn mã sau vào </w:t>
      </w:r>
      <w:r>
        <w:rPr>
          <w:b w:val="0"/>
          <w:i/>
        </w:rPr>
        <w:t>accounts/views.py</w:t>
      </w:r>
      <w:r>
        <w:rPr>
          <w:b w:val="0"/>
          <w:i w:val="0"/>
        </w:rPr>
        <w:t>:</w:t>
      </w:r>
    </w:p>
    <w:p>
      <w:pPr>
        <w:spacing w:after="80"/>
      </w:pPr>
      <w:r>
        <w:rPr>
          <w:b w:val="0"/>
          <w:i w:val="0"/>
        </w:rPr>
        <w:t>accounts/views.py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rPr>
          <w:rFonts w:ascii="Consolas" w:hAnsi="Consolas"/>
          <w:b w:val="0"/>
          <w:i w:val="0"/>
          <w:sz w:val="18"/>
        </w:rPr>
        <w:t>from django.contrib.auth import login</w:t>
      </w:r>
    </w:p>
    <w:p>
      <w:pPr>
        <w:spacing w:after="0"/>
        <w:ind w:left="360"/>
        <w:shd w:val="clear" w:color="auto" w:fill="F2F2F2"/>
      </w:pPr>
      <w:r>
        <w:rPr>
          <w:rFonts w:ascii="Consolas" w:hAnsi="Consolas"/>
          <w:b w:val="0"/>
          <w:i w:val="0"/>
          <w:sz w:val="18"/>
        </w:rPr>
        <w:t>from django.contrib.auth.forms import UserCreationForm</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def register(request):</w:t>
      </w:r>
    </w:p>
    <w:p>
      <w:pPr>
        <w:spacing w:after="0"/>
        <w:ind w:left="360"/>
        <w:shd w:val="clear" w:color="auto" w:fill="F2F2F2"/>
      </w:pPr>
      <w:r>
        <w:rPr>
          <w:rFonts w:ascii="Consolas" w:hAnsi="Consolas"/>
          <w:b w:val="0"/>
          <w:i w:val="0"/>
          <w:sz w:val="18"/>
        </w:rPr>
        <w:t xml:space="preserve">    """Register a new user."""</w:t>
      </w:r>
    </w:p>
    <w:p>
      <w:pPr>
        <w:spacing w:after="0"/>
        <w:ind w:left="360"/>
        <w:shd w:val="clear" w:color="auto" w:fill="F2F2F2"/>
      </w:pPr>
      <w:r>
        <w:rPr>
          <w:rFonts w:ascii="Consolas" w:hAnsi="Consolas"/>
          <w:b w:val="0"/>
          <w:i w:val="0"/>
          <w:sz w:val="18"/>
        </w:rPr>
        <w:t xml:space="preserve">    if request.method != 'POST':</w:t>
      </w:r>
    </w:p>
    <w:p>
      <w:pPr>
        <w:spacing w:after="0"/>
        <w:ind w:left="360"/>
        <w:shd w:val="clear" w:color="auto" w:fill="F2F2F2"/>
      </w:pPr>
      <w:r>
        <w:rPr>
          <w:rFonts w:ascii="Consolas" w:hAnsi="Consolas"/>
          <w:b w:val="0"/>
          <w:i w:val="0"/>
          <w:sz w:val="18"/>
        </w:rPr>
        <w:t xml:space="preserve">        # Display blank registration form.</w:t>
      </w:r>
    </w:p>
    <w:p>
      <w:pPr>
        <w:spacing w:after="0"/>
        <w:ind w:left="360"/>
        <w:shd w:val="clear" w:color="auto" w:fill="F2F2F2"/>
      </w:pPr>
      <w:r>
        <w:rPr>
          <w:rFonts w:ascii="Consolas" w:hAnsi="Consolas"/>
          <w:b w:val="0"/>
          <w:i w:val="0"/>
          <w:sz w:val="18"/>
        </w:rPr>
        <w:t>❶         form = UserCreationForm()</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Process completed form.</w:t>
      </w:r>
    </w:p>
    <w:p>
      <w:pPr>
        <w:spacing w:after="0"/>
        <w:ind w:left="360"/>
        <w:shd w:val="clear" w:color="auto" w:fill="F2F2F2"/>
      </w:pPr>
      <w:r>
        <w:rPr>
          <w:rFonts w:ascii="Consolas" w:hAnsi="Consolas"/>
          <w:b w:val="0"/>
          <w:i w:val="0"/>
          <w:sz w:val="18"/>
        </w:rPr>
        <w:t>❷         form = UserCreationForm(data=request.POST)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if form.is_valid():</w:t>
      </w:r>
    </w:p>
    <w:p>
      <w:pPr>
        <w:spacing w:after="0"/>
        <w:ind w:left="360"/>
        <w:shd w:val="clear" w:color="auto" w:fill="F2F2F2"/>
      </w:pPr>
      <w:r>
        <w:rPr>
          <w:rFonts w:ascii="Consolas" w:hAnsi="Consolas"/>
          <w:b w:val="0"/>
          <w:i w:val="0"/>
          <w:sz w:val="18"/>
        </w:rPr>
        <w:t>❹             new_user = form.save()</w:t>
      </w:r>
    </w:p>
    <w:p>
      <w:pPr>
        <w:spacing w:after="0"/>
        <w:ind w:left="360"/>
        <w:shd w:val="clear" w:color="auto" w:fill="F2F2F2"/>
      </w:pPr>
      <w:r>
        <w:rPr>
          <w:rFonts w:ascii="Consolas" w:hAnsi="Consolas"/>
          <w:b w:val="0"/>
          <w:i w:val="0"/>
          <w:sz w:val="18"/>
        </w:rPr>
        <w:t xml:space="preserve">            # Log the user in and then redirect to home page.</w:t>
      </w:r>
    </w:p>
    <w:p>
      <w:pPr>
        <w:spacing w:after="0"/>
        <w:ind w:left="360"/>
        <w:shd w:val="clear" w:color="auto" w:fill="F2F2F2"/>
      </w:pPr>
      <w:r>
        <w:rPr>
          <w:rFonts w:ascii="Consolas" w:hAnsi="Consolas"/>
          <w:b w:val="0"/>
          <w:i w:val="0"/>
          <w:sz w:val="18"/>
        </w:rPr>
        <w:t>❺             login(request, new_user)</w:t>
      </w:r>
    </w:p>
    <w:p>
      <w:pPr>
        <w:spacing w:after="0"/>
        <w:ind w:left="360"/>
        <w:shd w:val="clear" w:color="auto" w:fill="F2F2F2"/>
      </w:pPr>
      <w:r>
        <w:rPr>
          <w:rFonts w:ascii="Consolas" w:hAnsi="Consolas"/>
          <w:b w:val="0"/>
          <w:i w:val="0"/>
          <w:sz w:val="18"/>
        </w:rPr>
        <w:t>❻             return redirect('learning_logs:index')</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Display a blank or invalid form.</w:t>
      </w:r>
    </w:p>
    <w:p>
      <w:pPr>
        <w:spacing w:after="0"/>
        <w:ind w:left="360"/>
        <w:shd w:val="clear" w:color="auto" w:fill="F2F2F2"/>
      </w:pPr>
      <w:r>
        <w:rPr>
          <w:rFonts w:ascii="Consolas" w:hAnsi="Consolas"/>
          <w:b w:val="0"/>
          <w:i w:val="0"/>
          <w:sz w:val="18"/>
        </w:rPr>
        <w:t xml:space="preserve">    context = {'form': form}</w:t>
      </w:r>
    </w:p>
    <w:p>
      <w:pPr>
        <w:spacing w:after="0"/>
        <w:ind w:left="360"/>
        <w:shd w:val="clear" w:color="auto" w:fill="F2F2F2"/>
      </w:pPr>
      <w:r>
        <w:rPr>
          <w:rFonts w:ascii="Consolas" w:hAnsi="Consolas"/>
          <w:b w:val="0"/>
          <w:i w:val="0"/>
          <w:sz w:val="18"/>
        </w:rPr>
        <w:t xml:space="preserve">    return render(request, 'registration/register.html', context)</w:t>
      </w:r>
    </w:p>
    <w:p>
      <w:pPr>
        <w:spacing w:after="40"/>
      </w:pPr>
    </w:p>
    <w:p>
      <w:pPr>
        <w:spacing w:after="80"/>
      </w:pPr>
      <w:r>
        <w:rPr>
          <w:b w:val="0"/>
          <w:i w:val="0"/>
        </w:rPr>
        <w:t xml:space="preserve">Chúng ta import các hàm </w:t>
      </w:r>
      <w:r>
        <w:rPr>
          <w:rFonts w:ascii="Consolas" w:hAnsi="Consolas"/>
          <w:b w:val="0"/>
          <w:i w:val="0"/>
          <w:sz w:val="20"/>
        </w:rPr>
        <w:t>render()</w:t>
      </w:r>
      <w:r>
        <w:rPr>
          <w:b w:val="0"/>
          <w:i w:val="0"/>
        </w:rPr>
        <w:t xml:space="preserve"> và </w:t>
      </w:r>
      <w:r>
        <w:rPr>
          <w:rFonts w:ascii="Consolas" w:hAnsi="Consolas"/>
          <w:b w:val="0"/>
          <w:i w:val="0"/>
          <w:sz w:val="20"/>
        </w:rPr>
        <w:t>redirect()</w:t>
      </w:r>
      <w:r>
        <w:rPr>
          <w:b w:val="0"/>
          <w:i w:val="0"/>
        </w:rPr>
        <w:t xml:space="preserve">, sau đó import hàm </w:t>
      </w:r>
      <w:r>
        <w:rPr>
          <w:rFonts w:ascii="Consolas" w:hAnsi="Consolas"/>
          <w:b w:val="0"/>
          <w:i w:val="0"/>
          <w:sz w:val="20"/>
        </w:rPr>
        <w:t>login()</w:t>
      </w:r>
      <w:r>
        <w:rPr>
          <w:b w:val="0"/>
          <w:i w:val="0"/>
        </w:rPr>
        <w:t xml:space="preserve"> để đăng nhập cho người dùng nếu thông tin đăng ký của họ chính xác. Chúng ta cũng import </w:t>
      </w:r>
      <w:r>
        <w:rPr>
          <w:rFonts w:ascii="Consolas" w:hAnsi="Consolas"/>
          <w:b w:val="0"/>
          <w:i w:val="0"/>
          <w:sz w:val="20"/>
        </w:rPr>
        <w:t>UserCreationForm</w:t>
      </w:r>
      <w:r>
        <w:rPr>
          <w:b w:val="0"/>
          <w:i w:val="0"/>
        </w:rPr>
        <w:t xml:space="preserve"> mặc định. Trong hàm </w:t>
      </w:r>
      <w:r>
        <w:rPr>
          <w:rFonts w:ascii="Consolas" w:hAnsi="Consolas"/>
          <w:b w:val="0"/>
          <w:i w:val="0"/>
          <w:sz w:val="20"/>
        </w:rPr>
        <w:t>register()</w:t>
      </w:r>
      <w:r>
        <w:rPr>
          <w:b w:val="0"/>
          <w:i w:val="0"/>
        </w:rPr>
        <w:t xml:space="preserve">, chúng ta kiểm tra xem có đang phản hồi một yêu cầu POST hay không. Nếu không phải, chúng ta tạo một instance (thực thể) của </w:t>
      </w:r>
      <w:r>
        <w:rPr>
          <w:rFonts w:ascii="Consolas" w:hAnsi="Consolas"/>
          <w:b w:val="0"/>
          <w:i w:val="0"/>
          <w:sz w:val="20"/>
        </w:rPr>
        <w:t>UserCreationForm</w:t>
      </w:r>
      <w:r>
        <w:rPr>
          <w:b w:val="0"/>
          <w:i w:val="0"/>
        </w:rPr>
        <w:t xml:space="preserve"> không có dữ liệu ban đầu ❶.</w:t>
      </w:r>
    </w:p>
    <w:p>
      <w:pPr>
        <w:spacing w:after="80"/>
      </w:pPr>
      <w:r>
        <w:rPr>
          <w:b w:val="0"/>
          <w:i w:val="0"/>
        </w:rPr>
        <w:t xml:space="preserve">Nếu đang phản hồi một yêu cầu POST, chúng ta tạo một instance của </w:t>
      </w:r>
      <w:r>
        <w:rPr>
          <w:rFonts w:ascii="Consolas" w:hAnsi="Consolas"/>
          <w:b w:val="0"/>
          <w:i w:val="0"/>
          <w:sz w:val="20"/>
        </w:rPr>
        <w:t>UserCreationForm</w:t>
      </w:r>
      <w:r>
        <w:rPr>
          <w:b w:val="0"/>
          <w:i w:val="0"/>
        </w:rPr>
        <w:t xml:space="preserve"> dựa trên dữ liệu đã gửi ❷. Chúng ta kiểm tra xem dữ liệu có hợp lệ không ❸—trong trường hợp này, là tên người dùng có ký tự phù hợp, mật khẩu khớp nhau, và người dùng không cố làm điều gì độc hại trong phần gửi của họ.</w:t>
      </w:r>
    </w:p>
    <w:p>
      <w:pPr>
        <w:spacing w:after="80"/>
      </w:pPr>
      <w:r>
        <w:rPr>
          <w:b w:val="0"/>
          <w:i w:val="0"/>
        </w:rPr>
        <w:t xml:space="preserve">Nếu dữ liệu gửi lên hợp lệ, ta gọi phương thức </w:t>
      </w:r>
      <w:r>
        <w:rPr>
          <w:rFonts w:ascii="Consolas" w:hAnsi="Consolas"/>
          <w:b w:val="0"/>
          <w:i w:val="0"/>
          <w:sz w:val="20"/>
        </w:rPr>
        <w:t>save()</w:t>
      </w:r>
      <w:r>
        <w:rPr>
          <w:b w:val="0"/>
          <w:i w:val="0"/>
        </w:rPr>
        <w:t xml:space="preserve"> của form để lưu tên người dùng và mã băm (hash) của mật khẩu vào cơ sở dữ liệu ❹. Phương thức </w:t>
      </w:r>
      <w:r>
        <w:rPr>
          <w:rFonts w:ascii="Consolas" w:hAnsi="Consolas"/>
          <w:b w:val="0"/>
          <w:i w:val="0"/>
          <w:sz w:val="20"/>
        </w:rPr>
        <w:t>save()</w:t>
      </w:r>
      <w:r>
        <w:rPr>
          <w:b w:val="0"/>
          <w:i w:val="0"/>
        </w:rPr>
        <w:t xml:space="preserve"> trả về đối tượng người dùng vừa được tạo, ta gán nó cho </w:t>
      </w:r>
      <w:r>
        <w:rPr>
          <w:rFonts w:ascii="Consolas" w:hAnsi="Consolas"/>
          <w:b w:val="0"/>
          <w:i w:val="0"/>
          <w:sz w:val="20"/>
        </w:rPr>
        <w:t>new_user</w:t>
      </w:r>
      <w:r>
        <w:rPr>
          <w:b w:val="0"/>
          <w:i w:val="0"/>
        </w:rPr>
        <w:t xml:space="preserve">. Khi thông tin người dùng đã được lưu, ta đăng nhập cho họ bằng cách gọi hàm </w:t>
      </w:r>
      <w:r>
        <w:rPr>
          <w:rFonts w:ascii="Consolas" w:hAnsi="Consolas"/>
          <w:b w:val="0"/>
          <w:i w:val="0"/>
          <w:sz w:val="20"/>
        </w:rPr>
        <w:t>login()</w:t>
      </w:r>
      <w:r>
        <w:rPr>
          <w:b w:val="0"/>
          <w:i w:val="0"/>
        </w:rPr>
        <w:t xml:space="preserve"> với các đối tượng </w:t>
      </w:r>
      <w:r>
        <w:rPr>
          <w:rFonts w:ascii="Consolas" w:hAnsi="Consolas"/>
          <w:b w:val="0"/>
          <w:i w:val="0"/>
          <w:sz w:val="20"/>
        </w:rPr>
        <w:t>request</w:t>
      </w:r>
      <w:r>
        <w:rPr>
          <w:b w:val="0"/>
          <w:i w:val="0"/>
        </w:rPr>
        <w:t xml:space="preserve"> và </w:t>
      </w:r>
      <w:r>
        <w:rPr>
          <w:rFonts w:ascii="Consolas" w:hAnsi="Consolas"/>
          <w:b w:val="0"/>
          <w:i w:val="0"/>
          <w:sz w:val="20"/>
        </w:rPr>
        <w:t>new_user</w:t>
      </w:r>
      <w:r>
        <w:rPr>
          <w:b w:val="0"/>
          <w:i w:val="0"/>
        </w:rPr>
        <w:t xml:space="preserve"> ❺, việc này tạo ra một phiên (session) hợp lệ cho người dùng mới. Cuối cùng, ta chuyển hướng người dùng về trang chủ ❻, nơi một lời chào được cá nhân hóa ở phần đầu trang sẽ cho họ biết rằng việc đăng ký đã thành công.</w:t>
      </w:r>
    </w:p>
    <w:p>
      <w:pPr>
        <w:spacing w:after="80"/>
      </w:pPr>
      <w:r>
        <w:rPr>
          <w:b w:val="0"/>
          <w:i w:val="0"/>
        </w:rPr>
        <w:t>Ở cuối hàm, ta hiển thị trang, trang này sẽ hoặc là một form trống, hoặc là một form đã gửi nhưng không hợp lệ.</w:t>
      </w:r>
    </w:p>
    <w:p>
      <w:pPr>
        <w:pStyle w:val="Heading4"/>
      </w:pPr>
      <w:r>
        <w:rPr>
          <w:rFonts w:ascii="Calibri" w:hAnsi="Calibri"/>
          <w:b/>
          <w:i w:val="0"/>
          <w:sz w:val="24"/>
        </w:rPr>
        <w:t>Template đăng ký</w:t>
      </w:r>
    </w:p>
    <w:p>
      <w:pPr>
        <w:spacing w:after="80"/>
      </w:pPr>
      <w:r>
        <w:rPr>
          <w:b w:val="0"/>
          <w:i w:val="0"/>
        </w:rPr>
        <w:t xml:space="preserve">Giờ hãy tạo một template cho trang đăng ký, trang này sẽ tương tự như trang đăng nhập. Nhớ lưu nó vào cùng thư mục với </w:t>
      </w:r>
      <w:r>
        <w:rPr>
          <w:b w:val="0"/>
          <w:i/>
        </w:rPr>
        <w:t>login.html</w:t>
      </w:r>
      <w:r>
        <w:rPr>
          <w:b w:val="0"/>
          <w:i w:val="0"/>
        </w:rPr>
        <w:t>:</w:t>
      </w:r>
    </w:p>
    <w:p>
      <w:pPr>
        <w:spacing w:after="80"/>
      </w:pPr>
      <w:r>
        <w:rPr>
          <w:b w:val="0"/>
          <w:i w:val="0"/>
        </w:rPr>
        <w:t>register.html</w:t>
      </w:r>
    </w:p>
    <w:p>
      <w:pPr>
        <w:spacing w:after="80"/>
      </w:pPr>
      <w:r>
        <w:rPr>
          <w:b w:val="0"/>
          <w:i w:val="0"/>
        </w:rPr>
        <w:t>{% extends "learning_logs/base.html" %}</w:t>
      </w:r>
      <w:r>
        <w:br/>
      </w:r>
      <w:r>
        <w:br/>
      </w:r>
      <w:r>
        <w:rPr>
          <w:b w:val="0"/>
          <w:i w:val="0"/>
        </w:rPr>
        <w:t>{% block content %}</w:t>
      </w:r>
      <w:r>
        <w:br/>
      </w:r>
      <w:r>
        <w:br/>
      </w:r>
      <w:r>
        <w:rPr>
          <w:b w:val="0"/>
          <w:i w:val="0"/>
        </w:rPr>
        <w:t xml:space="preserve">  &lt;form action="{% url 'accounts:register' %}" method='post'&gt;</w:t>
      </w:r>
      <w:r>
        <w:br/>
      </w:r>
      <w:r>
        <w:rPr>
          <w:b w:val="0"/>
          <w:i w:val="0"/>
        </w:rPr>
        <w:t xml:space="preserve">    {% csrf_token %}</w:t>
      </w:r>
      <w:r>
        <w:br/>
      </w:r>
      <w:r>
        <w:rPr>
          <w:b w:val="0"/>
          <w:i w:val="0"/>
        </w:rPr>
        <w:t xml:space="preserve">    {{ form.as_div }}</w:t>
      </w:r>
      <w:r>
        <w:br/>
      </w:r>
      <w:r>
        <w:br/>
      </w:r>
      <w:r>
        <w:rPr>
          <w:b w:val="0"/>
          <w:i w:val="0"/>
        </w:rPr>
        <w:t xml:space="preserve">    &lt;button name="submit"&gt;Register&lt;/button&gt;</w:t>
      </w:r>
      <w:r>
        <w:br/>
      </w:r>
      <w:r>
        <w:rPr>
          <w:b w:val="0"/>
          <w:i w:val="0"/>
        </w:rPr>
        <w:t xml:space="preserve">  &lt;/form&gt;</w:t>
      </w:r>
      <w:r>
        <w:br/>
      </w:r>
      <w:r>
        <w:br/>
      </w:r>
      <w:r>
        <w:rPr>
          <w:b w:val="0"/>
          <w:i w:val="0"/>
        </w:rPr>
        <w:t>{% endblock content %}</w:t>
      </w:r>
    </w:p>
    <w:p>
      <w:pPr>
        <w:spacing w:after="80"/>
      </w:pPr>
      <w:r>
        <w:rPr>
          <w:b w:val="0"/>
          <w:i w:val="0"/>
        </w:rPr>
        <w:t xml:space="preserve">Trang này trông cũng giống những template dựa trên form khác mà ta đã viết. Ta lại dùng phương thức </w:t>
      </w:r>
      <w:r>
        <w:rPr>
          <w:rFonts w:ascii="Consolas" w:hAnsi="Consolas"/>
          <w:b w:val="0"/>
          <w:i w:val="0"/>
          <w:sz w:val="20"/>
        </w:rPr>
        <w:t>as_div</w:t>
      </w:r>
      <w:r>
        <w:rPr>
          <w:b w:val="0"/>
          <w:i w:val="0"/>
        </w:rPr>
        <w:t xml:space="preserve"> để Django hiển thị tất cả các trường trong form một cách phù hợp, bao gồm cả các thông báo lỗi nếu form không được điền đúng.</w:t>
      </w:r>
    </w:p>
    <w:p>
      <w:pPr>
        <w:pStyle w:val="Heading4"/>
      </w:pPr>
      <w:r>
        <w:rPr>
          <w:rFonts w:ascii="Calibri" w:hAnsi="Calibri"/>
          <w:b/>
          <w:i w:val="0"/>
          <w:sz w:val="24"/>
        </w:rPr>
        <w:t>Liên kết đến trang đăng ký</w:t>
      </w:r>
    </w:p>
    <w:p>
      <w:pPr>
        <w:spacing w:after="80"/>
      </w:pPr>
      <w:r>
        <w:rPr>
          <w:b w:val="0"/>
          <w:i w:val="0"/>
        </w:rPr>
        <w:t>Tiếp theo, ta sẽ thêm code để hiển thị liên kết đến trang đăng ký cho bất kỳ người dùng nào hiện chưa đăng nhập:</w:t>
      </w:r>
    </w:p>
    <w:p>
      <w:pPr>
        <w:spacing w:after="80"/>
      </w:pPr>
      <w:r>
        <w:rPr>
          <w:b w:val="0"/>
          <w:i w:val="0"/>
        </w:rPr>
        <w:t>base.html</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  {% if user.is_authenticated %}</w:t>
      </w:r>
    </w:p>
    <w:p>
      <w:pPr>
        <w:spacing w:after="0"/>
        <w:ind w:left="360"/>
        <w:shd w:val="clear" w:color="auto" w:fill="F2F2F2"/>
      </w:pPr>
      <w:r>
        <w:rPr>
          <w:rFonts w:ascii="Consolas" w:hAnsi="Consolas"/>
          <w:b w:val="0"/>
          <w:i w:val="0"/>
          <w:sz w:val="18"/>
        </w:rPr>
        <w:t xml:space="preserve">    Hello, {{ user.username }}.</w:t>
      </w:r>
    </w:p>
    <w:p>
      <w:pPr>
        <w:spacing w:after="0"/>
        <w:ind w:left="360"/>
        <w:shd w:val="clear" w:color="auto" w:fill="F2F2F2"/>
      </w:pPr>
      <w:r>
        <w:rPr>
          <w:rFonts w:ascii="Consolas" w:hAnsi="Consolas"/>
          <w:b w:val="0"/>
          <w:i w:val="0"/>
          <w:sz w:val="18"/>
        </w:rPr>
        <w:t xml:space="preserve">  {% else %}</w:t>
      </w:r>
    </w:p>
    <w:p>
      <w:pPr>
        <w:spacing w:after="0"/>
        <w:ind w:left="360"/>
        <w:shd w:val="clear" w:color="auto" w:fill="F2F2F2"/>
      </w:pPr>
      <w:r>
        <w:rPr>
          <w:rFonts w:ascii="Consolas" w:hAnsi="Consolas"/>
          <w:b w:val="0"/>
          <w:i w:val="0"/>
          <w:sz w:val="18"/>
        </w:rPr>
        <w:t xml:space="preserve">    &lt;a href="{% url 'accounts:register' %}"&gt;Register&lt;/a&gt; -</w:t>
      </w:r>
    </w:p>
    <w:p>
      <w:pPr>
        <w:spacing w:after="0"/>
        <w:ind w:left="360"/>
        <w:shd w:val="clear" w:color="auto" w:fill="F2F2F2"/>
      </w:pPr>
      <w:r>
        <w:rPr>
          <w:rFonts w:ascii="Consolas" w:hAnsi="Consolas"/>
          <w:b w:val="0"/>
          <w:i w:val="0"/>
          <w:sz w:val="18"/>
        </w:rPr>
        <w:t xml:space="preserve">    &lt;a href="{% url 'accounts:login' %}"&gt;Log in&lt;/a&gt;</w:t>
      </w:r>
    </w:p>
    <w:p>
      <w:pPr>
        <w:spacing w:after="0"/>
        <w:ind w:left="360"/>
        <w:shd w:val="clear" w:color="auto" w:fill="F2F2F2"/>
      </w:pPr>
      <w:r>
        <w:rPr>
          <w:rFonts w:ascii="Consolas" w:hAnsi="Consolas"/>
          <w:b w:val="0"/>
          <w:i w:val="0"/>
          <w:sz w:val="18"/>
        </w:rPr>
        <w:t xml:space="preserve">  {% endif %}</w:t>
      </w:r>
    </w:p>
    <w:p>
      <w:pPr>
        <w:spacing w:after="0"/>
        <w:ind w:left="360"/>
        <w:shd w:val="clear" w:color="auto" w:fill="F2F2F2"/>
      </w:pPr>
      <w:r>
        <w:rPr>
          <w:rFonts w:ascii="Consolas" w:hAnsi="Consolas"/>
          <w:b w:val="0"/>
          <w:i/>
          <w:sz w:val="18"/>
        </w:rPr>
        <w:t>--snip--</w:t>
      </w:r>
    </w:p>
    <w:p>
      <w:pPr>
        <w:spacing w:after="40"/>
      </w:pPr>
    </w:p>
    <w:p>
      <w:pPr>
        <w:spacing w:after="80"/>
      </w:pPr>
      <w:r>
        <w:rPr>
          <w:b w:val="0"/>
          <w:i w:val="0"/>
        </w:rPr>
        <w:t>Giờ thì những người dùng đã đăng nhập sẽ thấy một lời chào được cá nhân hóa và một nút đăng xuất. Những người dùng chưa đăng nhập sẽ thấy một liên kết đăng ký và một liên kết đăng nhập. Hãy thử trang đăng ký bằng cách tạo vài tài khoản người dùng với các tên người dùng khác nhau.</w:t>
      </w:r>
    </w:p>
    <w:p>
      <w:pPr>
        <w:spacing w:after="80"/>
      </w:pPr>
      <w:r>
        <w:rPr>
          <w:b w:val="0"/>
          <w:i w:val="0"/>
        </w:rPr>
        <w:t>Trong phần tiếp theo, ta sẽ giới hạn một số trang để chúng chỉ khả dụng cho những người dùng đã đăng ký, và ta sẽ đảm bảo mỗi chủ đề đều thuộc về một người dùng cụ thể.</w:t>
      </w:r>
    </w:p>
    <w:p>
      <w:pPr>
        <w:spacing w:before="120" w:after="40"/>
      </w:pPr>
      <w:r>
        <w:rPr>
          <w:b/>
          <w:sz w:val="21"/>
        </w:rPr>
        <w:t>Ghi chú</w:t>
      </w:r>
    </w:p>
    <w:p>
      <w:pPr>
        <w:spacing w:after="80"/>
      </w:pPr>
      <w:r>
        <w:rPr>
          <w:b w:val="0"/>
          <w:i w:val="0"/>
        </w:rPr>
        <w:t>Hệ thống đăng ký mà ta đã thiết lập cho phép bất kỳ ai tạo bao nhiêu tài khoản cho Learning Log cũng được. Một số hệ thống yêu cầu người dùng xác nhận danh tính bằng cách gửi một email xác nhận mà người dùng phải trả lời. Nhờ vậy, hệ thống tạo ra ít tài khoản spam hơn so với hệ thống đơn giản mà ta đang dùng ở đây. Tuy nhiên, khi bạn đang học cách xây dựng ứng dụng, thì việc thực hành với một hệ thống đăng ký người dùng đơn giản như cái ta đang dùng là hoàn toàn hợp lý.</w:t>
      </w:r>
    </w:p>
    <w:p>
      <w:pPr>
        <w:spacing w:before="120" w:after="40"/>
      </w:pPr>
      <w:r>
        <w:rPr>
          <w:b/>
          <w:sz w:val="21"/>
        </w:rPr>
        <w:t>Tự thực hành</w:t>
      </w:r>
    </w:p>
    <w:p>
      <w:pPr>
        <w:spacing w:after="80"/>
      </w:pPr>
      <w:r>
        <w:rPr>
          <w:b/>
          <w:i w:val="0"/>
        </w:rPr>
        <w:t>19-2. Tài khoản Blog:</w:t>
      </w:r>
      <w:r>
        <w:rPr>
          <w:b w:val="0"/>
          <w:i w:val="0"/>
        </w:rPr>
        <w:t xml:space="preserve"> Thêm hệ thống xác thực và đăng ký người dùng vào dự án Blog mà bạn đã bắt đầu ở Bài tập 19-1 (trang 415). Đảm bảo rằng người dùng đã đăng nhập sẽ thấy tên người dùng của họ ở đâu đó trên màn hình và người dùng chưa đăng ký sẽ thấy liên kết đến trang đăng ký.</w:t>
      </w:r>
    </w:p>
    <w:p>
      <w:pPr>
        <w:pStyle w:val="Heading2"/>
      </w:pPr>
      <w:r>
        <w:rPr>
          <w:rFonts w:ascii="Calibri" w:hAnsi="Calibri"/>
          <w:b/>
          <w:i w:val="0"/>
          <w:sz w:val="32"/>
        </w:rPr>
        <w:t>Cho phép người dùng sở hữu dữ liệu của riêng họ</w:t>
      </w:r>
    </w:p>
    <w:p>
      <w:pPr>
        <w:spacing w:after="80"/>
      </w:pPr>
      <w:r>
        <w:rPr>
          <w:b w:val="0"/>
          <w:i w:val="0"/>
        </w:rPr>
        <w:t>Người dùng sẽ có thể nhập dữ liệu riêng tư vào nhật ký học tập của họ, vì vậy chúng ta sẽ tạo một hệ thống để xác định dữ liệu nào thuộc về người dùng nào. Sau đó, chúng ta sẽ hạn chế quyền truy cập vào một số trang nhất định để người dùng chỉ có thể làm việc với dữ liệu của riêng họ.</w:t>
      </w:r>
    </w:p>
    <w:p>
      <w:pPr>
        <w:spacing w:after="80"/>
      </w:pPr>
      <w:r>
        <w:rPr>
          <w:b w:val="0"/>
          <w:i w:val="0"/>
        </w:rPr>
        <w:t xml:space="preserve">Chúng ta sẽ sửa đổi mô hình </w:t>
      </w:r>
      <w:r>
        <w:rPr>
          <w:rFonts w:ascii="Consolas" w:hAnsi="Consolas"/>
          <w:b w:val="0"/>
          <w:i w:val="0"/>
          <w:sz w:val="20"/>
        </w:rPr>
        <w:t>Topic</w:t>
      </w:r>
      <w:r>
        <w:rPr>
          <w:b w:val="0"/>
          <w:i w:val="0"/>
        </w:rPr>
        <w:t xml:space="preserve"> để mỗi chủ đề thuộc về một người dùng cụ thể. Điều này cũng sẽ giải quyết luôn các mục nhập, vì mỗi mục nhập thuộc về một chủ đề cụ thể. Chúng ta sẽ bắt đầu bằng việc hạn chế quyền truy cập vào một số trang nhất định.</w:t>
      </w:r>
    </w:p>
    <w:p>
      <w:pPr>
        <w:pStyle w:val="Heading3"/>
      </w:pPr>
      <w:r>
        <w:rPr>
          <w:rFonts w:ascii="Calibri" w:hAnsi="Calibri"/>
          <w:b/>
          <w:i w:val="0"/>
          <w:sz w:val="27"/>
        </w:rPr>
        <w:t>Hạn chế quyền truy cập với @login_required</w:t>
      </w:r>
    </w:p>
    <w:p>
      <w:pPr>
        <w:spacing w:after="80"/>
      </w:pPr>
      <w:r>
        <w:rPr>
          <w:b w:val="0"/>
          <w:i w:val="0"/>
        </w:rPr>
        <w:t xml:space="preserve">Django giúp việc hạn chế quyền truy cập vào một số trang nhất định trở nên dễ dàng thông qua decorator (bộ trang trí) </w:t>
      </w:r>
      <w:r>
        <w:rPr>
          <w:rFonts w:ascii="Consolas" w:hAnsi="Consolas"/>
          <w:b w:val="0"/>
          <w:i w:val="0"/>
          <w:sz w:val="20"/>
        </w:rPr>
        <w:t>@login_required</w:t>
      </w:r>
      <w:r>
        <w:rPr>
          <w:b w:val="0"/>
          <w:i w:val="0"/>
        </w:rPr>
        <w:t xml:space="preserve">. Nhớ lại từ Chương 11 rằng </w:t>
      </w:r>
      <w:r>
        <w:rPr>
          <w:b w:val="0"/>
          <w:i/>
        </w:rPr>
        <w:t>decorator</w:t>
      </w:r>
      <w:r>
        <w:rPr>
          <w:b w:val="0"/>
          <w:i w:val="0"/>
        </w:rPr>
        <w:t xml:space="preserve"> là một chỉ thị được đặt ngay trước định nghĩa hàm, có tác dụng thay đổi cách hàm hoạt động. Hãy xem một ví dụ.</w:t>
      </w:r>
    </w:p>
    <w:p>
      <w:pPr>
        <w:pStyle w:val="Heading4"/>
      </w:pPr>
      <w:r>
        <w:rPr>
          <w:rFonts w:ascii="Calibri" w:hAnsi="Calibri"/>
          <w:b/>
          <w:i w:val="0"/>
          <w:sz w:val="24"/>
        </w:rPr>
        <w:t>Hạn chế quyền truy cập vào trang Chủ đề</w:t>
      </w:r>
    </w:p>
    <w:p>
      <w:pPr>
        <w:spacing w:after="80"/>
      </w:pPr>
      <w:r>
        <w:rPr>
          <w:b w:val="0"/>
          <w:i w:val="0"/>
        </w:rPr>
        <w:t xml:space="preserve">Mỗi chủ đề sẽ thuộc sở hữu của một người dùng, vì vậy chỉ những người dùng đã đăng ký mới có thể yêu cầu trang chủ đề. Thêm đoạn mã sau vào </w:t>
      </w:r>
      <w:r>
        <w:rPr>
          <w:b w:val="0"/>
          <w:i/>
        </w:rPr>
        <w:t>learning_logs/views.py</w:t>
      </w:r>
      <w:r>
        <w:rPr>
          <w:b w:val="0"/>
          <w:i w:val="0"/>
        </w:rPr>
        <w:t>:</w:t>
      </w:r>
    </w:p>
    <w:p>
      <w:pPr>
        <w:spacing w:after="80"/>
      </w:pPr>
      <w:r>
        <w:rPr>
          <w:b w:val="0"/>
          <w:i w:val="0"/>
        </w:rPr>
        <w:t>learning_logs/views.py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rPr>
          <w:rFonts w:ascii="Consolas" w:hAnsi="Consolas"/>
          <w:b w:val="0"/>
          <w:i w:val="0"/>
          <w:sz w:val="18"/>
        </w:rPr>
        <w:t>from django.contrib.auth.decorators import login_required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from .models import Topic, Entry</w:t>
      </w:r>
    </w:p>
    <w:p>
      <w:pPr>
        <w:spacing w:after="0"/>
        <w:ind w:left="360"/>
        <w:shd w:val="clear" w:color="auto" w:fill="F2F2F2"/>
      </w:pP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topics(request):</w:t>
      </w:r>
    </w:p>
    <w:p>
      <w:pPr>
        <w:spacing w:after="0"/>
        <w:ind w:left="360"/>
        <w:shd w:val="clear" w:color="auto" w:fill="F2F2F2"/>
      </w:pPr>
      <w:r>
        <w:rPr>
          <w:rFonts w:ascii="Consolas" w:hAnsi="Consolas"/>
          <w:b w:val="0"/>
          <w:i w:val="0"/>
          <w:sz w:val="18"/>
        </w:rPr>
        <w:t xml:space="preserve">    """Show all topics."""</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Đầu tiên chúng ta nhập hàm </w:t>
      </w:r>
      <w:r>
        <w:rPr>
          <w:rFonts w:ascii="Consolas" w:hAnsi="Consolas"/>
          <w:b w:val="0"/>
          <w:i w:val="0"/>
          <w:sz w:val="20"/>
        </w:rPr>
        <w:t>login_required()</w:t>
      </w:r>
      <w:r>
        <w:rPr>
          <w:b w:val="0"/>
          <w:i w:val="0"/>
        </w:rPr>
        <w:t xml:space="preserve">. Chúng ta áp dụng </w:t>
      </w:r>
      <w:r>
        <w:rPr>
          <w:rFonts w:ascii="Consolas" w:hAnsi="Consolas"/>
          <w:b w:val="0"/>
          <w:i w:val="0"/>
          <w:sz w:val="20"/>
        </w:rPr>
        <w:t>login_required()</w:t>
      </w:r>
      <w:r>
        <w:rPr>
          <w:b w:val="0"/>
          <w:i w:val="0"/>
        </w:rPr>
        <w:t xml:space="preserve"> như một decorator cho hàm xem </w:t>
      </w:r>
      <w:r>
        <w:rPr>
          <w:rFonts w:ascii="Consolas" w:hAnsi="Consolas"/>
          <w:b w:val="0"/>
          <w:i w:val="0"/>
          <w:sz w:val="20"/>
        </w:rPr>
        <w:t>topics()</w:t>
      </w:r>
      <w:r>
        <w:rPr>
          <w:b w:val="0"/>
          <w:i w:val="0"/>
        </w:rPr>
        <w:t xml:space="preserve"> bằng cách thêm ký hiệu </w:t>
      </w:r>
      <w:r>
        <w:rPr>
          <w:rFonts w:ascii="Consolas" w:hAnsi="Consolas"/>
          <w:b w:val="0"/>
          <w:i w:val="0"/>
          <w:sz w:val="20"/>
        </w:rPr>
        <w:t>@</w:t>
      </w:r>
      <w:r>
        <w:rPr>
          <w:b w:val="0"/>
          <w:i w:val="0"/>
        </w:rPr>
        <w:t xml:space="preserve"> vào trước </w:t>
      </w:r>
      <w:r>
        <w:rPr>
          <w:rFonts w:ascii="Consolas" w:hAnsi="Consolas"/>
          <w:b w:val="0"/>
          <w:i w:val="0"/>
          <w:sz w:val="20"/>
        </w:rPr>
        <w:t>login_required</w:t>
      </w:r>
      <w:r>
        <w:rPr>
          <w:b w:val="0"/>
          <w:i w:val="0"/>
        </w:rPr>
        <w:t xml:space="preserve">. Kết quả là, Python biết cần chạy đoạn mã trong </w:t>
      </w:r>
      <w:r>
        <w:rPr>
          <w:rFonts w:ascii="Consolas" w:hAnsi="Consolas"/>
          <w:b w:val="0"/>
          <w:i w:val="0"/>
          <w:sz w:val="20"/>
        </w:rPr>
        <w:t>login_required()</w:t>
      </w:r>
      <w:r>
        <w:rPr>
          <w:b w:val="0"/>
          <w:i w:val="0"/>
        </w:rPr>
        <w:t xml:space="preserve"> trước đoạn mã trong </w:t>
      </w:r>
      <w:r>
        <w:rPr>
          <w:rFonts w:ascii="Consolas" w:hAnsi="Consolas"/>
          <w:b w:val="0"/>
          <w:i w:val="0"/>
          <w:sz w:val="20"/>
        </w:rPr>
        <w:t>topics()</w:t>
      </w:r>
      <w:r>
        <w:rPr>
          <w:b w:val="0"/>
          <w:i w:val="0"/>
        </w:rPr>
        <w:t>.</w:t>
      </w:r>
    </w:p>
    <w:p>
      <w:pPr>
        <w:spacing w:after="80"/>
      </w:pPr>
      <w:r>
        <w:rPr>
          <w:b w:val="0"/>
          <w:i w:val="0"/>
        </w:rPr>
        <w:t xml:space="preserve">Đoạn mã trong </w:t>
      </w:r>
      <w:r>
        <w:rPr>
          <w:rFonts w:ascii="Consolas" w:hAnsi="Consolas"/>
          <w:b w:val="0"/>
          <w:i w:val="0"/>
          <w:sz w:val="20"/>
        </w:rPr>
        <w:t>login_required()</w:t>
      </w:r>
      <w:r>
        <w:rPr>
          <w:b w:val="0"/>
          <w:i w:val="0"/>
        </w:rPr>
        <w:t xml:space="preserve"> kiểm tra xem người dùng đã đăng nhập chưa, và Django chỉ chạy đoạn mã trong </w:t>
      </w:r>
      <w:r>
        <w:rPr>
          <w:rFonts w:ascii="Consolas" w:hAnsi="Consolas"/>
          <w:b w:val="0"/>
          <w:i w:val="0"/>
          <w:sz w:val="20"/>
        </w:rPr>
        <w:t>topics()</w:t>
      </w:r>
      <w:r>
        <w:rPr>
          <w:b w:val="0"/>
          <w:i w:val="0"/>
        </w:rPr>
        <w:t xml:space="preserve"> nếu họ đã đăng nhập. Nếu người dùng chưa đăng nhập, họ sẽ được chuyển hướng đến trang đăng nhập.</w:t>
      </w:r>
    </w:p>
    <w:p>
      <w:pPr>
        <w:spacing w:after="80"/>
      </w:pPr>
      <w:r>
        <w:rPr>
          <w:b w:val="0"/>
          <w:i w:val="0"/>
        </w:rPr>
        <w:t xml:space="preserve">Để việc chuyển hướng này hoạt động, chúng ta cần sửa đổi </w:t>
      </w:r>
      <w:r>
        <w:rPr>
          <w:b w:val="0"/>
          <w:i/>
        </w:rPr>
        <w:t>settings.py</w:t>
      </w:r>
      <w:r>
        <w:rPr>
          <w:b w:val="0"/>
          <w:i w:val="0"/>
        </w:rPr>
        <w:t xml:space="preserve"> để Django biết tìm trang đăng nhập ở đâu. Thêm đoạn sau vào cuối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My settings.</w:t>
      </w:r>
    </w:p>
    <w:p>
      <w:pPr>
        <w:spacing w:after="0"/>
        <w:ind w:left="360"/>
        <w:shd w:val="clear" w:color="auto" w:fill="F2F2F2"/>
      </w:pPr>
      <w:r>
        <w:rPr>
          <w:rFonts w:ascii="Consolas" w:hAnsi="Consolas"/>
          <w:b w:val="0"/>
          <w:i w:val="0"/>
          <w:sz w:val="18"/>
        </w:rPr>
        <w:t>LOGIN_REDIRECT_URL = 'learning_logs:index'</w:t>
      </w:r>
    </w:p>
    <w:p>
      <w:pPr>
        <w:spacing w:after="0"/>
        <w:ind w:left="360"/>
        <w:shd w:val="clear" w:color="auto" w:fill="F2F2F2"/>
      </w:pPr>
      <w:r>
        <w:rPr>
          <w:rFonts w:ascii="Consolas" w:hAnsi="Consolas"/>
          <w:b w:val="0"/>
          <w:i w:val="0"/>
          <w:sz w:val="18"/>
        </w:rPr>
        <w:t>LOGOUT_REDIRECT_URL = 'learning_logs:index'</w:t>
      </w:r>
    </w:p>
    <w:p>
      <w:pPr>
        <w:spacing w:after="0"/>
        <w:ind w:left="360"/>
        <w:shd w:val="clear" w:color="auto" w:fill="F2F2F2"/>
      </w:pPr>
      <w:r>
        <w:rPr>
          <w:rFonts w:ascii="Consolas" w:hAnsi="Consolas"/>
          <w:b w:val="0"/>
          <w:i w:val="0"/>
          <w:sz w:val="18"/>
        </w:rPr>
        <w:t>LOGIN_URL = 'accounts:login'</w:t>
      </w:r>
    </w:p>
    <w:p>
      <w:pPr>
        <w:spacing w:after="40"/>
      </w:pPr>
    </w:p>
    <w:p>
      <w:pPr>
        <w:spacing w:after="80"/>
      </w:pPr>
      <w:r>
        <w:rPr>
          <w:b w:val="0"/>
          <w:i w:val="0"/>
        </w:rPr>
        <w:t xml:space="preserve">Khi một người dùng chưa đăng nhập yêu cầu một trang được bảo vệ bởi decorator </w:t>
      </w:r>
      <w:r>
        <w:rPr>
          <w:rFonts w:ascii="Consolas" w:hAnsi="Consolas"/>
          <w:b w:val="0"/>
          <w:i w:val="0"/>
          <w:sz w:val="20"/>
        </w:rPr>
        <w:t>@login_required</w:t>
      </w:r>
      <w:r>
        <w:rPr>
          <w:b w:val="0"/>
          <w:i w:val="0"/>
        </w:rPr>
        <w:t xml:space="preserve">, Django sẽ đưa người dùng đến URL được định nghĩa bởi </w:t>
      </w:r>
      <w:r>
        <w:rPr>
          <w:rFonts w:ascii="Consolas" w:hAnsi="Consolas"/>
          <w:b w:val="0"/>
          <w:i w:val="0"/>
          <w:sz w:val="20"/>
        </w:rPr>
        <w:t>LOGIN_URL</w:t>
      </w:r>
      <w:r>
        <w:rPr>
          <w:b w:val="0"/>
          <w:i w:val="0"/>
        </w:rPr>
        <w:t xml:space="preserve"> trong </w:t>
      </w:r>
      <w:r>
        <w:rPr>
          <w:b w:val="0"/>
          <w:i/>
        </w:rPr>
        <w:t>settings.py</w:t>
      </w:r>
      <w:r>
        <w:rPr>
          <w:b w:val="0"/>
          <w:i w:val="0"/>
        </w:rPr>
        <w:t>.</w:t>
      </w:r>
    </w:p>
    <w:p>
      <w:pPr>
        <w:spacing w:after="80"/>
      </w:pPr>
      <w:r>
        <w:rPr>
          <w:b w:val="0"/>
          <w:i w:val="0"/>
        </w:rPr>
        <w:t xml:space="preserve">Bạn có thể kiểm tra cài đặt này bằng cách đăng xuất khỏi tất cả tài khoản người dùng và truy cập trang chủ. Nhấp vào liên kết </w:t>
      </w:r>
      <w:r>
        <w:rPr>
          <w:b/>
          <w:i w:val="0"/>
        </w:rPr>
        <w:t>Topics</w:t>
      </w:r>
      <w:r>
        <w:rPr>
          <w:b w:val="0"/>
          <w:i w:val="0"/>
        </w:rPr>
        <w:t xml:space="preserve">, liên kết này sẽ chuyển hướng bạn đến trang đăng nhập. Sau đó đăng nhập vào bất kỳ tài khoản nào của bạn, và từ trang chủ, nhấp lại vào liên kết </w:t>
      </w:r>
      <w:r>
        <w:rPr>
          <w:b/>
          <w:i w:val="0"/>
        </w:rPr>
        <w:t>Topics</w:t>
      </w:r>
      <w:r>
        <w:rPr>
          <w:b w:val="0"/>
          <w:i w:val="0"/>
        </w:rPr>
        <w:t>. Bạn sẽ có thể truy cập trang chủ đề.</w:t>
      </w:r>
    </w:p>
    <w:p>
      <w:pPr>
        <w:pStyle w:val="Heading4"/>
      </w:pPr>
      <w:r>
        <w:rPr>
          <w:rFonts w:ascii="Calibri" w:hAnsi="Calibri"/>
          <w:b/>
          <w:i w:val="0"/>
          <w:sz w:val="24"/>
        </w:rPr>
        <w:t>Hạn chế quyền truy cập trong toàn bộ Learning Log</w:t>
      </w:r>
    </w:p>
    <w:p>
      <w:pPr>
        <w:spacing w:after="80"/>
      </w:pPr>
      <w:r>
        <w:rPr>
          <w:b w:val="0"/>
          <w:i w:val="0"/>
        </w:rPr>
        <w:t>Django giúp việc hạn chế quyền truy cập vào các trang trở nên dễ dàng, nhưng bạn phải quyết định trang nào cần được bảo vệ. Tốt nhất là hãy nghĩ xem những trang nào cần được truy cập tự do trước, rồi hạn chế tất cả các trang còn lại trong dự án. Bạn có thể dễ dàng sửa lại việc hạn chế quá mức, và điều đó ít nguy hiểm hơn là để các trang nhạy cảm được truy cập tự do.</w:t>
      </w:r>
    </w:p>
    <w:p>
      <w:pPr>
        <w:spacing w:after="80"/>
      </w:pPr>
      <w:r>
        <w:rPr>
          <w:b w:val="0"/>
          <w:i w:val="0"/>
        </w:rPr>
        <w:t>Trong Learning Log, chúng ta sẽ giữ trang chủ và trang đăng ký được truy cập tự do. Chúng ta sẽ hạn chế quyền truy cập vào mọi trang khác.</w:t>
      </w:r>
    </w:p>
    <w:p>
      <w:pPr>
        <w:spacing w:after="80"/>
      </w:pPr>
      <w:r>
        <w:rPr>
          <w:b w:val="0"/>
          <w:i w:val="0"/>
        </w:rPr>
        <w:t xml:space="preserve">Đây là </w:t>
      </w:r>
      <w:r>
        <w:rPr>
          <w:b w:val="0"/>
          <w:i/>
        </w:rPr>
        <w:t>learning_logs/views.py</w:t>
      </w:r>
      <w:r>
        <w:rPr>
          <w:b w:val="0"/>
          <w:i w:val="0"/>
        </w:rPr>
        <w:t xml:space="preserve"> với các decorator </w:t>
      </w:r>
      <w:r>
        <w:rPr>
          <w:rFonts w:ascii="Consolas" w:hAnsi="Consolas"/>
          <w:b w:val="0"/>
          <w:i w:val="0"/>
          <w:sz w:val="20"/>
        </w:rPr>
        <w:t>@login_required</w:t>
      </w:r>
      <w:r>
        <w:rPr>
          <w:b w:val="0"/>
          <w:i w:val="0"/>
        </w:rPr>
        <w:t xml:space="preserve"> được áp dụng cho mọi view ngoại trừ </w:t>
      </w:r>
      <w:r>
        <w:rPr>
          <w:rFonts w:ascii="Consolas" w:hAnsi="Consolas"/>
          <w:b w:val="0"/>
          <w:i w:val="0"/>
          <w:sz w:val="20"/>
        </w:rPr>
        <w:t>index()</w:t>
      </w:r>
      <w:r>
        <w:rPr>
          <w:b w:val="0"/>
          <w:i w:val="0"/>
        </w:rPr>
        <w:t>:</w:t>
      </w:r>
    </w:p>
    <w:p>
      <w:pPr>
        <w:spacing w:after="80"/>
      </w:pPr>
      <w:r>
        <w:rPr>
          <w:b w:val="0"/>
          <w:i w:val="0"/>
        </w:rPr>
        <w:t>learning_logs/views.py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topics(request):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topic(request, topic_id):</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new_topic(request):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new_entry(request, topic_id):</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edit_entry(request, entry_id):</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Hãy thử truy cập từng trang này khi đã đăng xuất; bạn sẽ được chuyển hướng trở lại trang đăng nhập. Bạn cũng sẽ không thể nhấp vào các liên kết đến những trang như </w:t>
      </w:r>
      <w:r>
        <w:rPr>
          <w:rFonts w:ascii="Consolas" w:hAnsi="Consolas"/>
          <w:b w:val="0"/>
          <w:i w:val="0"/>
          <w:sz w:val="20"/>
        </w:rPr>
        <w:t>new_topic</w:t>
      </w:r>
      <w:r>
        <w:rPr>
          <w:b w:val="0"/>
          <w:i w:val="0"/>
        </w:rPr>
        <w:t xml:space="preserve">. Nhưng nếu bạn nhập URL </w:t>
      </w:r>
      <w:r>
        <w:rPr>
          <w:b w:val="0"/>
          <w:i/>
        </w:rPr>
        <w:t>http://localhost:8000/new_topic/</w:t>
      </w:r>
      <w:r>
        <w:rPr>
          <w:b w:val="0"/>
          <w:i w:val="0"/>
        </w:rPr>
        <w:t>, bạn sẽ được chuyển hướng đến trang đăng nhập. Bạn nên hạn chế quyền truy cập vào bất kỳ URL nào có thể truy cập công khai và liên quan đến dữ liệu riêng tư của người dùng.</w:t>
      </w:r>
    </w:p>
    <w:p>
      <w:pPr>
        <w:pStyle w:val="Heading3"/>
      </w:pPr>
      <w:r>
        <w:rPr>
          <w:rFonts w:ascii="Calibri" w:hAnsi="Calibri"/>
          <w:b/>
          <w:i w:val="0"/>
          <w:sz w:val="27"/>
        </w:rPr>
        <w:t>Kết nối dữ liệu với người dùng cụ thể</w:t>
      </w:r>
    </w:p>
    <w:p>
      <w:pPr>
        <w:spacing w:after="80"/>
      </w:pPr>
      <w:r>
        <w:rPr>
          <w:b w:val="0"/>
          <w:i w:val="0"/>
        </w:rPr>
        <w:t>Tiếp theo, chúng ta cần kết nối dữ liệu với người dùng đã gửi nó. Chúng ta chỉ cần kết nối dữ liệu ở cấp cao nhất trong hệ thống phân cấp với một người dùng, và dữ liệu cấp thấp hơn sẽ theo đó mà liên kết. Trong Learning Log, các chủ đề là cấp dữ liệu cao nhất trong ứng dụng, và tất cả các mục đều được kết nối với một chủ đề. Miễn là mỗi chủ đề thuộc về một người dùng cụ thể, chúng ta có thể truy vết quyền sở hữu của từng mục trong cơ sở dữ liệu.</w:t>
      </w:r>
    </w:p>
    <w:p>
      <w:pPr>
        <w:spacing w:after="80"/>
      </w:pPr>
      <w:r>
        <w:rPr>
          <w:b w:val="0"/>
          <w:i w:val="0"/>
        </w:rPr>
        <w:t xml:space="preserve">Chúng ta sẽ sửa đổi model </w:t>
      </w:r>
      <w:r>
        <w:rPr>
          <w:rFonts w:ascii="Consolas" w:hAnsi="Consolas"/>
          <w:b w:val="0"/>
          <w:i w:val="0"/>
          <w:sz w:val="20"/>
        </w:rPr>
        <w:t>Topic</w:t>
      </w:r>
      <w:r>
        <w:rPr>
          <w:b w:val="0"/>
          <w:i w:val="0"/>
        </w:rPr>
        <w:t xml:space="preserve"> bằng cách thêm mối quan hệ khóa ngoại (foreign key) với một người dùng. Sau đó chúng ta sẽ phải migrate cơ sở dữ liệu. Cuối cùng, chúng ta sẽ sửa đổi một số view để chúng chỉ hiển thị dữ liệu liên quan đến người dùng đang đăng nhập.</w:t>
      </w:r>
    </w:p>
    <w:p>
      <w:pPr>
        <w:pStyle w:val="Heading4"/>
      </w:pPr>
      <w:r>
        <w:rPr>
          <w:rFonts w:ascii="Calibri" w:hAnsi="Calibri"/>
          <w:b/>
          <w:i w:val="0"/>
          <w:sz w:val="24"/>
        </w:rPr>
        <w:t>Sửa đổi model Topic</w:t>
      </w:r>
    </w:p>
    <w:p>
      <w:pPr>
        <w:spacing w:after="80"/>
      </w:pPr>
      <w:r>
        <w:rPr>
          <w:b w:val="0"/>
          <w:i w:val="0"/>
        </w:rPr>
        <w:t xml:space="preserve">Việc sửa đổi </w:t>
      </w:r>
      <w:r>
        <w:rPr>
          <w:b w:val="0"/>
          <w:i/>
        </w:rPr>
        <w:t>models.py</w:t>
      </w:r>
      <w:r>
        <w:rPr>
          <w:b w:val="0"/>
          <w:i w:val="0"/>
        </w:rPr>
        <w:t xml:space="preserve"> chỉ gồm hai dòng:</w:t>
      </w:r>
    </w:p>
    <w:p>
      <w:pPr>
        <w:spacing w:after="80"/>
      </w:pPr>
      <w:r>
        <w:rPr>
          <w:b w:val="0"/>
          <w:i w:val="0"/>
        </w:rPr>
        <w:t>models.py</w:t>
      </w:r>
    </w:p>
    <w:p>
      <w:pPr>
        <w:spacing w:after="0"/>
        <w:ind w:left="360"/>
        <w:shd w:val="clear" w:color="auto" w:fill="F2F2F2"/>
      </w:pPr>
      <w:r>
        <w:rPr>
          <w:rFonts w:ascii="Consolas" w:hAnsi="Consolas"/>
          <w:b w:val="0"/>
          <w:i w:val="0"/>
          <w:sz w:val="18"/>
        </w:rPr>
        <w:t>from django.db import models</w:t>
      </w:r>
    </w:p>
    <w:p>
      <w:pPr>
        <w:spacing w:after="0"/>
        <w:ind w:left="360"/>
        <w:shd w:val="clear" w:color="auto" w:fill="F2F2F2"/>
      </w:pPr>
      <w:r>
        <w:rPr>
          <w:rFonts w:ascii="Consolas" w:hAnsi="Consolas"/>
          <w:b w:val="0"/>
          <w:i w:val="0"/>
          <w:sz w:val="18"/>
        </w:rPr>
        <w:t>from django.contrib.auth.models import User</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Topic(models.Model):</w:t>
      </w:r>
    </w:p>
    <w:p>
      <w:pPr>
        <w:spacing w:after="0"/>
        <w:ind w:left="360"/>
        <w:shd w:val="clear" w:color="auto" w:fill="F2F2F2"/>
      </w:pPr>
      <w:r>
        <w:rPr>
          <w:rFonts w:ascii="Consolas" w:hAnsi="Consolas"/>
          <w:b w:val="0"/>
          <w:i w:val="0"/>
          <w:sz w:val="18"/>
        </w:rPr>
        <w:t xml:space="preserve">   """A topic the user is learning about."""</w:t>
      </w:r>
    </w:p>
    <w:p>
      <w:pPr>
        <w:spacing w:after="0"/>
        <w:ind w:left="360"/>
        <w:shd w:val="clear" w:color="auto" w:fill="F2F2F2"/>
      </w:pPr>
      <w:r>
        <w:rPr>
          <w:rFonts w:ascii="Consolas" w:hAnsi="Consolas"/>
          <w:b w:val="0"/>
          <w:i w:val="0"/>
          <w:sz w:val="18"/>
        </w:rPr>
        <w:t xml:space="preserve">    text = models.CharField(max_length=200)</w:t>
      </w:r>
    </w:p>
    <w:p>
      <w:pPr>
        <w:spacing w:after="0"/>
        <w:ind w:left="360"/>
        <w:shd w:val="clear" w:color="auto" w:fill="F2F2F2"/>
      </w:pPr>
      <w:r>
        <w:rPr>
          <w:rFonts w:ascii="Consolas" w:hAnsi="Consolas"/>
          <w:b w:val="0"/>
          <w:i w:val="0"/>
          <w:sz w:val="18"/>
        </w:rPr>
        <w:t xml:space="preserve">    date_added = models.DateTimeField(auto_now_add=True)</w:t>
      </w:r>
    </w:p>
    <w:p>
      <w:pPr>
        <w:spacing w:after="0"/>
        <w:ind w:left="360"/>
        <w:shd w:val="clear" w:color="auto" w:fill="F2F2F2"/>
      </w:pPr>
      <w:r>
        <w:rPr>
          <w:rFonts w:ascii="Consolas" w:hAnsi="Consolas"/>
          <w:b w:val="0"/>
          <w:i w:val="0"/>
          <w:sz w:val="18"/>
        </w:rPr>
        <w:t xml:space="preserve">    owner = models.ForeignKey(User, on_delete=models.CASCADE)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def __str__(self):</w:t>
      </w:r>
    </w:p>
    <w:p>
      <w:pPr>
        <w:spacing w:after="0"/>
        <w:ind w:left="360"/>
        <w:shd w:val="clear" w:color="auto" w:fill="F2F2F2"/>
      </w:pPr>
      <w:r>
        <w:rPr>
          <w:rFonts w:ascii="Consolas" w:hAnsi="Consolas"/>
          <w:b w:val="0"/>
          <w:i w:val="0"/>
          <w:sz w:val="18"/>
        </w:rPr>
        <w:t xml:space="preserve">        """Return a string representing the topic."""</w:t>
      </w:r>
    </w:p>
    <w:p>
      <w:pPr>
        <w:spacing w:after="0"/>
        <w:ind w:left="360"/>
        <w:shd w:val="clear" w:color="auto" w:fill="F2F2F2"/>
      </w:pPr>
      <w:r>
        <w:rPr>
          <w:rFonts w:ascii="Consolas" w:hAnsi="Consolas"/>
          <w:b w:val="0"/>
          <w:i w:val="0"/>
          <w:sz w:val="18"/>
        </w:rPr>
        <w:t xml:space="preserve">        Return self.text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class Entry(models.Model):</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Chúng ta nhập mô hình </w:t>
      </w:r>
      <w:r>
        <w:rPr>
          <w:rFonts w:ascii="Consolas" w:hAnsi="Consolas"/>
          <w:b w:val="0"/>
          <w:i w:val="0"/>
          <w:sz w:val="20"/>
        </w:rPr>
        <w:t>User</w:t>
      </w:r>
      <w:r>
        <w:rPr>
          <w:b w:val="0"/>
          <w:i w:val="0"/>
        </w:rPr>
        <w:t xml:space="preserve"> từ </w:t>
      </w:r>
      <w:r>
        <w:rPr>
          <w:rFonts w:ascii="Consolas" w:hAnsi="Consolas"/>
          <w:b w:val="0"/>
          <w:i w:val="0"/>
          <w:sz w:val="20"/>
        </w:rPr>
        <w:t>django.contrib.auth</w:t>
      </w:r>
      <w:r>
        <w:rPr>
          <w:b w:val="0"/>
          <w:i w:val="0"/>
        </w:rPr>
        <w:t xml:space="preserve">. Sau đó, chúng ta thêm trường </w:t>
      </w:r>
      <w:r>
        <w:rPr>
          <w:rFonts w:ascii="Consolas" w:hAnsi="Consolas"/>
          <w:b w:val="0"/>
          <w:i w:val="0"/>
          <w:sz w:val="20"/>
        </w:rPr>
        <w:t>owner</w:t>
      </w:r>
      <w:r>
        <w:rPr>
          <w:b w:val="0"/>
          <w:i w:val="0"/>
        </w:rPr>
        <w:t xml:space="preserve"> vào </w:t>
      </w:r>
      <w:r>
        <w:rPr>
          <w:rFonts w:ascii="Consolas" w:hAnsi="Consolas"/>
          <w:b w:val="0"/>
          <w:i w:val="0"/>
          <w:sz w:val="20"/>
        </w:rPr>
        <w:t>Topic</w:t>
      </w:r>
      <w:r>
        <w:rPr>
          <w:b w:val="0"/>
          <w:i w:val="0"/>
        </w:rPr>
        <w:t xml:space="preserve">, tạo ra mối quan hệ khóa ngoại (foreign key) với mô hình </w:t>
      </w:r>
      <w:r>
        <w:rPr>
          <w:rFonts w:ascii="Consolas" w:hAnsi="Consolas"/>
          <w:b w:val="0"/>
          <w:i w:val="0"/>
          <w:sz w:val="20"/>
        </w:rPr>
        <w:t>User</w:t>
      </w:r>
      <w:r>
        <w:rPr>
          <w:b w:val="0"/>
          <w:i w:val="0"/>
        </w:rPr>
        <w:t>. Nếu một người dùng bị xóa, tất cả các chủ đề liên quan đến người dùng đó cũng sẽ bị xóa theo.</w:t>
      </w:r>
    </w:p>
    <w:p>
      <w:pPr>
        <w:pStyle w:val="Heading4"/>
      </w:pPr>
      <w:r>
        <w:rPr>
          <w:rFonts w:ascii="Calibri" w:hAnsi="Calibri"/>
          <w:b/>
          <w:i w:val="0"/>
          <w:sz w:val="24"/>
        </w:rPr>
        <w:t>Xác định người dùng hiện có</w:t>
      </w:r>
    </w:p>
    <w:p>
      <w:pPr>
        <w:spacing w:after="80"/>
      </w:pPr>
      <w:r>
        <w:rPr>
          <w:b w:val="0"/>
          <w:i w:val="0"/>
        </w:rPr>
        <w:t>Khi chúng ta di chuyển cơ sở dữ liệu (migrate), Django sẽ sửa đổi cơ sở dữ liệu để có thể lưu trữ mối liên kết giữa mỗi chủ đề và một người dùng. Để thực hiện việc di chuyển, Django cần biết người dùng nào sẽ được liên kết với mỗi chủ đề hiện có. Cách đơn giản nhất là bắt đầu bằng việc gán tất cả các chủ đề hiện có cho một người dùng—ví dụ như superuser. Nhưng trước tiên, chúng ta cần biết ID của người dùng đó.</w:t>
      </w:r>
    </w:p>
    <w:p>
      <w:pPr>
        <w:spacing w:after="80"/>
      </w:pPr>
      <w:r>
        <w:rPr>
          <w:b w:val="0"/>
          <w:i w:val="0"/>
        </w:rPr>
        <w:t>Hãy xem ID của tất cả người dùng đã được tạo cho đến nay. Khởi động một phiên Django shell và nhập các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shell</w:t>
      </w:r>
    </w:p>
    <w:p>
      <w:pPr>
        <w:spacing w:after="0"/>
        <w:ind w:left="360"/>
        <w:shd w:val="clear" w:color="auto" w:fill="F2F2F2"/>
      </w:pPr>
      <w:r>
        <w:rPr>
          <w:rFonts w:ascii="Consolas" w:hAnsi="Consolas"/>
          <w:b w:val="0"/>
          <w:i w:val="0"/>
          <w:sz w:val="18"/>
        </w:rPr>
        <w:t xml:space="preserve">❶ &gt;&gt;&gt; </w:t>
      </w:r>
      <w:r>
        <w:rPr>
          <w:rFonts w:ascii="Consolas" w:hAnsi="Consolas"/>
          <w:b/>
          <w:i w:val="0"/>
          <w:sz w:val="18"/>
        </w:rPr>
        <w:t>from django.contrib.auth.models import User</w:t>
      </w:r>
    </w:p>
    <w:p>
      <w:pPr>
        <w:spacing w:after="0"/>
        <w:ind w:left="360"/>
        <w:shd w:val="clear" w:color="auto" w:fill="F2F2F2"/>
      </w:pPr>
      <w:r>
        <w:rPr>
          <w:rFonts w:ascii="Consolas" w:hAnsi="Consolas"/>
          <w:b w:val="0"/>
          <w:i w:val="0"/>
          <w:sz w:val="18"/>
        </w:rPr>
        <w:t xml:space="preserve">❷ &gt;&gt;&gt; </w:t>
      </w:r>
      <w:r>
        <w:rPr>
          <w:rFonts w:ascii="Consolas" w:hAnsi="Consolas"/>
          <w:b/>
          <w:i w:val="0"/>
          <w:sz w:val="18"/>
        </w:rPr>
        <w:t>User.objects.all()</w:t>
      </w:r>
    </w:p>
    <w:p>
      <w:pPr>
        <w:spacing w:after="0"/>
        <w:ind w:left="360"/>
        <w:shd w:val="clear" w:color="auto" w:fill="F2F2F2"/>
      </w:pPr>
      <w:r>
        <w:rPr>
          <w:rFonts w:ascii="Consolas" w:hAnsi="Consolas"/>
          <w:b w:val="0"/>
          <w:i w:val="0"/>
          <w:sz w:val="18"/>
        </w:rPr>
        <w:t>&lt;QuerySet [&lt;User: ll_admin&gt;, &lt;User: eric&gt;, &lt;User: willie&gt;]&gt;</w:t>
      </w:r>
    </w:p>
    <w:p>
      <w:pPr>
        <w:spacing w:after="0"/>
        <w:ind w:left="360"/>
        <w:shd w:val="clear" w:color="auto" w:fill="F2F2F2"/>
      </w:pPr>
      <w:r>
        <w:rPr>
          <w:rFonts w:ascii="Consolas" w:hAnsi="Consolas"/>
          <w:b w:val="0"/>
          <w:i w:val="0"/>
          <w:sz w:val="18"/>
        </w:rPr>
        <w:t xml:space="preserve">❸ &gt;&gt;&gt; </w:t>
      </w:r>
      <w:r>
        <w:rPr>
          <w:rFonts w:ascii="Consolas" w:hAnsi="Consolas"/>
          <w:b/>
          <w:i w:val="0"/>
          <w:sz w:val="18"/>
        </w:rPr>
        <w:t>for user in User.objects.all():</w:t>
      </w:r>
    </w:p>
    <w:p>
      <w:pPr>
        <w:spacing w:after="0"/>
        <w:ind w:left="360"/>
        <w:shd w:val="clear" w:color="auto" w:fill="F2F2F2"/>
      </w:pPr>
      <w:r>
        <w:rPr>
          <w:rFonts w:ascii="Consolas" w:hAnsi="Consolas"/>
          <w:b w:val="0"/>
          <w:i w:val="0"/>
          <w:sz w:val="18"/>
        </w:rPr>
        <w:t xml:space="preserve">...     </w:t>
      </w:r>
      <w:r>
        <w:rPr>
          <w:rFonts w:ascii="Consolas" w:hAnsi="Consolas"/>
          <w:b/>
          <w:i w:val="0"/>
          <w:sz w:val="18"/>
        </w:rPr>
        <w:t>print(user.username, user.id)</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ll_admin 1</w:t>
      </w:r>
    </w:p>
    <w:p>
      <w:pPr>
        <w:spacing w:after="0"/>
        <w:ind w:left="360"/>
        <w:shd w:val="clear" w:color="auto" w:fill="F2F2F2"/>
      </w:pPr>
      <w:r>
        <w:rPr>
          <w:rFonts w:ascii="Consolas" w:hAnsi="Consolas"/>
          <w:b w:val="0"/>
          <w:i w:val="0"/>
          <w:sz w:val="18"/>
        </w:rPr>
        <w:t>eric 2</w:t>
      </w:r>
    </w:p>
    <w:p>
      <w:pPr>
        <w:spacing w:after="0"/>
        <w:ind w:left="360"/>
        <w:shd w:val="clear" w:color="auto" w:fill="F2F2F2"/>
      </w:pPr>
      <w:r>
        <w:rPr>
          <w:rFonts w:ascii="Consolas" w:hAnsi="Consolas"/>
          <w:b w:val="0"/>
          <w:i w:val="0"/>
          <w:sz w:val="18"/>
        </w:rPr>
        <w:t>willie 3</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Đầu tiên chúng ta nhập mô hình </w:t>
      </w:r>
      <w:r>
        <w:rPr>
          <w:rFonts w:ascii="Consolas" w:hAnsi="Consolas"/>
          <w:b w:val="0"/>
          <w:i w:val="0"/>
          <w:sz w:val="20"/>
        </w:rPr>
        <w:t>User</w:t>
      </w:r>
      <w:r>
        <w:rPr>
          <w:b w:val="0"/>
          <w:i w:val="0"/>
        </w:rPr>
        <w:t xml:space="preserve"> vào phiên shell ❶. Sau đó chúng ta xem tất cả người dùng đã được tạo cho đến nay ❷. Kết quả hiển thị ba người dùng cho phiên bản dự án của tôi: </w:t>
      </w:r>
      <w:r>
        <w:rPr>
          <w:rFonts w:ascii="Consolas" w:hAnsi="Consolas"/>
          <w:b w:val="0"/>
          <w:i w:val="0"/>
          <w:sz w:val="20"/>
        </w:rPr>
        <w:t>ll_admin</w:t>
      </w:r>
      <w:r>
        <w:rPr>
          <w:b w:val="0"/>
          <w:i w:val="0"/>
        </w:rPr>
        <w:t xml:space="preserve">, </w:t>
      </w:r>
      <w:r>
        <w:rPr>
          <w:rFonts w:ascii="Consolas" w:hAnsi="Consolas"/>
          <w:b w:val="0"/>
          <w:i w:val="0"/>
          <w:sz w:val="20"/>
        </w:rPr>
        <w:t>eric</w:t>
      </w:r>
      <w:r>
        <w:rPr>
          <w:b w:val="0"/>
          <w:i w:val="0"/>
        </w:rPr>
        <w:t xml:space="preserve">, và </w:t>
      </w:r>
      <w:r>
        <w:rPr>
          <w:rFonts w:ascii="Consolas" w:hAnsi="Consolas"/>
          <w:b w:val="0"/>
          <w:i w:val="0"/>
          <w:sz w:val="20"/>
        </w:rPr>
        <w:t>willie</w:t>
      </w:r>
      <w:r>
        <w:rPr>
          <w:b w:val="0"/>
          <w:i w:val="0"/>
        </w:rPr>
        <w:t>.</w:t>
      </w:r>
    </w:p>
    <w:p>
      <w:pPr>
        <w:spacing w:after="80"/>
      </w:pPr>
      <w:r>
        <w:rPr>
          <w:b w:val="0"/>
          <w:i w:val="0"/>
        </w:rPr>
        <w:t>Tiếp theo, chúng ta lặp qua danh sách người dùng và in tên đăng nhập cùng ID của từng người dùng ❸. Khi Django hỏi người dùng nào sẽ được liên kết với các chủ đề hiện có, chúng ta sẽ dùng một trong các giá trị ID này.</w:t>
      </w:r>
    </w:p>
    <w:p>
      <w:pPr>
        <w:pStyle w:val="Heading4"/>
      </w:pPr>
      <w:r>
        <w:rPr>
          <w:rFonts w:ascii="Calibri" w:hAnsi="Calibri"/>
          <w:b/>
          <w:i w:val="0"/>
          <w:sz w:val="24"/>
        </w:rPr>
        <w:t>Di chuyển cơ sở dữ liệu</w:t>
      </w:r>
    </w:p>
    <w:p>
      <w:pPr>
        <w:spacing w:after="80"/>
      </w:pPr>
      <w:r>
        <w:rPr>
          <w:b w:val="0"/>
          <w:i w:val="0"/>
        </w:rPr>
        <w:t xml:space="preserve">Bây giờ chúng ta đã biết các ID, chúng ta có thể di chuyển cơ sở dữ liệu. Khi làm điều này, Python sẽ yêu cầu chúng ta tạm thời kết nối mô hình </w:t>
      </w:r>
      <w:r>
        <w:rPr>
          <w:rFonts w:ascii="Consolas" w:hAnsi="Consolas"/>
          <w:b w:val="0"/>
          <w:i w:val="0"/>
          <w:sz w:val="20"/>
        </w:rPr>
        <w:t>Topic</w:t>
      </w:r>
      <w:r>
        <w:rPr>
          <w:b w:val="0"/>
          <w:i w:val="0"/>
        </w:rPr>
        <w:t xml:space="preserve"> với một chủ sở hữu cụ thể hoặc thêm giá trị mặc định vào tệp </w:t>
      </w:r>
      <w:r>
        <w:rPr>
          <w:b w:val="0"/>
          <w:i/>
        </w:rPr>
        <w:t>models.py</w:t>
      </w:r>
      <w:r>
        <w:rPr>
          <w:b w:val="0"/>
          <w:i w:val="0"/>
        </w:rPr>
        <w:t xml:space="preserve"> để cho nó biết phải làm gì. Hãy chọn tùy chọn </w:t>
      </w:r>
      <w:r>
        <w:rPr>
          <w:b/>
          <w:i w:val="0"/>
        </w:rPr>
        <w:t>1</w:t>
      </w:r>
      <w:r>
        <w:rPr>
          <w:b w:val="0"/>
          <w:i w:val="0"/>
        </w:rPr>
        <w:t>:</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python manage.py makemigrations learning_logs</w:t>
      </w:r>
    </w:p>
    <w:p>
      <w:pPr>
        <w:spacing w:after="0"/>
        <w:ind w:left="360"/>
        <w:shd w:val="clear" w:color="auto" w:fill="F2F2F2"/>
      </w:pPr>
      <w:r>
        <w:rPr>
          <w:rFonts w:ascii="Consolas" w:hAnsi="Consolas"/>
          <w:b w:val="0"/>
          <w:i w:val="0"/>
          <w:sz w:val="18"/>
        </w:rPr>
        <w:t>❷ It is impossible to add a non-nullable field 'owner' to topic without</w:t>
      </w:r>
    </w:p>
    <w:p>
      <w:pPr>
        <w:spacing w:after="0"/>
        <w:ind w:left="360"/>
        <w:shd w:val="clear" w:color="auto" w:fill="F2F2F2"/>
      </w:pPr>
      <w:r>
        <w:rPr>
          <w:rFonts w:ascii="Consolas" w:hAnsi="Consolas"/>
          <w:b w:val="0"/>
          <w:i w:val="0"/>
          <w:sz w:val="18"/>
        </w:rPr>
        <w:t>specifying a default. This is because...</w:t>
      </w:r>
    </w:p>
    <w:p>
      <w:pPr>
        <w:spacing w:after="0"/>
        <w:ind w:left="360"/>
        <w:shd w:val="clear" w:color="auto" w:fill="F2F2F2"/>
      </w:pPr>
      <w:r>
        <w:rPr>
          <w:rFonts w:ascii="Consolas" w:hAnsi="Consolas"/>
          <w:b w:val="0"/>
          <w:i w:val="0"/>
          <w:sz w:val="18"/>
        </w:rPr>
        <w:t>❸ Please select a fix:</w:t>
      </w:r>
    </w:p>
    <w:p>
      <w:pPr>
        <w:spacing w:after="0"/>
        <w:ind w:left="360"/>
        <w:shd w:val="clear" w:color="auto" w:fill="F2F2F2"/>
      </w:pPr>
      <w:r>
        <w:rPr>
          <w:rFonts w:ascii="Consolas" w:hAnsi="Consolas"/>
          <w:b w:val="0"/>
          <w:i w:val="0"/>
          <w:sz w:val="18"/>
        </w:rPr>
        <w:t xml:space="preserve"> 1) Provide a one-off default now (will be set on all existing rows with a</w:t>
      </w:r>
    </w:p>
    <w:p>
      <w:pPr>
        <w:spacing w:after="0"/>
        <w:ind w:left="360"/>
        <w:shd w:val="clear" w:color="auto" w:fill="F2F2F2"/>
      </w:pPr>
      <w:r>
        <w:rPr>
          <w:rFonts w:ascii="Consolas" w:hAnsi="Consolas"/>
          <w:b w:val="0"/>
          <w:i w:val="0"/>
          <w:sz w:val="18"/>
        </w:rPr>
        <w:t xml:space="preserve">    null value for this column)</w:t>
      </w:r>
    </w:p>
    <w:p>
      <w:pPr>
        <w:spacing w:after="0"/>
        <w:ind w:left="360"/>
        <w:shd w:val="clear" w:color="auto" w:fill="F2F2F2"/>
      </w:pPr>
      <w:r>
        <w:rPr>
          <w:rFonts w:ascii="Consolas" w:hAnsi="Consolas"/>
          <w:b w:val="0"/>
          <w:i w:val="0"/>
          <w:sz w:val="18"/>
        </w:rPr>
        <w:t xml:space="preserve"> 2) Quit and manually define a default value in models.py.</w:t>
      </w:r>
    </w:p>
    <w:p>
      <w:pPr>
        <w:spacing w:after="0"/>
        <w:ind w:left="360"/>
        <w:shd w:val="clear" w:color="auto" w:fill="F2F2F2"/>
      </w:pPr>
      <w:r>
        <w:rPr>
          <w:rFonts w:ascii="Consolas" w:hAnsi="Consolas"/>
          <w:b w:val="0"/>
          <w:i w:val="0"/>
          <w:sz w:val="18"/>
        </w:rPr>
        <w:t xml:space="preserve">❹ Select an option: </w:t>
      </w:r>
      <w:r>
        <w:rPr>
          <w:rFonts w:ascii="Consolas" w:hAnsi="Consolas"/>
          <w:b/>
          <w:i w:val="0"/>
          <w:sz w:val="18"/>
        </w:rPr>
        <w:t>1</w:t>
      </w:r>
    </w:p>
    <w:p>
      <w:pPr>
        <w:spacing w:after="0"/>
        <w:ind w:left="360"/>
        <w:shd w:val="clear" w:color="auto" w:fill="F2F2F2"/>
      </w:pPr>
      <w:r>
        <w:rPr>
          <w:rFonts w:ascii="Consolas" w:hAnsi="Consolas"/>
          <w:b w:val="0"/>
          <w:i w:val="0"/>
          <w:sz w:val="18"/>
        </w:rPr>
        <w:t>❺ Please enter the default value now, as valid Python</w:t>
      </w:r>
    </w:p>
    <w:p>
      <w:pPr>
        <w:spacing w:after="0"/>
        <w:ind w:left="360"/>
        <w:shd w:val="clear" w:color="auto" w:fill="F2F2F2"/>
      </w:pPr>
      <w:r>
        <w:rPr>
          <w:rFonts w:ascii="Consolas" w:hAnsi="Consolas"/>
          <w:b w:val="0"/>
          <w:i w:val="0"/>
          <w:sz w:val="18"/>
        </w:rPr>
        <w:t>The datetime and django.utils.timezone modules are available...</w:t>
      </w:r>
    </w:p>
    <w:p>
      <w:pPr>
        <w:spacing w:after="0"/>
        <w:ind w:left="360"/>
        <w:shd w:val="clear" w:color="auto" w:fill="F2F2F2"/>
      </w:pPr>
      <w:r>
        <w:rPr>
          <w:rFonts w:ascii="Consolas" w:hAnsi="Consolas"/>
          <w:b w:val="0"/>
          <w:i w:val="0"/>
          <w:sz w:val="18"/>
        </w:rPr>
        <w:t>Type 'exit' to exit this prompt</w:t>
      </w:r>
    </w:p>
    <w:p>
      <w:pPr>
        <w:spacing w:after="0"/>
        <w:ind w:left="360"/>
        <w:shd w:val="clear" w:color="auto" w:fill="F2F2F2"/>
      </w:pPr>
      <w:r>
        <w:rPr>
          <w:rFonts w:ascii="Consolas" w:hAnsi="Consolas"/>
          <w:b w:val="0"/>
          <w:i w:val="0"/>
          <w:sz w:val="18"/>
        </w:rPr>
        <w:t xml:space="preserve">❻ &gt;&gt;&gt; </w:t>
      </w:r>
      <w:r>
        <w:rPr>
          <w:rFonts w:ascii="Consolas" w:hAnsi="Consolas"/>
          <w:b/>
          <w:i w:val="0"/>
          <w:sz w:val="18"/>
        </w:rPr>
        <w:t>1</w:t>
      </w:r>
    </w:p>
    <w:p>
      <w:pPr>
        <w:spacing w:after="0"/>
        <w:ind w:left="360"/>
        <w:shd w:val="clear" w:color="auto" w:fill="F2F2F2"/>
      </w:pPr>
      <w:r>
        <w:rPr>
          <w:rFonts w:ascii="Consolas" w:hAnsi="Consolas"/>
          <w:b w:val="0"/>
          <w:i w:val="0"/>
          <w:sz w:val="18"/>
        </w:rPr>
        <w:t>Migrations for 'learning_logs':</w:t>
      </w:r>
    </w:p>
    <w:p>
      <w:pPr>
        <w:spacing w:after="0"/>
        <w:ind w:left="360"/>
        <w:shd w:val="clear" w:color="auto" w:fill="F2F2F2"/>
      </w:pPr>
      <w:r>
        <w:rPr>
          <w:rFonts w:ascii="Consolas" w:hAnsi="Consolas"/>
          <w:b w:val="0"/>
          <w:i w:val="0"/>
          <w:sz w:val="18"/>
        </w:rPr>
        <w:t xml:space="preserve">  learning_logs/migrations/0003_topic_owner.py</w:t>
      </w:r>
    </w:p>
    <w:p>
      <w:pPr>
        <w:spacing w:after="0"/>
        <w:ind w:left="360"/>
        <w:shd w:val="clear" w:color="auto" w:fill="F2F2F2"/>
      </w:pPr>
      <w:r>
        <w:rPr>
          <w:rFonts w:ascii="Consolas" w:hAnsi="Consolas"/>
          <w:b w:val="0"/>
          <w:i w:val="0"/>
          <w:sz w:val="18"/>
        </w:rPr>
        <w:t>- Add field owner to topic</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Chúng ta bắt đầu bằng cách nhập lệnh </w:t>
      </w:r>
      <w:r>
        <w:rPr>
          <w:rFonts w:ascii="Consolas" w:hAnsi="Consolas"/>
          <w:b w:val="0"/>
          <w:i w:val="0"/>
          <w:sz w:val="20"/>
        </w:rPr>
        <w:t>makemigrations</w:t>
      </w:r>
      <w:r>
        <w:rPr>
          <w:b w:val="0"/>
          <w:i w:val="0"/>
        </w:rPr>
        <w:t xml:space="preserve"> ❶. Trong kết quả, Django chỉ ra rằng chúng ta đang cố thêm một trường bắt buộc (</w:t>
      </w:r>
      <w:r>
        <w:rPr>
          <w:b w:val="0"/>
          <w:i/>
        </w:rPr>
        <w:t>non-nullable</w:t>
      </w:r>
      <w:r>
        <w:rPr>
          <w:b w:val="0"/>
          <w:i w:val="0"/>
        </w:rPr>
        <w:t>) vào một mô hình hiện có (</w:t>
      </w:r>
      <w:r>
        <w:rPr>
          <w:rFonts w:ascii="Consolas" w:hAnsi="Consolas"/>
          <w:b w:val="0"/>
          <w:i w:val="0"/>
          <w:sz w:val="20"/>
        </w:rPr>
        <w:t>topic</w:t>
      </w:r>
      <w:r>
        <w:rPr>
          <w:b w:val="0"/>
          <w:i w:val="0"/>
        </w:rPr>
        <w:t xml:space="preserve">) mà không chỉ định giá trị mặc định ❷. Django đưa ra hai tùy chọn: chúng ta có thể cung cấp giá trị mặc định ngay bây giờ, hoặc thoát ra và thêm giá trị mặc định trong </w:t>
      </w:r>
      <w:r>
        <w:rPr>
          <w:b w:val="0"/>
          <w:i/>
        </w:rPr>
        <w:t>models.py</w:t>
      </w:r>
      <w:r>
        <w:rPr>
          <w:b w:val="0"/>
          <w:i w:val="0"/>
        </w:rPr>
        <w:t xml:space="preserve"> ❸. Ở đây tôi đã chọn tùy chọn đầu tiên ❹. Django sau đó yêu cầu chúng ta nhập giá trị mặc định ❺.</w:t>
      </w:r>
    </w:p>
    <w:p>
      <w:pPr>
        <w:spacing w:after="80"/>
      </w:pPr>
      <w:r>
        <w:rPr>
          <w:b w:val="0"/>
          <w:i w:val="0"/>
        </w:rPr>
        <w:t xml:space="preserve">Để liên kết tất cả các chủ đề hiện có với người dùng admin ban đầu, </w:t>
      </w:r>
      <w:r>
        <w:rPr>
          <w:rFonts w:ascii="Consolas" w:hAnsi="Consolas"/>
          <w:b w:val="0"/>
          <w:i w:val="0"/>
          <w:sz w:val="20"/>
        </w:rPr>
        <w:t>ll_admin</w:t>
      </w:r>
      <w:r>
        <w:rPr>
          <w:b w:val="0"/>
          <w:i w:val="0"/>
        </w:rPr>
        <w:t xml:space="preserve">, tôi đã nhập ID người dùng là </w:t>
      </w:r>
      <w:r>
        <w:rPr>
          <w:rFonts w:ascii="Consolas" w:hAnsi="Consolas"/>
          <w:b w:val="0"/>
          <w:i w:val="0"/>
          <w:sz w:val="20"/>
        </w:rPr>
        <w:t>1</w:t>
      </w:r>
      <w:r>
        <w:rPr>
          <w:b w:val="0"/>
          <w:i w:val="0"/>
        </w:rPr>
        <w:t xml:space="preserve"> ❻. Bạn có thể dùng ID của bất kỳ người dùng nào bạn đã tạo; không nhất thiết phải là superuser. Django sau đó di chuyển cơ sở dữ liệu bằng giá trị này và tạo ra tệp di chuyển </w:t>
      </w:r>
      <w:r>
        <w:rPr>
          <w:b w:val="0"/>
          <w:i/>
        </w:rPr>
        <w:t>0003_topic_owner.py</w:t>
      </w:r>
      <w:r>
        <w:rPr>
          <w:b w:val="0"/>
          <w:i w:val="0"/>
        </w:rPr>
        <w:t xml:space="preserve">, tệp này thêm trường </w:t>
      </w:r>
      <w:r>
        <w:rPr>
          <w:rFonts w:ascii="Consolas" w:hAnsi="Consolas"/>
          <w:b w:val="0"/>
          <w:i w:val="0"/>
          <w:sz w:val="20"/>
        </w:rPr>
        <w:t>owner</w:t>
      </w:r>
      <w:r>
        <w:rPr>
          <w:b w:val="0"/>
          <w:i w:val="0"/>
        </w:rPr>
        <w:t xml:space="preserve"> vào mô hình </w:t>
      </w:r>
      <w:r>
        <w:rPr>
          <w:rFonts w:ascii="Consolas" w:hAnsi="Consolas"/>
          <w:b w:val="0"/>
          <w:i w:val="0"/>
          <w:sz w:val="20"/>
        </w:rPr>
        <w:t>Topic</w:t>
      </w:r>
      <w:r>
        <w:rPr>
          <w:b w:val="0"/>
          <w:i w:val="0"/>
        </w:rPr>
        <w:t>.</w:t>
      </w:r>
    </w:p>
    <w:p>
      <w:pPr>
        <w:spacing w:after="80"/>
      </w:pPr>
      <w:r>
        <w:rPr>
          <w:b w:val="0"/>
          <w:i w:val="0"/>
        </w:rPr>
        <w:t>Bây giờ chúng ta có thể thực thi việc di chuyển. Nhập lệnh sau trong một môi trường ảo đang hoạt động:</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python manage.py migrate</w:t>
      </w:r>
    </w:p>
    <w:p>
      <w:pPr>
        <w:spacing w:after="0"/>
        <w:ind w:left="360"/>
        <w:shd w:val="clear" w:color="auto" w:fill="F2F2F2"/>
      </w:pPr>
      <w:r>
        <w:rPr>
          <w:rFonts w:ascii="Consolas" w:hAnsi="Consolas"/>
          <w:b w:val="0"/>
          <w:i w:val="0"/>
          <w:sz w:val="18"/>
        </w:rPr>
        <w:t>Operations to perform:</w:t>
      </w:r>
    </w:p>
    <w:p>
      <w:pPr>
        <w:spacing w:after="0"/>
        <w:ind w:left="360"/>
        <w:shd w:val="clear" w:color="auto" w:fill="F2F2F2"/>
      </w:pPr>
      <w:r>
        <w:rPr>
          <w:rFonts w:ascii="Consolas" w:hAnsi="Consolas"/>
          <w:b w:val="0"/>
          <w:i w:val="0"/>
          <w:sz w:val="18"/>
        </w:rPr>
        <w:t xml:space="preserve">  Apply all migrations: admin, auth, contenttypes, learning_logs, sessions</w:t>
      </w:r>
    </w:p>
    <w:p>
      <w:pPr>
        <w:spacing w:after="0"/>
        <w:ind w:left="360"/>
        <w:shd w:val="clear" w:color="auto" w:fill="F2F2F2"/>
      </w:pPr>
      <w:r>
        <w:rPr>
          <w:rFonts w:ascii="Consolas" w:hAnsi="Consolas"/>
          <w:b w:val="0"/>
          <w:i w:val="0"/>
          <w:sz w:val="18"/>
        </w:rPr>
        <w:t>Running migrations:</w:t>
      </w:r>
    </w:p>
    <w:p>
      <w:pPr>
        <w:spacing w:after="0"/>
        <w:ind w:left="360"/>
        <w:shd w:val="clear" w:color="auto" w:fill="F2F2F2"/>
      </w:pPr>
      <w:r>
        <w:rPr>
          <w:rFonts w:ascii="Consolas" w:hAnsi="Consolas"/>
          <w:b w:val="0"/>
          <w:i w:val="0"/>
          <w:sz w:val="18"/>
        </w:rPr>
        <w:t>❶   Applying learning_logs.0003_topic_owner... OK</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Django áp dụng việc di chuyển mới, và kết quả là </w:t>
      </w:r>
      <w:r>
        <w:rPr>
          <w:rFonts w:ascii="Consolas" w:hAnsi="Consolas"/>
          <w:b w:val="0"/>
          <w:i w:val="0"/>
          <w:sz w:val="20"/>
        </w:rPr>
        <w:t>OK</w:t>
      </w:r>
      <w:r>
        <w:rPr>
          <w:b w:val="0"/>
          <w:i w:val="0"/>
        </w:rPr>
        <w:t xml:space="preserve"> ❶.</w:t>
      </w:r>
    </w:p>
    <w:p>
      <w:pPr>
        <w:spacing w:after="80"/>
      </w:pPr>
      <w:r>
        <w:rPr>
          <w:b w:val="0"/>
          <w:i w:val="0"/>
        </w:rPr>
        <w:t>Chúng ta có thể xác minh rằng việc di chuyển đã hoạt động như mong đợi trong một phiên shell, như sau:</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from learning_logs.models import Topic</w:t>
      </w:r>
    </w:p>
    <w:p>
      <w:pPr>
        <w:spacing w:after="0"/>
        <w:ind w:left="360"/>
        <w:shd w:val="clear" w:color="auto" w:fill="F2F2F2"/>
      </w:pPr>
      <w:r>
        <w:rPr>
          <w:rFonts w:ascii="Consolas" w:hAnsi="Consolas"/>
          <w:b w:val="0"/>
          <w:i w:val="0"/>
          <w:sz w:val="18"/>
        </w:rPr>
        <w:t xml:space="preserve">&gt;&gt;&gt; </w:t>
      </w:r>
      <w:r>
        <w:rPr>
          <w:rFonts w:ascii="Consolas" w:hAnsi="Consolas"/>
          <w:b/>
          <w:i w:val="0"/>
          <w:sz w:val="18"/>
        </w:rPr>
        <w:t>for topic in Topic.objects.all():</w:t>
      </w:r>
    </w:p>
    <w:p>
      <w:pPr>
        <w:spacing w:after="0"/>
        <w:ind w:left="360"/>
        <w:shd w:val="clear" w:color="auto" w:fill="F2F2F2"/>
      </w:pPr>
      <w:r>
        <w:rPr>
          <w:rFonts w:ascii="Consolas" w:hAnsi="Consolas"/>
          <w:b w:val="0"/>
          <w:i w:val="0"/>
          <w:sz w:val="18"/>
        </w:rPr>
        <w:t xml:space="preserve">...     </w:t>
      </w:r>
      <w:r>
        <w:rPr>
          <w:rFonts w:ascii="Consolas" w:hAnsi="Consolas"/>
          <w:b/>
          <w:i w:val="0"/>
          <w:sz w:val="18"/>
        </w:rPr>
        <w:t>print(topic, topic.owner)</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Chess ll_admin</w:t>
      </w:r>
    </w:p>
    <w:p>
      <w:pPr>
        <w:spacing w:after="0"/>
        <w:ind w:left="360"/>
        <w:shd w:val="clear" w:color="auto" w:fill="F2F2F2"/>
      </w:pPr>
      <w:r>
        <w:rPr>
          <w:rFonts w:ascii="Consolas" w:hAnsi="Consolas"/>
          <w:b w:val="0"/>
          <w:i w:val="0"/>
          <w:sz w:val="18"/>
        </w:rPr>
        <w:t>Rock Climbing ll_admin</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Chúng ta nhập </w:t>
      </w:r>
      <w:r>
        <w:rPr>
          <w:rFonts w:ascii="Consolas" w:hAnsi="Consolas"/>
          <w:b w:val="0"/>
          <w:i w:val="0"/>
          <w:sz w:val="20"/>
        </w:rPr>
        <w:t>Topic</w:t>
      </w:r>
      <w:r>
        <w:rPr>
          <w:b w:val="0"/>
          <w:i w:val="0"/>
        </w:rPr>
        <w:t xml:space="preserve"> từ </w:t>
      </w:r>
      <w:r>
        <w:rPr>
          <w:rFonts w:ascii="Consolas" w:hAnsi="Consolas"/>
          <w:b w:val="0"/>
          <w:i w:val="0"/>
          <w:sz w:val="20"/>
        </w:rPr>
        <w:t>learning_logs.models</w:t>
      </w:r>
      <w:r>
        <w:rPr>
          <w:b w:val="0"/>
          <w:i w:val="0"/>
        </w:rPr>
        <w:t xml:space="preserve"> và sau đó lặp qua tất cả các chủ đề hiện có, in ra từng chủ đề và người dùng mà nó thuộc về. Bạn có thể thấy rằng mỗi chủ đề bây giờ thuộc về người dùng </w:t>
      </w:r>
      <w:r>
        <w:rPr>
          <w:rFonts w:ascii="Consolas" w:hAnsi="Consolas"/>
          <w:b w:val="0"/>
          <w:i w:val="0"/>
          <w:sz w:val="20"/>
        </w:rPr>
        <w:t>ll_admin</w:t>
      </w:r>
      <w:r>
        <w:rPr>
          <w:b w:val="0"/>
          <w:i w:val="0"/>
        </w:rPr>
        <w:t>. (Nếu bạn gặp lỗi khi chạy đoạn mã này, hãy thử thoát khỏi shell và khởi động một shell mới.)</w:t>
      </w:r>
    </w:p>
    <w:p>
      <w:pPr>
        <w:spacing w:before="120" w:after="40"/>
      </w:pPr>
      <w:r>
        <w:rPr>
          <w:b/>
          <w:sz w:val="21"/>
        </w:rPr>
        <w:t>Ghi chú</w:t>
      </w:r>
    </w:p>
    <w:p>
      <w:pPr>
        <w:spacing w:after="80"/>
      </w:pPr>
      <w:r>
        <w:rPr>
          <w:b w:val="0"/>
          <w:i w:val="0"/>
        </w:rPr>
        <w:t xml:space="preserve">Bạn có thể chỉ cần đặt lại cơ sở dữ liệu (database) thay vì di chuyển (migrate), nhưng làm vậy sẽ mất hết dữ liệu hiện có. Việc học cách di chuyển cơ sở dữ liệu mà vẫn giữ nguyên vẹn dữ liệu của người dùng là một thói quen tốt. Nếu bạn thực sự muốn bắt đầu với một cơ sở dữ liệu mới tinh, hãy chạy lệnh </w:t>
      </w:r>
      <w:r>
        <w:rPr>
          <w:rFonts w:ascii="Consolas" w:hAnsi="Consolas"/>
          <w:b/>
          <w:i w:val="0"/>
          <w:sz w:val="20"/>
        </w:rPr>
        <w:t>python manage.py flush</w:t>
      </w:r>
      <w:r>
        <w:rPr>
          <w:b w:val="0"/>
          <w:i w:val="0"/>
        </w:rPr>
        <w:t xml:space="preserve"> để xây dựng lại cấu trúc cơ sở dữ liệu. Bạn sẽ phải tạo một superuser mới, và toàn bộ dữ liệu của bạn sẽ biến mất.</w:t>
      </w:r>
    </w:p>
    <w:p>
      <w:pPr>
        <w:pStyle w:val="Heading3"/>
      </w:pPr>
      <w:r>
        <w:rPr>
          <w:rFonts w:ascii="Calibri" w:hAnsi="Calibri"/>
          <w:b/>
          <w:i w:val="0"/>
          <w:sz w:val="27"/>
        </w:rPr>
        <w:t>Giới hạn quyền truy cập chủ đề cho đúng người dùng</w:t>
      </w:r>
    </w:p>
    <w:p>
      <w:pPr>
        <w:spacing w:after="80"/>
      </w:pPr>
      <w:r>
        <w:rPr>
          <w:b w:val="0"/>
          <w:i w:val="0"/>
        </w:rPr>
        <w:t>Hiện tại, nếu bạn đã đăng nhập, bạn sẽ thấy được tất cả các chủ đề (topic), bất kể bạn đăng nhập với tư cách người dùng nào. Chúng ta sẽ thay đổi điều đó bằng cách chỉ hiển thị cho người dùng những chủ đề thuộc về họ.</w:t>
      </w:r>
    </w:p>
    <w:p>
      <w:pPr>
        <w:spacing w:after="80"/>
      </w:pPr>
      <w:r>
        <w:rPr>
          <w:b w:val="0"/>
          <w:i w:val="0"/>
        </w:rPr>
        <w:t xml:space="preserve">Hãy thực hiện thay đổi sau cho hàm </w:t>
      </w:r>
      <w:r>
        <w:rPr>
          <w:rFonts w:ascii="Consolas" w:hAnsi="Consolas"/>
          <w:b w:val="0"/>
          <w:i w:val="0"/>
          <w:sz w:val="20"/>
        </w:rPr>
        <w:t>topics()</w:t>
      </w:r>
      <w:r>
        <w:rPr>
          <w:b w:val="0"/>
          <w:i w:val="0"/>
        </w:rPr>
        <w:t xml:space="preserve"> trong </w:t>
      </w:r>
      <w:r>
        <w:rPr>
          <w:b w:val="0"/>
          <w:i/>
        </w:rPr>
        <w:t>views.py</w:t>
      </w:r>
      <w:r>
        <w:rPr>
          <w:b w:val="0"/>
          <w:i w:val="0"/>
        </w:rPr>
        <w:t>:</w:t>
      </w:r>
    </w:p>
    <w:p>
      <w:pPr>
        <w:spacing w:after="80"/>
      </w:pPr>
      <w:r>
        <w:rPr>
          <w:b w:val="0"/>
          <w:i w:val="0"/>
        </w:rPr>
        <w:t>learning_logs/views.py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topics(request):</w:t>
      </w:r>
    </w:p>
    <w:p>
      <w:pPr>
        <w:spacing w:after="0"/>
        <w:ind w:left="360"/>
        <w:shd w:val="clear" w:color="auto" w:fill="F2F2F2"/>
      </w:pPr>
      <w:r>
        <w:rPr>
          <w:rFonts w:ascii="Consolas" w:hAnsi="Consolas"/>
          <w:b w:val="0"/>
          <w:i w:val="0"/>
          <w:sz w:val="18"/>
        </w:rPr>
        <w:t xml:space="preserve">    """Show all topics."""</w:t>
      </w:r>
    </w:p>
    <w:p>
      <w:pPr>
        <w:spacing w:after="0"/>
        <w:ind w:left="360"/>
        <w:shd w:val="clear" w:color="auto" w:fill="F2F2F2"/>
      </w:pPr>
      <w:r>
        <w:rPr>
          <w:rFonts w:ascii="Consolas" w:hAnsi="Consolas"/>
          <w:b w:val="0"/>
          <w:i w:val="0"/>
          <w:sz w:val="18"/>
        </w:rPr>
        <w:t xml:space="preserve">    topics = Topic.objects.filter(owner=request.user).order_by('date_added')</w:t>
      </w:r>
    </w:p>
    <w:p>
      <w:pPr>
        <w:spacing w:after="0"/>
        <w:ind w:left="360"/>
        <w:shd w:val="clear" w:color="auto" w:fill="F2F2F2"/>
      </w:pPr>
      <w:r>
        <w:rPr>
          <w:rFonts w:ascii="Consolas" w:hAnsi="Consolas"/>
          <w:b w:val="0"/>
          <w:i w:val="0"/>
          <w:sz w:val="18"/>
        </w:rPr>
        <w:t xml:space="preserve">    context = {'topics': topics}</w:t>
      </w:r>
    </w:p>
    <w:p>
      <w:pPr>
        <w:spacing w:after="0"/>
        <w:ind w:left="360"/>
        <w:shd w:val="clear" w:color="auto" w:fill="F2F2F2"/>
      </w:pPr>
      <w:r>
        <w:rPr>
          <w:rFonts w:ascii="Consolas" w:hAnsi="Consolas"/>
          <w:b w:val="0"/>
          <w:i w:val="0"/>
          <w:sz w:val="18"/>
        </w:rPr>
        <w:t xml:space="preserve">    return render(request, 'learning_logs/topics.html', context)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Khi một người dùng đã đăng nhập, đối tượng </w:t>
      </w:r>
      <w:r>
        <w:rPr>
          <w:rFonts w:ascii="Consolas" w:hAnsi="Consolas"/>
          <w:b w:val="0"/>
          <w:i w:val="0"/>
          <w:sz w:val="20"/>
        </w:rPr>
        <w:t>request</w:t>
      </w:r>
      <w:r>
        <w:rPr>
          <w:b w:val="0"/>
          <w:i w:val="0"/>
        </w:rPr>
        <w:t xml:space="preserve"> có thuộc tính </w:t>
      </w:r>
      <w:r>
        <w:rPr>
          <w:rFonts w:ascii="Consolas" w:hAnsi="Consolas"/>
          <w:b w:val="0"/>
          <w:i w:val="0"/>
          <w:sz w:val="20"/>
        </w:rPr>
        <w:t>request.user</w:t>
      </w:r>
      <w:r>
        <w:rPr>
          <w:b w:val="0"/>
          <w:i w:val="0"/>
        </w:rPr>
        <w:t xml:space="preserve"> được thiết lập, chứa thông tin về người dùng đó. Truy vấn </w:t>
      </w:r>
      <w:r>
        <w:rPr>
          <w:rFonts w:ascii="Consolas" w:hAnsi="Consolas"/>
          <w:b w:val="0"/>
          <w:i w:val="0"/>
          <w:sz w:val="20"/>
        </w:rPr>
        <w:t>Topic.objects.filter(owner=request.user)</w:t>
      </w:r>
      <w:r>
        <w:rPr>
          <w:b w:val="0"/>
          <w:i w:val="0"/>
        </w:rPr>
        <w:t xml:space="preserve"> bảo Django chỉ lấy các đối tượng </w:t>
      </w:r>
      <w:r>
        <w:rPr>
          <w:rFonts w:ascii="Consolas" w:hAnsi="Consolas"/>
          <w:b w:val="0"/>
          <w:i w:val="0"/>
          <w:sz w:val="20"/>
        </w:rPr>
        <w:t>Topic</w:t>
      </w:r>
      <w:r>
        <w:rPr>
          <w:b w:val="0"/>
          <w:i w:val="0"/>
        </w:rPr>
        <w:t xml:space="preserve"> từ cơ sở dữ liệu mà thuộc tính </w:t>
      </w:r>
      <w:r>
        <w:rPr>
          <w:rFonts w:ascii="Consolas" w:hAnsi="Consolas"/>
          <w:b w:val="0"/>
          <w:i w:val="0"/>
          <w:sz w:val="20"/>
        </w:rPr>
        <w:t>owner</w:t>
      </w:r>
      <w:r>
        <w:rPr>
          <w:b w:val="0"/>
          <w:i w:val="0"/>
        </w:rPr>
        <w:t xml:space="preserve"> khớp với người dùng hiện tại. Vì chúng ta không thay đổi cách hiển thị các chủ đề, nên không cần thay đổi template cho trang chủ đề chút nào.</w:t>
      </w:r>
    </w:p>
    <w:p>
      <w:pPr>
        <w:spacing w:after="80"/>
      </w:pPr>
      <w:r>
        <w:rPr>
          <w:b w:val="0"/>
          <w:i w:val="0"/>
        </w:rPr>
        <w:t>Để kiểm tra xem điều này có hoạt động không, hãy đăng nhập với tư cách người dùng mà bạn đã gán cho tất cả các chủ đề hiện có, rồi vào trang chủ đề. Bạn sẽ thấy tất cả các chủ đề. Bây giờ hãy đăng xuất và đăng nhập lại với tư cách một người dùng khác. Bạn sẽ thấy thông báo "No topics have been added yet."</w:t>
      </w:r>
    </w:p>
    <w:p>
      <w:pPr>
        <w:pStyle w:val="Heading3"/>
      </w:pPr>
      <w:r>
        <w:rPr>
          <w:rFonts w:ascii="Calibri" w:hAnsi="Calibri"/>
          <w:b/>
          <w:i w:val="0"/>
          <w:sz w:val="27"/>
        </w:rPr>
        <w:t>Bảo vệ chủ đề của người dùng</w:t>
      </w:r>
    </w:p>
    <w:p>
      <w:pPr>
        <w:spacing w:after="80"/>
      </w:pPr>
      <w:r>
        <w:rPr>
          <w:b w:val="0"/>
          <w:i w:val="0"/>
        </w:rPr>
        <w:t xml:space="preserve">Chúng ta vẫn chưa giới hạn quyền truy cập vào các trang chủ đề, nên bất kỳ người dùng đã đăng ký nào cũng có thể thử một loạt URL (như </w:t>
      </w:r>
      <w:r>
        <w:rPr>
          <w:b w:val="0"/>
          <w:i/>
        </w:rPr>
        <w:t>http://localhost:8000/topics/1/</w:t>
      </w:r>
      <w:r>
        <w:rPr>
          <w:b w:val="0"/>
          <w:i w:val="0"/>
        </w:rPr>
        <w:t>) và lấy được những trang chủ đề tình cờ khớp.</w:t>
      </w:r>
    </w:p>
    <w:p>
      <w:pPr>
        <w:spacing w:after="80"/>
      </w:pPr>
      <w:r>
        <w:rPr>
          <w:b w:val="0"/>
          <w:i w:val="0"/>
        </w:rPr>
        <w:t>Hãy tự thử xem. Khi đang đăng nhập với tư cách người dùng sở hữu tất cả các chủ đề, hãy sao chép URL hoặc ghi lại ID trong URL của một chủ đề, rồi đăng xuất và đăng nhập lại với tư cách một người dùng khác. Nhập URL của chủ đề đó. Bạn sẽ vẫn đọc được các mục (entry), dù bạn đang đăng nhập với tư cách một người dùng khác.</w:t>
      </w:r>
    </w:p>
    <w:p>
      <w:pPr>
        <w:spacing w:after="80"/>
      </w:pPr>
      <w:r>
        <w:rPr>
          <w:b w:val="0"/>
          <w:i w:val="0"/>
        </w:rPr>
        <w:t xml:space="preserve">Chúng ta sẽ khắc phục điều này ngay bây giờ bằng cách thực hiện một bước kiểm tra trước khi lấy các mục được yêu cầu trong hàm view </w:t>
      </w:r>
      <w:r>
        <w:rPr>
          <w:rFonts w:ascii="Consolas" w:hAnsi="Consolas"/>
          <w:b w:val="0"/>
          <w:i w:val="0"/>
          <w:sz w:val="20"/>
        </w:rPr>
        <w:t>topic()</w:t>
      </w:r>
      <w:r>
        <w:rPr>
          <w:b w:val="0"/>
          <w:i w:val="0"/>
        </w:rPr>
        <w:t>:</w:t>
      </w:r>
    </w:p>
    <w:p>
      <w:pPr>
        <w:spacing w:after="80"/>
      </w:pPr>
      <w:r>
        <w:rPr>
          <w:b w:val="0"/>
          <w:i w:val="0"/>
        </w:rPr>
        <w:t>learning_logs/views.py</w:t>
      </w:r>
    </w:p>
    <w:p>
      <w:pPr>
        <w:spacing w:after="0"/>
        <w:ind w:left="360"/>
        <w:shd w:val="clear" w:color="auto" w:fill="F2F2F2"/>
      </w:pPr>
      <w:r>
        <w:rPr>
          <w:rFonts w:ascii="Consolas" w:hAnsi="Consolas"/>
          <w:b w:val="0"/>
          <w:i w:val="0"/>
          <w:sz w:val="18"/>
        </w:rPr>
        <w:t>from django.shortcuts import render, redirect</w:t>
      </w:r>
    </w:p>
    <w:p>
      <w:pPr>
        <w:spacing w:after="0"/>
        <w:ind w:left="360"/>
        <w:shd w:val="clear" w:color="auto" w:fill="F2F2F2"/>
      </w:pPr>
      <w:r>
        <w:rPr>
          <w:rFonts w:ascii="Consolas" w:hAnsi="Consolas"/>
          <w:b w:val="0"/>
          <w:i w:val="0"/>
          <w:sz w:val="18"/>
        </w:rPr>
        <w:t>from django.contrib.auth.decorators import login_required</w:t>
      </w:r>
    </w:p>
    <w:p>
      <w:pPr>
        <w:spacing w:after="0"/>
        <w:ind w:left="360"/>
        <w:shd w:val="clear" w:color="auto" w:fill="F2F2F2"/>
      </w:pPr>
      <w:r>
        <w:rPr>
          <w:rFonts w:ascii="Consolas" w:hAnsi="Consolas"/>
          <w:b w:val="0"/>
          <w:i w:val="0"/>
          <w:sz w:val="18"/>
        </w:rPr>
        <w:t>❶ from django.http import Http404</w:t>
      </w:r>
    </w:p>
    <w:p>
      <w:pPr>
        <w:spacing w:after="0"/>
        <w:ind w:left="360"/>
        <w:shd w:val="clear" w:color="auto" w:fill="F2F2F2"/>
      </w:pPr>
      <w:r>
        <w:t xml:space="preserve"> </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topic(request, topic_id):</w:t>
      </w:r>
    </w:p>
    <w:p>
      <w:pPr>
        <w:spacing w:after="0"/>
        <w:ind w:left="360"/>
        <w:shd w:val="clear" w:color="auto" w:fill="F2F2F2"/>
      </w:pPr>
      <w:r>
        <w:rPr>
          <w:rFonts w:ascii="Consolas" w:hAnsi="Consolas"/>
          <w:b w:val="0"/>
          <w:i w:val="0"/>
          <w:sz w:val="18"/>
        </w:rPr>
        <w:t xml:space="preserve">    """Show a single topic and all its entries."""</w:t>
      </w:r>
    </w:p>
    <w:p>
      <w:pPr>
        <w:spacing w:after="0"/>
        <w:ind w:left="360"/>
        <w:shd w:val="clear" w:color="auto" w:fill="F2F2F2"/>
      </w:pPr>
      <w:r>
        <w:rPr>
          <w:rFonts w:ascii="Consolas" w:hAnsi="Consolas"/>
          <w:b w:val="0"/>
          <w:i w:val="0"/>
          <w:sz w:val="18"/>
        </w:rPr>
        <w:t xml:space="preserve">    topic = Topic.objects.get(id=topic_id)</w:t>
      </w:r>
    </w:p>
    <w:p>
      <w:pPr>
        <w:spacing w:after="0"/>
        <w:ind w:left="360"/>
        <w:shd w:val="clear" w:color="auto" w:fill="F2F2F2"/>
      </w:pPr>
      <w:r>
        <w:rPr>
          <w:rFonts w:ascii="Consolas" w:hAnsi="Consolas"/>
          <w:b w:val="0"/>
          <w:i w:val="0"/>
          <w:sz w:val="18"/>
        </w:rPr>
        <w:t xml:space="preserve">    # Make sure the topic belongs to the current user.</w:t>
      </w:r>
    </w:p>
    <w:p>
      <w:pPr>
        <w:spacing w:after="0"/>
        <w:ind w:left="360"/>
        <w:shd w:val="clear" w:color="auto" w:fill="F2F2F2"/>
      </w:pPr>
      <w:r>
        <w:rPr>
          <w:rFonts w:ascii="Consolas" w:hAnsi="Consolas"/>
          <w:b w:val="0"/>
          <w:i w:val="0"/>
          <w:sz w:val="18"/>
        </w:rPr>
        <w:t>❷     if topic.owner != request.user:</w:t>
      </w:r>
    </w:p>
    <w:p>
      <w:pPr>
        <w:spacing w:after="0"/>
        <w:ind w:left="360"/>
        <w:shd w:val="clear" w:color="auto" w:fill="F2F2F2"/>
      </w:pPr>
      <w:r>
        <w:rPr>
          <w:rFonts w:ascii="Consolas" w:hAnsi="Consolas"/>
          <w:b w:val="0"/>
          <w:i w:val="0"/>
          <w:sz w:val="18"/>
        </w:rPr>
        <w:t xml:space="preserve">        raise Http404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entries = topic.entry_set.order_by('-date_added')</w:t>
      </w:r>
    </w:p>
    <w:p>
      <w:pPr>
        <w:spacing w:after="0"/>
        <w:ind w:left="360"/>
        <w:shd w:val="clear" w:color="auto" w:fill="F2F2F2"/>
      </w:pPr>
      <w:r>
        <w:rPr>
          <w:rFonts w:ascii="Consolas" w:hAnsi="Consolas"/>
          <w:b w:val="0"/>
          <w:i w:val="0"/>
          <w:sz w:val="18"/>
        </w:rPr>
        <w:t xml:space="preserve">    context = {'topic': topic, 'entries': entries}</w:t>
      </w:r>
    </w:p>
    <w:p>
      <w:pPr>
        <w:spacing w:after="0"/>
        <w:ind w:left="360"/>
        <w:shd w:val="clear" w:color="auto" w:fill="F2F2F2"/>
      </w:pPr>
      <w:r>
        <w:rPr>
          <w:rFonts w:ascii="Consolas" w:hAnsi="Consolas"/>
          <w:b w:val="0"/>
          <w:i w:val="0"/>
          <w:sz w:val="18"/>
        </w:rPr>
        <w:t xml:space="preserve">    return render(request, 'learning_logs/topic.html', context)</w:t>
      </w:r>
    </w:p>
    <w:p>
      <w:pPr>
        <w:spacing w:after="0"/>
        <w:ind w:left="360"/>
        <w:shd w:val="clear" w:color="auto" w:fill="F2F2F2"/>
      </w:pPr>
      <w:r>
        <w:rPr>
          <w:rFonts w:ascii="Consolas" w:hAnsi="Consolas"/>
          <w:b w:val="0"/>
          <w:i/>
          <w:sz w:val="18"/>
        </w:rPr>
        <w:t>--snip--</w:t>
      </w:r>
    </w:p>
    <w:p>
      <w:pPr>
        <w:spacing w:after="40"/>
      </w:pPr>
    </w:p>
    <w:p>
      <w:pPr>
        <w:spacing w:after="80"/>
      </w:pPr>
      <w:r>
        <w:rPr>
          <w:b w:val="0"/>
          <w:i w:val="0"/>
        </w:rPr>
        <w:t xml:space="preserve">Phản hồi 404 là một phản hồi lỗi tiêu chuẩn được trả về khi một tài nguyên được yêu cầu không tồn tại trên máy chủ. Ở đây chúng ta import ngoại lệ </w:t>
      </w:r>
      <w:r>
        <w:rPr>
          <w:rFonts w:ascii="Consolas" w:hAnsi="Consolas"/>
          <w:b w:val="0"/>
          <w:i w:val="0"/>
          <w:sz w:val="20"/>
        </w:rPr>
        <w:t>Http404</w:t>
      </w:r>
      <w:r>
        <w:rPr>
          <w:b w:val="0"/>
          <w:i w:val="0"/>
        </w:rPr>
        <w:t xml:space="preserve"> ❶, mà chúng ta sẽ ném ra nếu người dùng yêu cầu một chủ đề mà họ không được phép truy cập. Sau khi nhận được yêu cầu về một chủ đề, chúng ta đảm bảo rằng người dùng của chủ đề đó khớp với người dùng đang đăng nhập trước khi hiển thị trang. Nếu chủ sở hữu của chủ đề được yêu cầu không phải là người dùng hiện tại, chúng ta ném ra ngoại lệ </w:t>
      </w:r>
      <w:r>
        <w:rPr>
          <w:rFonts w:ascii="Consolas" w:hAnsi="Consolas"/>
          <w:b w:val="0"/>
          <w:i w:val="0"/>
          <w:sz w:val="20"/>
        </w:rPr>
        <w:t>Http404</w:t>
      </w:r>
      <w:r>
        <w:rPr>
          <w:b w:val="0"/>
          <w:i w:val="0"/>
        </w:rPr>
        <w:t xml:space="preserve"> ❷, và Django trả về một trang lỗi 404.</w:t>
      </w:r>
    </w:p>
    <w:p>
      <w:pPr>
        <w:spacing w:after="80"/>
      </w:pPr>
      <w:r>
        <w:rPr>
          <w:b w:val="0"/>
          <w:i w:val="0"/>
        </w:rPr>
        <w:t>Bây giờ nếu bạn thử xem các mục chủ đề của người dùng khác, bạn sẽ thấy thông báo "Page Not Found" từ Django. Trong Chương 20, chúng ta sẽ cấu hình dự án để người dùng thấy một trang lỗi đúng chuẩn thay vì trang gỡ lỗi.</w:t>
      </w:r>
    </w:p>
    <w:p>
      <w:pPr>
        <w:pStyle w:val="Heading3"/>
      </w:pPr>
      <w:r>
        <w:rPr>
          <w:rFonts w:ascii="Calibri" w:hAnsi="Calibri"/>
          <w:b/>
          <w:i w:val="0"/>
          <w:sz w:val="27"/>
        </w:rPr>
        <w:t>Bảo vệ trang edit_entry</w:t>
      </w:r>
    </w:p>
    <w:p>
      <w:pPr>
        <w:spacing w:after="80"/>
      </w:pPr>
      <w:r>
        <w:rPr>
          <w:b w:val="0"/>
          <w:i w:val="0"/>
        </w:rPr>
        <w:t xml:space="preserve">Các trang </w:t>
      </w:r>
      <w:r>
        <w:rPr>
          <w:rFonts w:ascii="Consolas" w:hAnsi="Consolas"/>
          <w:b w:val="0"/>
          <w:i w:val="0"/>
          <w:sz w:val="20"/>
        </w:rPr>
        <w:t>edit_entry</w:t>
      </w:r>
      <w:r>
        <w:rPr>
          <w:b w:val="0"/>
          <w:i w:val="0"/>
        </w:rPr>
        <w:t xml:space="preserve"> có URL dạng </w:t>
      </w:r>
      <w:r>
        <w:rPr>
          <w:b w:val="0"/>
          <w:i/>
        </w:rPr>
        <w:t>http://localhost:8000/edit_entry/entry_id/</w:t>
      </w:r>
      <w:r>
        <w:rPr>
          <w:b w:val="0"/>
          <w:i w:val="0"/>
        </w:rPr>
        <w:t xml:space="preserve">, trong đó </w:t>
      </w:r>
      <w:r>
        <w:rPr>
          <w:rFonts w:ascii="Consolas" w:hAnsi="Consolas"/>
          <w:b w:val="0"/>
          <w:i/>
          <w:sz w:val="20"/>
        </w:rPr>
        <w:t>entry_id</w:t>
      </w:r>
      <w:r>
        <w:rPr>
          <w:b w:val="0"/>
          <w:i w:val="0"/>
        </w:rPr>
        <w:t xml:space="preserve"> là một con số. Hãy bảo vệ trang này để không ai có thể dùng URL để truy cập vào các mục của người khác:</w:t>
      </w:r>
    </w:p>
    <w:p>
      <w:pPr>
        <w:spacing w:after="80"/>
      </w:pPr>
      <w:r>
        <w:rPr>
          <w:b w:val="0"/>
          <w:i w:val="0"/>
        </w:rPr>
        <w:t>learning_logs/views.py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edit_entry(request, entry_id):</w:t>
      </w:r>
    </w:p>
    <w:p>
      <w:pPr>
        <w:spacing w:after="0"/>
        <w:ind w:left="360"/>
        <w:shd w:val="clear" w:color="auto" w:fill="F2F2F2"/>
      </w:pPr>
      <w:r>
        <w:rPr>
          <w:rFonts w:ascii="Consolas" w:hAnsi="Consolas"/>
          <w:b w:val="0"/>
          <w:i w:val="0"/>
          <w:sz w:val="18"/>
        </w:rPr>
        <w:t xml:space="preserve">    """Edit an existing entry."""</w:t>
      </w:r>
    </w:p>
    <w:p>
      <w:pPr>
        <w:spacing w:after="0"/>
        <w:ind w:left="360"/>
        <w:shd w:val="clear" w:color="auto" w:fill="F2F2F2"/>
      </w:pPr>
      <w:r>
        <w:rPr>
          <w:rFonts w:ascii="Consolas" w:hAnsi="Consolas"/>
          <w:b w:val="0"/>
          <w:i w:val="0"/>
          <w:sz w:val="18"/>
        </w:rPr>
        <w:t xml:space="preserve">    entry = Entry.objects.get(id=entry_id)</w:t>
      </w:r>
    </w:p>
    <w:p>
      <w:pPr>
        <w:spacing w:after="0"/>
        <w:ind w:left="360"/>
        <w:shd w:val="clear" w:color="auto" w:fill="F2F2F2"/>
      </w:pPr>
      <w:r>
        <w:rPr>
          <w:rFonts w:ascii="Consolas" w:hAnsi="Consolas"/>
          <w:b w:val="0"/>
          <w:i w:val="0"/>
          <w:sz w:val="18"/>
        </w:rPr>
        <w:t xml:space="preserve">    topic = entry.topic</w:t>
      </w:r>
    </w:p>
    <w:p>
      <w:pPr>
        <w:spacing w:after="0"/>
        <w:ind w:left="360"/>
        <w:shd w:val="clear" w:color="auto" w:fill="F2F2F2"/>
      </w:pPr>
      <w:r>
        <w:rPr>
          <w:rFonts w:ascii="Consolas" w:hAnsi="Consolas"/>
          <w:b w:val="0"/>
          <w:i w:val="0"/>
          <w:sz w:val="18"/>
        </w:rPr>
        <w:t xml:space="preserve">    if topic.owner != request.user:</w:t>
      </w:r>
    </w:p>
    <w:p>
      <w:pPr>
        <w:spacing w:after="0"/>
        <w:ind w:left="360"/>
        <w:shd w:val="clear" w:color="auto" w:fill="F2F2F2"/>
      </w:pPr>
      <w:r>
        <w:rPr>
          <w:rFonts w:ascii="Consolas" w:hAnsi="Consolas"/>
          <w:b w:val="0"/>
          <w:i w:val="0"/>
          <w:sz w:val="18"/>
        </w:rPr>
        <w:t xml:space="preserve">        raise Http404</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request.method != 'POST':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Chúng ta lấy mục và chủ đề liên kết với mục này. Sau đó chúng ta kiểm tra xem chủ sở hữu của chủ đề có khớp với người dùng đang đăng nhập hay không; nếu không khớp, chúng ta ném ra ngoại lệ </w:t>
      </w:r>
      <w:r>
        <w:rPr>
          <w:rFonts w:ascii="Consolas" w:hAnsi="Consolas"/>
          <w:b w:val="0"/>
          <w:i w:val="0"/>
          <w:sz w:val="20"/>
        </w:rPr>
        <w:t>Http404</w:t>
      </w:r>
      <w:r>
        <w:rPr>
          <w:b w:val="0"/>
          <w:i w:val="0"/>
        </w:rPr>
        <w:t>.</w:t>
      </w:r>
    </w:p>
    <w:p>
      <w:pPr>
        <w:pStyle w:val="Heading3"/>
      </w:pPr>
      <w:r>
        <w:rPr>
          <w:rFonts w:ascii="Calibri" w:hAnsi="Calibri"/>
          <w:b/>
          <w:i w:val="0"/>
          <w:sz w:val="27"/>
        </w:rPr>
        <w:t>Liên kết các chủ đề mới với người dùng hiện tại</w:t>
      </w:r>
    </w:p>
    <w:p>
      <w:pPr>
        <w:spacing w:after="80"/>
      </w:pPr>
      <w:r>
        <w:rPr>
          <w:b w:val="0"/>
          <w:i w:val="0"/>
        </w:rPr>
        <w:t xml:space="preserve">Hiện tại, trang thêm chủ đề mới bị lỗi vì nó không liên kết chủ đề mới với bất kỳ người dùng cụ thể nào. Nếu bạn thử thêm một chủ đề mới, bạn sẽ thấy thông báo </w:t>
      </w:r>
      <w:r>
        <w:rPr>
          <w:rFonts w:ascii="Consolas" w:hAnsi="Consolas"/>
          <w:b w:val="0"/>
          <w:i w:val="0"/>
          <w:sz w:val="20"/>
        </w:rPr>
        <w:t>IntegrityError</w:t>
      </w:r>
      <w:r>
        <w:rPr>
          <w:b w:val="0"/>
          <w:i w:val="0"/>
        </w:rPr>
        <w:t xml:space="preserve"> cùng với </w:t>
      </w:r>
      <w:r>
        <w:rPr>
          <w:rFonts w:ascii="Consolas" w:hAnsi="Consolas"/>
          <w:b w:val="0"/>
          <w:i w:val="0"/>
          <w:sz w:val="20"/>
        </w:rPr>
        <w:t>NOT NULL constraint failed: learning_logs_topic.owner_id</w:t>
      </w:r>
      <w:r>
        <w:rPr>
          <w:b w:val="0"/>
          <w:i w:val="0"/>
        </w:rPr>
        <w:t xml:space="preserve">. Django đang nói rằng bạn không thể tạo chủ đề mới mà không chỉ định giá trị cho trường </w:t>
      </w:r>
      <w:r>
        <w:rPr>
          <w:rFonts w:ascii="Consolas" w:hAnsi="Consolas"/>
          <w:b w:val="0"/>
          <w:i w:val="0"/>
          <w:sz w:val="20"/>
        </w:rPr>
        <w:t>owner</w:t>
      </w:r>
      <w:r>
        <w:rPr>
          <w:b w:val="0"/>
          <w:i w:val="0"/>
        </w:rPr>
        <w:t xml:space="preserve"> của chủ đề.</w:t>
      </w:r>
    </w:p>
    <w:p>
      <w:pPr>
        <w:spacing w:after="80"/>
      </w:pPr>
      <w:r>
        <w:rPr>
          <w:b w:val="0"/>
          <w:i w:val="0"/>
        </w:rPr>
        <w:t xml:space="preserve">Có một cách sửa đơn giản cho vấn đề này, vì chúng ta có quyền truy cập vào người dùng hiện tại thông qua đối tượng </w:t>
      </w:r>
      <w:r>
        <w:rPr>
          <w:rFonts w:ascii="Consolas" w:hAnsi="Consolas"/>
          <w:b w:val="0"/>
          <w:i w:val="0"/>
          <w:sz w:val="20"/>
        </w:rPr>
        <w:t>request</w:t>
      </w:r>
      <w:r>
        <w:rPr>
          <w:b w:val="0"/>
          <w:i w:val="0"/>
        </w:rPr>
        <w:t>. Thêm đoạn mã sau, đoạn mã này liên kết chủ đề mới với người dùng hiện tại:</w:t>
      </w:r>
    </w:p>
    <w:p>
      <w:pPr>
        <w:spacing w:after="80"/>
      </w:pPr>
      <w:r>
        <w:rPr>
          <w:b w:val="0"/>
          <w:i w:val="0"/>
        </w:rPr>
        <w:t>learning_logs/views.py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@login_required</w:t>
      </w:r>
    </w:p>
    <w:p>
      <w:pPr>
        <w:spacing w:after="0"/>
        <w:ind w:left="360"/>
        <w:shd w:val="clear" w:color="auto" w:fill="F2F2F2"/>
      </w:pPr>
      <w:r>
        <w:rPr>
          <w:rFonts w:ascii="Consolas" w:hAnsi="Consolas"/>
          <w:b w:val="0"/>
          <w:i w:val="0"/>
          <w:sz w:val="18"/>
        </w:rPr>
        <w:t>def new_topic(request):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else:</w:t>
      </w:r>
    </w:p>
    <w:p>
      <w:pPr>
        <w:spacing w:after="0"/>
        <w:ind w:left="360"/>
        <w:shd w:val="clear" w:color="auto" w:fill="F2F2F2"/>
      </w:pPr>
      <w:r>
        <w:rPr>
          <w:rFonts w:ascii="Consolas" w:hAnsi="Consolas"/>
          <w:b w:val="0"/>
          <w:i w:val="0"/>
          <w:sz w:val="18"/>
        </w:rPr>
        <w:t xml:space="preserve">        # POST data submitted; process data.</w:t>
      </w:r>
    </w:p>
    <w:p>
      <w:pPr>
        <w:spacing w:after="0"/>
        <w:ind w:left="360"/>
        <w:shd w:val="clear" w:color="auto" w:fill="F2F2F2"/>
      </w:pPr>
      <w:r>
        <w:rPr>
          <w:rFonts w:ascii="Consolas" w:hAnsi="Consolas"/>
          <w:b w:val="0"/>
          <w:i w:val="0"/>
          <w:sz w:val="18"/>
        </w:rPr>
        <w:t xml:space="preserve">        form = TopicForm(data=request.POST)</w:t>
      </w:r>
    </w:p>
    <w:p>
      <w:pPr>
        <w:spacing w:after="0"/>
        <w:ind w:left="360"/>
        <w:shd w:val="clear" w:color="auto" w:fill="F2F2F2"/>
      </w:pPr>
      <w:r>
        <w:rPr>
          <w:rFonts w:ascii="Consolas" w:hAnsi="Consolas"/>
          <w:b w:val="0"/>
          <w:i w:val="0"/>
          <w:sz w:val="18"/>
        </w:rPr>
        <w:t xml:space="preserve">        if form.is_valid():</w:t>
      </w:r>
    </w:p>
    <w:p>
      <w:pPr>
        <w:spacing w:after="0"/>
        <w:ind w:left="360"/>
        <w:shd w:val="clear" w:color="auto" w:fill="F2F2F2"/>
      </w:pPr>
      <w:r>
        <w:rPr>
          <w:rFonts w:ascii="Consolas" w:hAnsi="Consolas"/>
          <w:b w:val="0"/>
          <w:i w:val="0"/>
          <w:sz w:val="18"/>
        </w:rPr>
        <w:t>❶             new_topic = form.save(commit=False)</w:t>
      </w:r>
    </w:p>
    <w:p>
      <w:pPr>
        <w:spacing w:after="0"/>
        <w:ind w:left="360"/>
        <w:shd w:val="clear" w:color="auto" w:fill="F2F2F2"/>
      </w:pPr>
      <w:r>
        <w:rPr>
          <w:rFonts w:ascii="Consolas" w:hAnsi="Consolas"/>
          <w:b w:val="0"/>
          <w:i w:val="0"/>
          <w:sz w:val="18"/>
        </w:rPr>
        <w:t>❷             new_topic.owner = request.user</w:t>
      </w:r>
    </w:p>
    <w:p>
      <w:pPr>
        <w:spacing w:after="0"/>
        <w:ind w:left="360"/>
        <w:shd w:val="clear" w:color="auto" w:fill="F2F2F2"/>
      </w:pPr>
      <w:r>
        <w:rPr>
          <w:rFonts w:ascii="Consolas" w:hAnsi="Consolas"/>
          <w:b w:val="0"/>
          <w:i w:val="0"/>
          <w:sz w:val="18"/>
        </w:rPr>
        <w:t>❸             new_topic.save()</w:t>
      </w:r>
    </w:p>
    <w:p>
      <w:pPr>
        <w:spacing w:after="0"/>
        <w:ind w:left="360"/>
        <w:shd w:val="clear" w:color="auto" w:fill="F2F2F2"/>
      </w:pPr>
      <w:r>
        <w:rPr>
          <w:rFonts w:ascii="Consolas" w:hAnsi="Consolas"/>
          <w:b w:val="0"/>
          <w:i w:val="0"/>
          <w:sz w:val="18"/>
        </w:rPr>
        <w:t xml:space="preserve">            return redirect('learning_logs:topics')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Display a blank or invalid form.</w:t>
      </w:r>
    </w:p>
    <w:p>
      <w:pPr>
        <w:spacing w:after="0"/>
        <w:ind w:left="360"/>
        <w:shd w:val="clear" w:color="auto" w:fill="F2F2F2"/>
      </w:pPr>
      <w:r>
        <w:rPr>
          <w:rFonts w:ascii="Consolas" w:hAnsi="Consolas"/>
          <w:b w:val="0"/>
          <w:i w:val="0"/>
          <w:sz w:val="18"/>
        </w:rPr>
        <w:t xml:space="preserve">    context = {'form': form}</w:t>
      </w:r>
    </w:p>
    <w:p>
      <w:pPr>
        <w:spacing w:after="0"/>
        <w:ind w:left="360"/>
        <w:shd w:val="clear" w:color="auto" w:fill="F2F2F2"/>
      </w:pPr>
      <w:r>
        <w:rPr>
          <w:rFonts w:ascii="Consolas" w:hAnsi="Consolas"/>
          <w:b w:val="0"/>
          <w:i w:val="0"/>
          <w:sz w:val="18"/>
        </w:rPr>
        <w:t xml:space="preserve">    return render(request, 'learning_logs/new_topic.html', context)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Khi lần đầu gọi </w:t>
      </w:r>
      <w:r>
        <w:rPr>
          <w:rFonts w:ascii="Consolas" w:hAnsi="Consolas"/>
          <w:b w:val="0"/>
          <w:i w:val="0"/>
          <w:sz w:val="20"/>
        </w:rPr>
        <w:t>form.save()</w:t>
      </w:r>
      <w:r>
        <w:rPr>
          <w:b w:val="0"/>
          <w:i w:val="0"/>
        </w:rPr>
        <w:t xml:space="preserve">, chúng ta truyền đối số </w:t>
      </w:r>
      <w:r>
        <w:rPr>
          <w:rFonts w:ascii="Consolas" w:hAnsi="Consolas"/>
          <w:b w:val="0"/>
          <w:i w:val="0"/>
          <w:sz w:val="20"/>
        </w:rPr>
        <w:t>commit=False</w:t>
      </w:r>
      <w:r>
        <w:rPr>
          <w:b w:val="0"/>
          <w:i w:val="0"/>
        </w:rPr>
        <w:t xml:space="preserve"> vì chúng ta cần sửa đổi chủ đề mới trước khi lưu nó vào cơ sở dữ liệu ❶. Sau đó chúng ta đặt thuộc tính </w:t>
      </w:r>
      <w:r>
        <w:rPr>
          <w:rFonts w:ascii="Consolas" w:hAnsi="Consolas"/>
          <w:b w:val="0"/>
          <w:i w:val="0"/>
          <w:sz w:val="20"/>
        </w:rPr>
        <w:t>owner</w:t>
      </w:r>
      <w:r>
        <w:rPr>
          <w:b w:val="0"/>
          <w:i w:val="0"/>
        </w:rPr>
        <w:t xml:space="preserve"> của chủ đề mới thành người dùng hiện tại ❷. Cuối cùng, chúng ta gọi </w:t>
      </w:r>
      <w:r>
        <w:rPr>
          <w:rFonts w:ascii="Consolas" w:hAnsi="Consolas"/>
          <w:b w:val="0"/>
          <w:i w:val="0"/>
          <w:sz w:val="20"/>
        </w:rPr>
        <w:t>save()</w:t>
      </w:r>
      <w:r>
        <w:rPr>
          <w:b w:val="0"/>
          <w:i w:val="0"/>
        </w:rPr>
        <w:t xml:space="preserve"> trên thực thể chủ đề mà chúng ta vừa định nghĩa ❸. Bây giờ chủ đề đã có đầy đủ dữ liệu cần thiết và sẽ lưu thành công.</w:t>
      </w:r>
    </w:p>
    <w:p>
      <w:pPr>
        <w:spacing w:after="80"/>
      </w:pPr>
      <w:r>
        <w:rPr>
          <w:b w:val="0"/>
          <w:i w:val="0"/>
        </w:rPr>
        <w:t>Bạn sẽ có thể thêm bao nhiêu chủ đề mới tùy thích cho bao nhiêu người dùng khác nhau tùy thích. Mỗi người dùng sẽ chỉ có quyền truy cập vào dữ liệu của riêng họ, dù họ đang xem dữ liệu, nhập dữ liệu mới hay sửa đổi dữ liệu cũ.</w:t>
      </w:r>
    </w:p>
    <w:p>
      <w:pPr>
        <w:spacing w:before="120" w:after="40"/>
      </w:pPr>
      <w:r>
        <w:rPr>
          <w:b/>
          <w:sz w:val="21"/>
        </w:rPr>
        <w:t>Tự thực hành</w:t>
      </w:r>
    </w:p>
    <w:p>
      <w:pPr>
        <w:spacing w:after="80"/>
      </w:pPr>
      <w:r>
        <w:rPr>
          <w:b/>
          <w:i w:val="0"/>
        </w:rPr>
        <w:t>19-3. Tái cấu trúc mã:</w:t>
      </w:r>
      <w:r>
        <w:rPr>
          <w:b w:val="0"/>
          <w:i w:val="0"/>
        </w:rPr>
        <w:t xml:space="preserve"> Có hai chỗ trong </w:t>
      </w:r>
      <w:r>
        <w:rPr>
          <w:b w:val="0"/>
          <w:i/>
        </w:rPr>
        <w:t>views.py</w:t>
      </w:r>
      <w:r>
        <w:rPr>
          <w:b w:val="0"/>
          <w:i w:val="0"/>
        </w:rPr>
        <w:t xml:space="preserve"> mà chúng ta kiểm tra xem người dùng liên kết với một chủ đề có khớp với người dùng đang đăng nhập hay không. Hãy đặt đoạn mã kiểm tra này vào một hàm tên là </w:t>
      </w:r>
      <w:r>
        <w:rPr>
          <w:rFonts w:ascii="Consolas" w:hAnsi="Consolas"/>
          <w:b w:val="0"/>
          <w:i w:val="0"/>
          <w:sz w:val="20"/>
        </w:rPr>
        <w:t>check_topic_owner()</w:t>
      </w:r>
      <w:r>
        <w:rPr>
          <w:b w:val="0"/>
          <w:i w:val="0"/>
        </w:rPr>
        <w:t>, và gọi hàm này ở những chỗ thích hợp.</w:t>
      </w:r>
    </w:p>
    <w:p>
      <w:pPr>
        <w:spacing w:after="80"/>
      </w:pPr>
      <w:r>
        <w:rPr>
          <w:b/>
          <w:i w:val="0"/>
        </w:rPr>
        <w:t>19-4. Bảo vệ new_entry:</w:t>
      </w:r>
      <w:r>
        <w:rPr>
          <w:b w:val="0"/>
          <w:i w:val="0"/>
        </w:rPr>
        <w:t xml:space="preserve"> Hiện tại, một người dùng có thể thêm mục mới vào nhật ký học tập của người dùng khác bằng cách nhập URL chứa ID của một chủ đề thuộc về người dùng khác. Hãy ngăn chặn cuộc tấn công này bằng cách kiểm tra rằng người dùng hiện tại sở hữu chủ đề của mục đó trước khi lưu mục mới.</w:t>
      </w:r>
    </w:p>
    <w:p>
      <w:pPr>
        <w:spacing w:after="80"/>
      </w:pPr>
      <w:r>
        <w:rPr>
          <w:b/>
          <w:i w:val="0"/>
        </w:rPr>
        <w:t>19-5. Blog được bảo vệ:</w:t>
      </w:r>
      <w:r>
        <w:rPr>
          <w:b w:val="0"/>
          <w:i w:val="0"/>
        </w:rPr>
        <w:t xml:space="preserve"> Trong dự án Blog của bạn, hãy đảm bảo mỗi blog được kết nối với một người dùng cụ thể. Đảm bảo tất cả bài viết đều có thể truy cập công khai nhưng chỉ người dùng đã đăng ký mới có thể thêm bài viết và chỉnh sửa bài viết hiện có. Trong view cho phép người dùng chỉnh sửa bài viết của họ, hãy đảm bảo người dùng đang chỉnh sửa bài viết của chính họ trước khi xử lý biểu mẫu.</w:t>
      </w:r>
    </w:p>
    <w:p>
      <w:pPr>
        <w:pStyle w:val="Heading2"/>
      </w:pPr>
      <w:r>
        <w:rPr>
          <w:rFonts w:ascii="Calibri" w:hAnsi="Calibri"/>
          <w:b/>
          <w:i w:val="0"/>
          <w:sz w:val="32"/>
        </w:rPr>
        <w:t>Tóm tắt</w:t>
      </w:r>
    </w:p>
    <w:p>
      <w:pPr>
        <w:spacing w:after="80"/>
      </w:pPr>
      <w:r>
        <w:rPr>
          <w:b w:val="0"/>
          <w:i w:val="0"/>
        </w:rPr>
        <w:t xml:space="preserve">Trong chương này, bạn đã học cách biểu mẫu cho phép người dùng thêm chủ đề và mục mới, cũng như chỉnh sửa các mục hiện có. Sau đó bạn đã học cách triển khai tài khoản người dùng. Bạn đã cho người dùng hiện có khả năng đăng nhập và đăng xuất, đồng thời sử dụng </w:t>
      </w:r>
      <w:r>
        <w:rPr>
          <w:rFonts w:ascii="Consolas" w:hAnsi="Consolas"/>
          <w:b w:val="0"/>
          <w:i w:val="0"/>
          <w:sz w:val="20"/>
        </w:rPr>
        <w:t>UserCreationForm</w:t>
      </w:r>
      <w:r>
        <w:rPr>
          <w:b w:val="0"/>
          <w:i w:val="0"/>
        </w:rPr>
        <w:t xml:space="preserve"> mặc định của Django để cho phép mọi người tạo tài khoản mới.</w:t>
      </w:r>
    </w:p>
    <w:p>
      <w:pPr>
        <w:spacing w:after="80"/>
      </w:pPr>
      <w:r>
        <w:rPr>
          <w:b w:val="0"/>
          <w:i w:val="0"/>
        </w:rPr>
        <w:t xml:space="preserve">Sau khi xây dựng hệ thống xác thực và đăng ký người dùng đơn giản, bạn đã hạn chế quyền truy cập đối với người dùng đã đăng nhập cho một số trang nhất định bằng cách sử dụng decorator </w:t>
      </w:r>
      <w:r>
        <w:rPr>
          <w:rFonts w:ascii="Consolas" w:hAnsi="Consolas"/>
          <w:b w:val="0"/>
          <w:i w:val="0"/>
          <w:sz w:val="20"/>
        </w:rPr>
        <w:t>@login_required</w:t>
      </w:r>
      <w:r>
        <w:rPr>
          <w:b w:val="0"/>
          <w:i w:val="0"/>
        </w:rPr>
        <w:t>. Sau đó bạn đã gán dữ liệu cho từng người dùng cụ thể thông qua mối quan hệ khóa ngoại. Bạn cũng đã học cách di chuyển cơ sở dữ liệu khi quá trình di chuyển yêu cầu bạn chỉ định một số dữ liệu mặc định.</w:t>
      </w:r>
    </w:p>
    <w:p>
      <w:pPr>
        <w:spacing w:after="80"/>
      </w:pPr>
      <w:r>
        <w:rPr>
          <w:b w:val="0"/>
          <w:i w:val="0"/>
        </w:rPr>
        <w:t xml:space="preserve">Cuối cùng, bạn đã học cách đảm bảo người dùng chỉ có thể nhìn thấy dữ liệu thuộc về họ bằng cách sửa đổi các hàm view. Bạn đã truy xuất dữ liệu phù hợp bằng phương thức </w:t>
      </w:r>
      <w:r>
        <w:rPr>
          <w:rFonts w:ascii="Consolas" w:hAnsi="Consolas"/>
          <w:b w:val="0"/>
          <w:i w:val="0"/>
          <w:sz w:val="20"/>
        </w:rPr>
        <w:t>filter()</w:t>
      </w:r>
      <w:r>
        <w:rPr>
          <w:b w:val="0"/>
          <w:i w:val="0"/>
        </w:rPr>
        <w:t>, và so sánh chủ sở hữu của dữ liệu được yêu cầu với người dùng hiện đang đăng nhập.</w:t>
      </w:r>
    </w:p>
    <w:p>
      <w:pPr>
        <w:spacing w:after="80"/>
      </w:pPr>
      <w:r>
        <w:rPr>
          <w:b w:val="0"/>
          <w:i w:val="0"/>
        </w:rPr>
        <w:t>Không phải lúc nào cũng rõ ràng ngay lập tức dữ liệu nào bạn nên cho phép truy cập và dữ liệu nào bạn nên bảo vệ, nhưng kỹ năng này sẽ đến với thực hành. Những quyết định chúng ta đã đưa ra trong chương này để bảo vệ dữ liệu người dùng cũng minh họa lý do tại sao làm việc với người khác là một ý tưởng hay khi xây dựng một dự án: có người khác xem xét dự án của bạn sẽ giúp bạn dễ phát hiện các khu vực dễ bị tổn thương hơn.</w:t>
      </w:r>
    </w:p>
    <w:p>
      <w:pPr>
        <w:spacing w:after="80"/>
      </w:pPr>
      <w:r>
        <w:rPr>
          <w:b w:val="0"/>
          <w:i w:val="0"/>
        </w:rPr>
        <w:t>Bây giờ bạn đã có một dự án hoạt động đầy đủ chạy trên máy cục bộ của mình. Trong chương cuối, bạn sẽ tạo kiểu cho Learning Log để làm cho nó hấp dẫn về mặt hình ảnh, và bạn sẽ triển khai dự án lên một máy chủ để bất kỳ ai có kết nối internet đều có thể đăng ký và tạo tài khoản.</w:t>
      </w:r>
    </w:p>
    <w:p>
      <w:pPr>
        <w:pStyle w:val="Heading1"/>
      </w:pPr>
      <w:r>
        <w:rPr>
          <w:rFonts w:ascii="Calibri" w:hAnsi="Calibri"/>
          <w:b/>
          <w:i w:val="0"/>
          <w:sz w:val="38"/>
        </w:rPr>
        <w:t>20</w:t>
      </w:r>
      <w:r>
        <w:rPr>
          <w:rFonts w:ascii="Calibri" w:hAnsi="Calibri"/>
          <w:b/>
          <w:i w:val="0"/>
          <w:sz w:val="38"/>
        </w:rPr>
      </w:r>
      <w:r>
        <w:rPr>
          <w:rFonts w:ascii="Calibri" w:hAnsi="Calibri"/>
          <w:b/>
          <w:i w:val="0"/>
          <w:sz w:val="38"/>
        </w:rPr>
        <w:t>Tạo kiểu và triển khai ứng dụng</w:t>
      </w:r>
    </w:p>
    <w:p>
      <w:pPr>
        <w:jc w:val="center"/>
      </w:pPr>
      <w:r>
        <w:drawing>
          <wp:inline xmlns:a="http://schemas.openxmlformats.org/drawingml/2006/main" xmlns:pic="http://schemas.openxmlformats.org/drawingml/2006/picture">
            <wp:extent cx="3867150" cy="3867150"/>
            <wp:docPr id="77" name="Picture 77"/>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Learning Log hiện đã hoạt động đầy đủ, nhưng nó chưa có kiểu dáng và chỉ chạy trên máy cục bộ của bạn. Trong chương này, bạn sẽ tạo kiểu cho dự án theo cách đơn giản nhưng chuyên nghiệp, sau đó triển khai nó lên một máy chủ trực tuyến để bất kỳ ai trên thế giới đều có thể tạo tài khoản và sử dụng nó.</w:t>
      </w:r>
    </w:p>
    <w:p>
      <w:pPr>
        <w:spacing w:after="80"/>
      </w:pPr>
      <w:r>
        <w:rPr>
          <w:b w:val="0"/>
          <w:i w:val="0"/>
        </w:rPr>
        <w:t xml:space="preserve">Để tạo kiểu, chúng ta sẽ sử dụng thư viện </w:t>
      </w:r>
      <w:r>
        <w:rPr>
          <w:b w:val="0"/>
          <w:i/>
        </w:rPr>
        <w:t>Bootstrap</w:t>
      </w:r>
      <w:r>
        <w:rPr>
          <w:b w:val="0"/>
          <w:i w:val="0"/>
        </w:rPr>
        <w:t>, một bộ sưu tập các công cụ để tạo kiểu cho ứng dụng web sao cho chúng trông chuyên nghiệp trên mọi thiết bị hiện đại, từ điện thoại nhỏ đến màn hình máy tính để bàn lớn. Để làm điều này, chúng ta sẽ sử dụng ứng dụng django-bootstrap5, ứng dụng này cũng sẽ cho bạn thực hành sử dụng các ứng dụng do các nhà phát triển Django khác tạo ra.</w:t>
      </w:r>
    </w:p>
    <w:p>
      <w:pPr>
        <w:spacing w:after="80"/>
      </w:pPr>
      <w:r>
        <w:rPr>
          <w:b w:val="0"/>
          <w:i w:val="0"/>
        </w:rPr>
        <w:t xml:space="preserve">Chúng ta sẽ triển khai Learning Log bằng </w:t>
      </w:r>
      <w:r>
        <w:rPr>
          <w:b w:val="0"/>
          <w:i/>
        </w:rPr>
        <w:t>Platform.sh</w:t>
      </w:r>
      <w:r>
        <w:rPr>
          <w:b w:val="0"/>
          <w:i w:val="0"/>
        </w:rPr>
        <w:t>, một trang web cho phép bạn đẩy dự án của mình lên một trong các máy chủ của nó, giúp bất kỳ ai có kết nối internet đều có thể truy cập. Chúng ta cũng sẽ bắt đầu sử dụng hệ thống kiểm soát phiên bản có tên Git để theo dõi các thay đổi đối với dự án.</w:t>
      </w:r>
    </w:p>
    <w:p>
      <w:pPr>
        <w:spacing w:after="80"/>
      </w:pPr>
      <w:r>
        <w:rPr>
          <w:b w:val="0"/>
          <w:i w:val="0"/>
        </w:rPr>
        <w:t>Khi bạn hoàn thành Learning Log, bạn sẽ có thể phát triển các ứng dụng web đơn giản, mang lại cho chúng vẻ ngoài và cảm giác chuyên nghiệp, và triển khai chúng lên một máy chủ trực tuyến. Bạn cũng sẽ có thể sử dụng các tài nguyên học tập nâng cao hơn khi bạn phát triển kỹ năng của mình.</w:t>
      </w:r>
    </w:p>
    <w:p>
      <w:pPr>
        <w:pStyle w:val="Heading2"/>
      </w:pPr>
      <w:r>
        <w:rPr>
          <w:rFonts w:ascii="Calibri" w:hAnsi="Calibri"/>
          <w:b/>
          <w:i w:val="0"/>
          <w:sz w:val="32"/>
        </w:rPr>
        <w:t>Tạo kiểu cho Learning Log</w:t>
      </w:r>
    </w:p>
    <w:p>
      <w:pPr>
        <w:spacing w:after="80"/>
      </w:pPr>
      <w:r>
        <w:rPr>
          <w:b w:val="0"/>
          <w:i w:val="0"/>
        </w:rPr>
        <w:t>Chúng tôi đã cố tình bỏ qua việc tạo kiểu cho đến nay để tập trung vào chức năng của Learning Log trước. Đây là một cách tiếp cận tốt để phát triển, bởi vì một ứng dụng chỉ hữu ích nếu nó hoạt động. Khi một ứng dụng đã hoạt động, diện mạo của nó là rất quan trọng để mọi người muốn sử dụng nó.</w:t>
      </w:r>
    </w:p>
    <w:p>
      <w:pPr>
        <w:spacing w:after="80"/>
      </w:pPr>
      <w:r>
        <w:rPr>
          <w:b w:val="0"/>
          <w:i w:val="0"/>
        </w:rPr>
        <w:t>Trong phần này, chúng ta sẽ cài đặt ứng dụng django-bootstrap5 và thêm nó vào dự án. Sau đó chúng ta sẽ dùng nó để tạo kiểu cho từng trang trong dự án, để tất cả các trang đều có giao diện và cảm giác nhất quán.</w:t>
      </w:r>
    </w:p>
    <w:p>
      <w:pPr>
        <w:pStyle w:val="Heading3"/>
      </w:pPr>
      <w:r>
        <w:rPr>
          <w:rFonts w:ascii="Calibri" w:hAnsi="Calibri"/>
          <w:b/>
          <w:i w:val="0"/>
          <w:sz w:val="27"/>
        </w:rPr>
        <w:t>Ứng dụng django-bootstrap5</w:t>
      </w:r>
    </w:p>
    <w:p>
      <w:pPr>
        <w:spacing w:after="80"/>
      </w:pPr>
      <w:r>
        <w:rPr>
          <w:b w:val="0"/>
          <w:i w:val="0"/>
        </w:rPr>
        <w:t>Chúng ta sẽ dùng django-bootstrap5 để tích hợp Bootstrap vào dự án. Ứng dụng này tải các tệp Bootstrap cần thiết, đặt chúng vào vị trí thích hợp trong dự án của bạn, và cung cấp các chỉ thị tạo kiểu (styling directives) trong các template của dự án.</w:t>
      </w:r>
    </w:p>
    <w:p>
      <w:pPr>
        <w:spacing w:after="80"/>
      </w:pPr>
      <w:r>
        <w:rPr>
          <w:b w:val="0"/>
          <w:i w:val="0"/>
        </w:rPr>
        <w:t>Để cài đặt django-bootstrap5, hãy chạy lệnh sau trong môi trường ảo (virtual environment) đang hoạt động:</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pip install django-bootstrap5</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Successfully installed beautifulsoup4-4.11.1 django-bootstrap5-21.3</w:t>
      </w:r>
    </w:p>
    <w:p>
      <w:pPr>
        <w:spacing w:after="0"/>
        <w:ind w:left="360"/>
        <w:shd w:val="clear" w:color="auto" w:fill="F2F2F2"/>
      </w:pPr>
      <w:r>
        <w:rPr>
          <w:rFonts w:ascii="Consolas" w:hAnsi="Consolas"/>
          <w:b w:val="0"/>
          <w:i w:val="0"/>
          <w:sz w:val="18"/>
        </w:rPr>
        <w:t xml:space="preserve">    soupsieve-2.3.2.post1</w:t>
      </w:r>
    </w:p>
    <w:p>
      <w:pPr>
        <w:spacing w:after="40"/>
      </w:pPr>
    </w:p>
    <w:p>
      <w:pPr>
        <w:spacing w:after="80"/>
      </w:pPr>
      <w:r>
        <w:rPr>
          <w:b w:val="0"/>
          <w:i w:val="0"/>
        </w:rPr>
        <w:t xml:space="preserve">Tiếp theo, chúng ta cần thêm django-bootstrap5 vào </w:t>
      </w:r>
      <w:r>
        <w:rPr>
          <w:rFonts w:ascii="Consolas" w:hAnsi="Consolas"/>
          <w:b w:val="0"/>
          <w:i w:val="0"/>
          <w:sz w:val="20"/>
        </w:rPr>
        <w:t>INSTALLED_APPS</w:t>
      </w:r>
      <w:r>
        <w:rPr>
          <w:b w:val="0"/>
          <w:i w:val="0"/>
        </w:rPr>
        <w:t xml:space="preserve"> trong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INSTALLED_APPS = [</w:t>
      </w:r>
    </w:p>
    <w:p>
      <w:pPr>
        <w:spacing w:after="0"/>
        <w:ind w:left="360"/>
        <w:shd w:val="clear" w:color="auto" w:fill="F2F2F2"/>
      </w:pPr>
      <w:r>
        <w:rPr>
          <w:rFonts w:ascii="Consolas" w:hAnsi="Consolas"/>
          <w:b w:val="0"/>
          <w:i w:val="0"/>
          <w:sz w:val="18"/>
        </w:rPr>
        <w:t xml:space="preserve">    # My apps.</w:t>
      </w:r>
    </w:p>
    <w:p>
      <w:pPr>
        <w:spacing w:after="0"/>
        <w:ind w:left="360"/>
        <w:shd w:val="clear" w:color="auto" w:fill="F2F2F2"/>
      </w:pPr>
      <w:r>
        <w:rPr>
          <w:rFonts w:ascii="Consolas" w:hAnsi="Consolas"/>
          <w:b w:val="0"/>
          <w:i w:val="0"/>
          <w:sz w:val="18"/>
        </w:rPr>
        <w:t xml:space="preserve">    'learning_logs',</w:t>
      </w:r>
    </w:p>
    <w:p>
      <w:pPr>
        <w:spacing w:after="0"/>
        <w:ind w:left="360"/>
        <w:shd w:val="clear" w:color="auto" w:fill="F2F2F2"/>
      </w:pPr>
      <w:r>
        <w:rPr>
          <w:rFonts w:ascii="Consolas" w:hAnsi="Consolas"/>
          <w:b w:val="0"/>
          <w:i w:val="0"/>
          <w:sz w:val="18"/>
        </w:rPr>
        <w:t xml:space="preserve">    'accounts',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Third party apps.</w:t>
      </w:r>
    </w:p>
    <w:p>
      <w:pPr>
        <w:spacing w:after="0"/>
        <w:ind w:left="360"/>
        <w:shd w:val="clear" w:color="auto" w:fill="F2F2F2"/>
      </w:pPr>
      <w:r>
        <w:rPr>
          <w:rFonts w:ascii="Consolas" w:hAnsi="Consolas"/>
          <w:b w:val="0"/>
          <w:i w:val="0"/>
          <w:sz w:val="18"/>
        </w:rPr>
        <w:t xml:space="preserve">    'django_bootstrap5',</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Default django apps.</w:t>
      </w:r>
    </w:p>
    <w:p>
      <w:pPr>
        <w:spacing w:after="0"/>
        <w:ind w:left="360"/>
        <w:shd w:val="clear" w:color="auto" w:fill="F2F2F2"/>
      </w:pPr>
      <w:r>
        <w:rPr>
          <w:rFonts w:ascii="Consolas" w:hAnsi="Consolas"/>
          <w:b w:val="0"/>
          <w:i w:val="0"/>
          <w:sz w:val="18"/>
        </w:rPr>
        <w:t xml:space="preserve">    'django.contrib.admin',</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 xml:space="preserve">Bắt đầu một mục mới có tên </w:t>
      </w:r>
      <w:r>
        <w:rPr>
          <w:rFonts w:ascii="Consolas" w:hAnsi="Consolas"/>
          <w:b w:val="0"/>
          <w:i w:val="0"/>
          <w:sz w:val="20"/>
        </w:rPr>
        <w:t>Third party apps</w:t>
      </w:r>
      <w:r>
        <w:rPr>
          <w:b w:val="0"/>
          <w:i w:val="0"/>
        </w:rPr>
        <w:t xml:space="preserve">, dành cho các ứng dụng do nhà phát triển khác tạo, và thêm </w:t>
      </w:r>
      <w:r>
        <w:rPr>
          <w:rFonts w:ascii="Consolas" w:hAnsi="Consolas"/>
          <w:b w:val="0"/>
          <w:i w:val="0"/>
          <w:sz w:val="20"/>
        </w:rPr>
        <w:t>'django_bootstrap5'</w:t>
      </w:r>
      <w:r>
        <w:rPr>
          <w:b w:val="0"/>
          <w:i w:val="0"/>
        </w:rPr>
        <w:t xml:space="preserve"> vào mục này. Hãy đảm bảo bạn đặt mục này sau </w:t>
      </w:r>
      <w:r>
        <w:rPr>
          <w:rFonts w:ascii="Consolas" w:hAnsi="Consolas"/>
          <w:b w:val="0"/>
          <w:i w:val="0"/>
          <w:sz w:val="20"/>
        </w:rPr>
        <w:t>My apps</w:t>
      </w:r>
      <w:r>
        <w:rPr>
          <w:b w:val="0"/>
          <w:i w:val="0"/>
        </w:rPr>
        <w:t xml:space="preserve"> nhưng trước mục chứa các ứng dụng mặc định của Django.</w:t>
      </w:r>
    </w:p>
    <w:p>
      <w:pPr>
        <w:pStyle w:val="Heading3"/>
      </w:pPr>
      <w:r>
        <w:rPr>
          <w:rFonts w:ascii="Calibri" w:hAnsi="Calibri"/>
          <w:b/>
          <w:i w:val="0"/>
          <w:sz w:val="27"/>
        </w:rPr>
        <w:t>Dùng Bootstrap để tạo kiểu cho Learning Log</w:t>
      </w:r>
    </w:p>
    <w:p>
      <w:pPr>
        <w:spacing w:after="80"/>
      </w:pPr>
      <w:r>
        <w:rPr>
          <w:b w:val="0"/>
          <w:i w:val="0"/>
        </w:rPr>
        <w:t xml:space="preserve">Bootstrap là một bộ sưu tập lớn các công cụ tạo kiểu. Nó cũng có một số template bạn có thể áp dụng cho dự án để tạo phong cách tổng thể. Dùng những template này sẽ dễ dàng hơn nhiều so với việc dùng từng công cụ tạo kiểu riêng lẻ. Để xem các template mà Bootstrap cung cấp, hãy truy cập https://getbootstrap.com và nhấp vào </w:t>
      </w:r>
      <w:r>
        <w:rPr>
          <w:b/>
          <w:i w:val="0"/>
        </w:rPr>
        <w:t>Examples</w:t>
      </w:r>
      <w:r>
        <w:rPr>
          <w:b w:val="0"/>
          <w:i w:val="0"/>
        </w:rPr>
        <w:t xml:space="preserve">. Chúng ta sẽ dùng template </w:t>
      </w:r>
      <w:r>
        <w:rPr>
          <w:b w:val="0"/>
          <w:i/>
        </w:rPr>
        <w:t>Navbar static</w:t>
      </w:r>
      <w:r>
        <w:rPr>
          <w:b w:val="0"/>
          <w:i w:val="0"/>
        </w:rPr>
        <w:t>, cung cấp một thanh điều hướng (navigation bar) đơn giản ở trên cùng và một vùng chứa nội dung của trang.</w:t>
      </w:r>
    </w:p>
    <w:p>
      <w:pPr>
        <w:spacing w:after="80"/>
      </w:pPr>
      <w:r>
        <w:rPr>
          <w:b w:val="0"/>
          <w:i w:val="0"/>
        </w:rPr>
        <w:t xml:space="preserve">Hình 20-1 cho thấy trang chủ sẽ trông như thế nào sau khi chúng ta áp dụng template của Bootstrap vào </w:t>
      </w:r>
      <w:r>
        <w:rPr>
          <w:b w:val="0"/>
          <w:i/>
        </w:rPr>
        <w:t>base.html</w:t>
      </w:r>
      <w:r>
        <w:rPr>
          <w:b w:val="0"/>
          <w:i w:val="0"/>
        </w:rPr>
        <w:t xml:space="preserve"> và chỉnh sửa </w:t>
      </w:r>
      <w:r>
        <w:rPr>
          <w:b w:val="0"/>
          <w:i/>
        </w:rPr>
        <w:t>index.html</w:t>
      </w:r>
      <w:r>
        <w:rPr>
          <w:b w:val="0"/>
          <w:i w:val="0"/>
        </w:rPr>
        <w:t xml:space="preserve"> một chút.</w:t>
      </w:r>
    </w:p>
    <w:p>
      <w:pPr>
        <w:jc w:val="center"/>
      </w:pPr>
      <w:r>
        <w:drawing>
          <wp:inline xmlns:a="http://schemas.openxmlformats.org/drawingml/2006/main" xmlns:pic="http://schemas.openxmlformats.org/drawingml/2006/picture">
            <wp:extent cx="5486400" cy="3560711"/>
            <wp:docPr id="78" name="Picture 78"/>
            <wp:cNvGraphicFramePr>
              <a:graphicFrameLocks noChangeAspect="1"/>
            </wp:cNvGraphicFramePr>
            <a:graphic>
              <a:graphicData uri="http://schemas.openxmlformats.org/drawingml/2006/picture">
                <pic:pic>
                  <pic:nvPicPr>
                    <pic:cNvPr id="0" name="image_rsrcBK5.jpg"/>
                    <pic:cNvPicPr/>
                  </pic:nvPicPr>
                  <pic:blipFill>
                    <a:blip r:embed="rId66"/>
                    <a:stretch>
                      <a:fillRect/>
                    </a:stretch>
                  </pic:blipFill>
                  <pic:spPr>
                    <a:xfrm>
                      <a:off x="0" y="0"/>
                      <a:ext cx="5486400" cy="3560711"/>
                    </a:xfrm>
                    <a:prstGeom prst="rect"/>
                  </pic:spPr>
                </pic:pic>
              </a:graphicData>
            </a:graphic>
          </wp:inline>
        </w:drawing>
      </w:r>
    </w:p>
    <w:p>
      <w:pPr>
        <w:spacing w:after="80"/>
      </w:pPr>
      <w:r>
        <w:rPr>
          <w:b w:val="0"/>
          <w:i w:val="0"/>
        </w:rPr>
        <w:t>Hình 20-1: Trang chủ Learning Log dùng Bootstrap</w:t>
      </w:r>
    </w:p>
    <w:p>
      <w:pPr>
        <w:pStyle w:val="Heading3"/>
      </w:pPr>
      <w:r>
        <w:rPr>
          <w:rFonts w:ascii="Calibri" w:hAnsi="Calibri"/>
          <w:b/>
          <w:i w:val="0"/>
          <w:sz w:val="27"/>
        </w:rPr>
        <w:t>Chỉnh sửa base.html</w:t>
      </w:r>
    </w:p>
    <w:p>
      <w:pPr>
        <w:spacing w:after="80"/>
      </w:pPr>
      <w:r>
        <w:rPr>
          <w:b w:val="0"/>
          <w:i w:val="0"/>
        </w:rPr>
        <w:t xml:space="preserve">Chúng ta cần viết lại </w:t>
      </w:r>
      <w:r>
        <w:rPr>
          <w:b w:val="0"/>
          <w:i/>
        </w:rPr>
        <w:t>base.html</w:t>
      </w:r>
      <w:r>
        <w:rPr>
          <w:b w:val="0"/>
          <w:i w:val="0"/>
        </w:rPr>
        <w:t xml:space="preserve"> bằng template của Bootstrap. Chúng ta sẽ phát triển </w:t>
      </w:r>
      <w:r>
        <w:rPr>
          <w:b w:val="0"/>
          <w:i/>
        </w:rPr>
        <w:t>base.html</w:t>
      </w:r>
      <w:r>
        <w:rPr>
          <w:b w:val="0"/>
          <w:i w:val="0"/>
        </w:rPr>
        <w:t xml:space="preserve"> mới theo từng phần. Đây là một tệp lớn; bạn có thể muốn sao chép tệp này từ tài nguyên trực tuyến, có tại https://ehmatthes.github.io/pcc_3e. Nếu bạn sao chép tệp, bạn vẫn nên đọc qua phần sau để hiểu những thay đổi đã được thực hiện.</w:t>
      </w:r>
    </w:p>
    <w:p>
      <w:pPr>
        <w:pStyle w:val="Heading4"/>
      </w:pPr>
      <w:r>
        <w:rPr>
          <w:rFonts w:ascii="Calibri" w:hAnsi="Calibri"/>
          <w:b/>
          <w:i w:val="0"/>
          <w:sz w:val="24"/>
        </w:rPr>
        <w:t>Định nghĩa các HTML Header</w:t>
      </w:r>
    </w:p>
    <w:p>
      <w:pPr>
        <w:spacing w:after="80"/>
      </w:pPr>
      <w:r>
        <w:rPr>
          <w:b w:val="0"/>
          <w:i w:val="0"/>
        </w:rPr>
        <w:t xml:space="preserve">Thay đổi đầu tiên chúng ta sẽ thực hiện với </w:t>
      </w:r>
      <w:r>
        <w:rPr>
          <w:b w:val="0"/>
          <w:i/>
        </w:rPr>
        <w:t>base.html</w:t>
      </w:r>
      <w:r>
        <w:rPr>
          <w:b w:val="0"/>
          <w:i w:val="0"/>
        </w:rPr>
        <w:t xml:space="preserve"> là định nghĩa các phần header HTML trong file. Chúng ta cũng sẽ thêm một số yêu cầu để sử dụng Bootstrap trong các template, và đặt tiêu đề cho trang. Xóa toàn bộ nội dung trong </w:t>
      </w:r>
      <w:r>
        <w:rPr>
          <w:b w:val="0"/>
          <w:i/>
        </w:rPr>
        <w:t>base.html</w:t>
      </w:r>
      <w:r>
        <w:rPr>
          <w:b w:val="0"/>
          <w:i w:val="0"/>
        </w:rPr>
        <w:t xml:space="preserve"> và thay bằng đoạn code sau:</w:t>
      </w:r>
    </w:p>
    <w:p>
      <w:pPr>
        <w:spacing w:after="80"/>
      </w:pPr>
      <w:r>
        <w:rPr>
          <w:b w:val="0"/>
          <w:i w:val="0"/>
        </w:rPr>
        <w:t>base.html</w:t>
      </w:r>
    </w:p>
    <w:p>
      <w:pPr>
        <w:spacing w:after="0"/>
        <w:ind w:left="360"/>
        <w:shd w:val="clear" w:color="auto" w:fill="F2F2F2"/>
      </w:pPr>
      <w:r>
        <w:rPr>
          <w:rFonts w:ascii="Consolas" w:hAnsi="Consolas"/>
          <w:b w:val="0"/>
          <w:i w:val="0"/>
          <w:sz w:val="18"/>
        </w:rPr>
        <w:t>❶ &lt;!doctype html&gt;</w:t>
      </w:r>
    </w:p>
    <w:p>
      <w:pPr>
        <w:spacing w:after="0"/>
        <w:ind w:left="360"/>
        <w:shd w:val="clear" w:color="auto" w:fill="F2F2F2"/>
      </w:pPr>
      <w:r>
        <w:rPr>
          <w:rFonts w:ascii="Consolas" w:hAnsi="Consolas"/>
          <w:b w:val="0"/>
          <w:i w:val="0"/>
          <w:sz w:val="18"/>
        </w:rPr>
        <w:t>❷ &lt;html lang="en"&gt;</w:t>
      </w:r>
    </w:p>
    <w:p>
      <w:pPr>
        <w:spacing w:after="0"/>
        <w:ind w:left="360"/>
        <w:shd w:val="clear" w:color="auto" w:fill="F2F2F2"/>
      </w:pPr>
      <w:r>
        <w:rPr>
          <w:rFonts w:ascii="Consolas" w:hAnsi="Consolas"/>
          <w:b w:val="0"/>
          <w:i w:val="0"/>
          <w:sz w:val="18"/>
        </w:rPr>
        <w:t>❸ &lt;head&gt;</w:t>
      </w:r>
    </w:p>
    <w:p>
      <w:pPr>
        <w:spacing w:after="0"/>
        <w:ind w:left="360"/>
        <w:shd w:val="clear" w:color="auto" w:fill="F2F2F2"/>
      </w:pPr>
      <w:r>
        <w:rPr>
          <w:rFonts w:ascii="Consolas" w:hAnsi="Consolas"/>
          <w:b w:val="0"/>
          <w:i w:val="0"/>
          <w:sz w:val="18"/>
        </w:rPr>
        <w:t xml:space="preserve">  &lt;meta charset="utf-8"&gt;</w:t>
      </w:r>
    </w:p>
    <w:p>
      <w:pPr>
        <w:spacing w:after="0"/>
        <w:ind w:left="360"/>
        <w:shd w:val="clear" w:color="auto" w:fill="F2F2F2"/>
      </w:pPr>
      <w:r>
        <w:rPr>
          <w:rFonts w:ascii="Consolas" w:hAnsi="Consolas"/>
          <w:b w:val="0"/>
          <w:i w:val="0"/>
          <w:sz w:val="18"/>
        </w:rPr>
        <w:t xml:space="preserve">  &lt;meta name="viewport" content="width=device-width, initial-scale=1"&gt;</w:t>
      </w:r>
    </w:p>
    <w:p>
      <w:pPr>
        <w:spacing w:after="0"/>
        <w:ind w:left="360"/>
        <w:shd w:val="clear" w:color="auto" w:fill="F2F2F2"/>
      </w:pPr>
      <w:r>
        <w:rPr>
          <w:rFonts w:ascii="Consolas" w:hAnsi="Consolas"/>
          <w:b w:val="0"/>
          <w:i w:val="0"/>
          <w:sz w:val="18"/>
        </w:rPr>
        <w:t>❹   &lt;title&gt;Learning Log&lt;/title&gt;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❺   {% load django_bootstrap5 %}</w:t>
      </w:r>
    </w:p>
    <w:p>
      <w:pPr>
        <w:spacing w:after="0"/>
        <w:ind w:left="360"/>
        <w:shd w:val="clear" w:color="auto" w:fill="F2F2F2"/>
      </w:pPr>
      <w:r>
        <w:rPr>
          <w:rFonts w:ascii="Consolas" w:hAnsi="Consolas"/>
          <w:b w:val="0"/>
          <w:i w:val="0"/>
          <w:sz w:val="18"/>
        </w:rPr>
        <w:t xml:space="preserve">  {% bootstrap_css %}</w:t>
      </w:r>
    </w:p>
    <w:p>
      <w:pPr>
        <w:spacing w:after="0"/>
        <w:ind w:left="360"/>
        <w:shd w:val="clear" w:color="auto" w:fill="F2F2F2"/>
      </w:pPr>
      <w:r>
        <w:rPr>
          <w:rFonts w:ascii="Consolas" w:hAnsi="Consolas"/>
          <w:b w:val="0"/>
          <w:i w:val="0"/>
          <w:sz w:val="18"/>
        </w:rPr>
        <w:t xml:space="preserve">  {% bootstrap_javascript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&lt;/head&gt;</w:t>
      </w:r>
    </w:p>
    <w:p>
      <w:pPr>
        <w:spacing w:after="40"/>
      </w:pPr>
    </w:p>
    <w:p>
      <w:pPr>
        <w:spacing w:after="80"/>
      </w:pPr>
      <w:r>
        <w:rPr>
          <w:b w:val="0"/>
          <w:i w:val="0"/>
        </w:rPr>
        <w:t xml:space="preserve">Đầu tiên chúng ta khai báo file này là một tài liệu HTML ❶ được viết bằng tiếng Anh ❷. Một file HTML được chia thành hai phần chính: </w:t>
      </w:r>
      <w:r>
        <w:rPr>
          <w:b w:val="0"/>
          <w:i/>
        </w:rPr>
        <w:t>head</w:t>
      </w:r>
      <w:r>
        <w:rPr>
          <w:b w:val="0"/>
          <w:i w:val="0"/>
        </w:rPr>
        <w:t xml:space="preserve"> (phần đầu) và </w:t>
      </w:r>
      <w:r>
        <w:rPr>
          <w:b w:val="0"/>
          <w:i/>
        </w:rPr>
        <w:t>body</w:t>
      </w:r>
      <w:r>
        <w:rPr>
          <w:b w:val="0"/>
          <w:i w:val="0"/>
        </w:rPr>
        <w:t xml:space="preserve"> (phần thân). Phần head của file bắt đầu bằng thẻ mở </w:t>
      </w:r>
      <w:r>
        <w:rPr>
          <w:rFonts w:ascii="Consolas" w:hAnsi="Consolas"/>
          <w:b w:val="0"/>
          <w:i w:val="0"/>
          <w:sz w:val="20"/>
        </w:rPr>
        <w:t>&lt;head&gt;</w:t>
      </w:r>
      <w:r>
        <w:rPr>
          <w:b w:val="0"/>
          <w:i w:val="0"/>
        </w:rPr>
        <w:t xml:space="preserve"> ❸. Phần head của file HTML không chứa nội dung nào của trang; nó chỉ cho trình duyệt biết những gì cần thiết để hiển thị trang đúng cách. Chúng ta thêm một phần tử </w:t>
      </w:r>
      <w:r>
        <w:rPr>
          <w:rFonts w:ascii="Consolas" w:hAnsi="Consolas"/>
          <w:b w:val="0"/>
          <w:i w:val="0"/>
          <w:sz w:val="20"/>
        </w:rPr>
        <w:t>&lt;title&gt;</w:t>
      </w:r>
      <w:r>
        <w:rPr>
          <w:b w:val="0"/>
          <w:i w:val="0"/>
        </w:rPr>
        <w:t xml:space="preserve"> cho trang, phần này sẽ hiển thị trên thanh tiêu đề của trình duyệt mỗi khi Learning Log được mở ❹.</w:t>
      </w:r>
    </w:p>
    <w:p>
      <w:pPr>
        <w:spacing w:after="80"/>
      </w:pPr>
      <w:r>
        <w:rPr>
          <w:b w:val="0"/>
          <w:i w:val="0"/>
        </w:rPr>
        <w:t xml:space="preserve">Trước khi đóng phần head, chúng ta tải bộ sưu tập template tag có sẵn trong django-bootstrap5 ❺. Template tag </w:t>
      </w:r>
      <w:r>
        <w:rPr>
          <w:rFonts w:ascii="Consolas" w:hAnsi="Consolas"/>
          <w:b w:val="0"/>
          <w:i w:val="0"/>
          <w:sz w:val="20"/>
        </w:rPr>
        <w:t>{% bootstrap_css %}</w:t>
      </w:r>
      <w:r>
        <w:rPr>
          <w:b w:val="0"/>
          <w:i w:val="0"/>
        </w:rPr>
        <w:t xml:space="preserve"> là một tag tùy chỉnh từ django-bootstrap5; nó tải tất cả các file CSS cần thiết để áp dụng các style của Bootstrap. Tag tiếp theo kích hoạt tất cả các hành vi tương tác mà bạn có thể dùng trên trang, chẳng hạn như thanh điều hướng có thể thu gọn. Thẻ đóng </w:t>
      </w:r>
      <w:r>
        <w:rPr>
          <w:rFonts w:ascii="Consolas" w:hAnsi="Consolas"/>
          <w:b w:val="0"/>
          <w:i w:val="0"/>
          <w:sz w:val="20"/>
        </w:rPr>
        <w:t>&lt;/head&gt;</w:t>
      </w:r>
      <w:r>
        <w:rPr>
          <w:b w:val="0"/>
          <w:i w:val="0"/>
        </w:rPr>
        <w:t xml:space="preserve"> xuất hiện ở dòng cuối cùng.</w:t>
      </w:r>
    </w:p>
    <w:p>
      <w:pPr>
        <w:spacing w:after="80"/>
      </w:pPr>
      <w:r>
        <w:rPr>
          <w:b w:val="0"/>
          <w:i w:val="0"/>
        </w:rPr>
        <w:t xml:space="preserve">Tất cả các tùy chọn style của Bootstrap giờ đã có sẵn trong bất kỳ template nào kế thừa từ </w:t>
      </w:r>
      <w:r>
        <w:rPr>
          <w:b w:val="0"/>
          <w:i/>
        </w:rPr>
        <w:t>base.html</w:t>
      </w:r>
      <w:r>
        <w:rPr>
          <w:b w:val="0"/>
          <w:i w:val="0"/>
        </w:rPr>
        <w:t xml:space="preserve">. Nếu bạn muốn sử dụng các template tag tùy chỉnh từ django-bootstrap5, mỗi template sẽ cần thêm tag </w:t>
      </w:r>
      <w:r>
        <w:rPr>
          <w:rFonts w:ascii="Consolas" w:hAnsi="Consolas"/>
          <w:b w:val="0"/>
          <w:i w:val="0"/>
          <w:sz w:val="20"/>
        </w:rPr>
        <w:t>{% load django_bootstrap5 %}</w:t>
      </w:r>
      <w:r>
        <w:rPr>
          <w:b w:val="0"/>
          <w:i w:val="0"/>
        </w:rPr>
        <w:t>.</w:t>
      </w:r>
    </w:p>
    <w:p>
      <w:pPr>
        <w:pStyle w:val="Heading4"/>
      </w:pPr>
      <w:r>
        <w:rPr>
          <w:rFonts w:ascii="Calibri" w:hAnsi="Calibri"/>
          <w:b/>
          <w:i w:val="0"/>
          <w:sz w:val="24"/>
        </w:rPr>
        <w:t>Định nghĩa thanh điều hướng</w:t>
      </w:r>
    </w:p>
    <w:p>
      <w:pPr>
        <w:spacing w:after="80"/>
      </w:pPr>
      <w:r>
        <w:rPr>
          <w:b w:val="0"/>
          <w:i w:val="0"/>
        </w:rPr>
        <w:t>Đoạn code định nghĩa thanh điều hướng ở đầu trang khá dài, vì nó phải hoạt động tốt như nhau trên màn hình điện thoại hẹp và màn hình máy tính để bàn rộng. Chúng ta sẽ đi qua thanh điều hướng theo từng phần.</w:t>
      </w:r>
    </w:p>
    <w:p>
      <w:pPr>
        <w:spacing w:after="80"/>
      </w:pPr>
      <w:r>
        <w:rPr>
          <w:b w:val="0"/>
          <w:i w:val="0"/>
        </w:rPr>
        <w:t>Đây là phần đầu tiên của thanh điều hướng:</w:t>
      </w:r>
    </w:p>
    <w:p>
      <w:pPr>
        <w:spacing w:after="80"/>
      </w:pPr>
      <w:r>
        <w:rPr>
          <w:b w:val="0"/>
          <w:i w:val="0"/>
        </w:rPr>
        <w:t>base.html</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&lt;/head&gt;</w:t>
      </w:r>
    </w:p>
    <w:p>
      <w:pPr>
        <w:spacing w:after="0"/>
        <w:ind w:left="360"/>
        <w:shd w:val="clear" w:color="auto" w:fill="F2F2F2"/>
      </w:pPr>
      <w:r>
        <w:rPr>
          <w:rFonts w:ascii="Consolas" w:hAnsi="Consolas"/>
          <w:b w:val="0"/>
          <w:i w:val="0"/>
          <w:sz w:val="18"/>
        </w:rPr>
        <w:t>&lt;body&gt;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&lt;nav class="navbar navbar-expand-md navbar-light bg-light mb-4 border"&gt;</w:t>
      </w:r>
    </w:p>
    <w:p>
      <w:pPr>
        <w:spacing w:after="0"/>
        <w:ind w:left="360"/>
        <w:shd w:val="clear" w:color="auto" w:fill="F2F2F2"/>
      </w:pPr>
      <w:r>
        <w:rPr>
          <w:rFonts w:ascii="Consolas" w:hAnsi="Consolas"/>
          <w:b w:val="0"/>
          <w:i w:val="0"/>
          <w:sz w:val="18"/>
        </w:rPr>
        <w:t xml:space="preserve">    &lt;div class="container-fluid"&gt;</w:t>
      </w:r>
    </w:p>
    <w:p>
      <w:pPr>
        <w:spacing w:after="0"/>
        <w:ind w:left="360"/>
        <w:shd w:val="clear" w:color="auto" w:fill="F2F2F2"/>
      </w:pPr>
      <w:r>
        <w:rPr>
          <w:rFonts w:ascii="Consolas" w:hAnsi="Consolas"/>
          <w:b w:val="0"/>
          <w:i w:val="0"/>
          <w:sz w:val="18"/>
        </w:rPr>
        <w:t>❷       &lt;a class="navbar-brand" href="{% url 'learning_logs:index' %}"&gt;</w:t>
      </w:r>
    </w:p>
    <w:p>
      <w:pPr>
        <w:spacing w:after="0"/>
        <w:ind w:left="360"/>
        <w:shd w:val="clear" w:color="auto" w:fill="F2F2F2"/>
      </w:pPr>
      <w:r>
        <w:rPr>
          <w:rFonts w:ascii="Consolas" w:hAnsi="Consolas"/>
          <w:b w:val="0"/>
          <w:i w:val="0"/>
          <w:sz w:val="18"/>
        </w:rPr>
        <w:t xml:space="preserve">          Learning Log&lt;/a&gt;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&lt;button class="navbar-toggler" type="button" data-bs-toggle="collapse"</w:t>
      </w:r>
    </w:p>
    <w:p>
      <w:pPr>
        <w:spacing w:after="0"/>
        <w:ind w:left="360"/>
        <w:shd w:val="clear" w:color="auto" w:fill="F2F2F2"/>
      </w:pPr>
      <w:r>
        <w:rPr>
          <w:rFonts w:ascii="Consolas" w:hAnsi="Consolas"/>
          <w:b w:val="0"/>
          <w:i w:val="0"/>
          <w:sz w:val="18"/>
        </w:rPr>
        <w:t xml:space="preserve">        data-bs-target="#navbarCollapse" aria-controls="navbarCollapse"</w:t>
      </w:r>
    </w:p>
    <w:p>
      <w:pPr>
        <w:spacing w:after="0"/>
        <w:ind w:left="360"/>
        <w:shd w:val="clear" w:color="auto" w:fill="F2F2F2"/>
      </w:pPr>
      <w:r>
        <w:rPr>
          <w:rFonts w:ascii="Consolas" w:hAnsi="Consolas"/>
          <w:b w:val="0"/>
          <w:i w:val="0"/>
          <w:sz w:val="18"/>
        </w:rPr>
        <w:t xml:space="preserve">        aria-expanded="false" aria-label="Toggle navigation"&gt;</w:t>
      </w:r>
    </w:p>
    <w:p>
      <w:pPr>
        <w:spacing w:after="0"/>
        <w:ind w:left="360"/>
        <w:shd w:val="clear" w:color="auto" w:fill="F2F2F2"/>
      </w:pPr>
      <w:r>
        <w:rPr>
          <w:rFonts w:ascii="Consolas" w:hAnsi="Consolas"/>
          <w:b w:val="0"/>
          <w:i w:val="0"/>
          <w:sz w:val="18"/>
        </w:rPr>
        <w:t xml:space="preserve">        &lt;span class="navbar-toggler-icon"&gt;&lt;/span&gt;</w:t>
      </w:r>
    </w:p>
    <w:p>
      <w:pPr>
        <w:spacing w:after="0"/>
        <w:ind w:left="360"/>
        <w:shd w:val="clear" w:color="auto" w:fill="F2F2F2"/>
      </w:pPr>
      <w:r>
        <w:rPr>
          <w:rFonts w:ascii="Consolas" w:hAnsi="Consolas"/>
          <w:b w:val="0"/>
          <w:i w:val="0"/>
          <w:sz w:val="18"/>
        </w:rPr>
        <w:t xml:space="preserve">      &lt;/button&gt;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&lt;div class="collapse navbar-collapse" id="navbarCollapse"&gt;</w:t>
      </w:r>
    </w:p>
    <w:p>
      <w:pPr>
        <w:spacing w:after="0"/>
        <w:ind w:left="360"/>
        <w:shd w:val="clear" w:color="auto" w:fill="F2F2F2"/>
      </w:pPr>
      <w:r>
        <w:rPr>
          <w:rFonts w:ascii="Consolas" w:hAnsi="Consolas"/>
          <w:b w:val="0"/>
          <w:i w:val="0"/>
          <w:sz w:val="18"/>
        </w:rPr>
        <w:t>❺         &lt;ul class="navbar-nav me-auto mb-2 mb-md-0"&gt;</w:t>
      </w:r>
    </w:p>
    <w:p>
      <w:pPr>
        <w:spacing w:after="0"/>
        <w:ind w:left="360"/>
        <w:shd w:val="clear" w:color="auto" w:fill="F2F2F2"/>
      </w:pPr>
      <w:r>
        <w:rPr>
          <w:rFonts w:ascii="Consolas" w:hAnsi="Consolas"/>
          <w:b w:val="0"/>
          <w:i w:val="0"/>
          <w:sz w:val="18"/>
        </w:rPr>
        <w:t>❻           &lt;li class="nav-item"&gt;</w:t>
      </w:r>
    </w:p>
    <w:p>
      <w:pPr>
        <w:spacing w:after="0"/>
        <w:ind w:left="360"/>
        <w:shd w:val="clear" w:color="auto" w:fill="F2F2F2"/>
      </w:pPr>
      <w:r>
        <w:rPr>
          <w:rFonts w:ascii="Consolas" w:hAnsi="Consolas"/>
          <w:b w:val="0"/>
          <w:i w:val="0"/>
          <w:sz w:val="18"/>
        </w:rPr>
        <w:t>❼             &lt;a class="nav-link" href="{% url 'learning_logs:topics' %}"&gt;</w:t>
      </w:r>
    </w:p>
    <w:p>
      <w:pPr>
        <w:spacing w:after="0"/>
        <w:ind w:left="360"/>
        <w:shd w:val="clear" w:color="auto" w:fill="F2F2F2"/>
      </w:pPr>
      <w:r>
        <w:rPr>
          <w:rFonts w:ascii="Consolas" w:hAnsi="Consolas"/>
          <w:b w:val="0"/>
          <w:i w:val="0"/>
          <w:sz w:val="18"/>
        </w:rPr>
        <w:t xml:space="preserve">              Topics&lt;/a&gt;&lt;/li&gt;</w:t>
      </w:r>
    </w:p>
    <w:p>
      <w:pPr>
        <w:spacing w:after="0"/>
        <w:ind w:left="360"/>
        <w:shd w:val="clear" w:color="auto" w:fill="F2F2F2"/>
      </w:pPr>
      <w:r>
        <w:rPr>
          <w:rFonts w:ascii="Consolas" w:hAnsi="Consolas"/>
          <w:b w:val="0"/>
          <w:i w:val="0"/>
          <w:sz w:val="18"/>
        </w:rPr>
        <w:t xml:space="preserve">        &lt;/ul&gt; &lt;!-- End of links on left side of navbar --&gt;</w:t>
      </w:r>
    </w:p>
    <w:p>
      <w:pPr>
        <w:spacing w:after="0"/>
        <w:ind w:left="360"/>
        <w:shd w:val="clear" w:color="auto" w:fill="F2F2F2"/>
      </w:pPr>
      <w:r>
        <w:rPr>
          <w:rFonts w:ascii="Consolas" w:hAnsi="Consolas"/>
          <w:b w:val="0"/>
          <w:i w:val="0"/>
          <w:sz w:val="18"/>
        </w:rPr>
        <w:t xml:space="preserve">      &lt;/div&gt; &lt;!-- Closes collapsible parts of navbar --&gt;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&lt;/div&gt; &lt;!-- Closes navbar's container --&gt;</w:t>
      </w:r>
    </w:p>
    <w:p>
      <w:pPr>
        <w:spacing w:after="0"/>
        <w:ind w:left="360"/>
        <w:shd w:val="clear" w:color="auto" w:fill="F2F2F2"/>
      </w:pPr>
      <w:r>
        <w:rPr>
          <w:rFonts w:ascii="Consolas" w:hAnsi="Consolas"/>
          <w:b w:val="0"/>
          <w:i w:val="0"/>
          <w:sz w:val="18"/>
        </w:rPr>
        <w:t xml:space="preserve">  &lt;/nav&gt; &lt;!-- End of navbar --&gt;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❽ {% block content %}{% endblock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&lt;/body&gt;</w:t>
      </w:r>
    </w:p>
    <w:p>
      <w:pPr>
        <w:spacing w:after="0"/>
        <w:ind w:left="360"/>
        <w:shd w:val="clear" w:color="auto" w:fill="F2F2F2"/>
      </w:pPr>
      <w:r>
        <w:rPr>
          <w:rFonts w:ascii="Consolas" w:hAnsi="Consolas"/>
          <w:b w:val="0"/>
          <w:i w:val="0"/>
          <w:sz w:val="18"/>
        </w:rPr>
        <w:t>&lt;/html&gt;</w:t>
      </w:r>
    </w:p>
    <w:p>
      <w:pPr>
        <w:spacing w:after="40"/>
      </w:pPr>
    </w:p>
    <w:p>
      <w:pPr>
        <w:spacing w:after="80"/>
      </w:pPr>
      <w:r>
        <w:rPr>
          <w:b w:val="0"/>
          <w:i w:val="0"/>
        </w:rPr>
        <w:t xml:space="preserve">Phần tử mới đầu tiên là thẻ mở </w:t>
      </w:r>
      <w:r>
        <w:rPr>
          <w:rFonts w:ascii="Consolas" w:hAnsi="Consolas"/>
          <w:b w:val="0"/>
          <w:i w:val="0"/>
          <w:sz w:val="20"/>
        </w:rPr>
        <w:t>&lt;body&gt;</w:t>
      </w:r>
      <w:r>
        <w:rPr>
          <w:b w:val="0"/>
          <w:i w:val="0"/>
        </w:rPr>
        <w:t xml:space="preserve">. Phần </w:t>
      </w:r>
      <w:r>
        <w:rPr>
          <w:b w:val="0"/>
          <w:i/>
        </w:rPr>
        <w:t>body</w:t>
      </w:r>
      <w:r>
        <w:rPr>
          <w:b w:val="0"/>
          <w:i w:val="0"/>
        </w:rPr>
        <w:t xml:space="preserve"> của file HTML chứa nội dung mà người dùng sẽ thấy trên trang. Tiếp theo là phần tử </w:t>
      </w:r>
      <w:r>
        <w:rPr>
          <w:rFonts w:ascii="Consolas" w:hAnsi="Consolas"/>
          <w:b w:val="0"/>
          <w:i w:val="0"/>
          <w:sz w:val="20"/>
        </w:rPr>
        <w:t>&lt;nav&gt;</w:t>
      </w:r>
      <w:r>
        <w:rPr>
          <w:b w:val="0"/>
          <w:i w:val="0"/>
        </w:rPr>
        <w:t xml:space="preserve">, mở đầu code cho thanh điều hướng ở đầu trang ❶. Mọi thứ chứa trong phần tử này đều được style theo các quy tắc style của Bootstrap được định nghĩa bởi các selector </w:t>
      </w:r>
      <w:r>
        <w:rPr>
          <w:rFonts w:ascii="Consolas" w:hAnsi="Consolas"/>
          <w:b w:val="0"/>
          <w:i w:val="0"/>
          <w:sz w:val="20"/>
        </w:rPr>
        <w:t>navbar</w:t>
      </w:r>
      <w:r>
        <w:rPr>
          <w:b w:val="0"/>
          <w:i w:val="0"/>
        </w:rPr>
        <w:t xml:space="preserve">, </w:t>
      </w:r>
      <w:r>
        <w:rPr>
          <w:rFonts w:ascii="Consolas" w:hAnsi="Consolas"/>
          <w:b w:val="0"/>
          <w:i w:val="0"/>
          <w:sz w:val="20"/>
        </w:rPr>
        <w:t>navbar-expand-md</w:t>
      </w:r>
      <w:r>
        <w:rPr>
          <w:b w:val="0"/>
          <w:i w:val="0"/>
        </w:rPr>
        <w:t xml:space="preserve">, và những selector còn lại mà bạn thấy ở đây. Một </w:t>
      </w:r>
      <w:r>
        <w:rPr>
          <w:b w:val="0"/>
          <w:i/>
        </w:rPr>
        <w:t>selector</w:t>
      </w:r>
      <w:r>
        <w:rPr>
          <w:b w:val="0"/>
          <w:i w:val="0"/>
        </w:rPr>
        <w:t xml:space="preserve"> (bộ chọn) xác định những phần tử nào trên trang mà một quy tắc style nhất định sẽ áp dụng. Các selector </w:t>
      </w:r>
      <w:r>
        <w:rPr>
          <w:rFonts w:ascii="Consolas" w:hAnsi="Consolas"/>
          <w:b w:val="0"/>
          <w:i w:val="0"/>
          <w:sz w:val="20"/>
        </w:rPr>
        <w:t>navbar-light</w:t>
      </w:r>
      <w:r>
        <w:rPr>
          <w:b w:val="0"/>
          <w:i w:val="0"/>
        </w:rPr>
        <w:t xml:space="preserve"> và </w:t>
      </w:r>
      <w:r>
        <w:rPr>
          <w:rFonts w:ascii="Consolas" w:hAnsi="Consolas"/>
          <w:b w:val="0"/>
          <w:i w:val="0"/>
          <w:sz w:val="20"/>
        </w:rPr>
        <w:t>bg-light</w:t>
      </w:r>
      <w:r>
        <w:rPr>
          <w:b w:val="0"/>
          <w:i w:val="0"/>
        </w:rPr>
        <w:t xml:space="preserve"> style thanh điều hướng với nền sáng. Chữ </w:t>
      </w:r>
      <w:r>
        <w:rPr>
          <w:rFonts w:ascii="Consolas" w:hAnsi="Consolas"/>
          <w:b w:val="0"/>
          <w:i w:val="0"/>
          <w:sz w:val="20"/>
        </w:rPr>
        <w:t>mb</w:t>
      </w:r>
      <w:r>
        <w:rPr>
          <w:b w:val="0"/>
          <w:i w:val="0"/>
        </w:rPr>
        <w:t xml:space="preserve"> trong </w:t>
      </w:r>
      <w:r>
        <w:rPr>
          <w:rFonts w:ascii="Consolas" w:hAnsi="Consolas"/>
          <w:b w:val="0"/>
          <w:i w:val="0"/>
          <w:sz w:val="20"/>
        </w:rPr>
        <w:t>mb-4</w:t>
      </w:r>
      <w:r>
        <w:rPr>
          <w:b w:val="0"/>
          <w:i w:val="0"/>
        </w:rPr>
        <w:t xml:space="preserve"> là viết tắt của </w:t>
      </w:r>
      <w:r>
        <w:rPr>
          <w:b w:val="0"/>
          <w:i/>
        </w:rPr>
        <w:t>margin-bottom</w:t>
      </w:r>
      <w:r>
        <w:rPr>
          <w:b w:val="0"/>
          <w:i w:val="0"/>
        </w:rPr>
        <w:t xml:space="preserve"> (lề dưới); selector này đảm bảo có một khoảng trống nhỏ giữa thanh điều hướng và phần còn lại của trang. Selector </w:t>
      </w:r>
      <w:r>
        <w:rPr>
          <w:rFonts w:ascii="Consolas" w:hAnsi="Consolas"/>
          <w:b w:val="0"/>
          <w:i w:val="0"/>
          <w:sz w:val="20"/>
        </w:rPr>
        <w:t>border</w:t>
      </w:r>
      <w:r>
        <w:rPr>
          <w:b w:val="0"/>
          <w:i w:val="0"/>
        </w:rPr>
        <w:t xml:space="preserve"> tạo một đường viền mỏng xung quanh nền sáng để tách nó ra một chút khỏi phần còn lại của trang.</w:t>
      </w:r>
    </w:p>
    <w:p>
      <w:pPr>
        <w:spacing w:after="80"/>
      </w:pPr>
      <w:r>
        <w:rPr>
          <w:b w:val="0"/>
          <w:i w:val="0"/>
        </w:rPr>
        <w:t xml:space="preserve">Thẻ </w:t>
      </w:r>
      <w:r>
        <w:rPr>
          <w:rFonts w:ascii="Consolas" w:hAnsi="Consolas"/>
          <w:b w:val="0"/>
          <w:i w:val="0"/>
          <w:sz w:val="20"/>
        </w:rPr>
        <w:t>&lt;div&gt;</w:t>
      </w:r>
      <w:r>
        <w:rPr>
          <w:b w:val="0"/>
          <w:i w:val="0"/>
        </w:rPr>
        <w:t xml:space="preserve"> ở dòng tiếp theo mở một container có thể thay đổi kích thước, chứa toàn bộ thanh điều hướng. Thuật ngữ </w:t>
      </w:r>
      <w:r>
        <w:rPr>
          <w:b w:val="0"/>
          <w:i/>
        </w:rPr>
        <w:t>div</w:t>
      </w:r>
      <w:r>
        <w:rPr>
          <w:b w:val="0"/>
          <w:i w:val="0"/>
        </w:rPr>
        <w:t xml:space="preserve"> là viết tắt của </w:t>
      </w:r>
      <w:r>
        <w:rPr>
          <w:b w:val="0"/>
          <w:i/>
        </w:rPr>
        <w:t>division</w:t>
      </w:r>
      <w:r>
        <w:rPr>
          <w:b w:val="0"/>
          <w:i w:val="0"/>
        </w:rPr>
        <w:t xml:space="preserve"> (phân chia); bạn xây dựng một trang web bằng cách chia nó thành các phần và định nghĩa các quy tắc style và hành vi áp dụng cho phần đó. Bất kỳ quy tắc style hay hành vi nào được định nghĩa trong thẻ mở </w:t>
      </w:r>
      <w:r>
        <w:rPr>
          <w:rFonts w:ascii="Consolas" w:hAnsi="Consolas"/>
          <w:b w:val="0"/>
          <w:i w:val="0"/>
          <w:sz w:val="20"/>
        </w:rPr>
        <w:t>&lt;div&gt;</w:t>
      </w:r>
      <w:r>
        <w:rPr>
          <w:b w:val="0"/>
          <w:i w:val="0"/>
        </w:rPr>
        <w:t xml:space="preserve"> đều ảnh hưởng đến mọi thứ bạn thấy cho đến thẻ đóng tương ứng của nó, được viết là </w:t>
      </w:r>
      <w:r>
        <w:rPr>
          <w:rFonts w:ascii="Consolas" w:hAnsi="Consolas"/>
          <w:b w:val="0"/>
          <w:i w:val="0"/>
          <w:sz w:val="20"/>
        </w:rPr>
        <w:t>&lt;/div&gt;</w:t>
      </w:r>
      <w:r>
        <w:rPr>
          <w:b w:val="0"/>
          <w:i w:val="0"/>
        </w:rPr>
        <w:t>.</w:t>
      </w:r>
    </w:p>
    <w:p>
      <w:pPr>
        <w:spacing w:after="80"/>
      </w:pPr>
      <w:r>
        <w:rPr>
          <w:b w:val="0"/>
          <w:i w:val="0"/>
        </w:rPr>
        <w:t xml:space="preserve">Tiếp theo chúng ta đặt tên dự án, </w:t>
      </w:r>
      <w:r>
        <w:rPr>
          <w:rFonts w:ascii="Consolas" w:hAnsi="Consolas"/>
          <w:b w:val="0"/>
          <w:i w:val="0"/>
          <w:sz w:val="20"/>
        </w:rPr>
        <w:t>Learning Log</w:t>
      </w:r>
      <w:r>
        <w:rPr>
          <w:b w:val="0"/>
          <w:i w:val="0"/>
        </w:rPr>
        <w:t xml:space="preserve">, xuất hiện như phần tử đầu tiên trên thanh điều hướng ❷. Phần này cũng sẽ đóng vai trò là liên kết đến trang chủ, giống như nó đã làm trong phiên bản dự án với style tối giản mà chúng ta đã xây dựng ở hai chương trước. Selector </w:t>
      </w:r>
      <w:r>
        <w:rPr>
          <w:rFonts w:ascii="Consolas" w:hAnsi="Consolas"/>
          <w:b w:val="0"/>
          <w:i w:val="0"/>
          <w:sz w:val="20"/>
        </w:rPr>
        <w:t>navbar-brand</w:t>
      </w:r>
      <w:r>
        <w:rPr>
          <w:b w:val="0"/>
          <w:i w:val="0"/>
        </w:rPr>
        <w:t xml:space="preserve"> style liên kết này để nó nổi bật so với các liên kết còn lại và giúp tạo chút thương hiệu cho trang web.</w:t>
      </w:r>
    </w:p>
    <w:p>
      <w:pPr>
        <w:spacing w:after="80"/>
      </w:pPr>
      <w:r>
        <w:rPr>
          <w:b w:val="0"/>
          <w:i w:val="0"/>
        </w:rPr>
        <w:t xml:space="preserve">Template Bootstrap sau đó định nghĩa một nút xuất hiện nếu cửa sổ trình duyệt quá hẹp để hiển thị toàn bộ thanh điều hướng theo chiều ngang ❸. Khi người dùng nhấp vào nút, các phần tử điều hướng sẽ xuất hiện trong một danh sách thả xuống. Tham chiếu </w:t>
      </w:r>
      <w:r>
        <w:rPr>
          <w:rFonts w:ascii="Consolas" w:hAnsi="Consolas"/>
          <w:b w:val="0"/>
          <w:i w:val="0"/>
          <w:sz w:val="20"/>
        </w:rPr>
        <w:t>collapse</w:t>
      </w:r>
      <w:r>
        <w:rPr>
          <w:b w:val="0"/>
          <w:i w:val="0"/>
        </w:rPr>
        <w:t xml:space="preserve"> khiến thanh điều hướng thu gọn lại khi người dùng thu nhỏ cửa sổ trình duyệt hoặc khi trang web được hiển thị trên các thiết bị có màn hình nhỏ.</w:t>
      </w:r>
    </w:p>
    <w:p>
      <w:pPr>
        <w:spacing w:after="80"/>
      </w:pPr>
      <w:r>
        <w:rPr>
          <w:b w:val="0"/>
          <w:i w:val="0"/>
        </w:rPr>
        <w:t>Tiếp theo, chúng ta mở một phần mới (</w:t>
      </w:r>
      <w:r>
        <w:rPr>
          <w:rFonts w:ascii="Consolas" w:hAnsi="Consolas"/>
          <w:b w:val="0"/>
          <w:i w:val="0"/>
          <w:sz w:val="20"/>
        </w:rPr>
        <w:t>&lt;div&gt;</w:t>
      </w:r>
      <w:r>
        <w:rPr>
          <w:b w:val="0"/>
          <w:i w:val="0"/>
        </w:rPr>
        <w:t>) của thanh điều hướng ❹. Đây là phần của thanh điều hướng có thể thu gọn tùy theo kích thước cửa sổ trình duyệt.</w:t>
      </w:r>
    </w:p>
    <w:p>
      <w:pPr>
        <w:spacing w:after="80"/>
      </w:pPr>
      <w:r>
        <w:rPr>
          <w:b w:val="0"/>
          <w:i w:val="0"/>
        </w:rPr>
        <w:t xml:space="preserve">Bootstrap định nghĩa các phần tử điều hướng (navigation) là các mục trong một danh sách không có thứ tự ❺, với các quy tắc tạo kiểu khiến nó trông chẳng giống một danh sách chút nào. Mọi liên kết hay phần tử bạn cần trên thanh đều có thể được đưa vào như một mục trong danh sách không có thứ tự ❻. Ở đây, mục duy nhất trong danh sách là liên kết đến trang chủ đề của chúng ta ❼. Hãy để ý thẻ đóng </w:t>
      </w:r>
      <w:r>
        <w:rPr>
          <w:rFonts w:ascii="Consolas" w:hAnsi="Consolas"/>
          <w:b w:val="0"/>
          <w:i w:val="0"/>
          <w:sz w:val="20"/>
        </w:rPr>
        <w:t>&lt;/li&gt;</w:t>
      </w:r>
      <w:r>
        <w:rPr>
          <w:b w:val="0"/>
          <w:i w:val="0"/>
        </w:rPr>
        <w:t xml:space="preserve"> ở cuối liên kết; mọi thẻ mở đều cần một thẻ đóng tương ứng.</w:t>
      </w:r>
    </w:p>
    <w:p>
      <w:pPr>
        <w:spacing w:after="80"/>
      </w:pPr>
      <w:r>
        <w:rPr>
          <w:b w:val="0"/>
          <w:i w:val="0"/>
        </w:rPr>
        <w:t>Phần còn lại của các dòng hiển thị ở đây sẽ đóng tất cả các thẻ đã được mở. Trong HTML, một chú thích (comment) được viết như thế này:</w:t>
      </w:r>
    </w:p>
    <w:p>
      <w:pPr>
        <w:spacing w:after="80"/>
      </w:pPr>
      <w:r>
        <w:rPr>
          <w:b w:val="0"/>
          <w:i w:val="0"/>
        </w:rPr>
        <w:t>&lt;!-- This is an HTML comment. --&gt;</w:t>
      </w:r>
    </w:p>
    <w:p>
      <w:pPr>
        <w:spacing w:after="80"/>
      </w:pPr>
      <w:r>
        <w:rPr>
          <w:b w:val="0"/>
          <w:i w:val="0"/>
        </w:rPr>
        <w:t xml:space="preserve">Các thẻ đóng thường không có chú thích, nhưng nếu bạn mới làm quen với HTML, việc ghi nhãn cho một số thẻ đóng có thể cực kỳ hữu ích. Chỉ một thẻ bị thiếu hoặc thừa cũng có thể làm hỏng bố cục của cả một trang. Chúng ta cũng thêm khối </w:t>
      </w:r>
      <w:r>
        <w:rPr>
          <w:rFonts w:ascii="Consolas" w:hAnsi="Consolas"/>
          <w:b w:val="0"/>
          <w:i w:val="0"/>
          <w:sz w:val="20"/>
        </w:rPr>
        <w:t>content</w:t>
      </w:r>
      <w:r>
        <w:rPr>
          <w:b w:val="0"/>
          <w:i w:val="0"/>
        </w:rPr>
        <w:t xml:space="preserve"> ❽ cùng các thẻ đóng </w:t>
      </w:r>
      <w:r>
        <w:rPr>
          <w:rFonts w:ascii="Consolas" w:hAnsi="Consolas"/>
          <w:b w:val="0"/>
          <w:i w:val="0"/>
          <w:sz w:val="20"/>
        </w:rPr>
        <w:t>&lt;/body&gt;</w:t>
      </w:r>
      <w:r>
        <w:rPr>
          <w:b w:val="0"/>
          <w:i w:val="0"/>
        </w:rPr>
        <w:t xml:space="preserve"> và </w:t>
      </w:r>
      <w:r>
        <w:rPr>
          <w:rFonts w:ascii="Consolas" w:hAnsi="Consolas"/>
          <w:b w:val="0"/>
          <w:i w:val="0"/>
          <w:sz w:val="20"/>
        </w:rPr>
        <w:t>&lt;/html&gt;</w:t>
      </w:r>
      <w:r>
        <w:rPr>
          <w:b w:val="0"/>
          <w:i w:val="0"/>
        </w:rPr>
        <w:t>.</w:t>
      </w:r>
    </w:p>
    <w:p>
      <w:pPr>
        <w:spacing w:after="80"/>
      </w:pPr>
      <w:r>
        <w:rPr>
          <w:b w:val="0"/>
          <w:i w:val="0"/>
        </w:rPr>
        <w:t xml:space="preserve">Chúng ta vẫn chưa hoàn thành thanh điều hướng, nhưng giờ đây đã có một tài liệu HTML hoàn chỉnh. Nếu </w:t>
      </w:r>
      <w:r>
        <w:rPr>
          <w:rFonts w:ascii="Consolas" w:hAnsi="Consolas"/>
          <w:b w:val="0"/>
          <w:i w:val="0"/>
          <w:sz w:val="20"/>
        </w:rPr>
        <w:t>runserver</w:t>
      </w:r>
      <w:r>
        <w:rPr>
          <w:b w:val="0"/>
          <w:i w:val="0"/>
        </w:rPr>
        <w:t xml:space="preserve"> đang chạy, hãy dừng máy chủ hiện tại và khởi động lại. Truy cập trang chủ của dự án, và bạn sẽ thấy một thanh điều hướng có một số phần tử như trong Hình 20-1. Giờ hãy thêm các phần tử còn lại vào thanh điều hướng.</w:t>
      </w:r>
    </w:p>
    <w:p>
      <w:pPr>
        <w:pStyle w:val="Heading4"/>
      </w:pPr>
      <w:r>
        <w:rPr>
          <w:rFonts w:ascii="Calibri" w:hAnsi="Calibri"/>
          <w:b/>
          <w:i w:val="0"/>
          <w:sz w:val="24"/>
        </w:rPr>
        <w:t>Thêm các liên kết tài khoản người dùng</w:t>
      </w:r>
    </w:p>
    <w:p>
      <w:pPr>
        <w:spacing w:after="80"/>
      </w:pPr>
      <w:r>
        <w:rPr>
          <w:b w:val="0"/>
          <w:i w:val="0"/>
        </w:rPr>
        <w:t>Chúng ta vẫn cần thêm các liên kết gắn với tài khoản người dùng. Chúng ta sẽ bắt đầu bằng việc thêm tất cả các liên kết liên quan đến tài khoản, ngoại trừ biểu mẫu đăng xuất (logout).</w:t>
      </w:r>
    </w:p>
    <w:p>
      <w:pPr>
        <w:spacing w:after="80"/>
      </w:pPr>
      <w:r>
        <w:rPr>
          <w:b w:val="0"/>
          <w:i w:val="0"/>
        </w:rPr>
        <w:t xml:space="preserve">Thực hiện những thay đổi sau trong </w:t>
      </w:r>
      <w:r>
        <w:rPr>
          <w:b w:val="0"/>
          <w:i/>
        </w:rPr>
        <w:t>base.html</w:t>
      </w:r>
      <w:r>
        <w:rPr>
          <w:b w:val="0"/>
          <w:i w:val="0"/>
        </w:rPr>
        <w:t>:</w:t>
      </w:r>
    </w:p>
    <w:p>
      <w:pPr>
        <w:spacing w:after="80"/>
      </w:pPr>
      <w:r>
        <w:rPr>
          <w:b w:val="0"/>
          <w:i w:val="0"/>
        </w:rPr>
        <w:t>base.html</w:t>
      </w:r>
    </w:p>
    <w:p>
      <w:pPr>
        <w:spacing w:after="80"/>
      </w:pPr>
      <w:r>
        <w:rPr>
          <w:b w:val="0"/>
          <w:i/>
        </w:rPr>
        <w:t>--snip--</w:t>
      </w:r>
      <w:r>
        <w:br/>
      </w:r>
      <w:r>
        <w:rPr>
          <w:b w:val="0"/>
          <w:i w:val="0"/>
        </w:rPr>
        <w:t xml:space="preserve">        &lt;/ul&gt; &lt;!-- End of links on left side of navbar --&gt;</w:t>
      </w:r>
      <w:r>
        <w:br/>
      </w:r>
      <w:r>
        <w:br/>
      </w:r>
      <w:r>
        <w:rPr>
          <w:b w:val="0"/>
          <w:i w:val="0"/>
        </w:rPr>
        <w:t xml:space="preserve">        &lt;!-- Account-related links --&gt;</w:t>
      </w:r>
      <w:r>
        <w:br/>
      </w:r>
      <w:r>
        <w:rPr>
          <w:b w:val="0"/>
          <w:i w:val="0"/>
        </w:rPr>
        <w:t>❶         &lt;ul class="navbar-nav ms-auto mb-2 mb-md-0"&gt;</w:t>
      </w:r>
      <w:r>
        <w:br/>
      </w:r>
      <w:r>
        <w:br/>
      </w:r>
      <w:r>
        <w:rPr>
          <w:b w:val="0"/>
          <w:i w:val="0"/>
        </w:rPr>
        <w:t>❷           {% if user.is_authenticated %}</w:t>
      </w:r>
      <w:r>
        <w:br/>
      </w:r>
      <w:r>
        <w:rPr>
          <w:b w:val="0"/>
          <w:i w:val="0"/>
        </w:rPr>
        <w:t xml:space="preserve">            &lt;li class="nav-item"&gt;</w:t>
      </w:r>
      <w:r>
        <w:br/>
      </w:r>
      <w:r>
        <w:rPr>
          <w:b w:val="0"/>
          <w:i w:val="0"/>
        </w:rPr>
        <w:t>❸               &lt;span class="navbar-text me-2"&gt;Hello, {{ user.username }}.</w:t>
      </w:r>
      <w:r>
        <w:br/>
      </w:r>
      <w:r>
        <w:rPr>
          <w:b w:val="0"/>
          <w:i w:val="0"/>
        </w:rPr>
        <w:t xml:space="preserve">                &lt;/span&gt;&lt;/li&gt;</w:t>
      </w:r>
      <w:r>
        <w:br/>
      </w:r>
      <w:r>
        <w:rPr>
          <w:b w:val="0"/>
          <w:i w:val="0"/>
        </w:rPr>
        <w:t>❹           {% else %}</w:t>
      </w:r>
      <w:r>
        <w:br/>
      </w:r>
      <w:r>
        <w:rPr>
          <w:b w:val="0"/>
          <w:i w:val="0"/>
        </w:rPr>
        <w:t xml:space="preserve">            &lt;li class="nav-item"&gt;</w:t>
      </w:r>
      <w:r>
        <w:br/>
      </w:r>
      <w:r>
        <w:rPr>
          <w:b w:val="0"/>
          <w:i w:val="0"/>
        </w:rPr>
        <w:t xml:space="preserve">              &lt;a class="nav-link" href="{% url 'accounts:register' %}"&gt;</w:t>
      </w:r>
      <w:r>
        <w:br/>
      </w:r>
      <w:r>
        <w:rPr>
          <w:b w:val="0"/>
          <w:i w:val="0"/>
        </w:rPr>
        <w:t xml:space="preserve">                  Register&lt;/a&gt;&lt;/li&gt;</w:t>
      </w:r>
      <w:r>
        <w:br/>
      </w:r>
      <w:r>
        <w:rPr>
          <w:b w:val="0"/>
          <w:i w:val="0"/>
        </w:rPr>
        <w:t xml:space="preserve">            &lt;li class="nav-item"&gt;</w:t>
      </w:r>
      <w:r>
        <w:br/>
      </w:r>
      <w:r>
        <w:rPr>
          <w:b w:val="0"/>
          <w:i w:val="0"/>
        </w:rPr>
        <w:t xml:space="preserve">              &lt;a class="nav-link" href="{% url 'accounts:login' %}"&gt;</w:t>
      </w:r>
      <w:r>
        <w:br/>
      </w:r>
      <w:r>
        <w:rPr>
          <w:b w:val="0"/>
          <w:i w:val="0"/>
        </w:rPr>
        <w:t xml:space="preserve">                  Log in&lt;/a&gt;&lt;/li&gt;</w:t>
      </w:r>
      <w:r>
        <w:br/>
      </w:r>
      <w:r>
        <w:rPr>
          <w:b w:val="0"/>
          <w:i w:val="0"/>
        </w:rPr>
        <w:t xml:space="preserve">          {% endif %}</w:t>
      </w:r>
      <w:r>
        <w:br/>
      </w:r>
      <w:r>
        <w:br/>
      </w:r>
      <w:r>
        <w:rPr>
          <w:b w:val="0"/>
          <w:i w:val="0"/>
        </w:rPr>
        <w:t xml:space="preserve">        &lt;/ul&gt; &lt;!-- End of account-related links --&gt;</w:t>
      </w:r>
      <w:r>
        <w:br/>
      </w:r>
      <w:r>
        <w:br/>
      </w:r>
      <w:r>
        <w:rPr>
          <w:b w:val="0"/>
          <w:i w:val="0"/>
        </w:rPr>
        <w:t xml:space="preserve">      &lt;/div&gt; &lt;!-- Closes collapsible parts of navbar --&gt;</w:t>
      </w:r>
      <w:r>
        <w:br/>
      </w:r>
      <w:r>
        <w:rPr>
          <w:b w:val="0"/>
          <w:i w:val="0"/>
        </w:rPr>
        <w:t xml:space="preserve">      </w:t>
      </w:r>
      <w:r>
        <w:rPr>
          <w:b w:val="0"/>
          <w:i/>
        </w:rPr>
        <w:t>--snip--</w:t>
      </w:r>
    </w:p>
    <w:p>
      <w:pPr>
        <w:spacing w:after="80"/>
      </w:pPr>
      <w:r>
        <w:rPr>
          <w:b w:val="0"/>
          <w:i w:val="0"/>
        </w:rPr>
        <w:t xml:space="preserve">Chúng ta bắt đầu một nhóm liên kết mới bằng cách dùng thêm một thẻ mở </w:t>
      </w:r>
      <w:r>
        <w:rPr>
          <w:rFonts w:ascii="Consolas" w:hAnsi="Consolas"/>
          <w:b w:val="0"/>
          <w:i w:val="0"/>
          <w:sz w:val="20"/>
        </w:rPr>
        <w:t>&lt;ul&gt;</w:t>
      </w:r>
      <w:r>
        <w:rPr>
          <w:b w:val="0"/>
          <w:i w:val="0"/>
        </w:rPr>
        <w:t xml:space="preserve"> ❶. Bạn có thể có bao nhiêu nhóm liên kết tùy thích trên một trang. Bộ chọn (selector) </w:t>
      </w:r>
      <w:r>
        <w:rPr>
          <w:rFonts w:ascii="Consolas" w:hAnsi="Consolas"/>
          <w:b w:val="0"/>
          <w:i w:val="0"/>
          <w:sz w:val="20"/>
        </w:rPr>
        <w:t>ms-auto</w:t>
      </w:r>
      <w:r>
        <w:rPr>
          <w:b w:val="0"/>
          <w:i w:val="0"/>
        </w:rPr>
        <w:t xml:space="preserve"> là viết tắt của </w:t>
      </w:r>
      <w:r>
        <w:rPr>
          <w:b w:val="0"/>
          <w:i/>
        </w:rPr>
        <w:t>margin-start-automatic</w:t>
      </w:r>
      <w:r>
        <w:rPr>
          <w:b w:val="0"/>
          <w:i w:val="0"/>
        </w:rPr>
        <w:t>: bộ chọn này sẽ xem xét các phần tử khác trong thanh điều hướng và tính toán một lề trái (start) để đẩy nhóm liên kết này sang phía bên phải cửa sổ trình duyệt.</w:t>
      </w:r>
    </w:p>
    <w:p>
      <w:pPr>
        <w:spacing w:after="80"/>
      </w:pPr>
      <w:r>
        <w:rPr>
          <w:b w:val="0"/>
          <w:i w:val="0"/>
        </w:rPr>
        <w:t xml:space="preserve">Khối </w:t>
      </w:r>
      <w:r>
        <w:rPr>
          <w:rFonts w:ascii="Consolas" w:hAnsi="Consolas"/>
          <w:b w:val="0"/>
          <w:i w:val="0"/>
          <w:sz w:val="20"/>
        </w:rPr>
        <w:t>if</w:t>
      </w:r>
      <w:r>
        <w:rPr>
          <w:b w:val="0"/>
          <w:i w:val="0"/>
        </w:rPr>
        <w:t xml:space="preserve"> chính là khối điều kiện mà chúng ta đã dùng trước đó để hiển thị thông báo phù hợp cho người dùng, tùy theo việc họ đã đăng nhập hay chưa ❷. Khối này giờ dài hơn một chút vì có vài quy tắc tạo kiểu nằm bên trong các thẻ điều kiện. Lời chào dành cho người dùng đã xác thực được bọc trong một phần tử </w:t>
      </w:r>
      <w:r>
        <w:rPr>
          <w:rFonts w:ascii="Consolas" w:hAnsi="Consolas"/>
          <w:b w:val="0"/>
          <w:i w:val="0"/>
          <w:sz w:val="20"/>
        </w:rPr>
        <w:t>&lt;span&gt;</w:t>
      </w:r>
      <w:r>
        <w:rPr>
          <w:b w:val="0"/>
          <w:i w:val="0"/>
        </w:rPr>
        <w:t xml:space="preserve"> ❸. Phần tử </w:t>
      </w:r>
      <w:r>
        <w:rPr>
          <w:b w:val="0"/>
          <w:i/>
        </w:rPr>
        <w:t>span</w:t>
      </w:r>
      <w:r>
        <w:rPr>
          <w:b w:val="0"/>
          <w:i w:val="0"/>
        </w:rPr>
        <w:t xml:space="preserve"> dùng để tạo kiểu cho những đoạn văn bản hoặc phần tử của trang nằm trong một dòng dài hơn. Trong khi các phần tử div tạo ra những phân vùng riêng của chúng trên trang, thì các phần tử span lại liền mạch trong một phần lớn hơn. Điều này ban đầu có thể gây bối rối, vì nhiều trang có các phần tử div lồng nhau rất sâu. Ở đây, chúng ta dùng phần tử span để tạo kiểu cho đoạn văn bản mang tính thông tin trên thanh điều hướng: trong trường hợp này là tên của người dùng đã đăng nhập.</w:t>
      </w:r>
    </w:p>
    <w:p>
      <w:pPr>
        <w:spacing w:after="80"/>
      </w:pPr>
      <w:r>
        <w:rPr>
          <w:b w:val="0"/>
          <w:i w:val="0"/>
        </w:rPr>
        <w:t xml:space="preserve">Trong khối </w:t>
      </w:r>
      <w:r>
        <w:rPr>
          <w:rFonts w:ascii="Consolas" w:hAnsi="Consolas"/>
          <w:b w:val="0"/>
          <w:i w:val="0"/>
          <w:sz w:val="20"/>
        </w:rPr>
        <w:t>else</w:t>
      </w:r>
      <w:r>
        <w:rPr>
          <w:b w:val="0"/>
          <w:i w:val="0"/>
        </w:rPr>
        <w:t>, khối chạy cho những người dùng chưa xác thực, chúng ta thêm các liên kết để đăng ký tài khoản mới và đăng nhập ❹. Những liên kết này trông phải giống hệt liên kết đến trang chủ đề.</w:t>
      </w:r>
    </w:p>
    <w:p>
      <w:pPr>
        <w:spacing w:after="80"/>
      </w:pPr>
      <w:r>
        <w:rPr>
          <w:b w:val="0"/>
          <w:i w:val="0"/>
        </w:rPr>
        <w:t xml:space="preserve">Nếu bạn muốn thêm nhiều liên kết hơn vào thanh điều hướng, bạn sẽ thêm một mục </w:t>
      </w:r>
      <w:r>
        <w:rPr>
          <w:rFonts w:ascii="Consolas" w:hAnsi="Consolas"/>
          <w:b w:val="0"/>
          <w:i w:val="0"/>
          <w:sz w:val="20"/>
        </w:rPr>
        <w:t>&lt;li&gt;</w:t>
      </w:r>
      <w:r>
        <w:rPr>
          <w:b w:val="0"/>
          <w:i w:val="0"/>
        </w:rPr>
        <w:t xml:space="preserve"> khác vào một trong các nhóm </w:t>
      </w:r>
      <w:r>
        <w:rPr>
          <w:rFonts w:ascii="Consolas" w:hAnsi="Consolas"/>
          <w:b w:val="0"/>
          <w:i w:val="0"/>
          <w:sz w:val="20"/>
        </w:rPr>
        <w:t>&lt;ul&gt;</w:t>
      </w:r>
      <w:r>
        <w:rPr>
          <w:b w:val="0"/>
          <w:i w:val="0"/>
        </w:rPr>
        <w:t xml:space="preserve"> mà chúng ta đã định nghĩa, dùng các chỉ dẫn tạo kiểu giống như những gì bạn đã thấy ở đây.</w:t>
      </w:r>
    </w:p>
    <w:p>
      <w:pPr>
        <w:spacing w:after="80"/>
      </w:pPr>
      <w:r>
        <w:rPr>
          <w:b w:val="0"/>
          <w:i w:val="0"/>
        </w:rPr>
        <w:t>Giờ hãy thêm form đăng xuất vào thanh điều hướng nhé.</w:t>
      </w:r>
    </w:p>
    <w:p>
      <w:pPr>
        <w:pStyle w:val="Heading4"/>
      </w:pPr>
      <w:r>
        <w:rPr>
          <w:rFonts w:ascii="Calibri" w:hAnsi="Calibri"/>
          <w:b/>
          <w:i w:val="0"/>
          <w:sz w:val="24"/>
        </w:rPr>
        <w:t>Thêm Form Đăng xuất vào Thanh Điều hướng</w:t>
      </w:r>
    </w:p>
    <w:p>
      <w:pPr>
        <w:spacing w:after="80"/>
      </w:pPr>
      <w:r>
        <w:rPr>
          <w:b w:val="0"/>
          <w:i w:val="0"/>
        </w:rPr>
        <w:t xml:space="preserve">Khi lần đầu viết form đăng xuất, chúng ta đã thêm nó vào cuối file </w:t>
      </w:r>
      <w:r>
        <w:rPr>
          <w:b w:val="0"/>
          <w:i/>
        </w:rPr>
        <w:t>base.html</w:t>
      </w:r>
      <w:r>
        <w:rPr>
          <w:b w:val="0"/>
          <w:i w:val="0"/>
        </w:rPr>
        <w:t>. Giờ hãy đặt nó ở một chỗ hợp lý hơn, đó là trong thanh điều hướng:</w:t>
      </w:r>
    </w:p>
    <w:p>
      <w:pPr>
        <w:spacing w:after="80"/>
      </w:pPr>
      <w:r>
        <w:rPr>
          <w:b w:val="0"/>
          <w:i w:val="0"/>
        </w:rPr>
        <w:t>base.html</w:t>
      </w:r>
    </w:p>
    <w:p>
      <w:pPr>
        <w:spacing w:after="80"/>
      </w:pPr>
      <w:r>
        <w:rPr>
          <w:b w:val="0"/>
          <w:i/>
        </w:rPr>
        <w:t>--snip--</w:t>
      </w:r>
      <w:r>
        <w:br/>
      </w:r>
      <w:r>
        <w:rPr>
          <w:b w:val="0"/>
          <w:i w:val="0"/>
        </w:rPr>
        <w:t xml:space="preserve">        &lt;/ul&gt; &lt;!-- End of account-related links --&gt;</w:t>
      </w:r>
      <w:r>
        <w:br/>
      </w:r>
      <w:r>
        <w:br/>
      </w:r>
      <w:r>
        <w:rPr>
          <w:b w:val="0"/>
          <w:i w:val="0"/>
        </w:rPr>
        <w:t xml:space="preserve">        {% if user.is_authenticated %}</w:t>
      </w:r>
      <w:r>
        <w:br/>
      </w:r>
      <w:r>
        <w:rPr>
          <w:b w:val="0"/>
          <w:i w:val="0"/>
        </w:rPr>
        <w:t xml:space="preserve">          &lt;form action="{% url 'accounts:logout' %}" method='post'&gt;</w:t>
      </w:r>
      <w:r>
        <w:br/>
      </w:r>
      <w:r>
        <w:rPr>
          <w:b w:val="0"/>
          <w:i w:val="0"/>
        </w:rPr>
        <w:t xml:space="preserve">            {% csrf_token %}</w:t>
      </w:r>
      <w:r>
        <w:br/>
      </w:r>
      <w:r>
        <w:rPr>
          <w:b w:val="0"/>
          <w:i w:val="0"/>
        </w:rPr>
        <w:t>❶             &lt;button name='submit' class='btn btn-outline-secondary btn-sm'&gt;</w:t>
      </w:r>
      <w:r>
        <w:br/>
      </w:r>
      <w:r>
        <w:rPr>
          <w:b w:val="0"/>
          <w:i w:val="0"/>
        </w:rPr>
        <w:t xml:space="preserve">                Log out&lt;/button&gt;</w:t>
      </w:r>
      <w:r>
        <w:br/>
      </w:r>
      <w:r>
        <w:rPr>
          <w:b w:val="0"/>
          <w:i w:val="0"/>
        </w:rPr>
        <w:t xml:space="preserve">          &lt;/form&gt;</w:t>
      </w:r>
      <w:r>
        <w:br/>
      </w:r>
      <w:r>
        <w:rPr>
          <w:b w:val="0"/>
          <w:i w:val="0"/>
        </w:rPr>
        <w:t xml:space="preserve">        {% endif %}</w:t>
      </w:r>
      <w:r>
        <w:br/>
      </w:r>
      <w:r>
        <w:br/>
      </w:r>
      <w:r>
        <w:rPr>
          <w:b w:val="0"/>
          <w:i w:val="0"/>
        </w:rPr>
        <w:t xml:space="preserve">      &lt;/div&gt; &lt;!-- Closes collapsible parts of navbar --&gt;</w:t>
      </w:r>
      <w:r>
        <w:br/>
      </w:r>
      <w:r>
        <w:rPr>
          <w:b w:val="0"/>
          <w:i w:val="0"/>
        </w:rPr>
        <w:t xml:space="preserve">      </w:t>
      </w:r>
      <w:r>
        <w:rPr>
          <w:b w:val="0"/>
          <w:i/>
        </w:rPr>
        <w:t>--snip--</w:t>
      </w:r>
    </w:p>
    <w:p>
      <w:pPr>
        <w:spacing w:after="80"/>
      </w:pPr>
      <w:r>
        <w:rPr>
          <w:b w:val="0"/>
          <w:i w:val="0"/>
        </w:rPr>
        <w:t xml:space="preserve">Form đăng xuất nên được đặt sau nhóm các liên kết liên quan đến tài khoản, nhưng vẫn nằm trong phần có thể thu gọn (collapsible) của thanh điều hướng. Thay đổi duy nhất trong form là việc thêm một số lớp tạo kiểu (styling class) của Bootstrap vào phần tử </w:t>
      </w:r>
      <w:r>
        <w:rPr>
          <w:rFonts w:ascii="Consolas" w:hAnsi="Consolas"/>
          <w:b w:val="0"/>
          <w:i w:val="0"/>
          <w:sz w:val="20"/>
        </w:rPr>
        <w:t>&lt;button&gt;</w:t>
      </w:r>
      <w:r>
        <w:rPr>
          <w:b w:val="0"/>
          <w:i w:val="0"/>
        </w:rPr>
        <w:t>, giúp áp dụng các yếu tố tạo kiểu của Bootstrap cho nút đăng xuất ❶.</w:t>
      </w:r>
    </w:p>
    <w:p>
      <w:pPr>
        <w:spacing w:after="80"/>
      </w:pPr>
      <w:r>
        <w:rPr>
          <w:b w:val="0"/>
          <w:i w:val="0"/>
        </w:rPr>
        <w:t>Tải lại trang chủ, và bạn sẽ có thể đăng nhập rồi đăng xuất bằng bất kỳ tài khoản nào bạn đã tạo.</w:t>
      </w:r>
    </w:p>
    <w:p>
      <w:pPr>
        <w:spacing w:after="80"/>
      </w:pPr>
      <w:r>
        <w:rPr>
          <w:b w:val="0"/>
          <w:i w:val="0"/>
        </w:rPr>
        <w:t xml:space="preserve">Vẫn còn một chút nữa cần thêm vào </w:t>
      </w:r>
      <w:r>
        <w:rPr>
          <w:b w:val="0"/>
          <w:i/>
        </w:rPr>
        <w:t>base.html</w:t>
      </w:r>
      <w:r>
        <w:rPr>
          <w:b w:val="0"/>
          <w:i w:val="0"/>
        </w:rPr>
        <w:t>. Chúng ta cần định nghĩa hai block (khối) để các trang riêng lẻ có thể dùng để đặt nội dung đặc thù cho từng trang đó.</w:t>
      </w:r>
    </w:p>
    <w:p>
      <w:pPr>
        <w:pStyle w:val="Heading4"/>
      </w:pPr>
      <w:r>
        <w:rPr>
          <w:rFonts w:ascii="Calibri" w:hAnsi="Calibri"/>
          <w:b/>
          <w:i w:val="0"/>
          <w:sz w:val="24"/>
        </w:rPr>
        <w:t>Định nghĩa Phần Chính của Trang</w:t>
      </w:r>
    </w:p>
    <w:p>
      <w:pPr>
        <w:spacing w:after="80"/>
      </w:pPr>
      <w:r>
        <w:rPr>
          <w:b w:val="0"/>
          <w:i w:val="0"/>
        </w:rPr>
        <w:t xml:space="preserve">Phần còn lại của </w:t>
      </w:r>
      <w:r>
        <w:rPr>
          <w:b w:val="0"/>
          <w:i/>
        </w:rPr>
        <w:t>base.html</w:t>
      </w:r>
      <w:r>
        <w:rPr>
          <w:b w:val="0"/>
          <w:i w:val="0"/>
        </w:rPr>
        <w:t xml:space="preserve"> chứa phần chính của trang:</w:t>
      </w:r>
    </w:p>
    <w:p>
      <w:pPr>
        <w:spacing w:after="80"/>
      </w:pPr>
      <w:r>
        <w:rPr>
          <w:b w:val="0"/>
          <w:i w:val="0"/>
        </w:rPr>
        <w:t>base.html</w:t>
      </w:r>
    </w:p>
    <w:p>
      <w:pPr>
        <w:spacing w:after="80"/>
      </w:pPr>
      <w:r>
        <w:rPr>
          <w:b w:val="0"/>
          <w:i/>
        </w:rPr>
        <w:t>--snip--</w:t>
      </w:r>
      <w:r>
        <w:br/>
      </w:r>
      <w:r>
        <w:rPr>
          <w:b w:val="0"/>
          <w:i w:val="0"/>
        </w:rPr>
        <w:t xml:space="preserve">  &lt;/nav&gt; &lt;!-- End of navbar --&gt;</w:t>
      </w:r>
      <w:r>
        <w:br/>
      </w:r>
      <w:r>
        <w:br/>
      </w:r>
      <w:r>
        <w:rPr>
          <w:b w:val="0"/>
          <w:i w:val="0"/>
        </w:rPr>
        <w:t>❶   &lt;main class="container"&gt;</w:t>
      </w:r>
      <w:r>
        <w:br/>
      </w:r>
      <w:r>
        <w:rPr>
          <w:b w:val="0"/>
          <w:i w:val="0"/>
        </w:rPr>
        <w:t>❷     &lt;div class="pb-2 mb-2 border-bottom"&gt;</w:t>
      </w:r>
      <w:r>
        <w:br/>
      </w:r>
      <w:r>
        <w:rPr>
          <w:b w:val="0"/>
          <w:i w:val="0"/>
        </w:rPr>
        <w:t xml:space="preserve">      {% block page_header %}{% endblock page_header %}</w:t>
      </w:r>
      <w:r>
        <w:br/>
      </w:r>
      <w:r>
        <w:rPr>
          <w:b w:val="0"/>
          <w:i w:val="0"/>
        </w:rPr>
        <w:t xml:space="preserve">    &lt;/div&gt;</w:t>
      </w:r>
      <w:r>
        <w:br/>
      </w:r>
      <w:r>
        <w:rPr>
          <w:b w:val="0"/>
          <w:i w:val="0"/>
        </w:rPr>
        <w:t>❸     &lt;div&gt;</w:t>
      </w:r>
      <w:r>
        <w:br/>
      </w:r>
      <w:r>
        <w:rPr>
          <w:b w:val="0"/>
          <w:i w:val="0"/>
        </w:rPr>
        <w:t xml:space="preserve">      {% block content %}{% endblock content %}</w:t>
      </w:r>
      <w:r>
        <w:br/>
      </w:r>
      <w:r>
        <w:rPr>
          <w:b w:val="0"/>
          <w:i w:val="0"/>
        </w:rPr>
        <w:t xml:space="preserve">    &lt;/div&gt;</w:t>
      </w:r>
      <w:r>
        <w:br/>
      </w:r>
      <w:r>
        <w:rPr>
          <w:b w:val="0"/>
          <w:i w:val="0"/>
        </w:rPr>
        <w:t xml:space="preserve">  &lt;/main&gt;</w:t>
      </w:r>
      <w:r>
        <w:br/>
      </w:r>
      <w:r>
        <w:br/>
      </w:r>
      <w:r>
        <w:rPr>
          <w:b w:val="0"/>
          <w:i w:val="0"/>
        </w:rPr>
        <w:t>&lt;/body&gt;</w:t>
      </w:r>
      <w:r>
        <w:br/>
      </w:r>
      <w:r>
        <w:rPr>
          <w:b w:val="0"/>
          <w:i w:val="0"/>
        </w:rPr>
        <w:t>&lt;/html&gt;</w:t>
      </w:r>
    </w:p>
    <w:p>
      <w:pPr>
        <w:spacing w:after="80"/>
      </w:pPr>
      <w:r>
        <w:rPr>
          <w:b w:val="0"/>
          <w:i w:val="0"/>
        </w:rPr>
        <w:t xml:space="preserve">Đầu tiên chúng ta mở thẻ </w:t>
      </w:r>
      <w:r>
        <w:rPr>
          <w:rFonts w:ascii="Consolas" w:hAnsi="Consolas"/>
          <w:b w:val="0"/>
          <w:i w:val="0"/>
          <w:sz w:val="20"/>
        </w:rPr>
        <w:t>&lt;main&gt;</w:t>
      </w:r>
      <w:r>
        <w:rPr>
          <w:b w:val="0"/>
          <w:i w:val="0"/>
        </w:rPr>
        <w:t xml:space="preserve"> ❶. Phần tử </w:t>
      </w:r>
      <w:r>
        <w:rPr>
          <w:b w:val="0"/>
          <w:i/>
        </w:rPr>
        <w:t>main</w:t>
      </w:r>
      <w:r>
        <w:rPr>
          <w:b w:val="0"/>
          <w:i w:val="0"/>
        </w:rPr>
        <w:t xml:space="preserve"> được dùng cho phần quan trọng nhất trong thân của một trang. Ở đây chúng ta gán selector </w:t>
      </w:r>
      <w:r>
        <w:rPr>
          <w:rFonts w:ascii="Consolas" w:hAnsi="Consolas"/>
          <w:b w:val="0"/>
          <w:i w:val="0"/>
          <w:sz w:val="20"/>
        </w:rPr>
        <w:t>container</w:t>
      </w:r>
      <w:r>
        <w:rPr>
          <w:b w:val="0"/>
          <w:i w:val="0"/>
        </w:rPr>
        <w:t xml:space="preserve"> của Bootstrap, đây là một cách đơn giản để nhóm các phần tử trên trang lại với nhau. Chúng ta sẽ đặt hai phần tử div vào container này.</w:t>
      </w:r>
    </w:p>
    <w:p>
      <w:pPr>
        <w:spacing w:after="80"/>
      </w:pPr>
      <w:r>
        <w:rPr>
          <w:b w:val="0"/>
          <w:i w:val="0"/>
        </w:rPr>
        <w:t xml:space="preserve">Phần tử div đầu tiên chứa block </w:t>
      </w:r>
      <w:r>
        <w:rPr>
          <w:rFonts w:ascii="Consolas" w:hAnsi="Consolas"/>
          <w:b w:val="0"/>
          <w:i w:val="0"/>
          <w:sz w:val="20"/>
        </w:rPr>
        <w:t>page_header</w:t>
      </w:r>
      <w:r>
        <w:rPr>
          <w:b w:val="0"/>
          <w:i w:val="0"/>
        </w:rPr>
        <w:t xml:space="preserve"> ❷. Chúng ta sẽ dùng block này để đặt tiêu đề cho hầu hết các trang. Để phần này nổi bật so với phần còn lại của trang, chúng ta thêm một chút padding bên dưới tiêu đề. </w:t>
      </w:r>
      <w:r>
        <w:rPr>
          <w:b w:val="0"/>
          <w:i/>
        </w:rPr>
        <w:t>Padding</w:t>
      </w:r>
      <w:r>
        <w:rPr>
          <w:b w:val="0"/>
          <w:i w:val="0"/>
        </w:rPr>
        <w:t xml:space="preserve"> là khoảng không gian giữa nội dung của một phần tử và đường viền (border) của nó. Selector </w:t>
      </w:r>
      <w:r>
        <w:rPr>
          <w:rFonts w:ascii="Consolas" w:hAnsi="Consolas"/>
          <w:b w:val="0"/>
          <w:i w:val="0"/>
          <w:sz w:val="20"/>
        </w:rPr>
        <w:t>pb-2</w:t>
      </w:r>
      <w:r>
        <w:rPr>
          <w:b w:val="0"/>
          <w:i w:val="0"/>
        </w:rPr>
        <w:t xml:space="preserve"> là một directive của Bootstrap giúp tạo một lượng padding vừa phải ở phía dưới phần tử được tạo kiểu. </w:t>
      </w:r>
      <w:r>
        <w:rPr>
          <w:b w:val="0"/>
          <w:i/>
        </w:rPr>
        <w:t>Margin</w:t>
      </w:r>
      <w:r>
        <w:rPr>
          <w:b w:val="0"/>
          <w:i w:val="0"/>
        </w:rPr>
        <w:t xml:space="preserve"> là khoảng không gian giữa đường viền của một phần tử và các phần tử khác trên trang. Selector </w:t>
      </w:r>
      <w:r>
        <w:rPr>
          <w:rFonts w:ascii="Consolas" w:hAnsi="Consolas"/>
          <w:b w:val="0"/>
          <w:i w:val="0"/>
          <w:sz w:val="20"/>
        </w:rPr>
        <w:t>mb-2</w:t>
      </w:r>
      <w:r>
        <w:rPr>
          <w:b w:val="0"/>
          <w:i w:val="0"/>
        </w:rPr>
        <w:t xml:space="preserve"> tạo một lượng margin vừa phải ở phía dưới div này. Chúng ta muốn có một đường viền ở phía dưới block này, nên dùng selector </w:t>
      </w:r>
      <w:r>
        <w:rPr>
          <w:rFonts w:ascii="Consolas" w:hAnsi="Consolas"/>
          <w:b w:val="0"/>
          <w:i w:val="0"/>
          <w:sz w:val="20"/>
        </w:rPr>
        <w:t>border-bottom</w:t>
      </w:r>
      <w:r>
        <w:rPr>
          <w:b w:val="0"/>
          <w:i w:val="0"/>
        </w:rPr>
        <w:t xml:space="preserve">, giúp tạo một đường viền mảnh ở phía dưới block </w:t>
      </w:r>
      <w:r>
        <w:rPr>
          <w:rFonts w:ascii="Consolas" w:hAnsi="Consolas"/>
          <w:b w:val="0"/>
          <w:i w:val="0"/>
          <w:sz w:val="20"/>
        </w:rPr>
        <w:t>page_header</w:t>
      </w:r>
      <w:r>
        <w:rPr>
          <w:b w:val="0"/>
          <w:i w:val="0"/>
        </w:rPr>
        <w:t>.</w:t>
      </w:r>
    </w:p>
    <w:p>
      <w:pPr>
        <w:spacing w:after="80"/>
      </w:pPr>
      <w:r>
        <w:rPr>
          <w:b w:val="0"/>
          <w:i w:val="0"/>
        </w:rPr>
        <w:t xml:space="preserve">Sau đó, chúng ta định nghĩa thêm một phần tử div nữa chứa khối </w:t>
      </w:r>
      <w:r>
        <w:rPr>
          <w:rFonts w:ascii="Consolas" w:hAnsi="Consolas"/>
          <w:b w:val="0"/>
          <w:i w:val="0"/>
          <w:sz w:val="20"/>
        </w:rPr>
        <w:t>content</w:t>
      </w:r>
      <w:r>
        <w:rPr>
          <w:b w:val="0"/>
          <w:i w:val="0"/>
        </w:rPr>
        <w:t xml:space="preserve"> ❸. Chúng ta không áp dụng bất kỳ kiểu dáng cụ thể nào cho khối này, nên chúng ta có thể tùy chỉnh nội dung của bất kỳ trang nào theo cách phù hợp với trang đó. Cuối file </w:t>
      </w:r>
      <w:r>
        <w:rPr>
          <w:b w:val="0"/>
          <w:i/>
        </w:rPr>
        <w:t>base.html</w:t>
      </w:r>
      <w:r>
        <w:rPr>
          <w:b w:val="0"/>
          <w:i w:val="0"/>
        </w:rPr>
        <w:t xml:space="preserve"> có các thẻ đóng cho các phần tử </w:t>
      </w:r>
      <w:r>
        <w:rPr>
          <w:rFonts w:ascii="Consolas" w:hAnsi="Consolas"/>
          <w:b w:val="0"/>
          <w:i w:val="0"/>
          <w:sz w:val="20"/>
        </w:rPr>
        <w:t>main</w:t>
      </w:r>
      <w:r>
        <w:rPr>
          <w:b w:val="0"/>
          <w:i w:val="0"/>
        </w:rPr>
        <w:t xml:space="preserve">, </w:t>
      </w:r>
      <w:r>
        <w:rPr>
          <w:rFonts w:ascii="Consolas" w:hAnsi="Consolas"/>
          <w:b w:val="0"/>
          <w:i w:val="0"/>
          <w:sz w:val="20"/>
        </w:rPr>
        <w:t>body</w:t>
      </w:r>
      <w:r>
        <w:rPr>
          <w:b w:val="0"/>
          <w:i w:val="0"/>
        </w:rPr>
        <w:t xml:space="preserve"> và </w:t>
      </w:r>
      <w:r>
        <w:rPr>
          <w:rFonts w:ascii="Consolas" w:hAnsi="Consolas"/>
          <w:b w:val="0"/>
          <w:i w:val="0"/>
          <w:sz w:val="20"/>
        </w:rPr>
        <w:t>html</w:t>
      </w:r>
      <w:r>
        <w:rPr>
          <w:b w:val="0"/>
          <w:i w:val="0"/>
        </w:rPr>
        <w:t>.</w:t>
      </w:r>
    </w:p>
    <w:p>
      <w:pPr>
        <w:spacing w:after="80"/>
      </w:pPr>
      <w:r>
        <w:rPr>
          <w:b w:val="0"/>
          <w:i w:val="0"/>
        </w:rPr>
        <w:t>Khi bạn tải trang chủ của Learning Log trong trình duyệt, bạn sẽ thấy một thanh điều hướng trông chuyên nghiệp giống như trong Hình 20-1. Hãy thử thu nhỏ cửa sổ thật hẹp; một nút sẽ thay thế thanh điều hướng. Nhấp vào nút đó, và tất cả các liên kết sẽ xuất hiện trong một danh sách thả xuống.</w:t>
      </w:r>
    </w:p>
    <w:p>
      <w:pPr>
        <w:pStyle w:val="Heading3"/>
      </w:pPr>
      <w:r>
        <w:rPr>
          <w:rFonts w:ascii="Calibri" w:hAnsi="Calibri"/>
          <w:b/>
          <w:i w:val="0"/>
          <w:sz w:val="27"/>
        </w:rPr>
        <w:t>Tạo kiểu cho trang chủ bằng Jumbotron</w:t>
      </w:r>
    </w:p>
    <w:p>
      <w:pPr>
        <w:spacing w:after="80"/>
      </w:pPr>
      <w:r>
        <w:rPr>
          <w:b w:val="0"/>
          <w:i w:val="0"/>
        </w:rPr>
        <w:t xml:space="preserve">Để cập nhật trang chủ, chúng ta sẽ dùng một phần tử Bootstrap gọi là </w:t>
      </w:r>
      <w:r>
        <w:rPr>
          <w:b w:val="0"/>
          <w:i/>
        </w:rPr>
        <w:t>jumbotron</w:t>
      </w:r>
      <w:r>
        <w:rPr>
          <w:b w:val="0"/>
          <w:i w:val="0"/>
        </w:rPr>
        <w:t>, một khung lớn nổi bật so với phần còn lại của trang. Thông thường, nó được dùng trên trang chủ để chứa mô tả ngắn gọn về toàn bộ dự án và một lời kêu gọi hành động mời người xem tham gia.</w:t>
      </w:r>
    </w:p>
    <w:p>
      <w:pPr>
        <w:spacing w:after="80"/>
      </w:pPr>
      <w:r>
        <w:rPr>
          <w:b w:val="0"/>
          <w:i w:val="0"/>
        </w:rPr>
        <w:t xml:space="preserve">Đây là file </w:t>
      </w:r>
      <w:r>
        <w:rPr>
          <w:b w:val="0"/>
          <w:i/>
        </w:rPr>
        <w:t>index.html</w:t>
      </w:r>
      <w:r>
        <w:rPr>
          <w:b w:val="0"/>
          <w:i w:val="0"/>
        </w:rPr>
        <w:t xml:space="preserve"> đã được sửa:</w:t>
      </w:r>
    </w:p>
    <w:p>
      <w:pPr>
        <w:spacing w:after="80"/>
      </w:pPr>
      <w:r>
        <w:rPr>
          <w:b w:val="0"/>
          <w:i w:val="0"/>
        </w:rPr>
        <w:t>index.html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 block page_header %}</w:t>
      </w:r>
    </w:p>
    <w:p>
      <w:pPr>
        <w:spacing w:after="0"/>
        <w:ind w:left="360"/>
        <w:shd w:val="clear" w:color="auto" w:fill="F2F2F2"/>
      </w:pPr>
      <w:r>
        <w:rPr>
          <w:rFonts w:ascii="Consolas" w:hAnsi="Consolas"/>
          <w:b w:val="0"/>
          <w:i w:val="0"/>
          <w:sz w:val="18"/>
        </w:rPr>
        <w:t>❷   &lt;div class="p-3 mb-4 bg-light border rounded-3"&gt;</w:t>
      </w:r>
    </w:p>
    <w:p>
      <w:pPr>
        <w:spacing w:after="0"/>
        <w:ind w:left="360"/>
        <w:shd w:val="clear" w:color="auto" w:fill="F2F2F2"/>
      </w:pPr>
      <w:r>
        <w:rPr>
          <w:rFonts w:ascii="Consolas" w:hAnsi="Consolas"/>
          <w:b w:val="0"/>
          <w:i w:val="0"/>
          <w:sz w:val="18"/>
        </w:rPr>
        <w:t xml:space="preserve">    &lt;div class="container-fluid py-4"&gt;</w:t>
      </w:r>
    </w:p>
    <w:p>
      <w:pPr>
        <w:spacing w:after="0"/>
        <w:ind w:left="360"/>
        <w:shd w:val="clear" w:color="auto" w:fill="F2F2F2"/>
      </w:pPr>
      <w:r>
        <w:rPr>
          <w:rFonts w:ascii="Consolas" w:hAnsi="Consolas"/>
          <w:b w:val="0"/>
          <w:i w:val="0"/>
          <w:sz w:val="18"/>
        </w:rPr>
        <w:t>❸       &lt;h1 class="display-3"&gt;Track your learning.&lt;/h1&gt;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&lt;p class="lead"&gt;Make your own Learning Log, and keep a list of the</w:t>
      </w:r>
    </w:p>
    <w:p>
      <w:pPr>
        <w:spacing w:after="0"/>
        <w:ind w:left="360"/>
        <w:shd w:val="clear" w:color="auto" w:fill="F2F2F2"/>
      </w:pPr>
      <w:r>
        <w:rPr>
          <w:rFonts w:ascii="Consolas" w:hAnsi="Consolas"/>
          <w:b w:val="0"/>
          <w:i w:val="0"/>
          <w:sz w:val="18"/>
        </w:rPr>
        <w:t xml:space="preserve">      topics you're learning about. Whenever you learn something new</w:t>
      </w:r>
    </w:p>
    <w:p>
      <w:pPr>
        <w:spacing w:after="0"/>
        <w:ind w:left="360"/>
        <w:shd w:val="clear" w:color="auto" w:fill="F2F2F2"/>
      </w:pPr>
      <w:r>
        <w:rPr>
          <w:rFonts w:ascii="Consolas" w:hAnsi="Consolas"/>
          <w:b w:val="0"/>
          <w:i w:val="0"/>
          <w:sz w:val="18"/>
        </w:rPr>
        <w:t xml:space="preserve">      about a topic, make an entry summarizing what you've learned.&lt;/p&gt;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❺       &lt;a class="btn btn-primary btn-lg mt-1"</w:t>
      </w:r>
    </w:p>
    <w:p>
      <w:pPr>
        <w:spacing w:after="0"/>
        <w:ind w:left="360"/>
        <w:shd w:val="clear" w:color="auto" w:fill="F2F2F2"/>
      </w:pPr>
      <w:r>
        <w:rPr>
          <w:rFonts w:ascii="Consolas" w:hAnsi="Consolas"/>
          <w:b w:val="0"/>
          <w:i w:val="0"/>
          <w:sz w:val="18"/>
        </w:rPr>
        <w:t xml:space="preserve">        href="{% url 'accounts:register' %}"&gt;Register &amp;raquo;&lt;/a&gt;</w:t>
      </w:r>
    </w:p>
    <w:p>
      <w:pPr>
        <w:spacing w:after="0"/>
        <w:ind w:left="360"/>
        <w:shd w:val="clear" w:color="auto" w:fill="F2F2F2"/>
      </w:pPr>
      <w:r>
        <w:rPr>
          <w:rFonts w:ascii="Consolas" w:hAnsi="Consolas"/>
          <w:b w:val="0"/>
          <w:i w:val="0"/>
          <w:sz w:val="18"/>
        </w:rPr>
        <w:t xml:space="preserve">    &lt;/div&gt;</w:t>
      </w:r>
    </w:p>
    <w:p>
      <w:pPr>
        <w:spacing w:after="0"/>
        <w:ind w:left="360"/>
        <w:shd w:val="clear" w:color="auto" w:fill="F2F2F2"/>
      </w:pPr>
      <w:r>
        <w:rPr>
          <w:rFonts w:ascii="Consolas" w:hAnsi="Consolas"/>
          <w:b w:val="0"/>
          <w:i w:val="0"/>
          <w:sz w:val="18"/>
        </w:rPr>
        <w:t xml:space="preserve">  &lt;/div&gt;</w:t>
      </w:r>
    </w:p>
    <w:p>
      <w:pPr>
        <w:spacing w:after="0"/>
        <w:ind w:left="360"/>
        <w:shd w:val="clear" w:color="auto" w:fill="F2F2F2"/>
      </w:pPr>
      <w:r>
        <w:rPr>
          <w:rFonts w:ascii="Consolas" w:hAnsi="Consolas"/>
          <w:b w:val="0"/>
          <w:i w:val="0"/>
          <w:sz w:val="18"/>
        </w:rPr>
        <w:t>{% endblock page_header %}</w:t>
      </w:r>
    </w:p>
    <w:p>
      <w:pPr>
        <w:spacing w:after="40"/>
      </w:pPr>
    </w:p>
    <w:p>
      <w:pPr>
        <w:spacing w:after="80"/>
      </w:pPr>
      <w:r>
        <w:rPr>
          <w:b w:val="0"/>
          <w:i w:val="0"/>
        </w:rPr>
        <w:t xml:space="preserve">Đầu tiên chúng ta báo cho Django biết rằng chúng ta sắp định nghĩa nội dung cho khối </w:t>
      </w:r>
      <w:r>
        <w:rPr>
          <w:rFonts w:ascii="Consolas" w:hAnsi="Consolas"/>
          <w:b w:val="0"/>
          <w:i w:val="0"/>
          <w:sz w:val="20"/>
        </w:rPr>
        <w:t>page_header</w:t>
      </w:r>
      <w:r>
        <w:rPr>
          <w:b w:val="0"/>
          <w:i w:val="0"/>
        </w:rPr>
        <w:t xml:space="preserve"> ❶. Một jumbotron được triển khai dưới dạng một cặp phần tử div với một bộ chỉ dẫn tạo kiểu áp dụng cho chúng ❷. Div bên ngoài có thiết lập padding và margin, màu nền nhạt và các góc bo tròn. Div bên trong là một container thay đổi theo kích thước cửa sổ và cũng có một chút padding. Bộ chọn </w:t>
      </w:r>
      <w:r>
        <w:rPr>
          <w:rFonts w:ascii="Consolas" w:hAnsi="Consolas"/>
          <w:b w:val="0"/>
          <w:i w:val="0"/>
          <w:sz w:val="20"/>
        </w:rPr>
        <w:t>py-4</w:t>
      </w:r>
      <w:r>
        <w:rPr>
          <w:b w:val="0"/>
          <w:i w:val="0"/>
        </w:rPr>
        <w:t xml:space="preserve"> thêm padding vào trên và dưới của phần tử div. Bạn cứ thoải mái điều chỉnh các con số trong những thiết lập này và xem trang chủ thay đổi thế nào.</w:t>
      </w:r>
    </w:p>
    <w:p>
      <w:pPr>
        <w:spacing w:after="80"/>
      </w:pPr>
      <w:r>
        <w:rPr>
          <w:b w:val="0"/>
          <w:i w:val="0"/>
        </w:rPr>
        <w:t xml:space="preserve">Bên trong jumbotron có ba phần tử. Đầu tiên là một thông điệp ngắn, </w:t>
      </w:r>
      <w:r>
        <w:rPr>
          <w:rFonts w:ascii="Consolas" w:hAnsi="Consolas"/>
          <w:b w:val="0"/>
          <w:i w:val="0"/>
          <w:sz w:val="20"/>
        </w:rPr>
        <w:t>Track your learning</w:t>
      </w:r>
      <w:r>
        <w:rPr>
          <w:b w:val="0"/>
          <w:i w:val="0"/>
        </w:rPr>
        <w:t xml:space="preserve">, giúp khách truy cập mới hiểu Learning Log làm gì ❸. Phần tử </w:t>
      </w:r>
      <w:r>
        <w:rPr>
          <w:rFonts w:ascii="Consolas" w:hAnsi="Consolas"/>
          <w:b w:val="0"/>
          <w:i w:val="0"/>
          <w:sz w:val="20"/>
        </w:rPr>
        <w:t>&lt;h1&gt;</w:t>
      </w:r>
      <w:r>
        <w:rPr>
          <w:b w:val="0"/>
          <w:i w:val="0"/>
        </w:rPr>
        <w:t xml:space="preserve"> là tiêu đề cấp một, và bộ chọn </w:t>
      </w:r>
      <w:r>
        <w:rPr>
          <w:rFonts w:ascii="Consolas" w:hAnsi="Consolas"/>
          <w:b w:val="0"/>
          <w:i w:val="0"/>
          <w:sz w:val="20"/>
        </w:rPr>
        <w:t>display-3</w:t>
      </w:r>
      <w:r>
        <w:rPr>
          <w:b w:val="0"/>
          <w:i w:val="0"/>
        </w:rPr>
        <w:t xml:space="preserve"> làm cho tiêu đề này trông mảnh mai và cao hơn. Chúng ta cũng thêm một thông điệp dài hơn cung cấp thêm thông tin về những gì người dùng có thể làm với nhật ký học tập của họ ❹. Phần này được định dạng dưới dạng đoạn văn </w:t>
      </w:r>
      <w:r>
        <w:rPr>
          <w:rFonts w:ascii="Consolas" w:hAnsi="Consolas"/>
          <w:b w:val="0"/>
          <w:i w:val="0"/>
          <w:sz w:val="20"/>
        </w:rPr>
        <w:t>lead</w:t>
      </w:r>
      <w:r>
        <w:rPr>
          <w:b w:val="0"/>
          <w:i w:val="0"/>
        </w:rPr>
        <w:t>, nhằm nổi bật so với các đoạn văn thông thường.</w:t>
      </w:r>
    </w:p>
    <w:p>
      <w:pPr>
        <w:spacing w:after="80"/>
      </w:pPr>
      <w:r>
        <w:rPr>
          <w:b w:val="0"/>
          <w:i w:val="0"/>
        </w:rPr>
        <w:t xml:space="preserve">Thay vì chỉ dùng một liên kết văn bản, chúng ta tạo một nút mời người dùng đăng ký tài khoản trên Learning Log ❺. Đây cũng là liên kết giống như trong phần header, nhưng nút này nổi bật trên trang và cho người xem thấy họ cần làm gì để bắt đầu sử dụng dự án. Các bộ chọn bạn thấy ở đây tạo kiểu cho nó thành một nút lớn thể hiện lời kêu gọi hành động. Đoạn mã </w:t>
      </w:r>
      <w:r>
        <w:rPr>
          <w:rFonts w:ascii="Consolas" w:hAnsi="Consolas"/>
          <w:b w:val="0"/>
          <w:i w:val="0"/>
          <w:sz w:val="20"/>
        </w:rPr>
        <w:t>&amp;raquo;</w:t>
      </w:r>
      <w:r>
        <w:rPr>
          <w:b w:val="0"/>
          <w:i w:val="0"/>
        </w:rPr>
        <w:t xml:space="preserve"> là một </w:t>
      </w:r>
      <w:r>
        <w:rPr>
          <w:b w:val="0"/>
          <w:i/>
        </w:rPr>
        <w:t>thực thể HTML</w:t>
      </w:r>
      <w:r>
        <w:rPr>
          <w:b w:val="0"/>
          <w:i w:val="0"/>
        </w:rPr>
        <w:t xml:space="preserve"> (HTML entity) trông giống như hai dấu ngoặc nhọn phải ghép lại (&gt;&gt;). Cuối cùng, chúng ta cung cấp các thẻ đóng div và đóng khối </w:t>
      </w:r>
      <w:r>
        <w:rPr>
          <w:rFonts w:ascii="Consolas" w:hAnsi="Consolas"/>
          <w:b w:val="0"/>
          <w:i w:val="0"/>
          <w:sz w:val="20"/>
        </w:rPr>
        <w:t>page_header</w:t>
      </w:r>
      <w:r>
        <w:rPr>
          <w:b w:val="0"/>
          <w:i w:val="0"/>
        </w:rPr>
        <w:t xml:space="preserve">. Với chỉ hai phần tử div trong file này, việc ghi nhãn cho các thẻ đóng div không thực sự hữu ích. Chúng ta không thêm gì khác vào trang này, nên không cần định nghĩa khối </w:t>
      </w:r>
      <w:r>
        <w:rPr>
          <w:rFonts w:ascii="Consolas" w:hAnsi="Consolas"/>
          <w:b w:val="0"/>
          <w:i w:val="0"/>
          <w:sz w:val="20"/>
        </w:rPr>
        <w:t>content</w:t>
      </w:r>
      <w:r>
        <w:rPr>
          <w:b w:val="0"/>
          <w:i w:val="0"/>
        </w:rPr>
        <w:t xml:space="preserve"> trong template này.</w:t>
      </w:r>
    </w:p>
    <w:p>
      <w:pPr>
        <w:spacing w:after="80"/>
      </w:pPr>
      <w:r>
        <w:rPr>
          <w:b w:val="0"/>
          <w:i w:val="0"/>
        </w:rPr>
        <w:t>Trang chủ giờ đây trông như Hình 20-1. Đây là một cải thiện đáng kể so với phiên bản chưa tạo kiểu của dự án!</w:t>
      </w:r>
    </w:p>
    <w:p>
      <w:pPr>
        <w:pStyle w:val="Heading3"/>
      </w:pPr>
      <w:r>
        <w:rPr>
          <w:rFonts w:ascii="Calibri" w:hAnsi="Calibri"/>
          <w:b/>
          <w:i w:val="0"/>
          <w:sz w:val="27"/>
        </w:rPr>
        <w:t>Tạo kiểu cho trang đăng nhập</w:t>
      </w:r>
    </w:p>
    <w:p>
      <w:pPr>
        <w:spacing w:after="80"/>
      </w:pPr>
      <w:r>
        <w:rPr>
          <w:b w:val="0"/>
          <w:i w:val="0"/>
        </w:rPr>
        <w:t xml:space="preserve">Chúng ta đã tinh chỉnh diện mạo tổng thể của trang đăng nhập, nhưng bản thân biểu mẫu đăng nhập vẫn chưa có kiểu dáng gì. Hãy làm cho biểu mẫu trông nhất quán với phần còn lại của trang bằng cách sửa </w:t>
      </w:r>
      <w:r>
        <w:rPr>
          <w:b w:val="0"/>
          <w:i/>
        </w:rPr>
        <w:t>login.html</w:t>
      </w:r>
      <w:r>
        <w:rPr>
          <w:b w:val="0"/>
          <w:i w:val="0"/>
        </w:rPr>
        <w:t>:</w:t>
      </w:r>
    </w:p>
    <w:p>
      <w:pPr>
        <w:spacing w:after="80"/>
      </w:pPr>
      <w:r>
        <w:rPr>
          <w:b w:val="0"/>
          <w:i w:val="0"/>
        </w:rPr>
        <w:t>login.html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rPr>
          <w:rFonts w:ascii="Consolas" w:hAnsi="Consolas"/>
          <w:b w:val="0"/>
          <w:i w:val="0"/>
          <w:sz w:val="18"/>
        </w:rPr>
        <w:t>❶ {% load django_bootstrap5 %}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 block page_header %}</w:t>
      </w:r>
    </w:p>
    <w:p>
      <w:pPr>
        <w:spacing w:after="0"/>
        <w:ind w:left="360"/>
        <w:shd w:val="clear" w:color="auto" w:fill="F2F2F2"/>
      </w:pPr>
      <w:r>
        <w:rPr>
          <w:rFonts w:ascii="Consolas" w:hAnsi="Consolas"/>
          <w:b w:val="0"/>
          <w:i w:val="0"/>
          <w:sz w:val="18"/>
        </w:rPr>
        <w:t xml:space="preserve">  &lt;h2&gt;Log in to your account.&lt;/h2&gt;</w:t>
      </w:r>
    </w:p>
    <w:p>
      <w:pPr>
        <w:spacing w:after="0"/>
        <w:ind w:left="360"/>
        <w:shd w:val="clear" w:color="auto" w:fill="F2F2F2"/>
      </w:pPr>
      <w:r>
        <w:rPr>
          <w:rFonts w:ascii="Consolas" w:hAnsi="Consolas"/>
          <w:b w:val="0"/>
          <w:i w:val="0"/>
          <w:sz w:val="18"/>
        </w:rPr>
        <w:t>{% endblock page_header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&lt;form action="{% url 'accounts:login' %}" method='post'&gt;</w:t>
      </w:r>
    </w:p>
    <w:p>
      <w:pPr>
        <w:spacing w:after="0"/>
        <w:ind w:left="360"/>
        <w:shd w:val="clear" w:color="auto" w:fill="F2F2F2"/>
      </w:pPr>
      <w:r>
        <w:rPr>
          <w:rFonts w:ascii="Consolas" w:hAnsi="Consolas"/>
          <w:b w:val="0"/>
          <w:i w:val="0"/>
          <w:sz w:val="18"/>
        </w:rPr>
        <w:t xml:space="preserve">    {% csrf_token %}</w:t>
      </w:r>
    </w:p>
    <w:p>
      <w:pPr>
        <w:spacing w:after="0"/>
        <w:ind w:left="360"/>
        <w:shd w:val="clear" w:color="auto" w:fill="F2F2F2"/>
      </w:pPr>
      <w:r>
        <w:rPr>
          <w:rFonts w:ascii="Consolas" w:hAnsi="Consolas"/>
          <w:b w:val="0"/>
          <w:i w:val="0"/>
          <w:sz w:val="18"/>
        </w:rPr>
        <w:t>❸     {% bootstrap_form form %}</w:t>
      </w:r>
    </w:p>
    <w:p>
      <w:pPr>
        <w:spacing w:after="0"/>
        <w:ind w:left="360"/>
        <w:shd w:val="clear" w:color="auto" w:fill="F2F2F2"/>
      </w:pPr>
      <w:r>
        <w:rPr>
          <w:rFonts w:ascii="Consolas" w:hAnsi="Consolas"/>
          <w:b w:val="0"/>
          <w:i w:val="0"/>
          <w:sz w:val="18"/>
        </w:rPr>
        <w:t>❹     {% bootstrap_button button_type="submit" content="Log in" %}</w:t>
      </w:r>
    </w:p>
    <w:p>
      <w:pPr>
        <w:spacing w:after="0"/>
        <w:ind w:left="360"/>
        <w:shd w:val="clear" w:color="auto" w:fill="F2F2F2"/>
      </w:pPr>
      <w:r>
        <w:rPr>
          <w:rFonts w:ascii="Consolas" w:hAnsi="Consolas"/>
          <w:b w:val="0"/>
          <w:i w:val="0"/>
          <w:sz w:val="18"/>
        </w:rPr>
        <w:t xml:space="preserve">  &lt;/form&gt;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Đầu tiên chúng ta tải các thẻ template </w:t>
      </w:r>
      <w:r>
        <w:rPr>
          <w:rFonts w:ascii="Consolas" w:hAnsi="Consolas"/>
          <w:b w:val="0"/>
          <w:i w:val="0"/>
          <w:sz w:val="20"/>
        </w:rPr>
        <w:t>bootstrap5</w:t>
      </w:r>
      <w:r>
        <w:rPr>
          <w:b w:val="0"/>
          <w:i w:val="0"/>
        </w:rPr>
        <w:t xml:space="preserve"> vào template này ❶. Sau đó chúng ta định nghĩa khối </w:t>
      </w:r>
      <w:r>
        <w:rPr>
          <w:rFonts w:ascii="Consolas" w:hAnsi="Consolas"/>
          <w:b w:val="0"/>
          <w:i w:val="0"/>
          <w:sz w:val="20"/>
        </w:rPr>
        <w:t>page_header</w:t>
      </w:r>
      <w:r>
        <w:rPr>
          <w:b w:val="0"/>
          <w:i w:val="0"/>
        </w:rPr>
        <w:t xml:space="preserve">, cho người dùng biết trang này dùng để làm gì ❷. Lưu ý rằng chúng ta đã xóa khối </w:t>
      </w:r>
      <w:r>
        <w:rPr>
          <w:rFonts w:ascii="Consolas" w:hAnsi="Consolas"/>
          <w:b w:val="0"/>
          <w:i w:val="0"/>
          <w:sz w:val="20"/>
        </w:rPr>
        <w:t>{% if form.errors %}</w:t>
      </w:r>
      <w:r>
        <w:rPr>
          <w:b w:val="0"/>
          <w:i w:val="0"/>
        </w:rPr>
        <w:t xml:space="preserve"> khỏi template; django-bootstrap5 tự động xử lý các lỗi của biểu mẫu.</w:t>
      </w:r>
    </w:p>
    <w:p>
      <w:pPr>
        <w:spacing w:after="80"/>
      </w:pPr>
      <w:r>
        <w:rPr>
          <w:b w:val="0"/>
          <w:i w:val="0"/>
        </w:rPr>
        <w:t xml:space="preserve">Để hiển thị biểu mẫu, chúng ta dùng thẻ template </w:t>
      </w:r>
      <w:r>
        <w:rPr>
          <w:rFonts w:ascii="Consolas" w:hAnsi="Consolas"/>
          <w:b w:val="0"/>
          <w:i w:val="0"/>
          <w:sz w:val="20"/>
        </w:rPr>
        <w:t>{% bootstrap_form %}</w:t>
      </w:r>
      <w:r>
        <w:rPr>
          <w:b w:val="0"/>
          <w:i w:val="0"/>
        </w:rPr>
        <w:t xml:space="preserve"> ❸; thẻ này thay thế cho phần tử </w:t>
      </w:r>
      <w:r>
        <w:rPr>
          <w:rFonts w:ascii="Consolas" w:hAnsi="Consolas"/>
          <w:b w:val="0"/>
          <w:i w:val="0"/>
          <w:sz w:val="20"/>
        </w:rPr>
        <w:t>{{ form.as_div }}</w:t>
      </w:r>
      <w:r>
        <w:rPr>
          <w:b w:val="0"/>
          <w:i w:val="0"/>
        </w:rPr>
        <w:t xml:space="preserve"> mà chúng ta đã dùng ở Chương 19. Thẻ template </w:t>
      </w:r>
      <w:r>
        <w:rPr>
          <w:rFonts w:ascii="Consolas" w:hAnsi="Consolas"/>
          <w:b w:val="0"/>
          <w:i w:val="0"/>
          <w:sz w:val="20"/>
        </w:rPr>
        <w:t>{% booststrap_form %}</w:t>
      </w:r>
      <w:r>
        <w:rPr>
          <w:b w:val="0"/>
          <w:i w:val="0"/>
        </w:rPr>
        <w:t xml:space="preserve"> chèn các quy tắc tạo kiểu của Bootstrap vào từng phần tử của biểu mẫu khi biểu mẫu được hiển thị. Để tạo nút gửi, chúng ta dùng thẻ </w:t>
      </w:r>
      <w:r>
        <w:rPr>
          <w:rFonts w:ascii="Consolas" w:hAnsi="Consolas"/>
          <w:b w:val="0"/>
          <w:i w:val="0"/>
          <w:sz w:val="20"/>
        </w:rPr>
        <w:t>{% bootstrap_button %}</w:t>
      </w:r>
      <w:r>
        <w:rPr>
          <w:b w:val="0"/>
          <w:i w:val="0"/>
        </w:rPr>
        <w:t xml:space="preserve"> với các đối số chỉ định nó là nút gửi, và đặt nhãn cho nó là </w:t>
      </w:r>
      <w:r>
        <w:rPr>
          <w:rFonts w:ascii="Consolas" w:hAnsi="Consolas"/>
          <w:b w:val="0"/>
          <w:i w:val="0"/>
          <w:sz w:val="20"/>
        </w:rPr>
        <w:t>Log in</w:t>
      </w:r>
      <w:r>
        <w:rPr>
          <w:b w:val="0"/>
          <w:i w:val="0"/>
        </w:rPr>
        <w:t xml:space="preserve"> ❹.</w:t>
      </w:r>
    </w:p>
    <w:p>
      <w:pPr>
        <w:spacing w:after="80"/>
      </w:pPr>
      <w:r>
        <w:rPr>
          <w:b w:val="0"/>
          <w:i w:val="0"/>
        </w:rPr>
        <w:t>Hình 20-2 cho thấy biểu mẫu đăng nhập bây giờ. Trang trông gọn gàng hơn nhiều, với kiểu dáng nhất quán và mục đích rõ ràng. Hãy thử đăng nhập bằng tên người dùng hoặc mật khẩu sai; bạn sẽ thấy rằng ngay cả các thông báo lỗi cũng được tạo kiểu nhất quán và hòa hợp tốt với toàn bộ trang web.</w:t>
      </w:r>
    </w:p>
    <w:p>
      <w:pPr>
        <w:jc w:val="center"/>
      </w:pPr>
      <w:r>
        <w:drawing>
          <wp:inline xmlns:a="http://schemas.openxmlformats.org/drawingml/2006/main" xmlns:pic="http://schemas.openxmlformats.org/drawingml/2006/picture">
            <wp:extent cx="5486400" cy="3569677"/>
            <wp:docPr id="79" name="Picture 79"/>
            <wp:cNvGraphicFramePr>
              <a:graphicFrameLocks noChangeAspect="1"/>
            </wp:cNvGraphicFramePr>
            <a:graphic>
              <a:graphicData uri="http://schemas.openxmlformats.org/drawingml/2006/picture">
                <pic:pic>
                  <pic:nvPicPr>
                    <pic:cNvPr id="0" name="image_rsrcBK6.jpg"/>
                    <pic:cNvPicPr/>
                  </pic:nvPicPr>
                  <pic:blipFill>
                    <a:blip r:embed="rId67"/>
                    <a:stretch>
                      <a:fillRect/>
                    </a:stretch>
                  </pic:blipFill>
                  <pic:spPr>
                    <a:xfrm>
                      <a:off x="0" y="0"/>
                      <a:ext cx="5486400" cy="3569677"/>
                    </a:xfrm>
                    <a:prstGeom prst="rect"/>
                  </pic:spPr>
                </pic:pic>
              </a:graphicData>
            </a:graphic>
          </wp:inline>
        </w:drawing>
      </w:r>
    </w:p>
    <w:p>
      <w:pPr>
        <w:spacing w:after="80"/>
      </w:pPr>
      <w:r>
        <w:rPr>
          <w:b w:val="0"/>
          <w:i w:val="0"/>
        </w:rPr>
        <w:t>Hình 20-2: Trang đăng nhập được tạo kiểu bằng Bootstrap</w:t>
      </w:r>
    </w:p>
    <w:p>
      <w:pPr>
        <w:pStyle w:val="Heading3"/>
      </w:pPr>
      <w:r>
        <w:rPr>
          <w:rFonts w:ascii="Calibri" w:hAnsi="Calibri"/>
          <w:b/>
          <w:i w:val="0"/>
          <w:sz w:val="27"/>
        </w:rPr>
        <w:t>Tạo kiểu cho trang Chủ đề</w:t>
      </w:r>
    </w:p>
    <w:p>
      <w:pPr>
        <w:spacing w:after="80"/>
      </w:pPr>
      <w:r>
        <w:rPr>
          <w:b w:val="0"/>
          <w:i w:val="0"/>
        </w:rPr>
        <w:t>Hãy đảm bảo rằng các trang xem thông tin cũng được tạo kiểu phù hợp, bắt đầu với trang chủ đề:</w:t>
      </w:r>
    </w:p>
    <w:p>
      <w:pPr>
        <w:spacing w:after="80"/>
      </w:pPr>
      <w:r>
        <w:rPr>
          <w:b w:val="0"/>
          <w:i w:val="0"/>
        </w:rPr>
        <w:t>topics.html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page_header %}</w:t>
      </w:r>
    </w:p>
    <w:p>
      <w:pPr>
        <w:spacing w:after="0"/>
        <w:ind w:left="360"/>
        <w:shd w:val="clear" w:color="auto" w:fill="F2F2F2"/>
      </w:pPr>
      <w:r>
        <w:rPr>
          <w:rFonts w:ascii="Consolas" w:hAnsi="Consolas"/>
          <w:b w:val="0"/>
          <w:i w:val="0"/>
          <w:sz w:val="18"/>
        </w:rPr>
        <w:t>❶   &lt;h1&gt;Topics&lt;/h1&gt;</w:t>
      </w:r>
    </w:p>
    <w:p>
      <w:pPr>
        <w:spacing w:after="0"/>
        <w:ind w:left="360"/>
        <w:shd w:val="clear" w:color="auto" w:fill="F2F2F2"/>
      </w:pPr>
      <w:r>
        <w:rPr>
          <w:rFonts w:ascii="Consolas" w:hAnsi="Consolas"/>
          <w:b w:val="0"/>
          <w:i w:val="0"/>
          <w:sz w:val="18"/>
        </w:rPr>
        <w:t>{% endblock page_header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&lt;ul class="list-group border-bottom pb-2 mb-4"&gt;</w:t>
      </w:r>
    </w:p>
    <w:p>
      <w:pPr>
        <w:spacing w:after="0"/>
        <w:ind w:left="360"/>
        <w:shd w:val="clear" w:color="auto" w:fill="F2F2F2"/>
      </w:pPr>
      <w:r>
        <w:rPr>
          <w:rFonts w:ascii="Consolas" w:hAnsi="Consolas"/>
          <w:b w:val="0"/>
          <w:i w:val="0"/>
          <w:sz w:val="18"/>
        </w:rPr>
        <w:t xml:space="preserve">    {% for topic in topics %}</w:t>
      </w:r>
    </w:p>
    <w:p>
      <w:pPr>
        <w:spacing w:after="0"/>
        <w:ind w:left="360"/>
        <w:shd w:val="clear" w:color="auto" w:fill="F2F2F2"/>
      </w:pPr>
      <w:r>
        <w:rPr>
          <w:rFonts w:ascii="Consolas" w:hAnsi="Consolas"/>
          <w:b w:val="0"/>
          <w:i w:val="0"/>
          <w:sz w:val="18"/>
        </w:rPr>
        <w:t>❸       &lt;li class="list-group-item border-0"&gt;</w:t>
      </w:r>
    </w:p>
    <w:p>
      <w:pPr>
        <w:spacing w:after="0"/>
        <w:ind w:left="360"/>
        <w:shd w:val="clear" w:color="auto" w:fill="F2F2F2"/>
      </w:pPr>
      <w:r>
        <w:rPr>
          <w:rFonts w:ascii="Consolas" w:hAnsi="Consolas"/>
          <w:b w:val="0"/>
          <w:i w:val="0"/>
          <w:sz w:val="18"/>
        </w:rPr>
        <w:t xml:space="preserve">        &lt;a href="{% url 'learning_logs:topic' topic.id %}"&gt;</w:t>
      </w:r>
    </w:p>
    <w:p>
      <w:pPr>
        <w:spacing w:after="0"/>
        <w:ind w:left="360"/>
        <w:shd w:val="clear" w:color="auto" w:fill="F2F2F2"/>
      </w:pPr>
      <w:r>
        <w:rPr>
          <w:rFonts w:ascii="Consolas" w:hAnsi="Consolas"/>
          <w:b w:val="0"/>
          <w:i w:val="0"/>
          <w:sz w:val="18"/>
        </w:rPr>
        <w:t xml:space="preserve">          {{ topic.text }}&lt;/a&gt;</w:t>
      </w:r>
    </w:p>
    <w:p>
      <w:pPr>
        <w:spacing w:after="0"/>
        <w:ind w:left="360"/>
        <w:shd w:val="clear" w:color="auto" w:fill="F2F2F2"/>
      </w:pPr>
      <w:r>
        <w:rPr>
          <w:rFonts w:ascii="Consolas" w:hAnsi="Consolas"/>
          <w:b w:val="0"/>
          <w:i w:val="0"/>
          <w:sz w:val="18"/>
        </w:rPr>
        <w:t xml:space="preserve">      &lt;/li&gt;</w:t>
      </w:r>
    </w:p>
    <w:p>
      <w:pPr>
        <w:spacing w:after="0"/>
        <w:ind w:left="360"/>
        <w:shd w:val="clear" w:color="auto" w:fill="F2F2F2"/>
      </w:pPr>
      <w:r>
        <w:rPr>
          <w:rFonts w:ascii="Consolas" w:hAnsi="Consolas"/>
          <w:b w:val="0"/>
          <w:i w:val="0"/>
          <w:sz w:val="18"/>
        </w:rPr>
        <w:t xml:space="preserve">    {% empty %}</w:t>
      </w:r>
    </w:p>
    <w:p>
      <w:pPr>
        <w:spacing w:after="0"/>
        <w:ind w:left="360"/>
        <w:shd w:val="clear" w:color="auto" w:fill="F2F2F2"/>
      </w:pPr>
      <w:r>
        <w:rPr>
          <w:rFonts w:ascii="Consolas" w:hAnsi="Consolas"/>
          <w:b w:val="0"/>
          <w:i w:val="0"/>
          <w:sz w:val="18"/>
        </w:rPr>
        <w:t>❹       &lt;li class="list-group-item border-0"&gt;No topics have been added yet.&lt;/li&gt;</w:t>
      </w:r>
    </w:p>
    <w:p>
      <w:pPr>
        <w:spacing w:after="0"/>
        <w:ind w:left="360"/>
        <w:shd w:val="clear" w:color="auto" w:fill="F2F2F2"/>
      </w:pPr>
      <w:r>
        <w:rPr>
          <w:rFonts w:ascii="Consolas" w:hAnsi="Consolas"/>
          <w:b w:val="0"/>
          <w:i w:val="0"/>
          <w:sz w:val="18"/>
        </w:rPr>
        <w:t xml:space="preserve">    {% endfor %}</w:t>
      </w:r>
    </w:p>
    <w:p>
      <w:pPr>
        <w:spacing w:after="0"/>
        <w:ind w:left="360"/>
        <w:shd w:val="clear" w:color="auto" w:fill="F2F2F2"/>
      </w:pPr>
      <w:r>
        <w:rPr>
          <w:rFonts w:ascii="Consolas" w:hAnsi="Consolas"/>
          <w:b w:val="0"/>
          <w:i w:val="0"/>
          <w:sz w:val="18"/>
        </w:rPr>
        <w:t xml:space="preserve">  &lt;/ul&gt;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&lt;a href="{% url 'learning_logs:new_topic' %}"&gt;Add a new topic&lt;/a&gt;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Chúng ta không cần thẻ </w:t>
      </w:r>
      <w:r>
        <w:rPr>
          <w:rFonts w:ascii="Consolas" w:hAnsi="Consolas"/>
          <w:b w:val="0"/>
          <w:i w:val="0"/>
          <w:sz w:val="20"/>
        </w:rPr>
        <w:t>{% load bootstrap5 %}</w:t>
      </w:r>
      <w:r>
        <w:rPr>
          <w:b w:val="0"/>
          <w:i w:val="0"/>
        </w:rPr>
        <w:t xml:space="preserve">, vì chúng ta không dùng thẻ template bootstrap5 tùy chỉnh nào trong tệp này. Chúng ta chuyển tiêu đề </w:t>
      </w:r>
      <w:r>
        <w:rPr>
          <w:rFonts w:ascii="Consolas" w:hAnsi="Consolas"/>
          <w:b w:val="0"/>
          <w:i w:val="0"/>
          <w:sz w:val="20"/>
        </w:rPr>
        <w:t>Topics</w:t>
      </w:r>
      <w:r>
        <w:rPr>
          <w:b w:val="0"/>
          <w:i w:val="0"/>
        </w:rPr>
        <w:t xml:space="preserve"> vào khối </w:t>
      </w:r>
      <w:r>
        <w:rPr>
          <w:rFonts w:ascii="Consolas" w:hAnsi="Consolas"/>
          <w:b w:val="0"/>
          <w:i w:val="0"/>
          <w:sz w:val="20"/>
        </w:rPr>
        <w:t>page_header</w:t>
      </w:r>
      <w:r>
        <w:rPr>
          <w:b w:val="0"/>
          <w:i w:val="0"/>
        </w:rPr>
        <w:t xml:space="preserve"> và biến nó thành phần tử </w:t>
      </w:r>
      <w:r>
        <w:rPr>
          <w:rFonts w:ascii="Consolas" w:hAnsi="Consolas"/>
          <w:b w:val="0"/>
          <w:i w:val="0"/>
          <w:sz w:val="20"/>
        </w:rPr>
        <w:t>&lt;h1&gt;</w:t>
      </w:r>
      <w:r>
        <w:rPr>
          <w:b w:val="0"/>
          <w:i w:val="0"/>
        </w:rPr>
        <w:t xml:space="preserve"> thay vì một đoạn văn đơn giản ❶.</w:t>
      </w:r>
    </w:p>
    <w:p>
      <w:pPr>
        <w:spacing w:after="80"/>
      </w:pPr>
      <w:r>
        <w:rPr>
          <w:b w:val="0"/>
          <w:i w:val="0"/>
        </w:rPr>
        <w:t xml:space="preserve">Nội dung chính trên trang này là danh sách các chủ đề, nên chúng ta dùng thành phần </w:t>
      </w:r>
      <w:r>
        <w:rPr>
          <w:b w:val="0"/>
          <w:i/>
        </w:rPr>
        <w:t>list group</w:t>
      </w:r>
      <w:r>
        <w:rPr>
          <w:b w:val="0"/>
          <w:i w:val="0"/>
        </w:rPr>
        <w:t xml:space="preserve"> (nhóm danh sách) của Bootstrap để hiển thị trang. Thành phần này áp dụng một bộ chỉ dẫn tạo kiểu đơn giản cho toàn bộ danh sách và cho từng mục trong danh sách. Khi mở thẻ </w:t>
      </w:r>
      <w:r>
        <w:rPr>
          <w:rFonts w:ascii="Consolas" w:hAnsi="Consolas"/>
          <w:b w:val="0"/>
          <w:i w:val="0"/>
          <w:sz w:val="20"/>
        </w:rPr>
        <w:t>&lt;ul&gt;</w:t>
      </w:r>
      <w:r>
        <w:rPr>
          <w:b w:val="0"/>
          <w:i w:val="0"/>
        </w:rPr>
        <w:t xml:space="preserve">, trước tiên chúng ta thêm lớp </w:t>
      </w:r>
      <w:r>
        <w:rPr>
          <w:rFonts w:ascii="Consolas" w:hAnsi="Consolas"/>
          <w:b w:val="0"/>
          <w:i w:val="0"/>
          <w:sz w:val="20"/>
        </w:rPr>
        <w:t>list-group</w:t>
      </w:r>
      <w:r>
        <w:rPr>
          <w:b w:val="0"/>
          <w:i w:val="0"/>
        </w:rPr>
        <w:t xml:space="preserve"> để áp dụng các chỉ dẫn tạo kiểu mặc định cho danh sách ❷. Chúng ta tùy chỉnh thêm cho danh sách bằng cách đặt đường viền ở dưới cùng của danh sách, thêm một chút khoảng đệm bên dưới danh sách (</w:t>
      </w:r>
      <w:r>
        <w:rPr>
          <w:rFonts w:ascii="Consolas" w:hAnsi="Consolas"/>
          <w:b w:val="0"/>
          <w:i w:val="0"/>
          <w:sz w:val="20"/>
        </w:rPr>
        <w:t>pb-2</w:t>
      </w:r>
      <w:r>
        <w:rPr>
          <w:b w:val="0"/>
          <w:i w:val="0"/>
        </w:rPr>
        <w:t>), và một lề bên dưới đường viền dưới (</w:t>
      </w:r>
      <w:r>
        <w:rPr>
          <w:rFonts w:ascii="Consolas" w:hAnsi="Consolas"/>
          <w:b w:val="0"/>
          <w:i w:val="0"/>
          <w:sz w:val="20"/>
        </w:rPr>
        <w:t>mb-4</w:t>
      </w:r>
      <w:r>
        <w:rPr>
          <w:b w:val="0"/>
          <w:i w:val="0"/>
        </w:rPr>
        <w:t>).</w:t>
      </w:r>
    </w:p>
    <w:p>
      <w:pPr>
        <w:spacing w:after="80"/>
      </w:pPr>
      <w:r>
        <w:rPr>
          <w:b w:val="0"/>
          <w:i w:val="0"/>
        </w:rPr>
        <w:t xml:space="preserve">Mỗi mục trong danh sách cần có lớp </w:t>
      </w:r>
      <w:r>
        <w:rPr>
          <w:rFonts w:ascii="Consolas" w:hAnsi="Consolas"/>
          <w:b w:val="0"/>
          <w:i w:val="0"/>
          <w:sz w:val="20"/>
        </w:rPr>
        <w:t>list-group-item</w:t>
      </w:r>
      <w:r>
        <w:rPr>
          <w:b w:val="0"/>
          <w:i w:val="0"/>
        </w:rPr>
        <w:t>, và chúng ta tùy chỉnh kiểu mặc định bằng cách bỏ đường viền xung quanh từng mục ❸. Thông báo hiển thị khi danh sách trống cũng cần những lớp này ❹.</w:t>
      </w:r>
    </w:p>
    <w:p>
      <w:pPr>
        <w:spacing w:after="80"/>
      </w:pPr>
      <w:r>
        <w:rPr>
          <w:b w:val="0"/>
          <w:i w:val="0"/>
        </w:rPr>
        <w:t>Khi bạn truy cập trang chủ đề bây giờ, bạn sẽ thấy một trang có kiểu dáng khớp với trang chủ.</w:t>
      </w:r>
    </w:p>
    <w:p>
      <w:pPr>
        <w:pStyle w:val="Heading3"/>
      </w:pPr>
      <w:r>
        <w:rPr>
          <w:rFonts w:ascii="Calibri" w:hAnsi="Calibri"/>
          <w:b/>
          <w:i w:val="0"/>
          <w:sz w:val="27"/>
        </w:rPr>
        <w:t>Tạo kiểu cho các Bài viết trên trang Chủ đề</w:t>
      </w:r>
    </w:p>
    <w:p>
      <w:pPr>
        <w:spacing w:after="80"/>
      </w:pPr>
      <w:r>
        <w:rPr>
          <w:b w:val="0"/>
          <w:i w:val="0"/>
        </w:rPr>
        <w:t xml:space="preserve">Trên trang chủ đề, chúng ta sẽ dùng thành phần card (thẻ) của Bootstrap để làm cho mỗi bài viết nổi bật. Một </w:t>
      </w:r>
      <w:r>
        <w:rPr>
          <w:b w:val="0"/>
          <w:i/>
        </w:rPr>
        <w:t>card</w:t>
      </w:r>
      <w:r>
        <w:rPr>
          <w:b w:val="0"/>
          <w:i w:val="0"/>
        </w:rPr>
        <w:t xml:space="preserve"> là một tập hợp các div lồng nhau với kiểu dáng linh hoạt, được định sẵn, hoàn hảo để hiển thị các bài viết của một chủ đề:</w:t>
      </w:r>
    </w:p>
    <w:p>
      <w:pPr>
        <w:spacing w:after="80"/>
      </w:pPr>
      <w:r>
        <w:rPr>
          <w:b w:val="0"/>
          <w:i w:val="0"/>
        </w:rPr>
        <w:t>topic.html</w:t>
      </w:r>
    </w:p>
    <w:p>
      <w:pPr>
        <w:spacing w:after="0"/>
        <w:ind w:left="360"/>
        <w:shd w:val="clear" w:color="auto" w:fill="F2F2F2"/>
      </w:pPr>
      <w:r>
        <w:rPr>
          <w:rFonts w:ascii="Consolas" w:hAnsi="Consolas"/>
          <w:b w:val="0"/>
          <w:i w:val="0"/>
          <w:sz w:val="18"/>
        </w:rPr>
        <w:t>{% extends 'learning_logs/base.html'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 block page_header %}</w:t>
      </w:r>
    </w:p>
    <w:p>
      <w:pPr>
        <w:spacing w:after="0"/>
        <w:ind w:left="360"/>
        <w:shd w:val="clear" w:color="auto" w:fill="F2F2F2"/>
      </w:pPr>
      <w:r>
        <w:rPr>
          <w:rFonts w:ascii="Consolas" w:hAnsi="Consolas"/>
          <w:b w:val="0"/>
          <w:i w:val="0"/>
          <w:sz w:val="18"/>
        </w:rPr>
        <w:t xml:space="preserve">  &lt;h1&gt;{{ topic.text }}&lt;/h1&gt;</w:t>
      </w:r>
    </w:p>
    <w:p>
      <w:pPr>
        <w:spacing w:after="0"/>
        <w:ind w:left="360"/>
        <w:shd w:val="clear" w:color="auto" w:fill="F2F2F2"/>
      </w:pPr>
      <w:r>
        <w:rPr>
          <w:rFonts w:ascii="Consolas" w:hAnsi="Consolas"/>
          <w:b w:val="0"/>
          <w:i w:val="0"/>
          <w:sz w:val="18"/>
        </w:rPr>
        <w:t>{% endblock page_header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block content %}</w:t>
      </w:r>
    </w:p>
    <w:p>
      <w:pPr>
        <w:spacing w:after="0"/>
        <w:ind w:left="360"/>
        <w:shd w:val="clear" w:color="auto" w:fill="F2F2F2"/>
      </w:pPr>
      <w:r>
        <w:rPr>
          <w:rFonts w:ascii="Consolas" w:hAnsi="Consolas"/>
          <w:b w:val="0"/>
          <w:i w:val="0"/>
          <w:sz w:val="18"/>
        </w:rPr>
        <w:t xml:space="preserve">  &lt;p&gt;</w:t>
      </w:r>
    </w:p>
    <w:p>
      <w:pPr>
        <w:spacing w:after="0"/>
        <w:ind w:left="360"/>
        <w:shd w:val="clear" w:color="auto" w:fill="F2F2F2"/>
      </w:pPr>
      <w:r>
        <w:rPr>
          <w:rFonts w:ascii="Consolas" w:hAnsi="Consolas"/>
          <w:b w:val="0"/>
          <w:i w:val="0"/>
          <w:sz w:val="18"/>
        </w:rPr>
        <w:t xml:space="preserve">    &lt;a href="{% url 'learning_logs:new_entry' topic.id %}"&gt;Add new entry&lt;/a&gt;</w:t>
      </w:r>
    </w:p>
    <w:p>
      <w:pPr>
        <w:spacing w:after="0"/>
        <w:ind w:left="360"/>
        <w:shd w:val="clear" w:color="auto" w:fill="F2F2F2"/>
      </w:pPr>
      <w:r>
        <w:rPr>
          <w:rFonts w:ascii="Consolas" w:hAnsi="Consolas"/>
          <w:b w:val="0"/>
          <w:i w:val="0"/>
          <w:sz w:val="18"/>
        </w:rPr>
        <w:t xml:space="preserve">  &lt;/p&gt;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for entry in entries %}</w:t>
      </w:r>
    </w:p>
    <w:p>
      <w:pPr>
        <w:spacing w:after="0"/>
        <w:ind w:left="360"/>
        <w:shd w:val="clear" w:color="auto" w:fill="F2F2F2"/>
      </w:pPr>
      <w:r>
        <w:rPr>
          <w:rFonts w:ascii="Consolas" w:hAnsi="Consolas"/>
          <w:b w:val="0"/>
          <w:i w:val="0"/>
          <w:sz w:val="18"/>
        </w:rPr>
        <w:t>❷     &lt;div class="card mb-3"&gt;</w:t>
      </w:r>
    </w:p>
    <w:p>
      <w:pPr>
        <w:spacing w:after="0"/>
        <w:ind w:left="360"/>
        <w:shd w:val="clear" w:color="auto" w:fill="F2F2F2"/>
      </w:pPr>
      <w:r>
        <w:rPr>
          <w:rFonts w:ascii="Consolas" w:hAnsi="Consolas"/>
          <w:b w:val="0"/>
          <w:i w:val="0"/>
          <w:sz w:val="18"/>
        </w:rPr>
        <w:t xml:space="preserve">      &lt;!-- Card header with timestamp and edit link --&gt;</w:t>
      </w:r>
    </w:p>
    <w:p>
      <w:pPr>
        <w:spacing w:after="0"/>
        <w:ind w:left="360"/>
        <w:shd w:val="clear" w:color="auto" w:fill="F2F2F2"/>
      </w:pPr>
      <w:r>
        <w:rPr>
          <w:rFonts w:ascii="Consolas" w:hAnsi="Consolas"/>
          <w:b w:val="0"/>
          <w:i w:val="0"/>
          <w:sz w:val="18"/>
        </w:rPr>
        <w:t>❸       &lt;h4 class="card-header"&gt;</w:t>
      </w:r>
    </w:p>
    <w:p>
      <w:pPr>
        <w:spacing w:after="0"/>
        <w:ind w:left="360"/>
        <w:shd w:val="clear" w:color="auto" w:fill="F2F2F2"/>
      </w:pPr>
      <w:r>
        <w:rPr>
          <w:rFonts w:ascii="Consolas" w:hAnsi="Consolas"/>
          <w:b w:val="0"/>
          <w:i w:val="0"/>
          <w:sz w:val="18"/>
        </w:rPr>
        <w:t xml:space="preserve">        {{ entry.date_added|date:'M d, Y H:i' }}</w:t>
      </w:r>
    </w:p>
    <w:p>
      <w:pPr>
        <w:spacing w:after="0"/>
        <w:ind w:left="360"/>
        <w:shd w:val="clear" w:color="auto" w:fill="F2F2F2"/>
      </w:pPr>
      <w:r>
        <w:rPr>
          <w:rFonts w:ascii="Consolas" w:hAnsi="Consolas"/>
          <w:b w:val="0"/>
          <w:i w:val="0"/>
          <w:sz w:val="18"/>
        </w:rPr>
        <w:t>❹         &lt;small&gt;&lt;a href="{% url 'learning_logs:edit_entry' entry.id %}"&gt;</w:t>
      </w:r>
    </w:p>
    <w:p>
      <w:pPr>
        <w:spacing w:after="0"/>
        <w:ind w:left="360"/>
        <w:shd w:val="clear" w:color="auto" w:fill="F2F2F2"/>
      </w:pPr>
      <w:r>
        <w:rPr>
          <w:rFonts w:ascii="Consolas" w:hAnsi="Consolas"/>
          <w:b w:val="0"/>
          <w:i w:val="0"/>
          <w:sz w:val="18"/>
        </w:rPr>
        <w:t xml:space="preserve">          edit entry&lt;/a&gt;&lt;/small&gt;</w:t>
      </w:r>
    </w:p>
    <w:p>
      <w:pPr>
        <w:spacing w:after="0"/>
        <w:ind w:left="360"/>
        <w:shd w:val="clear" w:color="auto" w:fill="F2F2F2"/>
      </w:pPr>
      <w:r>
        <w:rPr>
          <w:rFonts w:ascii="Consolas" w:hAnsi="Consolas"/>
          <w:b w:val="0"/>
          <w:i w:val="0"/>
          <w:sz w:val="18"/>
        </w:rPr>
        <w:t xml:space="preserve">      &lt;/h4&gt;</w:t>
      </w:r>
    </w:p>
    <w:p>
      <w:pPr>
        <w:spacing w:after="0"/>
        <w:ind w:left="360"/>
        <w:shd w:val="clear" w:color="auto" w:fill="F2F2F2"/>
      </w:pPr>
      <w:r>
        <w:rPr>
          <w:rFonts w:ascii="Consolas" w:hAnsi="Consolas"/>
          <w:b w:val="0"/>
          <w:i w:val="0"/>
          <w:sz w:val="18"/>
        </w:rPr>
        <w:t xml:space="preserve">      &lt;!-- Card body with entry text --&gt;</w:t>
      </w:r>
    </w:p>
    <w:p>
      <w:pPr>
        <w:spacing w:after="0"/>
        <w:ind w:left="360"/>
        <w:shd w:val="clear" w:color="auto" w:fill="F2F2F2"/>
      </w:pPr>
      <w:r>
        <w:rPr>
          <w:rFonts w:ascii="Consolas" w:hAnsi="Consolas"/>
          <w:b w:val="0"/>
          <w:i w:val="0"/>
          <w:sz w:val="18"/>
        </w:rPr>
        <w:t>❺       &lt;div class="card-body"&gt;{{ entry.text|linebreaks }}&lt;/div&gt;</w:t>
      </w:r>
    </w:p>
    <w:p>
      <w:pPr>
        <w:spacing w:after="0"/>
        <w:ind w:left="360"/>
        <w:shd w:val="clear" w:color="auto" w:fill="F2F2F2"/>
      </w:pPr>
      <w:r>
        <w:rPr>
          <w:rFonts w:ascii="Consolas" w:hAnsi="Consolas"/>
          <w:b w:val="0"/>
          <w:i w:val="0"/>
          <w:sz w:val="18"/>
        </w:rPr>
        <w:t xml:space="preserve">    &lt;/div&gt;</w:t>
      </w:r>
    </w:p>
    <w:p>
      <w:pPr>
        <w:spacing w:after="0"/>
        <w:ind w:left="360"/>
        <w:shd w:val="clear" w:color="auto" w:fill="F2F2F2"/>
      </w:pPr>
      <w:r>
        <w:rPr>
          <w:rFonts w:ascii="Consolas" w:hAnsi="Consolas"/>
          <w:b w:val="0"/>
          <w:i w:val="0"/>
          <w:sz w:val="18"/>
        </w:rPr>
        <w:t xml:space="preserve">  {% empty %}</w:t>
      </w:r>
    </w:p>
    <w:p>
      <w:pPr>
        <w:spacing w:after="0"/>
        <w:ind w:left="360"/>
        <w:shd w:val="clear" w:color="auto" w:fill="F2F2F2"/>
      </w:pPr>
      <w:r>
        <w:rPr>
          <w:rFonts w:ascii="Consolas" w:hAnsi="Consolas"/>
          <w:b w:val="0"/>
          <w:i w:val="0"/>
          <w:sz w:val="18"/>
        </w:rPr>
        <w:t>❻     &lt;p&gt;There are no entries for this topic yet.&lt;/p&gt;</w:t>
      </w:r>
    </w:p>
    <w:p>
      <w:pPr>
        <w:spacing w:after="0"/>
        <w:ind w:left="360"/>
        <w:shd w:val="clear" w:color="auto" w:fill="F2F2F2"/>
      </w:pPr>
      <w:r>
        <w:rPr>
          <w:rFonts w:ascii="Consolas" w:hAnsi="Consolas"/>
          <w:b w:val="0"/>
          <w:i w:val="0"/>
          <w:sz w:val="18"/>
        </w:rPr>
        <w:t xml:space="preserve">  {% endfor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endblock content %}</w:t>
      </w:r>
    </w:p>
    <w:p>
      <w:pPr>
        <w:spacing w:after="40"/>
      </w:pPr>
    </w:p>
    <w:p>
      <w:pPr>
        <w:spacing w:after="80"/>
      </w:pPr>
      <w:r>
        <w:rPr>
          <w:b w:val="0"/>
          <w:i w:val="0"/>
        </w:rPr>
        <w:t xml:space="preserve">Đầu tiên chúng ta đặt chủ đề vào khối </w:t>
      </w:r>
      <w:r>
        <w:rPr>
          <w:rFonts w:ascii="Consolas" w:hAnsi="Consolas"/>
          <w:b w:val="0"/>
          <w:i w:val="0"/>
          <w:sz w:val="20"/>
        </w:rPr>
        <w:t>page_header</w:t>
      </w:r>
      <w:r>
        <w:rPr>
          <w:b w:val="0"/>
          <w:i w:val="0"/>
        </w:rPr>
        <w:t xml:space="preserve"> ❶. Sau đó chúng ta xóa cấu trúc danh sách không có thứ tự đã dùng trước đây trong template này. Thay vì biến mỗi bài viết thành một mục danh sách, chúng ta mở một phần tử div với bộ chọn </w:t>
      </w:r>
      <w:r>
        <w:rPr>
          <w:rFonts w:ascii="Consolas" w:hAnsi="Consolas"/>
          <w:b w:val="0"/>
          <w:i w:val="0"/>
          <w:sz w:val="20"/>
        </w:rPr>
        <w:t>card</w:t>
      </w:r>
      <w:r>
        <w:rPr>
          <w:b w:val="0"/>
          <w:i w:val="0"/>
        </w:rPr>
        <w:t xml:space="preserve"> ❷. Card này có hai phần tử lồng nhau: một để chứa dấu thời gian và liên kết chỉnh sửa bài viết, và một để chứa nội dung của bài viết. Bộ chọn </w:t>
      </w:r>
      <w:r>
        <w:rPr>
          <w:rFonts w:ascii="Consolas" w:hAnsi="Consolas"/>
          <w:b w:val="0"/>
          <w:i w:val="0"/>
          <w:sz w:val="20"/>
        </w:rPr>
        <w:t>card</w:t>
      </w:r>
      <w:r>
        <w:rPr>
          <w:b w:val="0"/>
          <w:i w:val="0"/>
        </w:rPr>
        <w:t xml:space="preserve"> đảm nhận hầu hết việc tạo kiểu mà chúng ta cần cho div này; chúng ta tùy chỉnh card bằng cách thêm một lề nhỏ vào dưới cùng của mỗi card (</w:t>
      </w:r>
      <w:r>
        <w:rPr>
          <w:rFonts w:ascii="Consolas" w:hAnsi="Consolas"/>
          <w:b w:val="0"/>
          <w:i w:val="0"/>
          <w:sz w:val="20"/>
        </w:rPr>
        <w:t>mb-3</w:t>
      </w:r>
      <w:r>
        <w:rPr>
          <w:b w:val="0"/>
          <w:i w:val="0"/>
        </w:rPr>
        <w:t>).</w:t>
      </w:r>
    </w:p>
    <w:p>
      <w:pPr>
        <w:spacing w:after="80"/>
      </w:pPr>
      <w:r>
        <w:rPr>
          <w:b w:val="0"/>
          <w:i w:val="0"/>
        </w:rPr>
        <w:t xml:space="preserve">Phần tử đầu tiên trong thẻ (card) là phần đầu trang (header), một phần tử </w:t>
      </w:r>
      <w:r>
        <w:rPr>
          <w:rFonts w:ascii="Consolas" w:hAnsi="Consolas"/>
          <w:b w:val="0"/>
          <w:i w:val="0"/>
          <w:sz w:val="20"/>
        </w:rPr>
        <w:t>&lt;h4&gt;</w:t>
      </w:r>
      <w:r>
        <w:rPr>
          <w:b w:val="0"/>
          <w:i w:val="0"/>
        </w:rPr>
        <w:t xml:space="preserve"> với bộ chọn (selector) </w:t>
      </w:r>
      <w:r>
        <w:rPr>
          <w:rFonts w:ascii="Consolas" w:hAnsi="Consolas"/>
          <w:b w:val="0"/>
          <w:i w:val="0"/>
          <w:sz w:val="20"/>
        </w:rPr>
        <w:t>card-header</w:t>
      </w:r>
      <w:r>
        <w:rPr>
          <w:b w:val="0"/>
          <w:i w:val="0"/>
        </w:rPr>
        <w:t xml:space="preserve"> ❸. Phần đầu trang này chứa ngày tạo mục nhập và một liên kết để chỉnh sửa mục nhập. Thẻ </w:t>
      </w:r>
      <w:r>
        <w:rPr>
          <w:rFonts w:ascii="Consolas" w:hAnsi="Consolas"/>
          <w:b w:val="0"/>
          <w:i w:val="0"/>
          <w:sz w:val="20"/>
        </w:rPr>
        <w:t>&lt;small&gt;</w:t>
      </w:r>
      <w:r>
        <w:rPr>
          <w:b w:val="0"/>
          <w:i w:val="0"/>
        </w:rPr>
        <w:t xml:space="preserve"> bao quanh liên kết </w:t>
      </w:r>
      <w:r>
        <w:rPr>
          <w:rFonts w:ascii="Consolas" w:hAnsi="Consolas"/>
          <w:b w:val="0"/>
          <w:i w:val="0"/>
          <w:sz w:val="20"/>
        </w:rPr>
        <w:t>edit_entry</w:t>
      </w:r>
      <w:r>
        <w:rPr>
          <w:b w:val="0"/>
          <w:i w:val="0"/>
        </w:rPr>
        <w:t xml:space="preserve"> khiến nó hiển thị nhỏ hơn một chút so với dấu thời gian ❹. Phần tử thứ hai là một div với bộ chọn </w:t>
      </w:r>
      <w:r>
        <w:rPr>
          <w:rFonts w:ascii="Consolas" w:hAnsi="Consolas"/>
          <w:b w:val="0"/>
          <w:i w:val="0"/>
          <w:sz w:val="20"/>
        </w:rPr>
        <w:t>card-body</w:t>
      </w:r>
      <w:r>
        <w:rPr>
          <w:b w:val="0"/>
          <w:i w:val="0"/>
        </w:rPr>
        <w:t xml:space="preserve"> ❺, đặt văn bản của mục nhập vào một hộp đơn giản trên thẻ. Lưu ý rằng mã Django để đưa thông tin lên trang không hề thay đổi; chỉ những phần tử ảnh hưởng đến diện mạo của trang mới thay đổi. Vì chúng ta không còn danh sách không có thứ tự nữa, chúng ta đã thay thế các thẻ mục danh sách quanh thông báo danh sách trống bằng các thẻ đoạn văn đơn giản ❻.</w:t>
      </w:r>
    </w:p>
    <w:p>
      <w:pPr>
        <w:spacing w:after="80"/>
      </w:pPr>
      <w:r>
        <w:rPr>
          <w:b w:val="0"/>
          <w:i w:val="0"/>
        </w:rPr>
        <w:t>Hình 20-3 cho thấy trang chủ đề với diện mạo mới của nó. Chức năng của Learning Log không thay đổi, nhưng nó trông chuyên nghiệp và hấp dẫn người dùng hơn hẳn.</w:t>
      </w:r>
    </w:p>
    <w:p>
      <w:pPr>
        <w:spacing w:after="80"/>
      </w:pPr>
      <w:r>
        <w:rPr>
          <w:b w:val="0"/>
          <w:i w:val="0"/>
        </w:rPr>
        <w:t xml:space="preserve">Nếu bạn muốn dùng một mẫu Bootstrap khác cho một dự án, hãy làm theo quy trình tương tự như những gì chúng ta đã làm trong chương này. Sao chép mẫu bạn muốn dùng vào </w:t>
      </w:r>
      <w:r>
        <w:rPr>
          <w:b w:val="0"/>
          <w:i/>
        </w:rPr>
        <w:t>base.html</w:t>
      </w:r>
      <w:r>
        <w:rPr>
          <w:b w:val="0"/>
          <w:i w:val="0"/>
        </w:rPr>
        <w:t>, rồi chỉnh sửa các phần tử chứa nội dung thực tế để mẫu hiển thị thông tin của dự án bạn. Sau đó dùng các công cụ tạo kiểu riêng lẻ của Bootstrap để tạo kiểu cho nội dung trên mỗi trang.</w:t>
      </w:r>
    </w:p>
    <w:p>
      <w:pPr>
        <w:spacing w:before="120" w:after="40"/>
      </w:pPr>
      <w:r>
        <w:rPr>
          <w:b/>
          <w:sz w:val="21"/>
        </w:rPr>
        <w:t>Ghi chú</w:t>
      </w:r>
    </w:p>
    <w:p>
      <w:pPr>
        <w:spacing w:after="80"/>
      </w:pPr>
      <w:r>
        <w:rPr>
          <w:b w:val="0"/>
          <w:i w:val="0"/>
        </w:rPr>
        <w:t xml:space="preserve">Dự án Bootstrap có tài liệu hướng dẫn tuyệt vời. Truy cập trang chủ tại https://getbootstrap.com và nhấp vào </w:t>
      </w:r>
      <w:r>
        <w:rPr>
          <w:b/>
          <w:i w:val="0"/>
        </w:rPr>
        <w:t>Docs</w:t>
      </w:r>
      <w:r>
        <w:rPr>
          <w:b w:val="0"/>
          <w:i w:val="0"/>
        </w:rPr>
        <w:t xml:space="preserve"> để tìm hiểu thêm về những gì Bootstrap cung cấp.</w:t>
      </w:r>
    </w:p>
    <w:p>
      <w:pPr>
        <w:jc w:val="center"/>
      </w:pPr>
      <w:r>
        <w:drawing>
          <wp:inline xmlns:a="http://schemas.openxmlformats.org/drawingml/2006/main" xmlns:pic="http://schemas.openxmlformats.org/drawingml/2006/picture">
            <wp:extent cx="5486400" cy="4519246"/>
            <wp:docPr id="80" name="Picture 80"/>
            <wp:cNvGraphicFramePr>
              <a:graphicFrameLocks noChangeAspect="1"/>
            </wp:cNvGraphicFramePr>
            <a:graphic>
              <a:graphicData uri="http://schemas.openxmlformats.org/drawingml/2006/picture">
                <pic:pic>
                  <pic:nvPicPr>
                    <pic:cNvPr id="0" name="image_rsrcBK7.jpg"/>
                    <pic:cNvPicPr/>
                  </pic:nvPicPr>
                  <pic:blipFill>
                    <a:blip r:embed="rId68"/>
                    <a:stretch>
                      <a:fillRect/>
                    </a:stretch>
                  </pic:blipFill>
                  <pic:spPr>
                    <a:xfrm>
                      <a:off x="0" y="0"/>
                      <a:ext cx="5486400" cy="4519246"/>
                    </a:xfrm>
                    <a:prstGeom prst="rect"/>
                  </pic:spPr>
                </pic:pic>
              </a:graphicData>
            </a:graphic>
          </wp:inline>
        </w:drawing>
      </w:r>
    </w:p>
    <w:p>
      <w:pPr>
        <w:spacing w:after="80"/>
      </w:pPr>
      <w:r>
        <w:rPr>
          <w:b w:val="0"/>
          <w:i w:val="0"/>
        </w:rPr>
        <w:t>Hình 20-3: Trang chủ đề với kiểu dáng Bootstrap</w:t>
      </w:r>
    </w:p>
    <w:p>
      <w:pPr>
        <w:spacing w:before="120" w:after="40"/>
      </w:pPr>
      <w:r>
        <w:rPr>
          <w:b/>
          <w:sz w:val="21"/>
        </w:rPr>
        <w:t>Tự thực hành</w:t>
      </w:r>
    </w:p>
    <w:p>
      <w:pPr>
        <w:spacing w:after="80"/>
      </w:pPr>
      <w:r>
        <w:rPr>
          <w:b/>
          <w:i w:val="0"/>
        </w:rPr>
        <w:t xml:space="preserve">20-1. Các biểu mẫu khác: </w:t>
      </w:r>
      <w:r>
        <w:rPr>
          <w:b w:val="0"/>
          <w:i w:val="0"/>
        </w:rPr>
        <w:t xml:space="preserve">Chúng ta đã áp dụng kiểu dáng của Bootstrap cho trang </w:t>
      </w:r>
      <w:r>
        <w:rPr>
          <w:rFonts w:ascii="Consolas" w:hAnsi="Consolas"/>
          <w:b w:val="0"/>
          <w:i w:val="0"/>
          <w:sz w:val="20"/>
        </w:rPr>
        <w:t>login</w:t>
      </w:r>
      <w:r>
        <w:rPr>
          <w:b w:val="0"/>
          <w:i w:val="0"/>
        </w:rPr>
        <w:t xml:space="preserve">. Hãy thực hiện những thay đổi tương tự cho các trang dựa trên biểu mẫu còn lại, bao gồm </w:t>
      </w:r>
      <w:r>
        <w:rPr>
          <w:rFonts w:ascii="Consolas" w:hAnsi="Consolas"/>
          <w:b w:val="0"/>
          <w:i w:val="0"/>
          <w:sz w:val="20"/>
        </w:rPr>
        <w:t>new_topic</w:t>
      </w:r>
      <w:r>
        <w:rPr>
          <w:b w:val="0"/>
          <w:i w:val="0"/>
        </w:rPr>
        <w:t xml:space="preserve">, </w:t>
      </w:r>
      <w:r>
        <w:rPr>
          <w:rFonts w:ascii="Consolas" w:hAnsi="Consolas"/>
          <w:b w:val="0"/>
          <w:i w:val="0"/>
          <w:sz w:val="20"/>
        </w:rPr>
        <w:t>new_entry</w:t>
      </w:r>
      <w:r>
        <w:rPr>
          <w:b w:val="0"/>
          <w:i w:val="0"/>
        </w:rPr>
        <w:t xml:space="preserve">, </w:t>
      </w:r>
      <w:r>
        <w:rPr>
          <w:rFonts w:ascii="Consolas" w:hAnsi="Consolas"/>
          <w:b w:val="0"/>
          <w:i w:val="0"/>
          <w:sz w:val="20"/>
        </w:rPr>
        <w:t>edit_entry</w:t>
      </w:r>
      <w:r>
        <w:rPr>
          <w:b w:val="0"/>
          <w:i w:val="0"/>
        </w:rPr>
        <w:t xml:space="preserve"> và </w:t>
      </w:r>
      <w:r>
        <w:rPr>
          <w:rFonts w:ascii="Consolas" w:hAnsi="Consolas"/>
          <w:b w:val="0"/>
          <w:i w:val="0"/>
          <w:sz w:val="20"/>
        </w:rPr>
        <w:t>register</w:t>
      </w:r>
      <w:r>
        <w:rPr>
          <w:b w:val="0"/>
          <w:i w:val="0"/>
        </w:rPr>
        <w:t>.</w:t>
      </w:r>
    </w:p>
    <w:p>
      <w:pPr>
        <w:spacing w:after="80"/>
      </w:pPr>
      <w:r>
        <w:rPr>
          <w:b/>
          <w:i w:val="0"/>
        </w:rPr>
        <w:t>20-2. Blog phong cách:</w:t>
      </w:r>
      <w:r>
        <w:rPr>
          <w:b w:val="0"/>
          <w:i w:val="0"/>
        </w:rPr>
        <w:t xml:space="preserve"> Dùng Bootstrap để tạo kiểu cho dự án Blog mà bạn đã tạo ở Chương 19.</w:t>
      </w:r>
    </w:p>
    <w:p>
      <w:pPr>
        <w:pStyle w:val="Heading2"/>
      </w:pPr>
      <w:r>
        <w:rPr>
          <w:rFonts w:ascii="Calibri" w:hAnsi="Calibri"/>
          <w:b/>
          <w:i w:val="0"/>
          <w:sz w:val="32"/>
        </w:rPr>
        <w:t>Triển khai Learning Log</w:t>
      </w:r>
    </w:p>
    <w:p>
      <w:pPr>
        <w:spacing w:after="80"/>
      </w:pPr>
      <w:r>
        <w:rPr>
          <w:b w:val="0"/>
          <w:i w:val="0"/>
        </w:rPr>
        <w:t>Giờ đây khi đã có một dự án trông chuyên nghiệp, hãy triển khai nó lên một máy chủ trực tuyến để bất kỳ ai có kết nối internet đều có thể sử dụng. Chúng ta sẽ dùng Platform.sh, một nền tảng trên web cho phép bạn quản lý việc triển khai các ứng dụng web. Chúng ta sẽ đưa Learning Log chạy được trên Platform.sh.</w:t>
      </w:r>
    </w:p>
    <w:p>
      <w:pPr>
        <w:pStyle w:val="Heading3"/>
      </w:pPr>
      <w:r>
        <w:rPr>
          <w:rFonts w:ascii="Calibri" w:hAnsi="Calibri"/>
          <w:b/>
          <w:i w:val="0"/>
          <w:sz w:val="27"/>
        </w:rPr>
        <w:t>Tạo tài khoản Platform.sh</w:t>
      </w:r>
    </w:p>
    <w:p>
      <w:pPr>
        <w:spacing w:after="80"/>
      </w:pPr>
      <w:r>
        <w:rPr>
          <w:b w:val="0"/>
          <w:i w:val="0"/>
        </w:rPr>
        <w:t xml:space="preserve">Để tạo tài khoản, hãy truy cập https://platform.sh và nhấp vào nút </w:t>
      </w:r>
      <w:r>
        <w:rPr>
          <w:b/>
          <w:i w:val="0"/>
        </w:rPr>
        <w:t>Free Trial</w:t>
      </w:r>
      <w:r>
        <w:rPr>
          <w:b w:val="0"/>
          <w:i w:val="0"/>
        </w:rPr>
        <w:t>. Platform.sh có gói miễn phí mà, tính đến thời điểm viết bài này, không yêu cầu thẻ tín dụng. Thời gian dùng thử cho phép bạn triển khai một ứng dụng với tài nguyên tối thiểu, giúp bạn kiểm thử dự án của mình trong một bản triển khai trực tuyến trước khi cam kết dùng gói lưu trữ trả phí.</w:t>
      </w:r>
    </w:p>
    <w:p>
      <w:pPr>
        <w:spacing w:before="120" w:after="40"/>
      </w:pPr>
      <w:r>
        <w:rPr>
          <w:b/>
          <w:sz w:val="21"/>
        </w:rPr>
        <w:t>Ghi chú</w:t>
      </w:r>
    </w:p>
    <w:p>
      <w:pPr>
        <w:spacing w:after="80"/>
      </w:pPr>
      <w:r>
        <w:rPr>
          <w:b w:val="0"/>
          <w:i w:val="0"/>
        </w:rPr>
        <w:t>Giới hạn cụ thể của các gói dùng thử thường thay đổi theo định kỳ, vì các nền tảng lưu trữ phải liên tục chống lại spam và việc lạm dụng tài nguyên. Bạn có thể xem giới hạn hiện tại của gói dùng thử miễn phí tại https://platform.sh/free-trial.</w:t>
      </w:r>
    </w:p>
    <w:p>
      <w:pPr>
        <w:pStyle w:val="Heading3"/>
      </w:pPr>
      <w:r>
        <w:rPr>
          <w:rFonts w:ascii="Calibri" w:hAnsi="Calibri"/>
          <w:b/>
          <w:i w:val="0"/>
          <w:sz w:val="27"/>
        </w:rPr>
        <w:t>Cài đặt Platform.sh CLI</w:t>
      </w:r>
    </w:p>
    <w:p>
      <w:pPr>
        <w:spacing w:after="80"/>
      </w:pPr>
      <w:r>
        <w:rPr>
          <w:b w:val="0"/>
          <w:i w:val="0"/>
        </w:rPr>
        <w:t>Để triển khai và quản lý một dự án trên Platform.sh, bạn sẽ cần các công cụ có sẵn trong Giao diện dòng lệnh (Command Line Interface - CLI). Để cài đặt phiên bản CLI mới nhất, hãy truy cập https://docs.platform.sh/development/cli.html và làm theo hướng dẫn dành cho hệ điều hành của bạn.</w:t>
      </w:r>
    </w:p>
    <w:p>
      <w:pPr>
        <w:spacing w:after="80"/>
      </w:pPr>
      <w:r>
        <w:rPr>
          <w:b w:val="0"/>
          <w:i w:val="0"/>
        </w:rPr>
        <w:t>Trên hầu hết các hệ thống, bạn có thể cài đặt CLI bằng cách chạy lệnh sau trong terminal:</w:t>
      </w:r>
    </w:p>
    <w:p>
      <w:pPr>
        <w:spacing w:after="80"/>
      </w:pPr>
      <w:r>
        <w:rPr>
          <w:b w:val="0"/>
          <w:i w:val="0"/>
        </w:rPr>
        <w:t>$ curl -fsS https://platform.sh/cli/installer | php</w:t>
      </w:r>
    </w:p>
    <w:p>
      <w:pPr>
        <w:spacing w:after="80"/>
      </w:pPr>
      <w:r>
        <w:rPr>
          <w:b w:val="0"/>
          <w:i w:val="0"/>
        </w:rPr>
        <w:t>Sau khi lệnh này chạy xong, bạn sẽ cần mở một cửa sổ terminal mới trước khi có thể sử dụng CLI.</w:t>
      </w:r>
    </w:p>
    <w:p>
      <w:pPr>
        <w:spacing w:before="120" w:after="40"/>
      </w:pPr>
      <w:r>
        <w:rPr>
          <w:b/>
          <w:sz w:val="21"/>
        </w:rPr>
        <w:t>Ghi chú</w:t>
      </w:r>
    </w:p>
    <w:p>
      <w:pPr>
        <w:spacing w:after="80"/>
      </w:pPr>
      <w:r>
        <w:rPr>
          <w:b w:val="0"/>
          <w:i w:val="0"/>
        </w:rPr>
        <w:t>Lệnh này có thể sẽ không hoạt động trong terminal tiêu chuẩn trên Windows. Bạn có thể dùng Windows Subsystem for Linux (WSL) hoặc terminal Git Bash. Nếu bạn cần cài đặt PHP, bạn có thể dùng trình cài đặt XAMPP từ https://apachefriends.org. Nếu bạn gặp khó khăn khi cài đặt Platform.sh CLI, hãy xem hướng dẫn cài đặt chi tiết hơn trong Phụ lục E.</w:t>
      </w:r>
    </w:p>
    <w:p>
      <w:pPr>
        <w:pStyle w:val="Heading3"/>
      </w:pPr>
      <w:r>
        <w:rPr>
          <w:rFonts w:ascii="Calibri" w:hAnsi="Calibri"/>
          <w:b/>
          <w:i w:val="0"/>
          <w:sz w:val="27"/>
        </w:rPr>
        <w:t>Cài đặt platformshconfig</w:t>
      </w:r>
    </w:p>
    <w:p>
      <w:pPr>
        <w:spacing w:after="80"/>
      </w:pPr>
      <w:r>
        <w:rPr>
          <w:b w:val="0"/>
          <w:i w:val="0"/>
        </w:rPr>
        <w:t xml:space="preserve">Bạn cũng sẽ cần cài đặt thêm một gói nữa, </w:t>
      </w:r>
      <w:r>
        <w:rPr>
          <w:rFonts w:ascii="Consolas" w:hAnsi="Consolas"/>
          <w:b w:val="0"/>
          <w:i w:val="0"/>
          <w:sz w:val="20"/>
        </w:rPr>
        <w:t>platformshconfig</w:t>
      </w:r>
      <w:r>
        <w:rPr>
          <w:b w:val="0"/>
          <w:i w:val="0"/>
        </w:rPr>
        <w:t>. Gói này giúp phát hiện xem dự án đang chạy trên hệ thống cục bộ của bạn hay trên máy chủ Platform.sh. Trong một môi trường ảo đang hoạt động, hãy chạy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pip install platformshconfig</w:t>
      </w:r>
    </w:p>
    <w:p>
      <w:pPr>
        <w:spacing w:after="40"/>
      </w:pPr>
    </w:p>
    <w:p>
      <w:pPr>
        <w:spacing w:after="80"/>
      </w:pPr>
      <w:r>
        <w:rPr>
          <w:b w:val="0"/>
          <w:i w:val="0"/>
        </w:rPr>
        <w:t>Chúng ta sẽ dùng gói này để điều chỉnh cài đặt của dự án khi nó chạy trên máy chủ thực.</w:t>
      </w:r>
    </w:p>
    <w:p>
      <w:pPr>
        <w:pStyle w:val="Heading3"/>
      </w:pPr>
      <w:r>
        <w:rPr>
          <w:rFonts w:ascii="Calibri" w:hAnsi="Calibri"/>
          <w:b/>
          <w:i w:val="0"/>
          <w:sz w:val="27"/>
        </w:rPr>
        <w:t>Tạo tệp requirements.txt</w:t>
      </w:r>
    </w:p>
    <w:p>
      <w:pPr>
        <w:spacing w:after="80"/>
      </w:pPr>
      <w:r>
        <w:rPr>
          <w:b w:val="0"/>
          <w:i w:val="0"/>
        </w:rPr>
        <w:t>Máy chủ từ xa cần biết Learning Log phụ thuộc vào những gói nào, nên chúng ta sẽ dùng pip để tạo một tệp liệt kê chúng. Một lần nữa, từ một môi trường ảo đang hoạt động, hãy chạy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pip freeze &gt; requirements.txt</w:t>
      </w:r>
    </w:p>
    <w:p>
      <w:pPr>
        <w:spacing w:after="40"/>
      </w:pPr>
    </w:p>
    <w:p>
      <w:pPr>
        <w:spacing w:after="80"/>
      </w:pPr>
      <w:r>
        <w:rPr>
          <w:b w:val="0"/>
          <w:i w:val="0"/>
        </w:rPr>
        <w:t xml:space="preserve">Lệnh </w:t>
      </w:r>
      <w:r>
        <w:rPr>
          <w:rFonts w:ascii="Consolas" w:hAnsi="Consolas"/>
          <w:b w:val="0"/>
          <w:i w:val="0"/>
          <w:sz w:val="20"/>
        </w:rPr>
        <w:t>freeze</w:t>
      </w:r>
      <w:r>
        <w:rPr>
          <w:b w:val="0"/>
          <w:i w:val="0"/>
        </w:rPr>
        <w:t xml:space="preserve"> bảo pip ghi tên của tất cả các gói hiện được cài đặt trong dự án vào tệp </w:t>
      </w:r>
      <w:r>
        <w:rPr>
          <w:b w:val="0"/>
          <w:i/>
        </w:rPr>
        <w:t>requirements.txt</w:t>
      </w:r>
      <w:r>
        <w:rPr>
          <w:b w:val="0"/>
          <w:i w:val="0"/>
        </w:rPr>
        <w:t>. Hãy mở tệp này để xem các gói và số phiên bản được cài đặt trong dự án của bạn:</w:t>
      </w:r>
    </w:p>
    <w:p>
      <w:pPr>
        <w:spacing w:after="80"/>
      </w:pPr>
      <w:r>
        <w:rPr>
          <w:b w:val="0"/>
          <w:i w:val="0"/>
        </w:rPr>
        <w:t>requirements.txt</w:t>
      </w:r>
    </w:p>
    <w:p>
      <w:pPr>
        <w:spacing w:after="80"/>
      </w:pPr>
      <w:r>
        <w:rPr>
          <w:b w:val="0"/>
          <w:i w:val="0"/>
        </w:rPr>
        <w:t>asgiref==3.5.2</w:t>
      </w:r>
      <w:r>
        <w:br/>
      </w:r>
      <w:r>
        <w:rPr>
          <w:b w:val="0"/>
          <w:i w:val="0"/>
        </w:rPr>
        <w:t>beautifulsoup4==4.11.1</w:t>
      </w:r>
      <w:r>
        <w:br/>
      </w:r>
      <w:r>
        <w:rPr>
          <w:b w:val="0"/>
          <w:i w:val="0"/>
        </w:rPr>
        <w:t>Django==4.1</w:t>
      </w:r>
      <w:r>
        <w:br/>
      </w:r>
      <w:r>
        <w:rPr>
          <w:b w:val="0"/>
          <w:i w:val="0"/>
        </w:rPr>
        <w:t>django-bootstrap5==21.3</w:t>
      </w:r>
      <w:r>
        <w:br/>
      </w:r>
      <w:r>
        <w:rPr>
          <w:b w:val="0"/>
          <w:i w:val="0"/>
        </w:rPr>
        <w:t>platformshconfig==2.4.0</w:t>
      </w:r>
      <w:r>
        <w:br/>
      </w:r>
      <w:r>
        <w:rPr>
          <w:b w:val="0"/>
          <w:i w:val="0"/>
        </w:rPr>
        <w:t>soupsieve==2.3.2.post1</w:t>
      </w:r>
      <w:r>
        <w:br/>
      </w:r>
      <w:r>
        <w:rPr>
          <w:b w:val="0"/>
          <w:i w:val="0"/>
        </w:rPr>
        <w:t>sqlparse==0.4.2</w:t>
      </w:r>
    </w:p>
    <w:p>
      <w:pPr>
        <w:spacing w:after="80"/>
      </w:pPr>
      <w:r>
        <w:rPr>
          <w:b w:val="0"/>
          <w:i w:val="0"/>
        </w:rPr>
        <w:t>Learning Log đã phụ thuộc vào các phiên bản cụ thể của bảy gói khác nhau, nên nó cần một môi trường tương thích để chạy đúng trên máy chủ từ xa. (Chúng ta đã cài thủ công ba gói trong số này, và bốn gói còn lại được cài tự động như là các gói phụ thuộc của những gói kia.)</w:t>
      </w:r>
    </w:p>
    <w:p>
      <w:pPr>
        <w:spacing w:after="80"/>
      </w:pPr>
      <w:r>
        <w:rPr>
          <w:b w:val="0"/>
          <w:i w:val="0"/>
        </w:rPr>
        <w:t xml:space="preserve">Khi chúng ta triển khai Learning Log, Platform.sh sẽ cài tất cả các gói được liệt kê trong </w:t>
      </w:r>
      <w:r>
        <w:rPr>
          <w:b w:val="0"/>
          <w:i/>
        </w:rPr>
        <w:t>requirements.txt</w:t>
      </w:r>
      <w:r>
        <w:rPr>
          <w:b w:val="0"/>
          <w:i w:val="0"/>
        </w:rPr>
        <w:t>, tạo ra một môi trường có đúng những gói mà chúng ta đang dùng ở máy cục bộ. Nhờ vậy, chúng ta có thể yên tâm rằng dự án khi triển khai sẽ hoạt động giống hệt như khi chạy trên hệ thống cục bộ của mình. Cách quản lý dự án này rất quan trọng khi bạn bắt đầu xây dựng và duy trì nhiều dự án trên hệ thống của mình.</w:t>
      </w:r>
    </w:p>
    <w:p>
      <w:pPr>
        <w:spacing w:before="120" w:after="40"/>
      </w:pPr>
      <w:r>
        <w:rPr>
          <w:b/>
          <w:sz w:val="21"/>
        </w:rPr>
        <w:t>Ghi chú</w:t>
      </w:r>
    </w:p>
    <w:p>
      <w:pPr>
        <w:spacing w:after="80"/>
      </w:pPr>
      <w:r>
        <w:rPr>
          <w:b w:val="0"/>
          <w:i w:val="0"/>
        </w:rPr>
        <w:t>Nếu số phiên bản của một gói trên hệ thống của bạn khác với những gì hiển thị ở đây, hãy giữ nguyên phiên bản bạn đang có trên hệ thống.</w:t>
      </w:r>
    </w:p>
    <w:p>
      <w:pPr>
        <w:pStyle w:val="Heading3"/>
      </w:pPr>
      <w:r>
        <w:rPr>
          <w:rFonts w:ascii="Calibri" w:hAnsi="Calibri"/>
          <w:b/>
          <w:i w:val="0"/>
          <w:sz w:val="27"/>
        </w:rPr>
        <w:t>Các yêu cầu triển khai bổ sung</w:t>
      </w:r>
    </w:p>
    <w:p>
      <w:pPr>
        <w:spacing w:after="80"/>
      </w:pPr>
      <w:r>
        <w:rPr>
          <w:b w:val="0"/>
          <w:i w:val="0"/>
        </w:rPr>
        <w:t>Máy chủ trực tuyến cần thêm hai gói nữa. Những gói này được dùng để phục vụ dự án trong môi trường sản xuất (production), nơi có nhiều người dùng có thể gửi yêu cầu cùng lúc.</w:t>
      </w:r>
    </w:p>
    <w:p>
      <w:pPr>
        <w:spacing w:after="80"/>
      </w:pPr>
      <w:r>
        <w:rPr>
          <w:b w:val="0"/>
          <w:i w:val="0"/>
        </w:rPr>
        <w:t xml:space="preserve">Trong cùng thư mục chứa </w:t>
      </w:r>
      <w:r>
        <w:rPr>
          <w:b w:val="0"/>
          <w:i/>
        </w:rPr>
        <w:t>requirements.txt</w:t>
      </w:r>
      <w:r>
        <w:rPr>
          <w:b w:val="0"/>
          <w:i w:val="0"/>
        </w:rPr>
        <w:t xml:space="preserve">, hãy tạo một tệp mới tên là </w:t>
      </w:r>
      <w:r>
        <w:rPr>
          <w:b w:val="0"/>
          <w:i/>
        </w:rPr>
        <w:t>requirements_remote.txt</w:t>
      </w:r>
      <w:r>
        <w:rPr>
          <w:b w:val="0"/>
          <w:i w:val="0"/>
        </w:rPr>
        <w:t>. Thêm hai gói sau vào đó:</w:t>
      </w:r>
    </w:p>
    <w:p>
      <w:pPr>
        <w:spacing w:after="80"/>
      </w:pPr>
      <w:r>
        <w:rPr>
          <w:b w:val="0"/>
          <w:i w:val="0"/>
        </w:rPr>
        <w:t>requirements_remote.txt</w:t>
      </w:r>
    </w:p>
    <w:p>
      <w:pPr>
        <w:spacing w:after="80"/>
      </w:pPr>
      <w:r>
        <w:rPr>
          <w:b w:val="0"/>
          <w:i w:val="0"/>
        </w:rPr>
        <w:t># Requirements for live project.</w:t>
      </w:r>
      <w:r>
        <w:br/>
      </w:r>
      <w:r>
        <w:rPr>
          <w:b w:val="0"/>
          <w:i w:val="0"/>
        </w:rPr>
        <w:t>gunicorn</w:t>
      </w:r>
      <w:r>
        <w:br/>
      </w:r>
      <w:r>
        <w:rPr>
          <w:b w:val="0"/>
          <w:i w:val="0"/>
        </w:rPr>
        <w:t>psycopg2</w:t>
      </w:r>
    </w:p>
    <w:p>
      <w:pPr>
        <w:spacing w:after="80"/>
      </w:pPr>
      <w:r>
        <w:rPr>
          <w:b w:val="0"/>
          <w:i w:val="0"/>
        </w:rPr>
        <w:t xml:space="preserve">Gói </w:t>
      </w:r>
      <w:r>
        <w:rPr>
          <w:rFonts w:ascii="Consolas" w:hAnsi="Consolas"/>
          <w:b w:val="0"/>
          <w:i w:val="0"/>
          <w:sz w:val="20"/>
        </w:rPr>
        <w:t>gunicorn</w:t>
      </w:r>
      <w:r>
        <w:rPr>
          <w:b w:val="0"/>
          <w:i w:val="0"/>
        </w:rPr>
        <w:t xml:space="preserve"> đảm nhận việc phản hồi các yêu cầu khi chúng gửi đến máy chủ từ xa; nó thay thế cho máy chủ phát triển (development server) mà chúng ta vẫn dùng ở máy cục bộ. Gói </w:t>
      </w:r>
      <w:r>
        <w:rPr>
          <w:rFonts w:ascii="Consolas" w:hAnsi="Consolas"/>
          <w:b w:val="0"/>
          <w:i w:val="0"/>
          <w:sz w:val="20"/>
        </w:rPr>
        <w:t>psycopg2</w:t>
      </w:r>
      <w:r>
        <w:rPr>
          <w:b w:val="0"/>
          <w:i w:val="0"/>
        </w:rPr>
        <w:t xml:space="preserve"> là cần thiết để cho phép Django quản lý cơ sở dữ liệu Postgres mà Platform.sh sử dụng. </w:t>
      </w:r>
      <w:r>
        <w:rPr>
          <w:b w:val="0"/>
          <w:i/>
        </w:rPr>
        <w:t>Postgres</w:t>
      </w:r>
      <w:r>
        <w:rPr>
          <w:b w:val="0"/>
          <w:i w:val="0"/>
        </w:rPr>
        <w:t xml:space="preserve"> là một cơ sở dữ liệu mã nguồn mở cực kỳ phù hợp cho các ứng dụng sản xuất.</w:t>
      </w:r>
    </w:p>
    <w:p>
      <w:pPr>
        <w:pStyle w:val="Heading3"/>
      </w:pPr>
      <w:r>
        <w:rPr>
          <w:rFonts w:ascii="Calibri" w:hAnsi="Calibri"/>
          <w:b/>
          <w:i w:val="0"/>
          <w:sz w:val="27"/>
        </w:rPr>
        <w:t>Thêm các tệp cấu hình</w:t>
      </w:r>
    </w:p>
    <w:p>
      <w:pPr>
        <w:spacing w:after="80"/>
      </w:pPr>
      <w:r>
        <w:rPr>
          <w:b w:val="0"/>
          <w:i w:val="0"/>
        </w:rPr>
        <w:t>Mỗi nền tảng lưu trữ đều cần một số cấu hình để dự án chạy đúng trên máy chủ của họ. Trong phần này, chúng ta sẽ thêm ba tệp cấu hình:</w:t>
      </w:r>
    </w:p>
    <w:p>
      <w:pPr>
        <w:spacing w:after="80"/>
      </w:pPr>
      <w:r>
        <w:rPr>
          <w:b/>
          <w:i/>
        </w:rPr>
        <w:t>.platform.app.yaml</w:t>
      </w:r>
      <w:r>
        <w:rPr>
          <w:b w:val="0"/>
          <w:i w:val="0"/>
        </w:rPr>
        <w:t xml:space="preserve"> Đây là tệp cấu hình chính của dự án. Tệp này cho Platform.sh biết chúng ta đang muốn triển khai loại dự án gì và dự án cần những loại tài nguyên nào, đồng thời chứa các lệnh để xây dựng dự án trên máy chủ.</w:t>
      </w:r>
    </w:p>
    <w:p>
      <w:pPr>
        <w:spacing w:after="80"/>
      </w:pPr>
      <w:r>
        <w:rPr>
          <w:b/>
          <w:i/>
        </w:rPr>
        <w:t>.platform/routes.yaml</w:t>
      </w:r>
      <w:r>
        <w:rPr>
          <w:b w:val="0"/>
          <w:i w:val="0"/>
        </w:rPr>
        <w:t xml:space="preserve"> Tệp này định nghĩa các tuyến đường (route) đến dự án của chúng ta. Khi Platform.sh nhận được một yêu cầu, đây chính là cấu hình giúp chuyển hướng những yêu cầu đó đến đúng dự án cụ thể của chúng ta.</w:t>
      </w:r>
    </w:p>
    <w:p>
      <w:pPr>
        <w:spacing w:after="80"/>
      </w:pPr>
      <w:r>
        <w:rPr>
          <w:b/>
          <w:i/>
        </w:rPr>
        <w:t>.platform/services.yaml</w:t>
      </w:r>
      <w:r>
        <w:rPr>
          <w:b w:val="0"/>
          <w:i w:val="0"/>
        </w:rPr>
        <w:t xml:space="preserve"> Tệp này định nghĩa bất kỳ dịch vụ bổ sung nào mà dự án của chúng ta cần.</w:t>
      </w:r>
    </w:p>
    <w:p>
      <w:pPr>
        <w:spacing w:after="80"/>
      </w:pPr>
      <w:r>
        <w:rPr>
          <w:b w:val="0"/>
          <w:i w:val="0"/>
        </w:rPr>
        <w:t xml:space="preserve">Đây đều là các tệp YAML (YAML Ain’t Markup Language). </w:t>
      </w:r>
      <w:r>
        <w:rPr>
          <w:b w:val="0"/>
          <w:i/>
        </w:rPr>
        <w:t>YAML</w:t>
      </w:r>
      <w:r>
        <w:rPr>
          <w:b w:val="0"/>
          <w:i w:val="0"/>
        </w:rPr>
        <w:t xml:space="preserve"> là một ngôn ngữ được thiết kế để viết các tệp cấu hình; nó được tạo ra để cả con người và máy tính đều có thể đọc một cách dễ dàng. Bạn có thể viết hoặc chỉnh sửa một tệp YAML thông thường bằng tay, nhưng máy tính cũng có thể đọc và hiểu tệp này một cách rõ ràng, không mơ hồ.</w:t>
      </w:r>
    </w:p>
    <w:p>
      <w:pPr>
        <w:spacing w:after="80"/>
      </w:pPr>
      <w:r>
        <w:rPr>
          <w:b w:val="0"/>
          <w:i w:val="0"/>
        </w:rPr>
        <w:t>Các tệp YAML rất tuyệt vời cho việc cấu hình triển khai, vì chúng cho bạn khá nhiều quyền kiểm soát những gì diễn ra trong quá trình triển khai.</w:t>
      </w:r>
    </w:p>
    <w:p>
      <w:pPr>
        <w:pStyle w:val="Heading4"/>
      </w:pPr>
      <w:r>
        <w:rPr>
          <w:rFonts w:ascii="Calibri" w:hAnsi="Calibri"/>
          <w:b/>
          <w:i w:val="0"/>
          <w:sz w:val="24"/>
        </w:rPr>
        <w:t>Hiển thị các tệp ẩn</w:t>
      </w:r>
    </w:p>
    <w:p>
      <w:pPr>
        <w:spacing w:after="80"/>
      </w:pPr>
      <w:r>
        <w:rPr>
          <w:b w:val="0"/>
          <w:i w:val="0"/>
        </w:rPr>
        <w:t xml:space="preserve">Hầu hết các hệ điều hành đều ẩn những tệp và thư mục bắt đầu bằng dấu chấm, chẳng hạn như </w:t>
      </w:r>
      <w:r>
        <w:rPr>
          <w:b w:val="0"/>
          <w:i/>
        </w:rPr>
        <w:t>.platform</w:t>
      </w:r>
      <w:r>
        <w:rPr>
          <w:b w:val="0"/>
          <w:i w:val="0"/>
        </w:rPr>
        <w:t>. Khi bạn mở trình duyệt tệp, mặc định bạn sẽ không thấy những tệp và thư mục kiểu này. Nhưng với tư cách là một lập trình viên, bạn sẽ cần nhìn thấy chúng. Dưới đây là cách xem các tệp ẩn, tùy theo hệ điều hành của bạn:</w:t>
      </w:r>
    </w:p>
    <w:p>
      <w:pPr>
        <w:spacing w:after="80"/>
        <w:ind w:left="360"/>
      </w:pPr>
      <w:r>
        <w:t xml:space="preserve">• </w:t>
      </w:r>
      <w:r>
        <w:rPr>
          <w:b w:val="0"/>
          <w:i w:val="0"/>
        </w:rPr>
        <w:t xml:space="preserve">Trên Windows, hãy mở Windows Explorer, rồi mở một thư mục chẳng hạn như </w:t>
      </w:r>
      <w:r>
        <w:rPr>
          <w:b w:val="0"/>
          <w:i/>
        </w:rPr>
        <w:t>Desktop</w:t>
      </w:r>
      <w:r>
        <w:rPr>
          <w:b w:val="0"/>
          <w:i w:val="0"/>
        </w:rPr>
        <w:t xml:space="preserve">. Nhấp vào tab </w:t>
      </w:r>
      <w:r>
        <w:rPr>
          <w:b/>
          <w:i w:val="0"/>
        </w:rPr>
        <w:t>View</w:t>
      </w:r>
      <w:r>
        <w:rPr>
          <w:b w:val="0"/>
          <w:i w:val="0"/>
        </w:rPr>
        <w:t xml:space="preserve">, và đảm bảo rằng </w:t>
      </w:r>
      <w:r>
        <w:rPr>
          <w:b/>
          <w:i w:val="0"/>
        </w:rPr>
        <w:t>File name extensions</w:t>
      </w:r>
      <w:r>
        <w:rPr>
          <w:b w:val="0"/>
          <w:i w:val="0"/>
        </w:rPr>
        <w:t xml:space="preserve"> và </w:t>
      </w:r>
      <w:r>
        <w:rPr>
          <w:b/>
          <w:i w:val="0"/>
        </w:rPr>
        <w:t>Hidden items</w:t>
      </w:r>
      <w:r>
        <w:rPr>
          <w:b w:val="0"/>
          <w:i w:val="0"/>
        </w:rPr>
        <w:t xml:space="preserve"> đã được đánh dấu.</w:t>
      </w:r>
    </w:p>
    <w:p>
      <w:pPr>
        <w:spacing w:after="80"/>
        <w:ind w:left="360"/>
      </w:pPr>
      <w:r>
        <w:t xml:space="preserve">• </w:t>
      </w:r>
      <w:r>
        <w:rPr>
          <w:b w:val="0"/>
          <w:i w:val="0"/>
        </w:rPr>
        <w:t>Trên macOS, bạn có thể nhấn ⌘-SHIFT-. (dấu chấm) trong bất kỳ cửa sổ Finder nào để thấy các tệp và thư mục ẩn.</w:t>
      </w:r>
    </w:p>
    <w:p>
      <w:pPr>
        <w:spacing w:after="80"/>
        <w:ind w:left="360"/>
      </w:pPr>
      <w:r>
        <w:t xml:space="preserve">• </w:t>
      </w:r>
      <w:r>
        <w:rPr>
          <w:b w:val="0"/>
          <w:i w:val="0"/>
        </w:rPr>
        <w:t xml:space="preserve">Trên các hệ thống Linux như Ubuntu, bạn có thể nhấn CTRL-H trong bất kỳ trình duyệt tệp nào để hiển thị các tệp và thư mục ẩn. Để thiết lập này được giữ vĩnh viễn, hãy mở một trình duyệt tệp như Nautilus và nhấp vào tab tùy chọn (được biểu thị bằng ba dòng). Chọn hộp kiểm </w:t>
      </w:r>
      <w:r>
        <w:rPr>
          <w:b/>
          <w:i w:val="0"/>
        </w:rPr>
        <w:t>Show Hidden Files</w:t>
      </w:r>
      <w:r>
        <w:rPr>
          <w:b w:val="0"/>
          <w:i w:val="0"/>
        </w:rPr>
        <w:t>.</w:t>
      </w:r>
    </w:p>
    <w:p>
      <w:pPr>
        <w:pStyle w:val="Heading4"/>
      </w:pPr>
      <w:r>
        <w:rPr>
          <w:rFonts w:ascii="Calibri" w:hAnsi="Calibri"/>
          <w:b/>
          <w:i w:val="0"/>
          <w:sz w:val="24"/>
        </w:rPr>
        <w:t>Tệp cấu hình .platform.app.yaml</w:t>
      </w:r>
    </w:p>
    <w:p>
      <w:pPr>
        <w:spacing w:after="80"/>
      </w:pPr>
      <w:r>
        <w:rPr>
          <w:b w:val="0"/>
          <w:i w:val="0"/>
        </w:rPr>
        <w:t>Tệp cấu hình đầu tiên là tệp dài nhất, vì nó kiểm soát toàn bộ quá trình triển khai. Chúng ta sẽ trình bày nó theo từng phần; bạn có thể nhập nó bằng tay trong trình soạn thảo văn bản của mình hoặc tải một bản sao từ các tài nguyên trực tuyến tại https://ehmatthes.github.io/pcc_3e.</w:t>
      </w:r>
    </w:p>
    <w:p>
      <w:pPr>
        <w:spacing w:after="80"/>
      </w:pPr>
      <w:r>
        <w:rPr>
          <w:b w:val="0"/>
          <w:i w:val="0"/>
        </w:rPr>
        <w:t xml:space="preserve">Đây là phần đầu tiên của </w:t>
      </w:r>
      <w:r>
        <w:rPr>
          <w:b w:val="0"/>
          <w:i/>
        </w:rPr>
        <w:t>.platform.app.yaml</w:t>
      </w:r>
      <w:r>
        <w:rPr>
          <w:b w:val="0"/>
          <w:i w:val="0"/>
        </w:rPr>
        <w:t xml:space="preserve">, tệp này nên được lưu trong cùng thư mục với </w:t>
      </w:r>
      <w:r>
        <w:rPr>
          <w:b w:val="0"/>
          <w:i/>
        </w:rPr>
        <w:t>manage.py</w:t>
      </w:r>
      <w:r>
        <w:rPr>
          <w:b w:val="0"/>
          <w:i w:val="0"/>
        </w:rPr>
        <w:t>:</w:t>
      </w:r>
    </w:p>
    <w:p>
      <w:pPr>
        <w:spacing w:after="80"/>
      </w:pPr>
      <w:r>
        <w:rPr>
          <w:b w:val="0"/>
          <w:i w:val="0"/>
        </w:rPr>
        <w:t>.platform.app.yaml</w:t>
      </w:r>
    </w:p>
    <w:p>
      <w:pPr>
        <w:spacing w:after="0"/>
        <w:ind w:left="360"/>
        <w:shd w:val="clear" w:color="auto" w:fill="F2F2F2"/>
      </w:pPr>
      <w:r>
        <w:rPr>
          <w:rFonts w:ascii="Consolas" w:hAnsi="Consolas"/>
          <w:b w:val="0"/>
          <w:i w:val="0"/>
          <w:sz w:val="18"/>
        </w:rPr>
        <w:t>❶ name: "ll_project"</w:t>
      </w:r>
    </w:p>
    <w:p>
      <w:pPr>
        <w:spacing w:after="0"/>
        <w:ind w:left="360"/>
        <w:shd w:val="clear" w:color="auto" w:fill="F2F2F2"/>
      </w:pPr>
      <w:r>
        <w:rPr>
          <w:rFonts w:ascii="Consolas" w:hAnsi="Consolas"/>
          <w:b w:val="0"/>
          <w:i w:val="0"/>
          <w:sz w:val="18"/>
        </w:rPr>
        <w:t>type: "python:3.10"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relationships:</w:t>
      </w:r>
    </w:p>
    <w:p>
      <w:pPr>
        <w:spacing w:after="0"/>
        <w:ind w:left="360"/>
        <w:shd w:val="clear" w:color="auto" w:fill="F2F2F2"/>
      </w:pPr>
      <w:r>
        <w:rPr>
          <w:rFonts w:ascii="Consolas" w:hAnsi="Consolas"/>
          <w:b w:val="0"/>
          <w:i w:val="0"/>
          <w:sz w:val="18"/>
        </w:rPr>
        <w:t xml:space="preserve">    database: "db:postgresql"</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The configuration of the app when it's exposed to the web.</w:t>
      </w:r>
    </w:p>
    <w:p>
      <w:pPr>
        <w:spacing w:after="0"/>
        <w:ind w:left="360"/>
        <w:shd w:val="clear" w:color="auto" w:fill="F2F2F2"/>
      </w:pPr>
      <w:r>
        <w:rPr>
          <w:rFonts w:ascii="Consolas" w:hAnsi="Consolas"/>
          <w:b w:val="0"/>
          <w:i w:val="0"/>
          <w:sz w:val="18"/>
        </w:rPr>
        <w:t>❸ web:</w:t>
      </w:r>
    </w:p>
    <w:p>
      <w:pPr>
        <w:spacing w:after="0"/>
        <w:ind w:left="360"/>
        <w:shd w:val="clear" w:color="auto" w:fill="F2F2F2"/>
      </w:pPr>
      <w:r>
        <w:rPr>
          <w:rFonts w:ascii="Consolas" w:hAnsi="Consolas"/>
          <w:b w:val="0"/>
          <w:i w:val="0"/>
          <w:sz w:val="18"/>
        </w:rPr>
        <w:t xml:space="preserve">    upstream:</w:t>
      </w:r>
    </w:p>
    <w:p>
      <w:pPr>
        <w:spacing w:after="0"/>
        <w:ind w:left="360"/>
        <w:shd w:val="clear" w:color="auto" w:fill="F2F2F2"/>
      </w:pPr>
      <w:r>
        <w:rPr>
          <w:rFonts w:ascii="Consolas" w:hAnsi="Consolas"/>
          <w:b w:val="0"/>
          <w:i w:val="0"/>
          <w:sz w:val="18"/>
        </w:rPr>
        <w:t xml:space="preserve">        socket_family: unix</w:t>
      </w:r>
    </w:p>
    <w:p>
      <w:pPr>
        <w:spacing w:after="0"/>
        <w:ind w:left="360"/>
        <w:shd w:val="clear" w:color="auto" w:fill="F2F2F2"/>
      </w:pPr>
      <w:r>
        <w:rPr>
          <w:rFonts w:ascii="Consolas" w:hAnsi="Consolas"/>
          <w:b w:val="0"/>
          <w:i w:val="0"/>
          <w:sz w:val="18"/>
        </w:rPr>
        <w:t xml:space="preserve">    commands:</w:t>
      </w:r>
    </w:p>
    <w:p>
      <w:pPr>
        <w:spacing w:after="0"/>
        <w:ind w:left="360"/>
        <w:shd w:val="clear" w:color="auto" w:fill="F2F2F2"/>
      </w:pPr>
      <w:r>
        <w:rPr>
          <w:rFonts w:ascii="Consolas" w:hAnsi="Consolas"/>
          <w:b w:val="0"/>
          <w:i w:val="0"/>
          <w:sz w:val="18"/>
        </w:rPr>
        <w:t>❹         start: "gunicorn -w 4 -b unix:$SOCKET ll_project.wsgi:application"</w:t>
      </w:r>
    </w:p>
    <w:p>
      <w:pPr>
        <w:spacing w:after="0"/>
        <w:ind w:left="360"/>
        <w:shd w:val="clear" w:color="auto" w:fill="F2F2F2"/>
      </w:pPr>
      <w:r>
        <w:rPr>
          <w:rFonts w:ascii="Consolas" w:hAnsi="Consolas"/>
          <w:b w:val="0"/>
          <w:i w:val="0"/>
          <w:sz w:val="18"/>
        </w:rPr>
        <w:t>❺     locations:</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passthru: true</w:t>
      </w:r>
    </w:p>
    <w:p>
      <w:pPr>
        <w:spacing w:after="0"/>
        <w:ind w:left="360"/>
        <w:shd w:val="clear" w:color="auto" w:fill="F2F2F2"/>
      </w:pPr>
      <w:r>
        <w:rPr>
          <w:rFonts w:ascii="Consolas" w:hAnsi="Consolas"/>
          <w:b w:val="0"/>
          <w:i w:val="0"/>
          <w:sz w:val="18"/>
        </w:rPr>
        <w:t xml:space="preserve">        "/static":</w:t>
      </w:r>
    </w:p>
    <w:p>
      <w:pPr>
        <w:spacing w:after="0"/>
        <w:ind w:left="360"/>
        <w:shd w:val="clear" w:color="auto" w:fill="F2F2F2"/>
      </w:pPr>
      <w:r>
        <w:rPr>
          <w:rFonts w:ascii="Consolas" w:hAnsi="Consolas"/>
          <w:b w:val="0"/>
          <w:i w:val="0"/>
          <w:sz w:val="18"/>
        </w:rPr>
        <w:t xml:space="preserve">            root: "static"</w:t>
      </w:r>
    </w:p>
    <w:p>
      <w:pPr>
        <w:spacing w:after="0"/>
        <w:ind w:left="360"/>
        <w:shd w:val="clear" w:color="auto" w:fill="F2F2F2"/>
      </w:pPr>
      <w:r>
        <w:rPr>
          <w:rFonts w:ascii="Consolas" w:hAnsi="Consolas"/>
          <w:b w:val="0"/>
          <w:i w:val="0"/>
          <w:sz w:val="18"/>
        </w:rPr>
        <w:t xml:space="preserve">            expires: 1h</w:t>
      </w:r>
    </w:p>
    <w:p>
      <w:pPr>
        <w:spacing w:after="0"/>
        <w:ind w:left="360"/>
        <w:shd w:val="clear" w:color="auto" w:fill="F2F2F2"/>
      </w:pPr>
      <w:r>
        <w:rPr>
          <w:rFonts w:ascii="Consolas" w:hAnsi="Consolas"/>
          <w:b w:val="0"/>
          <w:i w:val="0"/>
          <w:sz w:val="18"/>
        </w:rPr>
        <w:t xml:space="preserve">            allow: true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The size of the persistent disk of the application (in MB).</w:t>
      </w:r>
    </w:p>
    <w:p>
      <w:pPr>
        <w:spacing w:after="0"/>
        <w:ind w:left="360"/>
        <w:shd w:val="clear" w:color="auto" w:fill="F2F2F2"/>
      </w:pPr>
      <w:r>
        <w:rPr>
          <w:rFonts w:ascii="Consolas" w:hAnsi="Consolas"/>
          <w:b w:val="0"/>
          <w:i w:val="0"/>
          <w:sz w:val="18"/>
        </w:rPr>
        <w:t>❻ disk: 512</w:t>
      </w:r>
    </w:p>
    <w:p>
      <w:pPr>
        <w:spacing w:after="40"/>
      </w:pPr>
    </w:p>
    <w:p>
      <w:pPr>
        <w:spacing w:after="80"/>
      </w:pPr>
      <w:r>
        <w:rPr>
          <w:b w:val="0"/>
          <w:i w:val="0"/>
        </w:rPr>
        <w:t>Khi bạn lưu tệp này, hãy nhớ bao gồm dấu chấm ở đầu tên tệp. Nếu bạn bỏ qua dấu chấm, Platform.sh sẽ không tìm thấy tệp và dự án của bạn sẽ không được triển khai.</w:t>
      </w:r>
    </w:p>
    <w:p>
      <w:pPr>
        <w:spacing w:after="80"/>
      </w:pPr>
      <w:r>
        <w:rPr>
          <w:b w:val="0"/>
          <w:i w:val="0"/>
        </w:rPr>
        <w:t xml:space="preserve">Bạn không cần phải hiểu hết mọi thứ trong </w:t>
      </w:r>
      <w:r>
        <w:rPr>
          <w:b w:val="0"/>
          <w:i/>
        </w:rPr>
        <w:t>.platform.app.yaml</w:t>
      </w:r>
      <w:r>
        <w:rPr>
          <w:b w:val="0"/>
          <w:i w:val="0"/>
        </w:rPr>
        <w:t xml:space="preserve"> ở thời điểm này; tôi sẽ làm nổi bật những phần quan trọng nhất của cấu hình. Tệp bắt đầu bằng việc chỉ định </w:t>
      </w:r>
      <w:r>
        <w:rPr>
          <w:rFonts w:ascii="Consolas" w:hAnsi="Consolas"/>
          <w:b w:val="0"/>
          <w:i w:val="0"/>
          <w:sz w:val="20"/>
        </w:rPr>
        <w:t>name</w:t>
      </w:r>
      <w:r>
        <w:rPr>
          <w:b w:val="0"/>
          <w:i w:val="0"/>
        </w:rPr>
        <w:t xml:space="preserve"> của dự án, mà chúng ta gọi là </w:t>
      </w:r>
      <w:r>
        <w:rPr>
          <w:rFonts w:ascii="Consolas" w:hAnsi="Consolas"/>
          <w:b w:val="0"/>
          <w:i w:val="0"/>
          <w:sz w:val="20"/>
        </w:rPr>
        <w:t>'ll_project'</w:t>
      </w:r>
      <w:r>
        <w:rPr>
          <w:b w:val="0"/>
          <w:i w:val="0"/>
        </w:rPr>
        <w:t xml:space="preserve"> để nhất quán với tên chúng ta đã dùng khi khởi tạo dự án ❶. Chúng ta cũng cần chỉ định phiên bản Python đang dùng (3.10 tại thời điểm viết bài này). Bạn có thể tìm danh sách các phiên bản được hỗ trợ tại https://docs.platform.sh/languages/python.html.</w:t>
      </w:r>
    </w:p>
    <w:p>
      <w:pPr>
        <w:spacing w:after="80"/>
      </w:pPr>
      <w:r>
        <w:rPr>
          <w:b w:val="0"/>
          <w:i w:val="0"/>
        </w:rPr>
        <w:t xml:space="preserve">Tiếp theo là phần có nhãn </w:t>
      </w:r>
      <w:r>
        <w:rPr>
          <w:rFonts w:ascii="Consolas" w:hAnsi="Consolas"/>
          <w:b w:val="0"/>
          <w:i w:val="0"/>
          <w:sz w:val="20"/>
        </w:rPr>
        <w:t>relationships</w:t>
      </w:r>
      <w:r>
        <w:rPr>
          <w:b w:val="0"/>
          <w:i w:val="0"/>
        </w:rPr>
        <w:t xml:space="preserve"> định nghĩa các dịch vụ khác mà dự án cần ❷. Ở đây mối quan hệ duy nhất là với cơ sở dữ liệu Postgres. Sau đó là phần </w:t>
      </w:r>
      <w:r>
        <w:rPr>
          <w:rFonts w:ascii="Consolas" w:hAnsi="Consolas"/>
          <w:b w:val="0"/>
          <w:i w:val="0"/>
          <w:sz w:val="20"/>
        </w:rPr>
        <w:t>web</w:t>
      </w:r>
      <w:r>
        <w:rPr>
          <w:b w:val="0"/>
          <w:i w:val="0"/>
        </w:rPr>
        <w:t xml:space="preserve"> ❸. Phần </w:t>
      </w:r>
      <w:r>
        <w:rPr>
          <w:rFonts w:ascii="Consolas" w:hAnsi="Consolas"/>
          <w:b w:val="0"/>
          <w:i w:val="0"/>
          <w:sz w:val="20"/>
        </w:rPr>
        <w:t>commands:start</w:t>
      </w:r>
      <w:r>
        <w:rPr>
          <w:b w:val="0"/>
          <w:i w:val="0"/>
        </w:rPr>
        <w:t xml:space="preserve"> cho Platform.sh biết tiến trình nào sẽ dùng để phục vụ các yêu cầu đến. Ở đây chúng ta chỉ định rằng </w:t>
      </w:r>
      <w:r>
        <w:rPr>
          <w:rFonts w:ascii="Consolas" w:hAnsi="Consolas"/>
          <w:b w:val="0"/>
          <w:i w:val="0"/>
          <w:sz w:val="20"/>
        </w:rPr>
        <w:t>gunicorn</w:t>
      </w:r>
      <w:r>
        <w:rPr>
          <w:b w:val="0"/>
          <w:i w:val="0"/>
        </w:rPr>
        <w:t xml:space="preserve"> sẽ xử lý các yêu cầu ❹. Lệnh này thay thế cho lệnh </w:t>
      </w:r>
      <w:r>
        <w:rPr>
          <w:rFonts w:ascii="Consolas" w:hAnsi="Consolas"/>
          <w:b w:val="0"/>
          <w:i w:val="0"/>
          <w:sz w:val="20"/>
        </w:rPr>
        <w:t>python manage.py runserver</w:t>
      </w:r>
      <w:r>
        <w:rPr>
          <w:b w:val="0"/>
          <w:i w:val="0"/>
        </w:rPr>
        <w:t xml:space="preserve"> mà chúng ta vẫn dùng ở máy cục bộ.</w:t>
      </w:r>
    </w:p>
    <w:p>
      <w:pPr>
        <w:spacing w:after="80"/>
      </w:pPr>
      <w:r>
        <w:rPr>
          <w:b w:val="0"/>
          <w:i w:val="0"/>
        </w:rPr>
        <w:t xml:space="preserve">Phần </w:t>
      </w:r>
      <w:r>
        <w:rPr>
          <w:rFonts w:ascii="Consolas" w:hAnsi="Consolas"/>
          <w:b w:val="0"/>
          <w:i w:val="0"/>
          <w:sz w:val="20"/>
        </w:rPr>
        <w:t>locations</w:t>
      </w:r>
      <w:r>
        <w:rPr>
          <w:b w:val="0"/>
          <w:i w:val="0"/>
        </w:rPr>
        <w:t xml:space="preserve"> cho Platform.sh biết nơi gửi các yêu cầu đến ❺. Hầu hết các yêu cầu nên được chuyển tiếp đến </w:t>
      </w:r>
      <w:r>
        <w:rPr>
          <w:rFonts w:ascii="Consolas" w:hAnsi="Consolas"/>
          <w:b w:val="0"/>
          <w:i w:val="0"/>
          <w:sz w:val="20"/>
        </w:rPr>
        <w:t>gunicorn</w:t>
      </w:r>
      <w:r>
        <w:rPr>
          <w:b w:val="0"/>
          <w:i w:val="0"/>
        </w:rPr>
        <w:t xml:space="preserve">; các tệp </w:t>
      </w:r>
      <w:r>
        <w:rPr>
          <w:b w:val="0"/>
          <w:i/>
        </w:rPr>
        <w:t>urls.py</w:t>
      </w:r>
      <w:r>
        <w:rPr>
          <w:b w:val="0"/>
          <w:i w:val="0"/>
        </w:rPr>
        <w:t xml:space="preserve"> của chúng ta sẽ cho </w:t>
      </w:r>
      <w:r>
        <w:rPr>
          <w:rFonts w:ascii="Consolas" w:hAnsi="Consolas"/>
          <w:b w:val="0"/>
          <w:i w:val="0"/>
          <w:sz w:val="20"/>
        </w:rPr>
        <w:t>gunicorn</w:t>
      </w:r>
      <w:r>
        <w:rPr>
          <w:b w:val="0"/>
          <w:i w:val="0"/>
        </w:rPr>
        <w:t xml:space="preserve"> biết chính xác cách xử lý những yêu cầu đó. Các yêu cầu cho tệp tĩnh sẽ được xử lý riêng và sẽ được làm mới mỗi giờ một lần. Dòng cuối cùng cho thấy chúng ta đang yêu cầu 512MB dung lượng đĩa trên một trong các máy chủ của Platform.sh ❻.</w:t>
      </w:r>
    </w:p>
    <w:p>
      <w:pPr>
        <w:spacing w:after="80"/>
      </w:pPr>
      <w:r>
        <w:rPr>
          <w:b w:val="0"/>
          <w:i w:val="0"/>
        </w:rPr>
        <w:t xml:space="preserve">Phần còn lại của </w:t>
      </w:r>
      <w:r>
        <w:rPr>
          <w:b w:val="0"/>
          <w:i/>
        </w:rPr>
        <w:t>.platform.app.yaml</w:t>
      </w:r>
      <w:r>
        <w:rPr>
          <w:b w:val="0"/>
          <w:i w:val="0"/>
        </w:rPr>
        <w:t xml:space="preserve"> như sau:</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disk: 512</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Set a local read/write mount for logs.</w:t>
      </w:r>
    </w:p>
    <w:p>
      <w:pPr>
        <w:spacing w:after="0"/>
        <w:ind w:left="360"/>
        <w:shd w:val="clear" w:color="auto" w:fill="F2F2F2"/>
      </w:pPr>
      <w:r>
        <w:rPr>
          <w:rFonts w:ascii="Consolas" w:hAnsi="Consolas"/>
          <w:b w:val="0"/>
          <w:i w:val="0"/>
          <w:sz w:val="18"/>
        </w:rPr>
        <w:t>❶ mounts:</w:t>
      </w:r>
    </w:p>
    <w:p>
      <w:pPr>
        <w:spacing w:after="0"/>
        <w:ind w:left="360"/>
        <w:shd w:val="clear" w:color="auto" w:fill="F2F2F2"/>
      </w:pPr>
      <w:r>
        <w:rPr>
          <w:rFonts w:ascii="Consolas" w:hAnsi="Consolas"/>
          <w:b w:val="0"/>
          <w:i w:val="0"/>
          <w:sz w:val="18"/>
        </w:rPr>
        <w:t xml:space="preserve">    "logs":</w:t>
      </w:r>
    </w:p>
    <w:p>
      <w:pPr>
        <w:spacing w:after="0"/>
        <w:ind w:left="360"/>
        <w:shd w:val="clear" w:color="auto" w:fill="F2F2F2"/>
      </w:pPr>
      <w:r>
        <w:rPr>
          <w:rFonts w:ascii="Consolas" w:hAnsi="Consolas"/>
          <w:b w:val="0"/>
          <w:i w:val="0"/>
          <w:sz w:val="18"/>
        </w:rPr>
        <w:t xml:space="preserve">        source: local</w:t>
      </w:r>
    </w:p>
    <w:p>
      <w:pPr>
        <w:spacing w:after="0"/>
        <w:ind w:left="360"/>
        <w:shd w:val="clear" w:color="auto" w:fill="F2F2F2"/>
      </w:pPr>
      <w:r>
        <w:rPr>
          <w:rFonts w:ascii="Consolas" w:hAnsi="Consolas"/>
          <w:b w:val="0"/>
          <w:i w:val="0"/>
          <w:sz w:val="18"/>
        </w:rPr>
        <w:t xml:space="preserve">        source_path: logs</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The hooks executed at various points in the lifecycle of the application.</w:t>
      </w:r>
    </w:p>
    <w:p>
      <w:pPr>
        <w:spacing w:after="0"/>
        <w:ind w:left="360"/>
        <w:shd w:val="clear" w:color="auto" w:fill="F2F2F2"/>
      </w:pPr>
      <w:r>
        <w:rPr>
          <w:rFonts w:ascii="Consolas" w:hAnsi="Consolas"/>
          <w:b w:val="0"/>
          <w:i w:val="0"/>
          <w:sz w:val="18"/>
        </w:rPr>
        <w:t>❷ hooks:</w:t>
      </w:r>
    </w:p>
    <w:p>
      <w:pPr>
        <w:spacing w:after="0"/>
        <w:ind w:left="360"/>
        <w:shd w:val="clear" w:color="auto" w:fill="F2F2F2"/>
      </w:pPr>
      <w:r>
        <w:rPr>
          <w:rFonts w:ascii="Consolas" w:hAnsi="Consolas"/>
          <w:b w:val="0"/>
          <w:i w:val="0"/>
          <w:sz w:val="18"/>
        </w:rPr>
        <w:t xml:space="preserve">    build: |</w:t>
      </w:r>
    </w:p>
    <w:p>
      <w:pPr>
        <w:spacing w:after="0"/>
        <w:ind w:left="360"/>
        <w:shd w:val="clear" w:color="auto" w:fill="F2F2F2"/>
      </w:pPr>
      <w:r>
        <w:rPr>
          <w:rFonts w:ascii="Consolas" w:hAnsi="Consolas"/>
          <w:b w:val="0"/>
          <w:i w:val="0"/>
          <w:sz w:val="18"/>
        </w:rPr>
        <w:t>❸         pip install --upgrade pip</w:t>
      </w:r>
    </w:p>
    <w:p>
      <w:pPr>
        <w:spacing w:after="0"/>
        <w:ind w:left="360"/>
        <w:shd w:val="clear" w:color="auto" w:fill="F2F2F2"/>
      </w:pPr>
      <w:r>
        <w:rPr>
          <w:rFonts w:ascii="Consolas" w:hAnsi="Consolas"/>
          <w:b w:val="0"/>
          <w:i w:val="0"/>
          <w:sz w:val="18"/>
        </w:rPr>
        <w:t xml:space="preserve">        pip install -r requirements.txt</w:t>
      </w:r>
    </w:p>
    <w:p>
      <w:pPr>
        <w:spacing w:after="0"/>
        <w:ind w:left="360"/>
        <w:shd w:val="clear" w:color="auto" w:fill="F2F2F2"/>
      </w:pPr>
      <w:r>
        <w:rPr>
          <w:rFonts w:ascii="Consolas" w:hAnsi="Consolas"/>
          <w:b w:val="0"/>
          <w:i w:val="0"/>
          <w:sz w:val="18"/>
        </w:rPr>
        <w:t xml:space="preserve">        pip install -r requirements_remote.txt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mkdir logs</w:t>
      </w:r>
    </w:p>
    <w:p>
      <w:pPr>
        <w:spacing w:after="0"/>
        <w:ind w:left="360"/>
        <w:shd w:val="clear" w:color="auto" w:fill="F2F2F2"/>
      </w:pPr>
      <w:r>
        <w:rPr>
          <w:rFonts w:ascii="Consolas" w:hAnsi="Consolas"/>
          <w:b w:val="0"/>
          <w:i w:val="0"/>
          <w:sz w:val="18"/>
        </w:rPr>
        <w:t>❹         python manage.py collectstatic</w:t>
      </w:r>
    </w:p>
    <w:p>
      <w:pPr>
        <w:spacing w:after="0"/>
        <w:ind w:left="360"/>
        <w:shd w:val="clear" w:color="auto" w:fill="F2F2F2"/>
      </w:pPr>
      <w:r>
        <w:rPr>
          <w:rFonts w:ascii="Consolas" w:hAnsi="Consolas"/>
          <w:b w:val="0"/>
          <w:i w:val="0"/>
          <w:sz w:val="18"/>
        </w:rPr>
        <w:t xml:space="preserve">        rm -rf logs</w:t>
      </w:r>
    </w:p>
    <w:p>
      <w:pPr>
        <w:spacing w:after="0"/>
        <w:ind w:left="360"/>
        <w:shd w:val="clear" w:color="auto" w:fill="F2F2F2"/>
      </w:pPr>
      <w:r>
        <w:rPr>
          <w:rFonts w:ascii="Consolas" w:hAnsi="Consolas"/>
          <w:b w:val="0"/>
          <w:i w:val="0"/>
          <w:sz w:val="18"/>
        </w:rPr>
        <w:t>❺     deploy: |</w:t>
      </w:r>
    </w:p>
    <w:p>
      <w:pPr>
        <w:spacing w:after="0"/>
        <w:ind w:left="360"/>
        <w:shd w:val="clear" w:color="auto" w:fill="F2F2F2"/>
      </w:pPr>
      <w:r>
        <w:rPr>
          <w:rFonts w:ascii="Consolas" w:hAnsi="Consolas"/>
          <w:b w:val="0"/>
          <w:i w:val="0"/>
          <w:sz w:val="18"/>
        </w:rPr>
        <w:t xml:space="preserve">        python manage.py migrate</w:t>
      </w:r>
    </w:p>
    <w:p>
      <w:pPr>
        <w:spacing w:after="40"/>
      </w:pPr>
    </w:p>
    <w:p>
      <w:pPr>
        <w:spacing w:after="80"/>
      </w:pPr>
      <w:r>
        <w:rPr>
          <w:b w:val="0"/>
          <w:i w:val="0"/>
        </w:rPr>
        <w:t xml:space="preserve">Phần </w:t>
      </w:r>
      <w:r>
        <w:rPr>
          <w:rFonts w:ascii="Consolas" w:hAnsi="Consolas"/>
          <w:b w:val="0"/>
          <w:i w:val="0"/>
          <w:sz w:val="20"/>
        </w:rPr>
        <w:t>mounts</w:t>
      </w:r>
      <w:r>
        <w:rPr>
          <w:b w:val="0"/>
          <w:i w:val="0"/>
        </w:rPr>
        <w:t xml:space="preserve"> ❶ cho phép chúng ta định nghĩa các thư mục nơi có thể đọc và ghi dữ liệu trong khi dự án đang chạy. Phần này định nghĩa một thư mục </w:t>
      </w:r>
      <w:r>
        <w:rPr>
          <w:b w:val="0"/>
          <w:i/>
        </w:rPr>
        <w:t>logs/</w:t>
      </w:r>
      <w:r>
        <w:rPr>
          <w:b w:val="0"/>
          <w:i w:val="0"/>
        </w:rPr>
        <w:t xml:space="preserve"> cho dự án đã triển khai.</w:t>
      </w:r>
    </w:p>
    <w:p>
      <w:pPr>
        <w:spacing w:after="80"/>
      </w:pPr>
      <w:r>
        <w:rPr>
          <w:b w:val="0"/>
          <w:i w:val="0"/>
        </w:rPr>
        <w:t xml:space="preserve">Phần </w:t>
      </w:r>
      <w:r>
        <w:rPr>
          <w:rFonts w:ascii="Consolas" w:hAnsi="Consolas"/>
          <w:b w:val="0"/>
          <w:i w:val="0"/>
          <w:sz w:val="20"/>
        </w:rPr>
        <w:t>hooks</w:t>
      </w:r>
      <w:r>
        <w:rPr>
          <w:b w:val="0"/>
          <w:i w:val="0"/>
        </w:rPr>
        <w:t xml:space="preserve"> ❷ định nghĩa các hành động được thực hiện tại nhiều thời điểm khác nhau trong quá trình triển khai. Trong phần </w:t>
      </w:r>
      <w:r>
        <w:rPr>
          <w:rFonts w:ascii="Consolas" w:hAnsi="Consolas"/>
          <w:b w:val="0"/>
          <w:i w:val="0"/>
          <w:sz w:val="20"/>
        </w:rPr>
        <w:t>build</w:t>
      </w:r>
      <w:r>
        <w:rPr>
          <w:b w:val="0"/>
          <w:i w:val="0"/>
        </w:rPr>
        <w:t xml:space="preserve">, chúng ta cài đặt tất cả các gói cần thiết để phục vụ dự án trong môi trường thực ❸. Chúng ta cũng chạy </w:t>
      </w:r>
      <w:r>
        <w:rPr>
          <w:rFonts w:ascii="Consolas" w:hAnsi="Consolas"/>
          <w:b w:val="0"/>
          <w:i w:val="0"/>
          <w:sz w:val="20"/>
        </w:rPr>
        <w:t>collectstatic</w:t>
      </w:r>
      <w:r>
        <w:rPr>
          <w:b w:val="0"/>
          <w:i w:val="0"/>
        </w:rPr>
        <w:t xml:space="preserve"> ❹, lệnh này thu thập tất cả các tệp tĩnh cần thiết cho dự án vào một chỗ để chúng có thể được phục vụ một cách hiệu quả.</w:t>
      </w:r>
    </w:p>
    <w:p>
      <w:pPr>
        <w:spacing w:after="80"/>
      </w:pPr>
      <w:r>
        <w:rPr>
          <w:b w:val="0"/>
          <w:i w:val="0"/>
        </w:rPr>
        <w:t xml:space="preserve">Cuối cùng, trong phần </w:t>
      </w:r>
      <w:r>
        <w:rPr>
          <w:rFonts w:ascii="Consolas" w:hAnsi="Consolas"/>
          <w:b w:val="0"/>
          <w:i w:val="0"/>
          <w:sz w:val="20"/>
        </w:rPr>
        <w:t>deploy</w:t>
      </w:r>
      <w:r>
        <w:rPr>
          <w:b w:val="0"/>
          <w:i w:val="0"/>
        </w:rPr>
        <w:t xml:space="preserve"> ❺, chúng ta chỉ định rằng các migration nên được chạy mỗi khi dự án được triển khai. Trong một dự án đơn giản, điều này sẽ không có tác dụng gì khi không có thay đổi nào.</w:t>
      </w:r>
    </w:p>
    <w:p>
      <w:pPr>
        <w:spacing w:after="80"/>
      </w:pPr>
      <w:r>
        <w:rPr>
          <w:b w:val="0"/>
          <w:i w:val="0"/>
        </w:rPr>
        <w:t>Hai tệp cấu hình còn lại ngắn hơn nhiều; hãy viết chúng ngay bây giờ.</w:t>
      </w:r>
    </w:p>
    <w:p>
      <w:pPr>
        <w:pStyle w:val="Heading4"/>
      </w:pPr>
      <w:r>
        <w:rPr>
          <w:rFonts w:ascii="Calibri" w:hAnsi="Calibri"/>
          <w:b/>
          <w:i w:val="0"/>
          <w:sz w:val="24"/>
        </w:rPr>
        <w:t>Tệp cấu hình routes.yaml</w:t>
      </w:r>
    </w:p>
    <w:p>
      <w:pPr>
        <w:spacing w:after="80"/>
      </w:pPr>
      <w:r>
        <w:rPr>
          <w:b w:val="0"/>
          <w:i w:val="0"/>
        </w:rPr>
        <w:t xml:space="preserve">Một </w:t>
      </w:r>
      <w:r>
        <w:rPr>
          <w:b w:val="0"/>
          <w:i/>
        </w:rPr>
        <w:t>route</w:t>
      </w:r>
      <w:r>
        <w:rPr>
          <w:b w:val="0"/>
          <w:i w:val="0"/>
        </w:rPr>
        <w:t xml:space="preserve"> (tuyến đường) là đường đi mà một yêu cầu đi theo khi được máy chủ xử lý. Khi Platform.sh nhận được một yêu cầu, nó cần biết nơi gửi yêu cầu đó đến.</w:t>
      </w:r>
    </w:p>
    <w:p>
      <w:pPr>
        <w:spacing w:after="80"/>
      </w:pPr>
      <w:r>
        <w:rPr>
          <w:b w:val="0"/>
          <w:i w:val="0"/>
        </w:rPr>
        <w:t xml:space="preserve">Tạo một thư mục mới tên là </w:t>
      </w:r>
      <w:r>
        <w:rPr>
          <w:b w:val="0"/>
          <w:i/>
        </w:rPr>
        <w:t>.platform</w:t>
      </w:r>
      <w:r>
        <w:rPr>
          <w:b w:val="0"/>
          <w:i w:val="0"/>
        </w:rPr>
        <w:t xml:space="preserve">, trong cùng thư mục với </w:t>
      </w:r>
      <w:r>
        <w:rPr>
          <w:b w:val="0"/>
          <w:i/>
        </w:rPr>
        <w:t>manage.py</w:t>
      </w:r>
      <w:r>
        <w:rPr>
          <w:b w:val="0"/>
          <w:i w:val="0"/>
        </w:rPr>
        <w:t xml:space="preserve">. Nhớ bao gồm dấu chấm ở đầu tên. Bên trong thư mục đó, tạo một tệp tên là </w:t>
      </w:r>
      <w:r>
        <w:rPr>
          <w:b w:val="0"/>
          <w:i/>
        </w:rPr>
        <w:t>routes.yaml</w:t>
      </w:r>
      <w:r>
        <w:rPr>
          <w:b w:val="0"/>
          <w:i w:val="0"/>
        </w:rPr>
        <w:t xml:space="preserve"> và nhập nội dung sau:</w:t>
      </w:r>
    </w:p>
    <w:p>
      <w:pPr>
        <w:spacing w:after="80"/>
      </w:pPr>
      <w:r>
        <w:rPr>
          <w:b w:val="0"/>
          <w:i w:val="0"/>
        </w:rPr>
        <w:t>.platform/routes.yaml</w:t>
      </w:r>
    </w:p>
    <w:p>
      <w:pPr>
        <w:spacing w:after="80"/>
      </w:pPr>
      <w:r>
        <w:rPr>
          <w:b w:val="0"/>
          <w:i w:val="0"/>
        </w:rPr>
        <w:t># Mỗi route mô tả cách một URL đến sẽ được Platform.sh xử lý.</w:t>
      </w:r>
      <w:r>
        <w:br/>
      </w:r>
      <w:r>
        <w:br/>
      </w:r>
      <w:r>
        <w:rPr>
          <w:b w:val="0"/>
          <w:i w:val="0"/>
        </w:rPr>
        <w:t>"https://{default}/":</w:t>
      </w:r>
      <w:r>
        <w:br/>
      </w:r>
      <w:r>
        <w:rPr>
          <w:b w:val="0"/>
          <w:i w:val="0"/>
        </w:rPr>
        <w:t xml:space="preserve">    type: upstream</w:t>
      </w:r>
      <w:r>
        <w:br/>
      </w:r>
      <w:r>
        <w:rPr>
          <w:b w:val="0"/>
          <w:i w:val="0"/>
        </w:rPr>
        <w:t xml:space="preserve">    upstream: "ll_project:http"</w:t>
      </w:r>
      <w:r>
        <w:br/>
      </w:r>
      <w:r>
        <w:br/>
      </w:r>
      <w:r>
        <w:rPr>
          <w:b w:val="0"/>
          <w:i w:val="0"/>
        </w:rPr>
        <w:t>"https://www.{default}/":</w:t>
      </w:r>
      <w:r>
        <w:br/>
      </w:r>
      <w:r>
        <w:rPr>
          <w:b w:val="0"/>
          <w:i w:val="0"/>
        </w:rPr>
        <w:t xml:space="preserve">    type: redirect</w:t>
      </w:r>
      <w:r>
        <w:br/>
      </w:r>
      <w:r>
        <w:rPr>
          <w:b w:val="0"/>
          <w:i w:val="0"/>
        </w:rPr>
        <w:t xml:space="preserve">    to: "https://{default}/"</w:t>
      </w:r>
    </w:p>
    <w:p>
      <w:pPr>
        <w:spacing w:after="80"/>
      </w:pPr>
      <w:r>
        <w:rPr>
          <w:b w:val="0"/>
          <w:i w:val="0"/>
        </w:rPr>
        <w:t xml:space="preserve">Tệp này đảm bảo rằng các yêu cầu như </w:t>
      </w:r>
      <w:r>
        <w:rPr>
          <w:b w:val="0"/>
          <w:i/>
        </w:rPr>
        <w:t>https://project_url.com</w:t>
      </w:r>
      <w:r>
        <w:rPr>
          <w:b w:val="0"/>
          <w:i w:val="0"/>
        </w:rPr>
        <w:t xml:space="preserve"> và </w:t>
      </w:r>
      <w:r>
        <w:rPr>
          <w:b w:val="0"/>
          <w:i/>
        </w:rPr>
        <w:t>www.project_url.com</w:t>
      </w:r>
      <w:r>
        <w:rPr>
          <w:b w:val="0"/>
          <w:i w:val="0"/>
        </w:rPr>
        <w:t xml:space="preserve"> đều được chuyển đến cùng một nơi.</w:t>
      </w:r>
    </w:p>
    <w:p>
      <w:pPr>
        <w:pStyle w:val="Heading4"/>
      </w:pPr>
      <w:r>
        <w:rPr>
          <w:rFonts w:ascii="Calibri" w:hAnsi="Calibri"/>
          <w:b/>
          <w:i w:val="0"/>
          <w:sz w:val="24"/>
        </w:rPr>
        <w:t>Tệp cấu hình services.yaml</w:t>
      </w:r>
    </w:p>
    <w:p>
      <w:pPr>
        <w:spacing w:after="80"/>
      </w:pPr>
      <w:r>
        <w:rPr>
          <w:b w:val="0"/>
          <w:i w:val="0"/>
        </w:rPr>
        <w:t xml:space="preserve">Tệp cấu hình cuối cùng này chỉ định các dịch vụ (service) mà dự án của chúng ta cần để chạy. Hãy lưu tệp này trong thư mục </w:t>
      </w:r>
      <w:r>
        <w:rPr>
          <w:b w:val="0"/>
          <w:i/>
        </w:rPr>
        <w:t>.platform/</w:t>
      </w:r>
      <w:r>
        <w:rPr>
          <w:b w:val="0"/>
          <w:i w:val="0"/>
        </w:rPr>
        <w:t xml:space="preserve">, cùng chỗ với </w:t>
      </w:r>
      <w:r>
        <w:rPr>
          <w:b w:val="0"/>
          <w:i/>
        </w:rPr>
        <w:t>routes.yaml</w:t>
      </w:r>
      <w:r>
        <w:rPr>
          <w:b w:val="0"/>
          <w:i w:val="0"/>
        </w:rPr>
        <w:t>:</w:t>
      </w:r>
    </w:p>
    <w:p>
      <w:pPr>
        <w:spacing w:after="80"/>
      </w:pPr>
      <w:r>
        <w:rPr>
          <w:b w:val="0"/>
          <w:i w:val="0"/>
        </w:rPr>
        <w:t>.platform/services.yaml</w:t>
      </w:r>
    </w:p>
    <w:p>
      <w:pPr>
        <w:spacing w:after="80"/>
      </w:pPr>
      <w:r>
        <w:rPr>
          <w:b w:val="0"/>
          <w:i w:val="0"/>
        </w:rPr>
        <w:t># Mỗi dịch vụ được liệt kê sẽ được triển khai trong container riêng của nó như một phần của dự án</w:t>
      </w:r>
      <w:r>
        <w:br/>
      </w:r>
      <w:r>
        <w:rPr>
          <w:b w:val="0"/>
          <w:i w:val="0"/>
        </w:rPr>
        <w:t>#   Platform.sh của bạn.</w:t>
      </w:r>
      <w:r>
        <w:br/>
      </w:r>
      <w:r>
        <w:br/>
      </w:r>
      <w:r>
        <w:rPr>
          <w:b w:val="0"/>
          <w:i w:val="0"/>
        </w:rPr>
        <w:t>db:</w:t>
      </w:r>
      <w:r>
        <w:br/>
      </w:r>
      <w:r>
        <w:rPr>
          <w:b w:val="0"/>
          <w:i w:val="0"/>
        </w:rPr>
        <w:t xml:space="preserve">    type: postgresql:12</w:t>
      </w:r>
      <w:r>
        <w:br/>
      </w:r>
      <w:r>
        <w:rPr>
          <w:b w:val="0"/>
          <w:i w:val="0"/>
        </w:rPr>
        <w:t xml:space="preserve">    disk: 1024</w:t>
      </w:r>
    </w:p>
    <w:p>
      <w:pPr>
        <w:spacing w:after="80"/>
      </w:pPr>
      <w:r>
        <w:rPr>
          <w:b w:val="0"/>
          <w:i w:val="0"/>
        </w:rPr>
        <w:t>Tệp này định nghĩa một dịch vụ, đó là cơ sở dữ liệu Postgres.</w:t>
      </w:r>
    </w:p>
    <w:p>
      <w:pPr>
        <w:pStyle w:val="Heading3"/>
      </w:pPr>
      <w:r>
        <w:rPr>
          <w:rFonts w:ascii="Calibri" w:hAnsi="Calibri"/>
          <w:b/>
          <w:i w:val="0"/>
          <w:sz w:val="27"/>
        </w:rPr>
        <w:t>Chỉnh sửa settings.py cho Platform.sh</w:t>
      </w:r>
    </w:p>
    <w:p>
      <w:pPr>
        <w:spacing w:after="80"/>
      </w:pPr>
      <w:r>
        <w:rPr>
          <w:b w:val="0"/>
          <w:i w:val="0"/>
        </w:rPr>
        <w:t xml:space="preserve">Bây giờ chúng ta cần thêm một phần vào cuối </w:t>
      </w:r>
      <w:r>
        <w:rPr>
          <w:b w:val="0"/>
          <w:i/>
        </w:rPr>
        <w:t>settings.py</w:t>
      </w:r>
      <w:r>
        <w:rPr>
          <w:b w:val="0"/>
          <w:i w:val="0"/>
        </w:rPr>
        <w:t xml:space="preserve"> để điều chỉnh một số cài đặt cho môi trường Platform.sh. Hãy thêm đoạn mã này vào cuối cùng của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Platform.sh settings.</w:t>
      </w:r>
    </w:p>
    <w:p>
      <w:pPr>
        <w:spacing w:after="0"/>
        <w:ind w:left="360"/>
        <w:shd w:val="clear" w:color="auto" w:fill="F2F2F2"/>
      </w:pPr>
      <w:r>
        <w:rPr>
          <w:rFonts w:ascii="Consolas" w:hAnsi="Consolas"/>
          <w:b w:val="0"/>
          <w:i w:val="0"/>
          <w:sz w:val="18"/>
        </w:rPr>
        <w:t>❶ from platformshconfig import Config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config = Config()</w:t>
      </w:r>
    </w:p>
    <w:p>
      <w:pPr>
        <w:spacing w:after="0"/>
        <w:ind w:left="360"/>
        <w:shd w:val="clear" w:color="auto" w:fill="F2F2F2"/>
      </w:pPr>
      <w:r>
        <w:rPr>
          <w:rFonts w:ascii="Consolas" w:hAnsi="Consolas"/>
          <w:b w:val="0"/>
          <w:i w:val="0"/>
          <w:sz w:val="18"/>
        </w:rPr>
        <w:t>❷ if config.is_valid_platform():</w:t>
      </w:r>
    </w:p>
    <w:p>
      <w:pPr>
        <w:spacing w:after="0"/>
        <w:ind w:left="360"/>
        <w:shd w:val="clear" w:color="auto" w:fill="F2F2F2"/>
      </w:pPr>
      <w:r>
        <w:rPr>
          <w:rFonts w:ascii="Consolas" w:hAnsi="Consolas"/>
          <w:b w:val="0"/>
          <w:i w:val="0"/>
          <w:sz w:val="18"/>
        </w:rPr>
        <w:t>❸     ALLOWED_HOSTS.append('.platformsh.site')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❹     if config.appDir:</w:t>
      </w:r>
    </w:p>
    <w:p>
      <w:pPr>
        <w:spacing w:after="0"/>
        <w:ind w:left="360"/>
        <w:shd w:val="clear" w:color="auto" w:fill="F2F2F2"/>
      </w:pPr>
      <w:r>
        <w:rPr>
          <w:rFonts w:ascii="Consolas" w:hAnsi="Consolas"/>
          <w:b w:val="0"/>
          <w:i w:val="0"/>
          <w:sz w:val="18"/>
        </w:rPr>
        <w:t xml:space="preserve">        STATIC_ROOT = Path(config.appDir) / 'static'</w:t>
      </w:r>
    </w:p>
    <w:p>
      <w:pPr>
        <w:spacing w:after="0"/>
        <w:ind w:left="360"/>
        <w:shd w:val="clear" w:color="auto" w:fill="F2F2F2"/>
      </w:pPr>
      <w:r>
        <w:rPr>
          <w:rFonts w:ascii="Consolas" w:hAnsi="Consolas"/>
          <w:b w:val="0"/>
          <w:i w:val="0"/>
          <w:sz w:val="18"/>
        </w:rPr>
        <w:t>❺     if config.projectEntropy:</w:t>
      </w:r>
    </w:p>
    <w:p>
      <w:pPr>
        <w:spacing w:after="0"/>
        <w:ind w:left="360"/>
        <w:shd w:val="clear" w:color="auto" w:fill="F2F2F2"/>
      </w:pPr>
      <w:r>
        <w:rPr>
          <w:rFonts w:ascii="Consolas" w:hAnsi="Consolas"/>
          <w:b w:val="0"/>
          <w:i w:val="0"/>
          <w:sz w:val="18"/>
        </w:rPr>
        <w:t xml:space="preserve">        SECRET_KEY = config.projectEntropy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if not config.in_build():</w:t>
      </w:r>
    </w:p>
    <w:p>
      <w:pPr>
        <w:spacing w:after="0"/>
        <w:ind w:left="360"/>
        <w:shd w:val="clear" w:color="auto" w:fill="F2F2F2"/>
      </w:pPr>
      <w:r>
        <w:rPr>
          <w:rFonts w:ascii="Consolas" w:hAnsi="Consolas"/>
          <w:b w:val="0"/>
          <w:i w:val="0"/>
          <w:sz w:val="18"/>
        </w:rPr>
        <w:t>❻         db_settings = config.credentials('database')</w:t>
      </w:r>
    </w:p>
    <w:p>
      <w:pPr>
        <w:spacing w:after="0"/>
        <w:ind w:left="360"/>
        <w:shd w:val="clear" w:color="auto" w:fill="F2F2F2"/>
      </w:pPr>
      <w:r>
        <w:rPr>
          <w:rFonts w:ascii="Consolas" w:hAnsi="Consolas"/>
          <w:b w:val="0"/>
          <w:i w:val="0"/>
          <w:sz w:val="18"/>
        </w:rPr>
        <w:t xml:space="preserve">        DATABASES = {</w:t>
      </w:r>
    </w:p>
    <w:p>
      <w:pPr>
        <w:spacing w:after="0"/>
        <w:ind w:left="360"/>
        <w:shd w:val="clear" w:color="auto" w:fill="F2F2F2"/>
      </w:pPr>
      <w:r>
        <w:rPr>
          <w:rFonts w:ascii="Consolas" w:hAnsi="Consolas"/>
          <w:b w:val="0"/>
          <w:i w:val="0"/>
          <w:sz w:val="18"/>
        </w:rPr>
        <w:t xml:space="preserve">            'default': {</w:t>
      </w:r>
    </w:p>
    <w:p>
      <w:pPr>
        <w:spacing w:after="0"/>
        <w:ind w:left="360"/>
        <w:shd w:val="clear" w:color="auto" w:fill="F2F2F2"/>
      </w:pPr>
      <w:r>
        <w:rPr>
          <w:rFonts w:ascii="Consolas" w:hAnsi="Consolas"/>
          <w:b w:val="0"/>
          <w:i w:val="0"/>
          <w:sz w:val="18"/>
        </w:rPr>
        <w:t xml:space="preserve">                'ENGINE': 'django.db.backends.postgresql',</w:t>
      </w:r>
    </w:p>
    <w:p>
      <w:pPr>
        <w:spacing w:after="0"/>
        <w:ind w:left="360"/>
        <w:shd w:val="clear" w:color="auto" w:fill="F2F2F2"/>
      </w:pPr>
      <w:r>
        <w:rPr>
          <w:rFonts w:ascii="Consolas" w:hAnsi="Consolas"/>
          <w:b w:val="0"/>
          <w:i w:val="0"/>
          <w:sz w:val="18"/>
        </w:rPr>
        <w:t xml:space="preserve">                'NAME': db_settings['path'],</w:t>
      </w:r>
    </w:p>
    <w:p>
      <w:pPr>
        <w:spacing w:after="0"/>
        <w:ind w:left="360"/>
        <w:shd w:val="clear" w:color="auto" w:fill="F2F2F2"/>
      </w:pPr>
      <w:r>
        <w:rPr>
          <w:rFonts w:ascii="Consolas" w:hAnsi="Consolas"/>
          <w:b w:val="0"/>
          <w:i w:val="0"/>
          <w:sz w:val="18"/>
        </w:rPr>
        <w:t xml:space="preserve">                'USER': db_settings['username'],</w:t>
      </w:r>
    </w:p>
    <w:p>
      <w:pPr>
        <w:spacing w:after="0"/>
        <w:ind w:left="360"/>
        <w:shd w:val="clear" w:color="auto" w:fill="F2F2F2"/>
      </w:pPr>
      <w:r>
        <w:rPr>
          <w:rFonts w:ascii="Consolas" w:hAnsi="Consolas"/>
          <w:b w:val="0"/>
          <w:i w:val="0"/>
          <w:sz w:val="18"/>
        </w:rPr>
        <w:t xml:space="preserve">                'PASSWORD': db_settings['password'],</w:t>
      </w:r>
    </w:p>
    <w:p>
      <w:pPr>
        <w:spacing w:after="0"/>
        <w:ind w:left="360"/>
        <w:shd w:val="clear" w:color="auto" w:fill="F2F2F2"/>
      </w:pPr>
      <w:r>
        <w:rPr>
          <w:rFonts w:ascii="Consolas" w:hAnsi="Consolas"/>
          <w:b w:val="0"/>
          <w:i w:val="0"/>
          <w:sz w:val="18"/>
        </w:rPr>
        <w:t xml:space="preserve">                'HOST': db_settings['host'],</w:t>
      </w:r>
    </w:p>
    <w:p>
      <w:pPr>
        <w:spacing w:after="0"/>
        <w:ind w:left="360"/>
        <w:shd w:val="clear" w:color="auto" w:fill="F2F2F2"/>
      </w:pPr>
      <w:r>
        <w:rPr>
          <w:rFonts w:ascii="Consolas" w:hAnsi="Consolas"/>
          <w:b w:val="0"/>
          <w:i w:val="0"/>
          <w:sz w:val="18"/>
        </w:rPr>
        <w:t xml:space="preserve">                'PORT': db_settings['port'],</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p>
    <w:p>
      <w:pPr>
        <w:spacing w:after="40"/>
      </w:pPr>
    </w:p>
    <w:p>
      <w:pPr>
        <w:spacing w:after="80"/>
      </w:pPr>
      <w:r>
        <w:rPr>
          <w:b w:val="0"/>
          <w:i w:val="0"/>
        </w:rPr>
        <w:t xml:space="preserve">Thông thường chúng ta đặt các câu lệnh </w:t>
      </w:r>
      <w:r>
        <w:rPr>
          <w:rFonts w:ascii="Consolas" w:hAnsi="Consolas"/>
          <w:b w:val="0"/>
          <w:i w:val="0"/>
          <w:sz w:val="20"/>
        </w:rPr>
        <w:t>import</w:t>
      </w:r>
      <w:r>
        <w:rPr>
          <w:b w:val="0"/>
          <w:i w:val="0"/>
        </w:rPr>
        <w:t xml:space="preserve"> ở đầu một module, nhưng trong trường hợp này, sẽ hữu ích hơn nếu giữ tất cả các cài đặt dành riêng cho máy chủ từ xa trong một phần. Ở đây chúng ta import </w:t>
      </w:r>
      <w:r>
        <w:rPr>
          <w:rFonts w:ascii="Consolas" w:hAnsi="Consolas"/>
          <w:b w:val="0"/>
          <w:i w:val="0"/>
          <w:sz w:val="20"/>
        </w:rPr>
        <w:t>Config</w:t>
      </w:r>
      <w:r>
        <w:rPr>
          <w:b w:val="0"/>
          <w:i w:val="0"/>
        </w:rPr>
        <w:t xml:space="preserve"> từ </w:t>
      </w:r>
      <w:r>
        <w:rPr>
          <w:rFonts w:ascii="Consolas" w:hAnsi="Consolas"/>
          <w:b w:val="0"/>
          <w:i w:val="0"/>
          <w:sz w:val="20"/>
        </w:rPr>
        <w:t>platformshconfig</w:t>
      </w:r>
      <w:r>
        <w:rPr>
          <w:b w:val="0"/>
          <w:i w:val="0"/>
        </w:rPr>
        <w:t xml:space="preserve"> ❶, thứ giúp xác định các cài đặt trên máy chủ từ xa. Chúng ta chỉ sửa đổi các cài đặt nếu phương thức </w:t>
      </w:r>
      <w:r>
        <w:rPr>
          <w:rFonts w:ascii="Consolas" w:hAnsi="Consolas"/>
          <w:b w:val="0"/>
          <w:i w:val="0"/>
          <w:sz w:val="20"/>
        </w:rPr>
        <w:t>config.is_valid_platform()</w:t>
      </w:r>
      <w:r>
        <w:rPr>
          <w:b w:val="0"/>
          <w:i w:val="0"/>
        </w:rPr>
        <w:t xml:space="preserve"> trả về </w:t>
      </w:r>
      <w:r>
        <w:rPr>
          <w:rFonts w:ascii="Consolas" w:hAnsi="Consolas"/>
          <w:b w:val="0"/>
          <w:i w:val="0"/>
          <w:sz w:val="20"/>
        </w:rPr>
        <w:t>True</w:t>
      </w:r>
      <w:r>
        <w:rPr>
          <w:b w:val="0"/>
          <w:i w:val="0"/>
        </w:rPr>
        <w:t xml:space="preserve"> ❷, nghĩa là các cài đặt đang được sử dụng trên máy chủ Platform.sh.</w:t>
      </w:r>
    </w:p>
    <w:p>
      <w:pPr>
        <w:spacing w:after="80"/>
      </w:pPr>
      <w:r>
        <w:rPr>
          <w:b w:val="0"/>
          <w:i w:val="0"/>
        </w:rPr>
        <w:t xml:space="preserve">Chúng ta sửa đổi </w:t>
      </w:r>
      <w:r>
        <w:rPr>
          <w:rFonts w:ascii="Consolas" w:hAnsi="Consolas"/>
          <w:b w:val="0"/>
          <w:i w:val="0"/>
          <w:sz w:val="20"/>
        </w:rPr>
        <w:t>ALLOWED_HOSTS</w:t>
      </w:r>
      <w:r>
        <w:rPr>
          <w:b w:val="0"/>
          <w:i w:val="0"/>
        </w:rPr>
        <w:t xml:space="preserve"> để cho phép dự án được phục vụ bởi các máy chủ có đuôi </w:t>
      </w:r>
      <w:r>
        <w:rPr>
          <w:b w:val="0"/>
          <w:i/>
        </w:rPr>
        <w:t>.platformsh.site</w:t>
      </w:r>
      <w:r>
        <w:rPr>
          <w:b w:val="0"/>
          <w:i w:val="0"/>
        </w:rPr>
        <w:t xml:space="preserve"> ❸. Tất cả các dự án được triển khai lên gói miễn phí sẽ được phục vụ bằng máy chủ này. Nếu các cài đặt đang được tải trong thư mục của ứng dụng đã triển khai ❹, chúng ta đặt </w:t>
      </w:r>
      <w:r>
        <w:rPr>
          <w:rFonts w:ascii="Consolas" w:hAnsi="Consolas"/>
          <w:b w:val="0"/>
          <w:i w:val="0"/>
          <w:sz w:val="20"/>
        </w:rPr>
        <w:t>STATIC_ROOT</w:t>
      </w:r>
      <w:r>
        <w:rPr>
          <w:b w:val="0"/>
          <w:i w:val="0"/>
        </w:rPr>
        <w:t xml:space="preserve"> để các tệp tĩnh (static file) được phục vụ đúng cách. Chúng ta cũng đặt một </w:t>
      </w:r>
      <w:r>
        <w:rPr>
          <w:rFonts w:ascii="Consolas" w:hAnsi="Consolas"/>
          <w:b w:val="0"/>
          <w:i w:val="0"/>
          <w:sz w:val="20"/>
        </w:rPr>
        <w:t>SECRET_KEY</w:t>
      </w:r>
      <w:r>
        <w:rPr>
          <w:b w:val="0"/>
          <w:i w:val="0"/>
        </w:rPr>
        <w:t xml:space="preserve"> an toàn hơn trên máy chủ từ xa ❺.</w:t>
      </w:r>
    </w:p>
    <w:p>
      <w:pPr>
        <w:spacing w:after="80"/>
      </w:pPr>
      <w:r>
        <w:rPr>
          <w:b w:val="0"/>
          <w:i w:val="0"/>
        </w:rPr>
        <w:t>Cuối cùng, chúng ta cấu hình cơ sở dữ liệu production ❻. Phần này chỉ được đặt nếu quá trình build đã chạy xong và dự án đang được phục vụ. Mọi thứ bạn thấy ở đây đều cần thiết để Django có thể giao tiếp với máy chủ Postgres mà Platform.sh đã thiết lập cho dự án.</w:t>
      </w:r>
    </w:p>
    <w:p>
      <w:pPr>
        <w:pStyle w:val="Heading3"/>
      </w:pPr>
      <w:r>
        <w:rPr>
          <w:rFonts w:ascii="Calibri" w:hAnsi="Calibri"/>
          <w:b/>
          <w:i w:val="0"/>
          <w:sz w:val="27"/>
        </w:rPr>
        <w:t>Dùng Git để theo dõi các tệp của dự án</w:t>
      </w:r>
    </w:p>
    <w:p>
      <w:pPr>
        <w:spacing w:after="80"/>
      </w:pPr>
      <w:r>
        <w:rPr>
          <w:b w:val="0"/>
          <w:i w:val="0"/>
        </w:rPr>
        <w:t xml:space="preserve">Như đã thảo luận ở Chương 17, Git là một chương trình quản lý phiên bản (version control) cho phép bạn chụp lại ảnh nhanh (snapshot) mã nguồn trong dự án mỗi khi bạn triển khai thành công một tính năng mới. Nếu có gì đó sai, bạn có thể dễ dàng quay lại ảnh nhanh hoạt động tốt nhất gần nhất của dự án; ví dụ, nếu bạn vô tình tạo ra một lỗi (bug) khi đang làm một tính năng mới. Mỗi ảnh nhanh được gọi là một </w:t>
      </w:r>
      <w:r>
        <w:rPr>
          <w:b w:val="0"/>
          <w:i/>
        </w:rPr>
        <w:t>commit</w:t>
      </w:r>
      <w:r>
        <w:rPr>
          <w:b w:val="0"/>
          <w:i w:val="0"/>
        </w:rPr>
        <w:t>.</w:t>
      </w:r>
    </w:p>
    <w:p>
      <w:pPr>
        <w:spacing w:after="80"/>
      </w:pPr>
      <w:r>
        <w:rPr>
          <w:b w:val="0"/>
          <w:i w:val="0"/>
        </w:rPr>
        <w:t>Dùng Git, bạn có thể thoải mái thử triển khai các tính năng mới mà không lo làm hỏng dự án của mình. Khi triển khai lên máy chủ thật, bạn cần chắc chắn rằng mình đang triển khai một phiên bản hoạt động được của dự án. Để đọc thêm về Git và quản lý phiên bản, xem Phụ lục D.</w:t>
      </w:r>
    </w:p>
    <w:p>
      <w:pPr>
        <w:pStyle w:val="Heading4"/>
      </w:pPr>
      <w:r>
        <w:rPr>
          <w:rFonts w:ascii="Calibri" w:hAnsi="Calibri"/>
          <w:b/>
          <w:i w:val="0"/>
          <w:sz w:val="24"/>
        </w:rPr>
        <w:t>Cài đặt Git</w:t>
      </w:r>
    </w:p>
    <w:p>
      <w:pPr>
        <w:spacing w:after="80"/>
      </w:pPr>
      <w:r>
        <w:rPr>
          <w:b w:val="0"/>
          <w:i w:val="0"/>
        </w:rPr>
        <w:t xml:space="preserve">Git có thể đã được cài sẵn trên hệ thống của bạn. Để kiểm tra, hãy mở một cửa sổ terminal mới và gõ lệnh </w:t>
      </w:r>
      <w:r>
        <w:rPr>
          <w:rFonts w:ascii="Consolas" w:hAnsi="Consolas"/>
          <w:b/>
          <w:i w:val="0"/>
          <w:sz w:val="20"/>
        </w:rPr>
        <w:t>git --version</w:t>
      </w:r>
      <w:r>
        <w:rPr>
          <w:b w:val="0"/>
          <w:i w:val="0"/>
        </w:rPr>
        <w:t>:</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git --version</w:t>
      </w:r>
    </w:p>
    <w:p>
      <w:pPr>
        <w:spacing w:after="0"/>
        <w:ind w:left="360"/>
        <w:shd w:val="clear" w:color="auto" w:fill="F2F2F2"/>
      </w:pPr>
      <w:r>
        <w:rPr>
          <w:rFonts w:ascii="Consolas" w:hAnsi="Consolas"/>
          <w:b w:val="0"/>
          <w:i w:val="0"/>
          <w:sz w:val="18"/>
        </w:rPr>
        <w:t>git version 2.30.1 (Apple Git-130)</w:t>
      </w:r>
    </w:p>
    <w:p>
      <w:pPr>
        <w:spacing w:after="40"/>
      </w:pPr>
    </w:p>
    <w:p>
      <w:pPr>
        <w:spacing w:after="80"/>
      </w:pPr>
      <w:r>
        <w:rPr>
          <w:b w:val="0"/>
          <w:i w:val="0"/>
        </w:rPr>
        <w:t>Nếu bạn nhận được thông báo rằng Git chưa được cài đặt, hãy xem hướng dẫn cài đặt trong Phụ lục D.</w:t>
      </w:r>
    </w:p>
    <w:p>
      <w:pPr>
        <w:pStyle w:val="Heading4"/>
      </w:pPr>
      <w:r>
        <w:rPr>
          <w:rFonts w:ascii="Calibri" w:hAnsi="Calibri"/>
          <w:b/>
          <w:i w:val="0"/>
          <w:sz w:val="24"/>
        </w:rPr>
        <w:t>Cấu hình Git</w:t>
      </w:r>
    </w:p>
    <w:p>
      <w:pPr>
        <w:spacing w:after="80"/>
      </w:pPr>
      <w:r>
        <w:rPr>
          <w:b w:val="0"/>
          <w:i w:val="0"/>
        </w:rPr>
        <w:t>Git theo dõi ai là người thực hiện các thay đổi trong một dự án, kể cả khi chỉ có một người làm việc trên dự án đó. Để làm được điều này, Git cần biết tên người dùng và email của bạn. Bạn bắt buộc phải cung cấp tên người dùng, nhưng có thể bịa ra một email cho các dự án thực hành của mình:</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git config --global user.name "eric"</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git config --global user.email "eric@example.com"</w:t>
      </w:r>
    </w:p>
    <w:p>
      <w:pPr>
        <w:spacing w:after="40"/>
      </w:pPr>
    </w:p>
    <w:p>
      <w:pPr>
        <w:spacing w:after="80"/>
      </w:pPr>
      <w:r>
        <w:rPr>
          <w:b w:val="0"/>
          <w:i w:val="0"/>
        </w:rPr>
        <w:t>Nếu bạn quên bước này, Git sẽ nhắc bạn cung cấp thông tin đó khi bạn thực hiện commit đầu tiên.</w:t>
      </w:r>
    </w:p>
    <w:p>
      <w:pPr>
        <w:pStyle w:val="Heading4"/>
      </w:pPr>
      <w:r>
        <w:rPr>
          <w:rFonts w:ascii="Calibri" w:hAnsi="Calibri"/>
          <w:b/>
          <w:i w:val="0"/>
          <w:sz w:val="24"/>
        </w:rPr>
        <w:t>Bỏ qua các tệp</w:t>
      </w:r>
    </w:p>
    <w:p>
      <w:pPr>
        <w:spacing w:after="80"/>
      </w:pPr>
      <w:r>
        <w:rPr>
          <w:b w:val="0"/>
          <w:i w:val="0"/>
        </w:rPr>
        <w:t xml:space="preserve">Chúng ta không cần Git theo dõi mọi tệp trong dự án, nên sẽ bảo nó bỏ qua một số tệp. Hãy tạo một tệp tên là </w:t>
      </w:r>
      <w:r>
        <w:rPr>
          <w:b w:val="0"/>
          <w:i/>
        </w:rPr>
        <w:t>.gitignore</w:t>
      </w:r>
      <w:r>
        <w:rPr>
          <w:b w:val="0"/>
          <w:i w:val="0"/>
        </w:rPr>
        <w:t xml:space="preserve"> trong thư mục chứa </w:t>
      </w:r>
      <w:r>
        <w:rPr>
          <w:b w:val="0"/>
          <w:i/>
        </w:rPr>
        <w:t>manage.py</w:t>
      </w:r>
      <w:r>
        <w:rPr>
          <w:b w:val="0"/>
          <w:i w:val="0"/>
        </w:rPr>
        <w:t xml:space="preserve">. Lưu ý rằng tên tệp này bắt đầu bằng dấu chấm và không có phần mở rộng. Đây là đoạn mã cần đặt trong </w:t>
      </w:r>
      <w:r>
        <w:rPr>
          <w:b w:val="0"/>
          <w:i/>
        </w:rPr>
        <w:t>.gitignore</w:t>
      </w:r>
      <w:r>
        <w:rPr>
          <w:b w:val="0"/>
          <w:i w:val="0"/>
        </w:rPr>
        <w:t>:</w:t>
      </w:r>
    </w:p>
    <w:p>
      <w:pPr>
        <w:spacing w:after="80"/>
      </w:pPr>
      <w:r>
        <w:rPr>
          <w:b w:val="0"/>
          <w:i w:val="0"/>
        </w:rPr>
        <w:t>.gitignore</w:t>
      </w:r>
    </w:p>
    <w:p>
      <w:pPr>
        <w:spacing w:after="80"/>
      </w:pPr>
      <w:r>
        <w:rPr>
          <w:b w:val="0"/>
          <w:i w:val="0"/>
        </w:rPr>
        <w:t>ll_env/</w:t>
      </w:r>
      <w:r>
        <w:br/>
      </w:r>
      <w:r>
        <w:rPr>
          <w:b w:val="0"/>
          <w:i w:val="0"/>
        </w:rPr>
        <w:t>__pycache__/</w:t>
      </w:r>
      <w:r>
        <w:br/>
      </w:r>
      <w:r>
        <w:rPr>
          <w:b w:val="0"/>
          <w:i w:val="0"/>
        </w:rPr>
        <w:t>*.sqlite3</w:t>
      </w:r>
    </w:p>
    <w:p>
      <w:pPr>
        <w:spacing w:after="80"/>
      </w:pPr>
      <w:r>
        <w:rPr>
          <w:b w:val="0"/>
          <w:i w:val="0"/>
        </w:rPr>
        <w:t xml:space="preserve">Chúng ta bảo Git bỏ qua toàn bộ thư mục </w:t>
      </w:r>
      <w:r>
        <w:rPr>
          <w:b w:val="0"/>
          <w:i/>
        </w:rPr>
        <w:t>ll_env</w:t>
      </w:r>
      <w:r>
        <w:rPr>
          <w:b w:val="0"/>
          <w:i w:val="0"/>
        </w:rPr>
        <w:t xml:space="preserve">, vì ta có thể tạo lại nó tự động bất cứ lúc nào. Chúng ta cũng không theo dõi thư mục </w:t>
      </w:r>
      <w:r>
        <w:rPr>
          <w:b w:val="0"/>
          <w:i/>
        </w:rPr>
        <w:t>__pycache__</w:t>
      </w:r>
      <w:r>
        <w:rPr>
          <w:b w:val="0"/>
          <w:i w:val="0"/>
        </w:rPr>
        <w:t xml:space="preserve">, nơi chứa các tệp </w:t>
      </w:r>
      <w:r>
        <w:rPr>
          <w:b w:val="0"/>
          <w:i/>
        </w:rPr>
        <w:t>.pyc</w:t>
      </w:r>
      <w:r>
        <w:rPr>
          <w:b w:val="0"/>
          <w:i w:val="0"/>
        </w:rPr>
        <w:t xml:space="preserve"> được tạo tự động khi các tệp </w:t>
      </w:r>
      <w:r>
        <w:rPr>
          <w:b w:val="0"/>
          <w:i/>
        </w:rPr>
        <w:t>.py</w:t>
      </w:r>
      <w:r>
        <w:rPr>
          <w:b w:val="0"/>
          <w:i w:val="0"/>
        </w:rPr>
        <w:t xml:space="preserve"> được thực thi. Chúng ta không theo dõi các thay đổi đối với cơ sở dữ liệu cục bộ, vì đó là một thói quen xấu: nếu bạn từng dùng SQLite trên máy chủ, bạn có thể vô tình ghi đè cơ sở dữ liệu thật bằng cơ sở dữ liệu thử nghiệm cục bộ khi đẩy dự án lên máy chủ. Dấu hoa thị trong </w:t>
      </w:r>
      <w:r>
        <w:rPr>
          <w:rFonts w:ascii="Consolas" w:hAnsi="Consolas"/>
          <w:b w:val="0"/>
          <w:i w:val="0"/>
          <w:sz w:val="20"/>
        </w:rPr>
        <w:t>*.sqlite3</w:t>
      </w:r>
      <w:r>
        <w:rPr>
          <w:b w:val="0"/>
          <w:i w:val="0"/>
        </w:rPr>
        <w:t xml:space="preserve"> bảo Git bỏ qua mọi tệp có phần mở rộng kết thúc bằng </w:t>
      </w:r>
      <w:r>
        <w:rPr>
          <w:b w:val="0"/>
          <w:i/>
        </w:rPr>
        <w:t>.sqlite3</w:t>
      </w:r>
      <w:r>
        <w:rPr>
          <w:b w:val="0"/>
          <w:i w:val="0"/>
        </w:rPr>
        <w:t>.</w:t>
      </w:r>
    </w:p>
    <w:p>
      <w:pPr>
        <w:spacing w:before="120" w:after="40"/>
      </w:pPr>
      <w:r>
        <w:rPr>
          <w:b/>
          <w:sz w:val="21"/>
        </w:rPr>
        <w:t>Ghi chú</w:t>
      </w:r>
    </w:p>
    <w:p>
      <w:pPr>
        <w:spacing w:after="80"/>
      </w:pPr>
      <w:r>
        <w:rPr>
          <w:b w:val="0"/>
          <w:i w:val="0"/>
        </w:rPr>
        <w:t xml:space="preserve">Nếu bạn đang dùng macOS, hãy thêm </w:t>
      </w:r>
      <w:r>
        <w:rPr>
          <w:rFonts w:ascii="Consolas" w:hAnsi="Consolas"/>
          <w:b w:val="0"/>
          <w:i w:val="0"/>
          <w:sz w:val="20"/>
        </w:rPr>
        <w:t>.DS_Store</w:t>
      </w:r>
      <w:r>
        <w:rPr>
          <w:b w:val="0"/>
          <w:i w:val="0"/>
        </w:rPr>
        <w:t xml:space="preserve"> vào tệp .gitignore của bạn. Đây là tệp lưu thông tin về cài đặt thư mục trên macOS, và nó không liên quan gì đến dự án này.</w:t>
      </w:r>
    </w:p>
    <w:p>
      <w:pPr>
        <w:pStyle w:val="Heading4"/>
      </w:pPr>
      <w:r>
        <w:rPr>
          <w:rFonts w:ascii="Calibri" w:hAnsi="Calibri"/>
          <w:b/>
          <w:i w:val="0"/>
          <w:sz w:val="24"/>
        </w:rPr>
        <w:t>Commit dự án</w:t>
      </w:r>
    </w:p>
    <w:p>
      <w:pPr>
        <w:spacing w:after="80"/>
      </w:pPr>
      <w:r>
        <w:rPr>
          <w:b w:val="0"/>
          <w:i w:val="0"/>
        </w:rPr>
        <w:t>Chúng ta cần khởi tạo một kho lưu trữ Git (Git repository) cho Learning Log, thêm tất cả các tệp cần thiết vào kho lưu trữ, và commit trạng thái ban đầu của dự án. Đây là cách thực hiện:</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git init</w:t>
      </w:r>
    </w:p>
    <w:p>
      <w:pPr>
        <w:spacing w:after="0"/>
        <w:ind w:left="360"/>
        <w:shd w:val="clear" w:color="auto" w:fill="F2F2F2"/>
      </w:pPr>
      <w:r>
        <w:rPr>
          <w:rFonts w:ascii="Consolas" w:hAnsi="Consolas"/>
          <w:b w:val="0"/>
          <w:i w:val="0"/>
          <w:sz w:val="18"/>
        </w:rPr>
        <w:t>Initialized empty Git repository in /Users/eric/.../learning_log/.git/</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git add .</w:t>
      </w:r>
    </w:p>
    <w:p>
      <w:pPr>
        <w:spacing w:after="0"/>
        <w:ind w:left="360"/>
        <w:shd w:val="clear" w:color="auto" w:fill="F2F2F2"/>
      </w:pPr>
      <w:r>
        <w:rPr>
          <w:rFonts w:ascii="Consolas" w:hAnsi="Consolas"/>
          <w:b w:val="0"/>
          <w:i w:val="0"/>
          <w:sz w:val="18"/>
        </w:rPr>
        <w:t xml:space="preserve">❸ (ll_env)learning_log$ </w:t>
      </w:r>
      <w:r>
        <w:rPr>
          <w:rFonts w:ascii="Consolas" w:hAnsi="Consolas"/>
          <w:b/>
          <w:i w:val="0"/>
          <w:sz w:val="18"/>
        </w:rPr>
        <w:t>git commit -am "Ready for deployment to Platform.sh."</w:t>
      </w:r>
    </w:p>
    <w:p>
      <w:pPr>
        <w:spacing w:after="0"/>
        <w:ind w:left="360"/>
        <w:shd w:val="clear" w:color="auto" w:fill="F2F2F2"/>
      </w:pPr>
      <w:r>
        <w:rPr>
          <w:rFonts w:ascii="Consolas" w:hAnsi="Consolas"/>
          <w:b w:val="0"/>
          <w:i w:val="0"/>
          <w:sz w:val="18"/>
        </w:rPr>
        <w:t>[main (root-commit) c7ffaad] Ready for deployment to Platform.sh.</w:t>
      </w:r>
    </w:p>
    <w:p>
      <w:pPr>
        <w:spacing w:after="0"/>
        <w:ind w:left="360"/>
        <w:shd w:val="clear" w:color="auto" w:fill="F2F2F2"/>
      </w:pPr>
      <w:r>
        <w:rPr>
          <w:rFonts w:ascii="Consolas" w:hAnsi="Consolas"/>
          <w:b w:val="0"/>
          <w:i w:val="0"/>
          <w:sz w:val="18"/>
        </w:rPr>
        <w:t xml:space="preserve"> 42 files changed, 879 insertions(+)</w:t>
      </w:r>
    </w:p>
    <w:p>
      <w:pPr>
        <w:spacing w:after="0"/>
        <w:ind w:left="360"/>
        <w:shd w:val="clear" w:color="auto" w:fill="F2F2F2"/>
      </w:pPr>
      <w:r>
        <w:rPr>
          <w:rFonts w:ascii="Consolas" w:hAnsi="Consolas"/>
          <w:b w:val="0"/>
          <w:i w:val="0"/>
          <w:sz w:val="18"/>
        </w:rPr>
        <w:t xml:space="preserve"> create mode 100644 .gitignore</w:t>
      </w:r>
    </w:p>
    <w:p>
      <w:pPr>
        <w:spacing w:after="0"/>
        <w:ind w:left="360"/>
        <w:shd w:val="clear" w:color="auto" w:fill="F2F2F2"/>
      </w:pPr>
      <w:r>
        <w:rPr>
          <w:rFonts w:ascii="Consolas" w:hAnsi="Consolas"/>
          <w:b w:val="0"/>
          <w:i w:val="0"/>
          <w:sz w:val="18"/>
        </w:rPr>
        <w:t xml:space="preserve"> create mode 100644 .platform.app.yaml</w:t>
      </w:r>
    </w:p>
    <w:p>
      <w:pPr>
        <w:spacing w:after="0"/>
        <w:ind w:left="360"/>
        <w:shd w:val="clear" w:color="auto" w:fill="F2F2F2"/>
      </w:pPr>
      <w:r>
        <w:rPr>
          <w:rFonts w:ascii="Consolas" w:hAnsi="Consolas"/>
          <w:b w:val="0"/>
          <w:i/>
          <w:sz w:val="18"/>
        </w:rPr>
        <w:t xml:space="preserve"> --snip--</w:t>
      </w:r>
    </w:p>
    <w:p>
      <w:pPr>
        <w:spacing w:after="0"/>
        <w:ind w:left="360"/>
        <w:shd w:val="clear" w:color="auto" w:fill="F2F2F2"/>
      </w:pPr>
      <w:r>
        <w:rPr>
          <w:rFonts w:ascii="Consolas" w:hAnsi="Consolas"/>
          <w:b w:val="0"/>
          <w:i w:val="0"/>
          <w:sz w:val="18"/>
        </w:rPr>
        <w:t xml:space="preserve"> create mode 100644 requirements_remote.txt</w:t>
      </w:r>
    </w:p>
    <w:p>
      <w:pPr>
        <w:spacing w:after="0"/>
        <w:ind w:left="360"/>
        <w:shd w:val="clear" w:color="auto" w:fill="F2F2F2"/>
      </w:pPr>
      <w:r>
        <w:rPr>
          <w:rFonts w:ascii="Consolas" w:hAnsi="Consolas"/>
          <w:b w:val="0"/>
          <w:i w:val="0"/>
          <w:sz w:val="18"/>
        </w:rPr>
        <w:t xml:space="preserve">❹ (ll_env)learning_log$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Chúng ta chạy lệnh </w:t>
      </w:r>
      <w:r>
        <w:rPr>
          <w:rFonts w:ascii="Consolas" w:hAnsi="Consolas"/>
          <w:b w:val="0"/>
          <w:i w:val="0"/>
          <w:sz w:val="20"/>
        </w:rPr>
        <w:t>git init</w:t>
      </w:r>
      <w:r>
        <w:rPr>
          <w:b w:val="0"/>
          <w:i w:val="0"/>
        </w:rPr>
        <w:t xml:space="preserve"> để khởi tạo một kho lưu trữ trống trong thư mục chứa Learning Log ❶. Sau đó, chúng ta dùng lệnh </w:t>
      </w:r>
      <w:r>
        <w:rPr>
          <w:rFonts w:ascii="Consolas" w:hAnsi="Consolas"/>
          <w:b w:val="0"/>
          <w:i w:val="0"/>
          <w:sz w:val="20"/>
        </w:rPr>
        <w:t>git add .</w:t>
      </w:r>
      <w:r>
        <w:rPr>
          <w:b w:val="0"/>
          <w:i w:val="0"/>
        </w:rPr>
        <w:t xml:space="preserve">, lệnh này sẽ thêm tất cả các tệp không bị bỏ qua vào kho lưu trữ ❷. (Đừng quên dấu chấm nhé.) Tiếp theo, chúng ta chạy lệnh </w:t>
      </w:r>
      <w:r>
        <w:rPr>
          <w:rFonts w:ascii="Consolas" w:hAnsi="Consolas"/>
          <w:b w:val="0"/>
          <w:i w:val="0"/>
          <w:sz w:val="20"/>
        </w:rPr>
        <w:t>git commit -am</w:t>
      </w:r>
      <w:r>
        <w:rPr>
          <w:b w:val="0"/>
          <w:i w:val="0"/>
        </w:rPr>
        <w:t xml:space="preserve"> </w:t>
      </w:r>
      <w:r>
        <w:rPr>
          <w:rFonts w:ascii="Consolas" w:hAnsi="Consolas"/>
          <w:b w:val="0"/>
          <w:i w:val="0"/>
          <w:sz w:val="20"/>
        </w:rPr>
        <w:t>"</w:t>
      </w:r>
      <w:r>
        <w:rPr>
          <w:rFonts w:ascii="Consolas" w:hAnsi="Consolas"/>
          <w:b w:val="0"/>
          <w:i/>
          <w:sz w:val="20"/>
        </w:rPr>
        <w:t>commit message</w:t>
      </w:r>
      <w:r>
        <w:rPr>
          <w:rFonts w:ascii="Consolas" w:hAnsi="Consolas"/>
          <w:b w:val="0"/>
          <w:i w:val="0"/>
          <w:sz w:val="20"/>
        </w:rPr>
        <w:t>"</w:t>
      </w:r>
      <w:r>
        <w:rPr>
          <w:b w:val="0"/>
          <w:i w:val="0"/>
        </w:rPr>
        <w:t xml:space="preserve">: cờ </w:t>
      </w:r>
      <w:r>
        <w:rPr>
          <w:rFonts w:ascii="Consolas" w:hAnsi="Consolas"/>
          <w:b w:val="0"/>
          <w:i w:val="0"/>
          <w:sz w:val="20"/>
        </w:rPr>
        <w:t>-a</w:t>
      </w:r>
      <w:r>
        <w:rPr>
          <w:b w:val="0"/>
          <w:i w:val="0"/>
        </w:rPr>
        <w:t xml:space="preserve"> bảo Git đưa tất cả các tệp đã thay đổi vào commit này, và cờ </w:t>
      </w:r>
      <w:r>
        <w:rPr>
          <w:rFonts w:ascii="Consolas" w:hAnsi="Consolas"/>
          <w:b w:val="0"/>
          <w:i w:val="0"/>
          <w:sz w:val="20"/>
        </w:rPr>
        <w:t>-m</w:t>
      </w:r>
      <w:r>
        <w:rPr>
          <w:b w:val="0"/>
          <w:i w:val="0"/>
        </w:rPr>
        <w:t xml:space="preserve"> bảo Git ghi lại một thông điệp log ❸.</w:t>
      </w:r>
    </w:p>
    <w:p>
      <w:pPr>
        <w:spacing w:after="80"/>
      </w:pPr>
      <w:r>
        <w:rPr>
          <w:b w:val="0"/>
          <w:i w:val="0"/>
        </w:rPr>
        <w:t xml:space="preserve">Chạy lệnh </w:t>
      </w:r>
      <w:r>
        <w:rPr>
          <w:rFonts w:ascii="Consolas" w:hAnsi="Consolas"/>
          <w:b w:val="0"/>
          <w:i w:val="0"/>
          <w:sz w:val="20"/>
        </w:rPr>
        <w:t>git status</w:t>
      </w:r>
      <w:r>
        <w:rPr>
          <w:b w:val="0"/>
          <w:i w:val="0"/>
        </w:rPr>
        <w:t xml:space="preserve"> ❹ cho thấy chúng ta đang ở nhánh </w:t>
      </w:r>
      <w:r>
        <w:rPr>
          <w:b w:val="0"/>
          <w:i/>
        </w:rPr>
        <w:t>main</w:t>
      </w:r>
      <w:r>
        <w:rPr>
          <w:b w:val="0"/>
          <w:i w:val="0"/>
        </w:rPr>
        <w:t xml:space="preserve"> và cây làm việc (working tree) của chúng ta đang </w:t>
      </w:r>
      <w:r>
        <w:rPr>
          <w:b w:val="0"/>
          <w:i/>
        </w:rPr>
        <w:t>sạch</w:t>
      </w:r>
      <w:r>
        <w:rPr>
          <w:b w:val="0"/>
          <w:i w:val="0"/>
        </w:rPr>
        <w:t>. Đây là trạng thái bạn sẽ muốn thấy mỗi khi đẩy dự án của mình lên máy chủ từ xa.</w:t>
      </w:r>
    </w:p>
    <w:p>
      <w:pPr>
        <w:pStyle w:val="Heading3"/>
      </w:pPr>
      <w:r>
        <w:rPr>
          <w:rFonts w:ascii="Calibri" w:hAnsi="Calibri"/>
          <w:b/>
          <w:i w:val="0"/>
          <w:sz w:val="27"/>
        </w:rPr>
        <w:t>Tạo một dự án trên Platform.sh</w:t>
      </w:r>
    </w:p>
    <w:p>
      <w:pPr>
        <w:spacing w:after="80"/>
      </w:pPr>
      <w:r>
        <w:rPr>
          <w:b w:val="0"/>
          <w:i w:val="0"/>
        </w:rPr>
        <w:t>Lúc này, dự án Learning Log vẫn chạy trên hệ thống cục bộ của chúng ta và cũng đã được cấu hình để chạy đúng trên máy chủ từ xa. Chúng ta sẽ dùng Platform.sh CLI để tạo một dự án mới trên máy chủ và sau đó đẩy dự án của chúng ta lên máy chủ từ xa.</w:t>
      </w:r>
    </w:p>
    <w:p>
      <w:pPr>
        <w:spacing w:after="80"/>
      </w:pPr>
      <w:r>
        <w:rPr>
          <w:b w:val="0"/>
          <w:i w:val="0"/>
        </w:rPr>
        <w:t xml:space="preserve">Hãy đảm bảo bạn đang ở trong terminal, tại thư mục </w:t>
      </w:r>
      <w:r>
        <w:rPr>
          <w:b w:val="0"/>
          <w:i/>
        </w:rPr>
        <w:t>learning_log/</w:t>
      </w:r>
      <w:r>
        <w:rPr>
          <w:b w:val="0"/>
          <w:i w:val="0"/>
        </w:rPr>
        <w:t>, và chạy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login</w:t>
      </w:r>
    </w:p>
    <w:p>
      <w:pPr>
        <w:spacing w:after="0"/>
        <w:ind w:left="360"/>
        <w:shd w:val="clear" w:color="auto" w:fill="F2F2F2"/>
      </w:pPr>
      <w:r>
        <w:rPr>
          <w:rFonts w:ascii="Consolas" w:hAnsi="Consolas"/>
          <w:b w:val="0"/>
          <w:i w:val="0"/>
          <w:sz w:val="18"/>
        </w:rPr>
        <w:t>Opened URL: http://127.0.0.1:5000</w:t>
      </w:r>
    </w:p>
    <w:p>
      <w:pPr>
        <w:spacing w:after="0"/>
        <w:ind w:left="360"/>
        <w:shd w:val="clear" w:color="auto" w:fill="F2F2F2"/>
      </w:pPr>
      <w:r>
        <w:rPr>
          <w:rFonts w:ascii="Consolas" w:hAnsi="Consolas"/>
          <w:b w:val="0"/>
          <w:i w:val="0"/>
          <w:sz w:val="18"/>
        </w:rPr>
        <w:t>Please use the browser to log in.</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❶ Do you want to create an SSH configuration file automatically? [Y/n] </w:t>
      </w:r>
      <w:r>
        <w:rPr>
          <w:rFonts w:ascii="Consolas" w:hAnsi="Consolas"/>
          <w:b/>
          <w:i w:val="0"/>
          <w:sz w:val="18"/>
        </w:rPr>
        <w:t>Y</w:t>
      </w:r>
    </w:p>
    <w:p>
      <w:pPr>
        <w:spacing w:after="40"/>
      </w:pPr>
    </w:p>
    <w:p>
      <w:pPr>
        <w:spacing w:after="80"/>
      </w:pPr>
      <w:r>
        <w:rPr>
          <w:b w:val="0"/>
          <w:i w:val="0"/>
        </w:rPr>
        <w:t xml:space="preserve">Lệnh này sẽ mở một tab trình duyệt để bạn đăng nhập. Sau khi đăng nhập xong, bạn có thể đóng tab trình duyệt và quay lại terminal. Nếu bạn được hỏi về việc tạo tệp cấu hình SSH ❶, hãy nhập </w:t>
      </w:r>
      <w:r>
        <w:rPr>
          <w:rFonts w:ascii="Consolas" w:hAnsi="Consolas"/>
          <w:b/>
          <w:i w:val="0"/>
          <w:sz w:val="20"/>
        </w:rPr>
        <w:t>Y</w:t>
      </w:r>
      <w:r>
        <w:rPr>
          <w:b w:val="0"/>
          <w:i w:val="0"/>
        </w:rPr>
        <w:t xml:space="preserve"> để sau này bạn có thể kết nối tới máy chủ từ xa.</w:t>
      </w:r>
    </w:p>
    <w:p>
      <w:pPr>
        <w:spacing w:after="80"/>
      </w:pPr>
      <w:r>
        <w:rPr>
          <w:b w:val="0"/>
          <w:i w:val="0"/>
        </w:rPr>
        <w:t xml:space="preserve">Bây giờ chúng ta sẽ tạo một dự án. Có khá nhiều thông tin hiển ra, nên chúng ta sẽ xem quá trình tạo theo từng phần. Bắt đầu bằng cách chạy lệnh </w:t>
      </w:r>
      <w:r>
        <w:rPr>
          <w:rFonts w:ascii="Consolas" w:hAnsi="Consolas"/>
          <w:b/>
          <w:i w:val="0"/>
          <w:sz w:val="20"/>
        </w:rPr>
        <w:t>create</w:t>
      </w:r>
      <w:r>
        <w:rPr>
          <w:b w:val="0"/>
          <w:i w:val="0"/>
        </w:rPr>
        <w:t>:</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create</w:t>
      </w:r>
    </w:p>
    <w:p>
      <w:pPr>
        <w:spacing w:after="0"/>
        <w:ind w:left="360"/>
        <w:shd w:val="clear" w:color="auto" w:fill="F2F2F2"/>
      </w:pPr>
      <w:r>
        <w:rPr>
          <w:rFonts w:ascii="Consolas" w:hAnsi="Consolas"/>
          <w:b w:val="0"/>
          <w:i w:val="0"/>
          <w:sz w:val="18"/>
        </w:rPr>
        <w:t>* Project title (--title)</w:t>
      </w:r>
    </w:p>
    <w:p>
      <w:pPr>
        <w:spacing w:after="0"/>
        <w:ind w:left="360"/>
        <w:shd w:val="clear" w:color="auto" w:fill="F2F2F2"/>
      </w:pPr>
      <w:r>
        <w:rPr>
          <w:rFonts w:ascii="Consolas" w:hAnsi="Consolas"/>
          <w:b w:val="0"/>
          <w:i w:val="0"/>
          <w:sz w:val="18"/>
        </w:rPr>
        <w:t>Default: Untitled Project</w:t>
      </w:r>
    </w:p>
    <w:p>
      <w:pPr>
        <w:spacing w:after="0"/>
        <w:ind w:left="360"/>
        <w:shd w:val="clear" w:color="auto" w:fill="F2F2F2"/>
      </w:pPr>
      <w:r>
        <w:rPr>
          <w:rFonts w:ascii="Consolas" w:hAnsi="Consolas"/>
          <w:b w:val="0"/>
          <w:i w:val="0"/>
          <w:sz w:val="18"/>
        </w:rPr>
        <w:t xml:space="preserve">❶ &gt; </w:t>
      </w:r>
      <w:r>
        <w:rPr>
          <w:rFonts w:ascii="Consolas" w:hAnsi="Consolas"/>
          <w:b/>
          <w:i w:val="0"/>
          <w:sz w:val="18"/>
        </w:rPr>
        <w:t>ll_project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Region (--region)</w:t>
      </w:r>
    </w:p>
    <w:p>
      <w:pPr>
        <w:spacing w:after="0"/>
        <w:ind w:left="360"/>
        <w:shd w:val="clear" w:color="auto" w:fill="F2F2F2"/>
      </w:pPr>
      <w:r>
        <w:rPr>
          <w:rFonts w:ascii="Consolas" w:hAnsi="Consolas"/>
          <w:b w:val="0"/>
          <w:i w:val="0"/>
          <w:sz w:val="18"/>
        </w:rPr>
        <w:t>The region where the project will be hosted</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[us-3.platform.sh] Moses Lake, United States (AZURE) [514 gC02eq/kWh]</w:t>
      </w:r>
    </w:p>
    <w:p>
      <w:pPr>
        <w:spacing w:after="0"/>
        <w:ind w:left="360"/>
        <w:shd w:val="clear" w:color="auto" w:fill="F2F2F2"/>
      </w:pPr>
      <w:r>
        <w:rPr>
          <w:rFonts w:ascii="Consolas" w:hAnsi="Consolas"/>
          <w:b w:val="0"/>
          <w:i w:val="0"/>
          <w:sz w:val="18"/>
        </w:rPr>
        <w:t xml:space="preserve">❷ &gt; </w:t>
      </w:r>
      <w:r>
        <w:rPr>
          <w:rFonts w:ascii="Consolas" w:hAnsi="Consolas"/>
          <w:b/>
          <w:i w:val="0"/>
          <w:sz w:val="18"/>
        </w:rPr>
        <w:t>us-3.platform.sh</w:t>
      </w:r>
    </w:p>
    <w:p>
      <w:pPr>
        <w:spacing w:after="0"/>
        <w:ind w:left="360"/>
        <w:shd w:val="clear" w:color="auto" w:fill="F2F2F2"/>
      </w:pPr>
      <w:r>
        <w:rPr>
          <w:rFonts w:ascii="Consolas" w:hAnsi="Consolas"/>
          <w:b w:val="0"/>
          <w:i w:val="0"/>
          <w:sz w:val="18"/>
        </w:rPr>
        <w:t>* Plan (--plan)</w:t>
      </w:r>
    </w:p>
    <w:p>
      <w:pPr>
        <w:spacing w:after="0"/>
        <w:ind w:left="360"/>
        <w:shd w:val="clear" w:color="auto" w:fill="F2F2F2"/>
      </w:pPr>
      <w:r>
        <w:rPr>
          <w:rFonts w:ascii="Consolas" w:hAnsi="Consolas"/>
          <w:b w:val="0"/>
          <w:i w:val="0"/>
          <w:sz w:val="18"/>
        </w:rPr>
        <w:t>Default: development</w:t>
      </w:r>
    </w:p>
    <w:p>
      <w:pPr>
        <w:spacing w:after="0"/>
        <w:ind w:left="360"/>
        <w:shd w:val="clear" w:color="auto" w:fill="F2F2F2"/>
      </w:pPr>
      <w:r>
        <w:rPr>
          <w:rFonts w:ascii="Consolas" w:hAnsi="Consolas"/>
          <w:b w:val="0"/>
          <w:i w:val="0"/>
          <w:sz w:val="18"/>
        </w:rPr>
        <w:t>Enter a number to choose:</w:t>
      </w:r>
    </w:p>
    <w:p>
      <w:pPr>
        <w:spacing w:after="0"/>
        <w:ind w:left="360"/>
        <w:shd w:val="clear" w:color="auto" w:fill="F2F2F2"/>
      </w:pPr>
      <w:r>
        <w:rPr>
          <w:rFonts w:ascii="Consolas" w:hAnsi="Consolas"/>
          <w:b w:val="0"/>
          <w:i w:val="0"/>
          <w:sz w:val="18"/>
        </w:rPr>
        <w:t xml:space="preserve">  [0] development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❸ &gt; </w:t>
      </w:r>
      <w:r>
        <w:rPr>
          <w:rFonts w:ascii="Consolas" w:hAnsi="Consolas"/>
          <w:b/>
          <w:i w:val="0"/>
          <w:sz w:val="18"/>
        </w:rPr>
        <w:t>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Environments (--environments)</w:t>
      </w:r>
    </w:p>
    <w:p>
      <w:pPr>
        <w:spacing w:after="0"/>
        <w:ind w:left="360"/>
        <w:shd w:val="clear" w:color="auto" w:fill="F2F2F2"/>
      </w:pPr>
      <w:r>
        <w:rPr>
          <w:rFonts w:ascii="Consolas" w:hAnsi="Consolas"/>
          <w:b w:val="0"/>
          <w:i w:val="0"/>
          <w:sz w:val="18"/>
        </w:rPr>
        <w:t>The number of environments</w:t>
      </w:r>
    </w:p>
    <w:p>
      <w:pPr>
        <w:spacing w:after="0"/>
        <w:ind w:left="360"/>
        <w:shd w:val="clear" w:color="auto" w:fill="F2F2F2"/>
      </w:pPr>
      <w:r>
        <w:rPr>
          <w:rFonts w:ascii="Consolas" w:hAnsi="Consolas"/>
          <w:b w:val="0"/>
          <w:i w:val="0"/>
          <w:sz w:val="18"/>
        </w:rPr>
        <w:t>Default: 3</w:t>
      </w:r>
    </w:p>
    <w:p>
      <w:pPr>
        <w:spacing w:after="0"/>
        <w:ind w:left="360"/>
        <w:shd w:val="clear" w:color="auto" w:fill="F2F2F2"/>
      </w:pPr>
      <w:r>
        <w:rPr>
          <w:rFonts w:ascii="Consolas" w:hAnsi="Consolas"/>
          <w:b w:val="0"/>
          <w:i w:val="0"/>
          <w:sz w:val="18"/>
        </w:rPr>
        <w:t xml:space="preserve">❹ &gt; </w:t>
      </w:r>
      <w:r>
        <w:rPr>
          <w:rFonts w:ascii="Consolas" w:hAnsi="Consolas"/>
          <w:b/>
          <w:i w:val="0"/>
          <w:sz w:val="18"/>
        </w:rPr>
        <w:t>3</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Storage (--storage)</w:t>
      </w:r>
    </w:p>
    <w:p>
      <w:pPr>
        <w:spacing w:after="0"/>
        <w:ind w:left="360"/>
        <w:shd w:val="clear" w:color="auto" w:fill="F2F2F2"/>
      </w:pPr>
      <w:r>
        <w:rPr>
          <w:rFonts w:ascii="Consolas" w:hAnsi="Consolas"/>
          <w:b w:val="0"/>
          <w:i w:val="0"/>
          <w:sz w:val="18"/>
        </w:rPr>
        <w:t>The amount of storage per environment, in GiB</w:t>
      </w:r>
    </w:p>
    <w:p>
      <w:pPr>
        <w:spacing w:after="0"/>
        <w:ind w:left="360"/>
        <w:shd w:val="clear" w:color="auto" w:fill="F2F2F2"/>
      </w:pPr>
      <w:r>
        <w:rPr>
          <w:rFonts w:ascii="Consolas" w:hAnsi="Consolas"/>
          <w:b w:val="0"/>
          <w:i w:val="0"/>
          <w:sz w:val="18"/>
        </w:rPr>
        <w:t>Default: 5</w:t>
      </w:r>
    </w:p>
    <w:p>
      <w:pPr>
        <w:spacing w:after="0"/>
        <w:ind w:left="360"/>
        <w:shd w:val="clear" w:color="auto" w:fill="F2F2F2"/>
      </w:pPr>
      <w:r>
        <w:rPr>
          <w:rFonts w:ascii="Consolas" w:hAnsi="Consolas"/>
          <w:b w:val="0"/>
          <w:i w:val="0"/>
          <w:sz w:val="18"/>
        </w:rPr>
        <w:t xml:space="preserve">❺ &gt; </w:t>
      </w:r>
      <w:r>
        <w:rPr>
          <w:rFonts w:ascii="Consolas" w:hAnsi="Consolas"/>
          <w:b/>
          <w:i w:val="0"/>
          <w:sz w:val="18"/>
        </w:rPr>
        <w:t>5</w:t>
      </w:r>
    </w:p>
    <w:p>
      <w:pPr>
        <w:spacing w:after="40"/>
      </w:pPr>
    </w:p>
    <w:p>
      <w:pPr>
        <w:spacing w:after="80"/>
      </w:pPr>
      <w:r>
        <w:rPr>
          <w:b w:val="0"/>
          <w:i w:val="0"/>
        </w:rPr>
        <w:t xml:space="preserve">Lời nhắc đầu tiên hỏi tên của dự án ❶, nên chúng ta dùng tên </w:t>
      </w:r>
      <w:r>
        <w:rPr>
          <w:rFonts w:ascii="Consolas" w:hAnsi="Consolas"/>
          <w:b/>
          <w:i w:val="0"/>
          <w:sz w:val="20"/>
        </w:rPr>
        <w:t>ll_project</w:t>
      </w:r>
      <w:r>
        <w:rPr>
          <w:b w:val="0"/>
          <w:i w:val="0"/>
        </w:rPr>
        <w:t xml:space="preserve">. Lời nhắc tiếp theo hỏi chúng ta muốn máy chủ ở khu vực nào ❷. Hãy chọn máy chủ gần bạn nhất; với tôi thì đó là </w:t>
      </w:r>
      <w:r>
        <w:rPr>
          <w:rFonts w:ascii="Consolas" w:hAnsi="Consolas"/>
          <w:b w:val="0"/>
          <w:i w:val="0"/>
          <w:sz w:val="20"/>
        </w:rPr>
        <w:t>us-3.platform.sh</w:t>
      </w:r>
      <w:r>
        <w:rPr>
          <w:b w:val="0"/>
          <w:i w:val="0"/>
        </w:rPr>
        <w:t>. Với những lời nhắc còn lại, bạn có thể chấp nhận giá trị mặc định: máy chủ ở gói phát triển thấp nhất ❸, ba môi trường cho dự án ❹, và 5GB dung lượng lưu trữ cho toàn bộ dự án ❺.</w:t>
      </w:r>
    </w:p>
    <w:p>
      <w:pPr>
        <w:spacing w:after="80"/>
      </w:pPr>
      <w:r>
        <w:rPr>
          <w:b w:val="0"/>
          <w:i w:val="0"/>
        </w:rPr>
        <w:t>Còn ba lời nhắc nữa cần trả lời:</w:t>
      </w:r>
    </w:p>
    <w:p>
      <w:pPr>
        <w:spacing w:after="0"/>
        <w:ind w:left="360"/>
        <w:shd w:val="clear" w:color="auto" w:fill="F2F2F2"/>
      </w:pPr>
      <w:r>
        <w:rPr>
          <w:rFonts w:ascii="Consolas" w:hAnsi="Consolas"/>
          <w:b w:val="0"/>
          <w:i w:val="0"/>
          <w:sz w:val="18"/>
        </w:rPr>
        <w:t>Default branch (--default-branch)</w:t>
      </w:r>
    </w:p>
    <w:p>
      <w:pPr>
        <w:spacing w:after="0"/>
        <w:ind w:left="360"/>
        <w:shd w:val="clear" w:color="auto" w:fill="F2F2F2"/>
      </w:pPr>
      <w:r>
        <w:rPr>
          <w:rFonts w:ascii="Consolas" w:hAnsi="Consolas"/>
          <w:b w:val="0"/>
          <w:i w:val="0"/>
          <w:sz w:val="18"/>
        </w:rPr>
        <w:t>The default Git branch name for the project (the production environment)</w:t>
      </w:r>
    </w:p>
    <w:p>
      <w:pPr>
        <w:spacing w:after="0"/>
        <w:ind w:left="360"/>
        <w:shd w:val="clear" w:color="auto" w:fill="F2F2F2"/>
      </w:pPr>
      <w:r>
        <w:rPr>
          <w:rFonts w:ascii="Consolas" w:hAnsi="Consolas"/>
          <w:b w:val="0"/>
          <w:i w:val="0"/>
          <w:sz w:val="18"/>
        </w:rPr>
        <w:t>Default: main</w:t>
      </w:r>
    </w:p>
    <w:p>
      <w:pPr>
        <w:spacing w:after="0"/>
        <w:ind w:left="360"/>
        <w:shd w:val="clear" w:color="auto" w:fill="F2F2F2"/>
      </w:pPr>
      <w:r>
        <w:rPr>
          <w:rFonts w:ascii="Consolas" w:hAnsi="Consolas"/>
          <w:b w:val="0"/>
          <w:i w:val="0"/>
          <w:sz w:val="18"/>
        </w:rPr>
        <w:t xml:space="preserve">❶ &gt; </w:t>
      </w:r>
      <w:r>
        <w:rPr>
          <w:rFonts w:ascii="Consolas" w:hAnsi="Consolas"/>
          <w:b/>
          <w:i w:val="0"/>
          <w:sz w:val="18"/>
        </w:rPr>
        <w:t>main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Git repository detected: /Users/eric/.../learning_log</w:t>
      </w:r>
    </w:p>
    <w:p>
      <w:pPr>
        <w:spacing w:after="0"/>
        <w:ind w:left="360"/>
        <w:shd w:val="clear" w:color="auto" w:fill="F2F2F2"/>
      </w:pPr>
      <w:r>
        <w:rPr>
          <w:rFonts w:ascii="Consolas" w:hAnsi="Consolas"/>
          <w:b w:val="0"/>
          <w:i w:val="0"/>
          <w:sz w:val="18"/>
        </w:rPr>
        <w:t xml:space="preserve">❷ Set the new project ll_project as the remote for this repository? [Y/n] </w:t>
      </w:r>
      <w:r>
        <w:rPr>
          <w:rFonts w:ascii="Consolas" w:hAnsi="Consolas"/>
          <w:b/>
          <w:i w:val="0"/>
          <w:sz w:val="18"/>
        </w:rPr>
        <w:t>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The estimated monthly cost of this project is: $10 USD</w:t>
      </w:r>
    </w:p>
    <w:p>
      <w:pPr>
        <w:spacing w:after="0"/>
        <w:ind w:left="360"/>
        <w:shd w:val="clear" w:color="auto" w:fill="F2F2F2"/>
      </w:pPr>
      <w:r>
        <w:rPr>
          <w:rFonts w:ascii="Consolas" w:hAnsi="Consolas"/>
          <w:b w:val="0"/>
          <w:i w:val="0"/>
          <w:sz w:val="18"/>
        </w:rPr>
        <w:t xml:space="preserve">❸ Are you sure you want to continue? [Y/n] </w:t>
      </w:r>
      <w:r>
        <w:rPr>
          <w:rFonts w:ascii="Consolas" w:hAnsi="Consolas"/>
          <w:b/>
          <w:i w:val="0"/>
          <w:sz w:val="18"/>
        </w:rPr>
        <w:t>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The Platform.sh Bot is activating your project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The project is now ready!</w:t>
      </w:r>
    </w:p>
    <w:p>
      <w:pPr>
        <w:spacing w:after="40"/>
      </w:pPr>
    </w:p>
    <w:p>
      <w:pPr>
        <w:spacing w:after="80"/>
      </w:pPr>
      <w:r>
        <w:rPr>
          <w:b w:val="0"/>
          <w:i w:val="0"/>
        </w:rPr>
        <w:t xml:space="preserve">Một kho lưu trữ Git có thể có nhiều nhánh; Platform.sh đang hỏi chúng ta liệu nhánh mặc định cho dự án có nên là </w:t>
      </w:r>
      <w:r>
        <w:rPr>
          <w:rFonts w:ascii="Consolas" w:hAnsi="Consolas"/>
          <w:b w:val="0"/>
          <w:i w:val="0"/>
          <w:sz w:val="20"/>
        </w:rPr>
        <w:t>main</w:t>
      </w:r>
      <w:r>
        <w:rPr>
          <w:b w:val="0"/>
          <w:i w:val="0"/>
        </w:rPr>
        <w:t xml:space="preserve"> không ❶. Sau đó nó hỏi liệu chúng ta có muốn kết nối kho lưu trữ của dự án cục bộ với kho lưu trữ từ xa không ❷. Cuối cùng, chúng ta được thông báo rằng dự án này sẽ tốn khoảng $10 mỗi tháng nếu chúng ta tiếp tục chạy nó sau thời gian dùng thử miễn phí ❸. Nếu bạn chưa nhập thẻ tín dụng, bạn không cần phải lo về khoản chi phí này. Platform.sh sẽ chỉ tạm ngưng dự án của bạn nếu bạn vượt quá giới hạn dùng thử miễn phí mà không thêm thẻ tín dụng.</w:t>
      </w:r>
    </w:p>
    <w:p>
      <w:pPr>
        <w:pStyle w:val="Heading3"/>
      </w:pPr>
      <w:r>
        <w:rPr>
          <w:rFonts w:ascii="Calibri" w:hAnsi="Calibri"/>
          <w:b/>
          <w:i w:val="0"/>
          <w:sz w:val="27"/>
        </w:rPr>
        <w:t>Đẩy lên Platform.sh</w:t>
      </w:r>
    </w:p>
    <w:p>
      <w:pPr>
        <w:spacing w:after="80"/>
      </w:pPr>
      <w:r>
        <w:rPr>
          <w:b w:val="0"/>
          <w:i w:val="0"/>
        </w:rPr>
        <w:t>Bước cuối cùng trước khi xem phiên bản trực tiếp của dự án là đẩy mã của chúng ta lên máy chủ từ xa. Để làm điều đó, hãy chạy lệnh sau:</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push</w:t>
      </w:r>
    </w:p>
    <w:p>
      <w:pPr>
        <w:spacing w:after="0"/>
        <w:ind w:left="360"/>
        <w:shd w:val="clear" w:color="auto" w:fill="F2F2F2"/>
      </w:pPr>
      <w:r>
        <w:rPr>
          <w:rFonts w:ascii="Consolas" w:hAnsi="Consolas"/>
          <w:b w:val="0"/>
          <w:i w:val="0"/>
          <w:sz w:val="18"/>
        </w:rPr>
        <w:t xml:space="preserve">❶ Are you sure you want to push to the main (production) branch? [Y/n] </w:t>
      </w:r>
      <w:r>
        <w:rPr>
          <w:rFonts w:ascii="Consolas" w:hAnsi="Consolas"/>
          <w:b/>
          <w:i w:val="0"/>
          <w:sz w:val="18"/>
        </w:rPr>
        <w:t>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The authenticity of host 'git.us-3.platform.sh (...)' can't be established.</w:t>
      </w:r>
    </w:p>
    <w:p>
      <w:pPr>
        <w:spacing w:after="0"/>
        <w:ind w:left="360"/>
        <w:shd w:val="clear" w:color="auto" w:fill="F2F2F2"/>
      </w:pPr>
      <w:r>
        <w:rPr>
          <w:rFonts w:ascii="Consolas" w:hAnsi="Consolas"/>
          <w:b w:val="0"/>
          <w:i w:val="0"/>
          <w:sz w:val="18"/>
        </w:rPr>
        <w:t>RSA key fingerprint is SHA256:Tvn...7PM</w:t>
      </w:r>
    </w:p>
    <w:p>
      <w:pPr>
        <w:spacing w:after="0"/>
        <w:ind w:left="360"/>
        <w:shd w:val="clear" w:color="auto" w:fill="F2F2F2"/>
      </w:pPr>
      <w:r>
        <w:rPr>
          <w:rFonts w:ascii="Consolas" w:hAnsi="Consolas"/>
          <w:b w:val="0"/>
          <w:i w:val="0"/>
          <w:sz w:val="18"/>
        </w:rPr>
        <w:t xml:space="preserve">❷ Are you sure you want to continue connecting (yes/no/[fingerprint])? </w:t>
      </w:r>
      <w:r>
        <w:rPr>
          <w:rFonts w:ascii="Consolas" w:hAnsi="Consolas"/>
          <w:b/>
          <w:i w:val="0"/>
          <w:sz w:val="18"/>
        </w:rPr>
        <w:t>Y</w:t>
      </w:r>
    </w:p>
    <w:p>
      <w:pPr>
        <w:spacing w:after="0"/>
        <w:ind w:left="360"/>
        <w:shd w:val="clear" w:color="auto" w:fill="F2F2F2"/>
      </w:pPr>
      <w:r>
        <w:rPr>
          <w:rFonts w:ascii="Consolas" w:hAnsi="Consolas"/>
          <w:b w:val="0"/>
          <w:i w:val="0"/>
          <w:sz w:val="18"/>
        </w:rPr>
        <w:t>Pushing HEAD to the existing environment main</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To git.us-3.platform.sh:3pp3mqcexhlvy.git</w:t>
      </w:r>
    </w:p>
    <w:p>
      <w:pPr>
        <w:spacing w:after="0"/>
        <w:ind w:left="360"/>
        <w:shd w:val="clear" w:color="auto" w:fill="F2F2F2"/>
      </w:pPr>
      <w:r>
        <w:rPr>
          <w:rFonts w:ascii="Consolas" w:hAnsi="Consolas"/>
          <w:b w:val="0"/>
          <w:i w:val="0"/>
          <w:sz w:val="18"/>
        </w:rPr>
        <w:t xml:space="preserve">   * [new branch]      HEAD -&gt; main</w:t>
      </w:r>
    </w:p>
    <w:p>
      <w:pPr>
        <w:spacing w:after="40"/>
      </w:pPr>
    </w:p>
    <w:p>
      <w:pPr>
        <w:spacing w:after="80"/>
      </w:pPr>
      <w:r>
        <w:rPr>
          <w:b w:val="0"/>
          <w:i w:val="0"/>
        </w:rPr>
        <w:t xml:space="preserve">Khi bạn chạy lệnh </w:t>
      </w:r>
      <w:r>
        <w:rPr>
          <w:rFonts w:ascii="Consolas" w:hAnsi="Consolas"/>
          <w:b/>
          <w:i w:val="0"/>
          <w:sz w:val="20"/>
        </w:rPr>
        <w:t>platform push</w:t>
      </w:r>
      <w:r>
        <w:rPr>
          <w:b w:val="0"/>
          <w:i w:val="0"/>
        </w:rPr>
        <w:t xml:space="preserve">, bạn sẽ được hỏi thêm một lần xác nhận rằng bạn muốn đẩy dự án lên ❶. Bạn cũng có thể thấy thông báo về tính xác thực của Platform.sh, nếu đây là lần đầu tiên bạn kết nối đến trang web ❷. Nhập </w:t>
      </w:r>
      <w:r>
        <w:rPr>
          <w:rFonts w:ascii="Consolas" w:hAnsi="Consolas"/>
          <w:b/>
          <w:i w:val="0"/>
          <w:sz w:val="20"/>
        </w:rPr>
        <w:t>Y</w:t>
      </w:r>
      <w:r>
        <w:rPr>
          <w:b w:val="0"/>
          <w:i w:val="0"/>
        </w:rPr>
        <w:t xml:space="preserve"> cho mỗi lời nhắc này, và bạn sẽ thấy một loạt kết quả chạy cuộn qua. Kết quả này thoạt nhìn có thể khá khó hiểu, nhưng nếu có gì đó sai sót, nó thực sự hữu ích trong quá trình khắc phục sự cố. Nếu bạn lướt qua kết quả, bạn có thể thấy Platform.sh cài đặt các gói cần thiết, thu thập các tệp tĩnh, áp dụng các migration (di trú), và thiết lập các URL cho dự án ở đâu.</w:t>
      </w:r>
    </w:p>
    <w:p>
      <w:pPr>
        <w:spacing w:before="120" w:after="40"/>
      </w:pPr>
      <w:r>
        <w:rPr>
          <w:b/>
          <w:sz w:val="21"/>
        </w:rPr>
        <w:t>Ghi chú</w:t>
      </w:r>
    </w:p>
    <w:p>
      <w:pPr>
        <w:spacing w:after="80"/>
      </w:pPr>
      <w:r>
        <w:rPr>
          <w:b w:val="0"/>
          <w:i w:val="0"/>
        </w:rPr>
        <w:t xml:space="preserve">Bạn có thể thấy lỗi từ một thứ gì đó dễ chẩn đoán, chẳng hạn như lỗi đánh máy trong một trong các tệp cấu hình. Nếu điều này xảy ra, hãy sửa lỗi trong trình soạn thảo văn bản của bạn, lưu tệp, và chạy lại lệnh </w:t>
      </w:r>
      <w:r>
        <w:rPr>
          <w:rFonts w:ascii="Consolas" w:hAnsi="Consolas"/>
          <w:b/>
          <w:i w:val="0"/>
          <w:sz w:val="20"/>
        </w:rPr>
        <w:t>git commit</w:t>
      </w:r>
      <w:r>
        <w:rPr>
          <w:b w:val="0"/>
          <w:i w:val="0"/>
        </w:rPr>
        <w:t xml:space="preserve">. Sau đó bạn có thể chạy lại </w:t>
      </w:r>
      <w:r>
        <w:rPr>
          <w:rFonts w:ascii="Consolas" w:hAnsi="Consolas"/>
          <w:b/>
          <w:i w:val="0"/>
          <w:sz w:val="20"/>
        </w:rPr>
        <w:t>platform push</w:t>
      </w:r>
      <w:r>
        <w:rPr>
          <w:b w:val="0"/>
          <w:i w:val="0"/>
        </w:rPr>
        <w:t>.</w:t>
      </w:r>
    </w:p>
    <w:p>
      <w:pPr>
        <w:pStyle w:val="Heading3"/>
      </w:pPr>
      <w:r>
        <w:rPr>
          <w:rFonts w:ascii="Calibri" w:hAnsi="Calibri"/>
          <w:b/>
          <w:i w:val="0"/>
          <w:sz w:val="27"/>
        </w:rPr>
        <w:t>Xem dự án đang chạy trực tuyến</w:t>
      </w:r>
    </w:p>
    <w:p>
      <w:pPr>
        <w:spacing w:after="80"/>
      </w:pPr>
      <w:r>
        <w:rPr>
          <w:b w:val="0"/>
          <w:i w:val="0"/>
        </w:rPr>
        <w:t>Khi quá trình đẩy hoàn tất, bạn có thể mở dự án:</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url</w:t>
      </w:r>
    </w:p>
    <w:p>
      <w:pPr>
        <w:spacing w:after="0"/>
        <w:ind w:left="360"/>
        <w:shd w:val="clear" w:color="auto" w:fill="F2F2F2"/>
      </w:pPr>
      <w:r>
        <w:rPr>
          <w:rFonts w:ascii="Consolas" w:hAnsi="Consolas"/>
          <w:b w:val="0"/>
          <w:i w:val="0"/>
          <w:sz w:val="18"/>
        </w:rPr>
        <w:t>Enter a number to open a URL</w:t>
      </w:r>
    </w:p>
    <w:p>
      <w:pPr>
        <w:spacing w:after="0"/>
        <w:ind w:left="360"/>
        <w:shd w:val="clear" w:color="auto" w:fill="F2F2F2"/>
      </w:pPr>
      <w:r>
        <w:rPr>
          <w:rFonts w:ascii="Consolas" w:hAnsi="Consolas"/>
          <w:b w:val="0"/>
          <w:i w:val="0"/>
          <w:sz w:val="18"/>
        </w:rPr>
        <w:t xml:space="preserve">  [0] https://main-bvxea6i-wmye2fx7wwqgu.us-3.platformsh.site/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&gt; </w:t>
      </w:r>
      <w:r>
        <w:rPr>
          <w:rFonts w:ascii="Consolas" w:hAnsi="Consolas"/>
          <w:b/>
          <w:i w:val="0"/>
          <w:sz w:val="18"/>
        </w:rPr>
        <w:t>0</w:t>
      </w:r>
    </w:p>
    <w:p>
      <w:pPr>
        <w:spacing w:after="40"/>
      </w:pPr>
    </w:p>
    <w:p>
      <w:pPr>
        <w:spacing w:after="80"/>
      </w:pPr>
      <w:r>
        <w:rPr>
          <w:b w:val="0"/>
          <w:i w:val="0"/>
        </w:rPr>
        <w:t xml:space="preserve">Lệnh </w:t>
      </w:r>
      <w:r>
        <w:rPr>
          <w:rFonts w:ascii="Consolas" w:hAnsi="Consolas"/>
          <w:b w:val="0"/>
          <w:i w:val="0"/>
          <w:sz w:val="20"/>
        </w:rPr>
        <w:t>platform url</w:t>
      </w:r>
      <w:r>
        <w:rPr>
          <w:b w:val="0"/>
          <w:i w:val="0"/>
        </w:rPr>
        <w:t xml:space="preserve"> liệt kê các URL gắn với một dự án đã được triển khai; bạn sẽ được đưa ra lựa chọn trong số nhiều URL đều hợp lệ cho dự án của bạn. Chọn một cái, và dự án của bạn sẽ mở ra trong một tab trình duyệt mới! Nó sẽ trông giống hệt dự án mà chúng ta đã chạy cục bộ, nhưng bạn có thể chia sẻ URL này với bất kỳ ai trên thế giới, và họ có thể truy cập và sử dụng dự án của bạn.</w:t>
      </w:r>
    </w:p>
    <w:p>
      <w:pPr>
        <w:spacing w:before="120" w:after="40"/>
      </w:pPr>
      <w:r>
        <w:rPr>
          <w:b/>
          <w:sz w:val="21"/>
        </w:rPr>
        <w:t>Ghi chú</w:t>
      </w:r>
    </w:p>
    <w:p>
      <w:pPr>
        <w:spacing w:after="80"/>
      </w:pPr>
      <w:r>
        <w:rPr>
          <w:b w:val="0"/>
          <w:i w:val="0"/>
        </w:rPr>
        <w:t>Khi bạn triển khai dự án bằng tài khoản dùng thử, đừng ngạc nhiên nếu đôi khi một trang mất nhiều thời gian tải hơn bình thường. Trên hầu hết các nền tảng lưu trữ, các tài nguyên miễn phí khi không hoạt động thường bị tạm ngưng và chỉ khởi động lại khi có yêu cầu mới đến. Hầu hết các nền tảng phản hồi nhanh hơn nhiều trên các gói lưu trữ trả phí.</w:t>
      </w:r>
    </w:p>
    <w:p>
      <w:pPr>
        <w:pStyle w:val="Heading3"/>
      </w:pPr>
      <w:r>
        <w:rPr>
          <w:rFonts w:ascii="Calibri" w:hAnsi="Calibri"/>
          <w:b/>
          <w:i w:val="0"/>
          <w:sz w:val="27"/>
        </w:rPr>
        <w:t>Tinh chỉnh việc triển khai trên Platform.sh</w:t>
      </w:r>
    </w:p>
    <w:p>
      <w:pPr>
        <w:spacing w:after="80"/>
      </w:pPr>
      <w:r>
        <w:rPr>
          <w:b w:val="0"/>
          <w:i w:val="0"/>
        </w:rPr>
        <w:t xml:space="preserve">Bây giờ chúng ta sẽ tinh chỉnh việc triển khai bằng cách tạo một superuser (người dùng cấp cao), giống như chúng ta đã làm cục bộ. Chúng ta cũng sẽ làm cho dự án an toàn hơn bằng cách đổi cài đặt </w:t>
      </w:r>
      <w:r>
        <w:rPr>
          <w:rFonts w:ascii="Consolas" w:hAnsi="Consolas"/>
          <w:b w:val="0"/>
          <w:i w:val="0"/>
          <w:sz w:val="20"/>
        </w:rPr>
        <w:t>DEBUG</w:t>
      </w:r>
      <w:r>
        <w:rPr>
          <w:b w:val="0"/>
          <w:i w:val="0"/>
        </w:rPr>
        <w:t xml:space="preserve"> thành </w:t>
      </w:r>
      <w:r>
        <w:rPr>
          <w:rFonts w:ascii="Consolas" w:hAnsi="Consolas"/>
          <w:b w:val="0"/>
          <w:i w:val="0"/>
          <w:sz w:val="20"/>
        </w:rPr>
        <w:t>False</w:t>
      </w:r>
      <w:r>
        <w:rPr>
          <w:b w:val="0"/>
          <w:i w:val="0"/>
        </w:rPr>
        <w:t>, để các thông báo lỗi sẽ không hiển thị cho người dùng bất kỳ thông tin thừa nào mà họ có thể dùng để tấn công máy chủ.</w:t>
      </w:r>
    </w:p>
    <w:p>
      <w:pPr>
        <w:pStyle w:val="Heading4"/>
      </w:pPr>
      <w:r>
        <w:rPr>
          <w:rFonts w:ascii="Calibri" w:hAnsi="Calibri"/>
          <w:b/>
          <w:i w:val="0"/>
          <w:sz w:val="24"/>
        </w:rPr>
        <w:t>Tạo superuser trên Platform.sh</w:t>
      </w:r>
    </w:p>
    <w:p>
      <w:pPr>
        <w:spacing w:after="80"/>
      </w:pPr>
      <w:r>
        <w:rPr>
          <w:b w:val="0"/>
          <w:i w:val="0"/>
        </w:rPr>
        <w:t>Cơ sở dữ liệu cho dự án trực tuyến đã được thiết lập, nhưng nó hoàn toàn trống. Tất cả người dùng mà chúng ta đã tạo trước đó chỉ tồn tại trong phiên bản cục bộ của dự án.</w:t>
      </w:r>
    </w:p>
    <w:p>
      <w:pPr>
        <w:spacing w:after="80"/>
      </w:pPr>
      <w:r>
        <w:rPr>
          <w:b w:val="0"/>
          <w:i w:val="0"/>
        </w:rPr>
        <w:t>Để tạo một superuser trên phiên bản trực tuyến của dự án, chúng ta sẽ bắt đầu một phiên SSH (secure socket shell - shell ổ cứng bảo mật), nơi chúng ta có thể chạy các lệnh quản lý trên máy chủ từ xa:</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environment:ssh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___ _      _    __                    _</w:t>
      </w:r>
    </w:p>
    <w:p>
      <w:pPr>
        <w:spacing w:after="0"/>
        <w:ind w:left="360"/>
        <w:shd w:val="clear" w:color="auto" w:fill="F2F2F2"/>
      </w:pPr>
      <w:r>
        <w:rPr>
          <w:rFonts w:ascii="Consolas" w:hAnsi="Consolas"/>
          <w:b w:val="0"/>
          <w:i w:val="0"/>
          <w:sz w:val="18"/>
        </w:rPr>
        <w:t>| _ \ |__ _| |_ / _|___ _ _ _ __    __| |_</w:t>
      </w:r>
    </w:p>
    <w:p>
      <w:pPr>
        <w:spacing w:after="0"/>
        <w:ind w:left="360"/>
        <w:shd w:val="clear" w:color="auto" w:fill="F2F2F2"/>
      </w:pPr>
      <w:r>
        <w:rPr>
          <w:rFonts w:ascii="Consolas" w:hAnsi="Consolas"/>
          <w:b w:val="0"/>
          <w:i w:val="0"/>
          <w:sz w:val="18"/>
        </w:rPr>
        <w:t>|  _/ / _` |  _|  _/ _ \ '_| '  \ _(_-&lt; ' \</w:t>
      </w:r>
    </w:p>
    <w:p>
      <w:pPr>
        <w:spacing w:after="0"/>
        <w:ind w:left="360"/>
        <w:shd w:val="clear" w:color="auto" w:fill="F2F2F2"/>
      </w:pPr>
      <w:r>
        <w:rPr>
          <w:rFonts w:ascii="Consolas" w:hAnsi="Consolas"/>
          <w:b w:val="0"/>
          <w:i w:val="0"/>
          <w:sz w:val="18"/>
        </w:rPr>
        <w:t>|_| |_\__,_|\__|_| \___/_| |_|_|_(_)__/_||_|</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Welcome to Platform.sh.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❶ web@ll_project.0:~$ </w:t>
      </w:r>
      <w:r>
        <w:rPr>
          <w:rFonts w:ascii="Consolas" w:hAnsi="Consolas"/>
          <w:b/>
          <w:i w:val="0"/>
          <w:sz w:val="18"/>
        </w:rPr>
        <w:t>ls</w:t>
      </w:r>
    </w:p>
    <w:p>
      <w:pPr>
        <w:spacing w:after="0"/>
        <w:ind w:left="360"/>
        <w:shd w:val="clear" w:color="auto" w:fill="F2F2F2"/>
      </w:pPr>
      <w:r>
        <w:rPr>
          <w:rFonts w:ascii="Consolas" w:hAnsi="Consolas"/>
          <w:b w:val="0"/>
          <w:i w:val="0"/>
          <w:sz w:val="18"/>
        </w:rPr>
        <w:t>accounts  learning_logs  ll_project  logs  manage.py  requirements.txt</w:t>
      </w:r>
    </w:p>
    <w:p>
      <w:pPr>
        <w:spacing w:after="0"/>
        <w:ind w:left="360"/>
        <w:shd w:val="clear" w:color="auto" w:fill="F2F2F2"/>
      </w:pPr>
      <w:r>
        <w:rPr>
          <w:rFonts w:ascii="Consolas" w:hAnsi="Consolas"/>
          <w:b w:val="0"/>
          <w:i w:val="0"/>
          <w:sz w:val="18"/>
        </w:rPr>
        <w:t xml:space="preserve">    requirements_remote.txt  static</w:t>
      </w:r>
    </w:p>
    <w:p>
      <w:pPr>
        <w:spacing w:after="0"/>
        <w:ind w:left="360"/>
        <w:shd w:val="clear" w:color="auto" w:fill="F2F2F2"/>
      </w:pPr>
      <w:r>
        <w:rPr>
          <w:rFonts w:ascii="Consolas" w:hAnsi="Consolas"/>
          <w:b w:val="0"/>
          <w:i w:val="0"/>
          <w:sz w:val="18"/>
        </w:rPr>
        <w:t xml:space="preserve">❷ web@ll_project.0:~$ </w:t>
      </w:r>
      <w:r>
        <w:rPr>
          <w:rFonts w:ascii="Consolas" w:hAnsi="Consolas"/>
          <w:b/>
          <w:i w:val="0"/>
          <w:sz w:val="18"/>
        </w:rPr>
        <w:t>python manage.py createsuperuser</w:t>
      </w:r>
    </w:p>
    <w:p>
      <w:pPr>
        <w:spacing w:after="0"/>
        <w:ind w:left="360"/>
        <w:shd w:val="clear" w:color="auto" w:fill="F2F2F2"/>
      </w:pPr>
      <w:r>
        <w:rPr>
          <w:rFonts w:ascii="Consolas" w:hAnsi="Consolas"/>
          <w:b w:val="0"/>
          <w:i w:val="0"/>
          <w:sz w:val="18"/>
        </w:rPr>
        <w:t xml:space="preserve">❸ Username (leave blank to use 'web'): </w:t>
      </w:r>
      <w:r>
        <w:rPr>
          <w:rFonts w:ascii="Consolas" w:hAnsi="Consolas"/>
          <w:b/>
          <w:i w:val="0"/>
          <w:sz w:val="18"/>
        </w:rPr>
        <w:t>ll_admin_live</w:t>
      </w:r>
    </w:p>
    <w:p>
      <w:pPr>
        <w:spacing w:after="0"/>
        <w:ind w:left="360"/>
        <w:shd w:val="clear" w:color="auto" w:fill="F2F2F2"/>
      </w:pPr>
      <w:r>
        <w:rPr>
          <w:rFonts w:ascii="Consolas" w:hAnsi="Consolas"/>
          <w:b w:val="0"/>
          <w:i w:val="0"/>
          <w:sz w:val="18"/>
        </w:rPr>
        <w:t>Email address:</w:t>
      </w:r>
    </w:p>
    <w:p>
      <w:pPr>
        <w:spacing w:after="0"/>
        <w:ind w:left="360"/>
        <w:shd w:val="clear" w:color="auto" w:fill="F2F2F2"/>
      </w:pPr>
      <w:r>
        <w:rPr>
          <w:rFonts w:ascii="Consolas" w:hAnsi="Consolas"/>
          <w:b w:val="0"/>
          <w:i w:val="0"/>
          <w:sz w:val="18"/>
        </w:rPr>
        <w:t>Password:</w:t>
      </w:r>
    </w:p>
    <w:p>
      <w:pPr>
        <w:spacing w:after="0"/>
        <w:ind w:left="360"/>
        <w:shd w:val="clear" w:color="auto" w:fill="F2F2F2"/>
      </w:pPr>
      <w:r>
        <w:rPr>
          <w:rFonts w:ascii="Consolas" w:hAnsi="Consolas"/>
          <w:b w:val="0"/>
          <w:i w:val="0"/>
          <w:sz w:val="18"/>
        </w:rPr>
        <w:t>Password (again):</w:t>
      </w:r>
    </w:p>
    <w:p>
      <w:pPr>
        <w:spacing w:after="0"/>
        <w:ind w:left="360"/>
        <w:shd w:val="clear" w:color="auto" w:fill="F2F2F2"/>
      </w:pPr>
      <w:r>
        <w:rPr>
          <w:rFonts w:ascii="Consolas" w:hAnsi="Consolas"/>
          <w:b w:val="0"/>
          <w:i w:val="0"/>
          <w:sz w:val="18"/>
        </w:rPr>
        <w:t>Superuser created successfully.</w:t>
      </w:r>
    </w:p>
    <w:p>
      <w:pPr>
        <w:spacing w:after="0"/>
        <w:ind w:left="360"/>
        <w:shd w:val="clear" w:color="auto" w:fill="F2F2F2"/>
      </w:pPr>
      <w:r>
        <w:rPr>
          <w:rFonts w:ascii="Consolas" w:hAnsi="Consolas"/>
          <w:b w:val="0"/>
          <w:i w:val="0"/>
          <w:sz w:val="18"/>
        </w:rPr>
        <w:t xml:space="preserve">❹ web@ll_project.0:~$ </w:t>
      </w:r>
      <w:r>
        <w:rPr>
          <w:rFonts w:ascii="Consolas" w:hAnsi="Consolas"/>
          <w:b/>
          <w:i w:val="0"/>
          <w:sz w:val="18"/>
        </w:rPr>
        <w:t>exit</w:t>
      </w:r>
    </w:p>
    <w:p>
      <w:pPr>
        <w:spacing w:after="0"/>
        <w:ind w:left="360"/>
        <w:shd w:val="clear" w:color="auto" w:fill="F2F2F2"/>
      </w:pPr>
      <w:r>
        <w:rPr>
          <w:rFonts w:ascii="Consolas" w:hAnsi="Consolas"/>
          <w:b w:val="0"/>
          <w:i w:val="0"/>
          <w:sz w:val="18"/>
        </w:rPr>
        <w:t>logout</w:t>
      </w:r>
    </w:p>
    <w:p>
      <w:pPr>
        <w:spacing w:after="0"/>
        <w:ind w:left="360"/>
        <w:shd w:val="clear" w:color="auto" w:fill="F2F2F2"/>
      </w:pPr>
      <w:r>
        <w:rPr>
          <w:rFonts w:ascii="Consolas" w:hAnsi="Consolas"/>
          <w:b w:val="0"/>
          <w:i w:val="0"/>
          <w:sz w:val="18"/>
        </w:rPr>
        <w:t>Connection to ssh.us-3.platform.sh closed.</w:t>
      </w:r>
    </w:p>
    <w:p>
      <w:pPr>
        <w:spacing w:after="0"/>
        <w:ind w:left="360"/>
        <w:shd w:val="clear" w:color="auto" w:fill="F2F2F2"/>
      </w:pPr>
      <w:r>
        <w:rPr>
          <w:rFonts w:ascii="Consolas" w:hAnsi="Consolas"/>
          <w:b w:val="0"/>
          <w:i w:val="0"/>
          <w:sz w:val="18"/>
        </w:rPr>
        <w:t>❺ (ll_env)learning_log$</w:t>
      </w:r>
    </w:p>
    <w:p>
      <w:pPr>
        <w:spacing w:after="40"/>
      </w:pPr>
    </w:p>
    <w:p>
      <w:pPr>
        <w:spacing w:after="80"/>
      </w:pPr>
      <w:r>
        <w:rPr>
          <w:b w:val="0"/>
          <w:i w:val="0"/>
        </w:rPr>
        <w:t xml:space="preserve">Khi bạn chạy lệnh </w:t>
      </w:r>
      <w:r>
        <w:rPr>
          <w:rFonts w:ascii="Consolas" w:hAnsi="Consolas"/>
          <w:b/>
          <w:i w:val="0"/>
          <w:sz w:val="20"/>
        </w:rPr>
        <w:t>platform environment:ssh</w:t>
      </w:r>
      <w:r>
        <w:rPr>
          <w:b w:val="0"/>
          <w:i w:val="0"/>
        </w:rPr>
        <w:t xml:space="preserve"> lần đầu, bạn có thể nhận được một lời nhắc khác về tính xác thực của máy chủ này. Nếu bạn thấy thông báo này, hãy nhập </w:t>
      </w:r>
      <w:r>
        <w:rPr>
          <w:rFonts w:ascii="Consolas" w:hAnsi="Consolas"/>
          <w:b/>
          <w:i w:val="0"/>
          <w:sz w:val="20"/>
        </w:rPr>
        <w:t>Y</w:t>
      </w:r>
      <w:r>
        <w:rPr>
          <w:b w:val="0"/>
          <w:i w:val="0"/>
        </w:rPr>
        <w:t xml:space="preserve"> và bạn sẽ được đăng nhập vào một phiên terminal từ xa.</w:t>
      </w:r>
    </w:p>
    <w:p>
      <w:pPr>
        <w:spacing w:after="80"/>
      </w:pPr>
      <w:r>
        <w:rPr>
          <w:b w:val="0"/>
          <w:i w:val="0"/>
        </w:rPr>
        <w:t xml:space="preserve">Sau khi chạy lệnh </w:t>
      </w:r>
      <w:r>
        <w:rPr>
          <w:rFonts w:ascii="Consolas" w:hAnsi="Consolas"/>
          <w:b/>
          <w:i w:val="0"/>
          <w:sz w:val="20"/>
        </w:rPr>
        <w:t>ssh</w:t>
      </w:r>
      <w:r>
        <w:rPr>
          <w:b w:val="0"/>
          <w:i w:val="0"/>
        </w:rPr>
        <w:t xml:space="preserve">, terminal của bạn hoạt động giống hệt như terminal trên máy chủ từ xa. Lưu ý rằng dấu nhắc lệnh đã thay đổi để cho biết bạn đang trong một phiên </w:t>
      </w:r>
      <w:r>
        <w:rPr>
          <w:rFonts w:ascii="Consolas" w:hAnsi="Consolas"/>
          <w:b w:val="0"/>
          <w:i w:val="0"/>
          <w:sz w:val="20"/>
        </w:rPr>
        <w:t>web</w:t>
      </w:r>
      <w:r>
        <w:rPr>
          <w:b w:val="0"/>
          <w:i w:val="0"/>
        </w:rPr>
        <w:t xml:space="preserve"> gắn với dự án tên là </w:t>
      </w:r>
      <w:r>
        <w:rPr>
          <w:rFonts w:ascii="Consolas" w:hAnsi="Consolas"/>
          <w:b w:val="0"/>
          <w:i w:val="0"/>
          <w:sz w:val="20"/>
        </w:rPr>
        <w:t>ll_project</w:t>
      </w:r>
      <w:r>
        <w:rPr>
          <w:b w:val="0"/>
          <w:i w:val="0"/>
        </w:rPr>
        <w:t xml:space="preserve"> ❶. Nếu bạn gõ lệnh </w:t>
      </w:r>
      <w:r>
        <w:rPr>
          <w:rFonts w:ascii="Consolas" w:hAnsi="Consolas"/>
          <w:b/>
          <w:i w:val="0"/>
          <w:sz w:val="20"/>
        </w:rPr>
        <w:t>ls</w:t>
      </w:r>
      <w:r>
        <w:rPr>
          <w:b w:val="0"/>
          <w:i w:val="0"/>
        </w:rPr>
        <w:t>, bạn sẽ thấy những tệp đã được đẩy lên máy chủ Platform.sh.</w:t>
      </w:r>
    </w:p>
    <w:p>
      <w:pPr>
        <w:spacing w:after="80"/>
      </w:pPr>
      <w:r>
        <w:rPr>
          <w:b w:val="0"/>
          <w:i w:val="0"/>
        </w:rPr>
        <w:t xml:space="preserve">Hãy gõ lệnh </w:t>
      </w:r>
      <w:r>
        <w:rPr>
          <w:rFonts w:ascii="Consolas" w:hAnsi="Consolas"/>
          <w:b/>
          <w:i w:val="0"/>
          <w:sz w:val="20"/>
        </w:rPr>
        <w:t>createsuperuser</w:t>
      </w:r>
      <w:r>
        <w:rPr>
          <w:b w:val="0"/>
          <w:i w:val="0"/>
        </w:rPr>
        <w:t xml:space="preserve"> giống như chúng ta đã dùng ở Chương 18 ❷. Lần này, tôi đã nhập tên đăng nhập quản trị viên là </w:t>
      </w:r>
      <w:r>
        <w:rPr>
          <w:rFonts w:ascii="Consolas" w:hAnsi="Consolas"/>
          <w:b/>
          <w:i w:val="0"/>
          <w:sz w:val="20"/>
        </w:rPr>
        <w:t>ll_admin_live</w:t>
      </w:r>
      <w:r>
        <w:rPr>
          <w:b w:val="0"/>
          <w:i w:val="0"/>
        </w:rPr>
        <w:t xml:space="preserve">, khác với tên tôi đã dùng ở máy cục bộ ❸. Khi làm xong việc trong phiên terminal từ xa, hãy gõ lệnh </w:t>
      </w:r>
      <w:r>
        <w:rPr>
          <w:rFonts w:ascii="Consolas" w:hAnsi="Consolas"/>
          <w:b/>
          <w:i w:val="0"/>
          <w:sz w:val="20"/>
        </w:rPr>
        <w:t>exit</w:t>
      </w:r>
      <w:r>
        <w:rPr>
          <w:b w:val="0"/>
          <w:i w:val="0"/>
        </w:rPr>
        <w:t xml:space="preserve"> ❹. Dấu nhắc lệnh sẽ cho biết bạn đang làm việc trên hệ thống cục bộ của mình trở lại ❺.</w:t>
      </w:r>
    </w:p>
    <w:p>
      <w:pPr>
        <w:spacing w:after="80"/>
      </w:pPr>
      <w:r>
        <w:rPr>
          <w:b w:val="0"/>
          <w:i w:val="0"/>
        </w:rPr>
        <w:t xml:space="preserve">Bây giờ bạn có thể thêm </w:t>
      </w:r>
      <w:r>
        <w:rPr>
          <w:b w:val="0"/>
          <w:i/>
        </w:rPr>
        <w:t>/admin/</w:t>
      </w:r>
      <w:r>
        <w:rPr>
          <w:b w:val="0"/>
          <w:i w:val="0"/>
        </w:rPr>
        <w:t xml:space="preserve"> vào cuối URL của ứng dụng đang chạy trực tuyến và đăng nhập vào trang quản trị. Nếu người khác đã bắt đầu sử dụng dự án của bạn, hãy lưu ý rằng bạn sẽ có quyền truy cập vào toàn bộ dữ liệu của họ! Hãy coi trọng trách nhiệm này, và người dùng sẽ tiếp tục tin tưởng giao dữ liệu của họ cho bạn.</w:t>
      </w:r>
    </w:p>
    <w:p>
      <w:pPr>
        <w:spacing w:before="120" w:after="40"/>
      </w:pPr>
      <w:r>
        <w:rPr>
          <w:b/>
          <w:sz w:val="21"/>
        </w:rPr>
        <w:t>Ghi chú</w:t>
      </w:r>
    </w:p>
    <w:p>
      <w:pPr>
        <w:spacing w:after="80"/>
      </w:pPr>
      <w:r>
        <w:rPr>
          <w:b w:val="0"/>
          <w:i w:val="0"/>
        </w:rPr>
        <w:t xml:space="preserve">Người dùng Windows sẽ dùng đúng những lệnh hiển thị ở đây (chẳng hạn như </w:t>
      </w:r>
      <w:r>
        <w:rPr>
          <w:rFonts w:ascii="Consolas" w:hAnsi="Consolas"/>
          <w:b w:val="0"/>
          <w:i w:val="0"/>
          <w:sz w:val="20"/>
        </w:rPr>
        <w:t>ls</w:t>
      </w:r>
      <w:r>
        <w:rPr>
          <w:b w:val="0"/>
          <w:i w:val="0"/>
        </w:rPr>
        <w:t xml:space="preserve"> thay vì </w:t>
      </w:r>
      <w:r>
        <w:rPr>
          <w:rFonts w:ascii="Consolas" w:hAnsi="Consolas"/>
          <w:b w:val="0"/>
          <w:i w:val="0"/>
          <w:sz w:val="20"/>
        </w:rPr>
        <w:t>dir</w:t>
      </w:r>
      <w:r>
        <w:rPr>
          <w:b w:val="0"/>
          <w:i w:val="0"/>
        </w:rPr>
        <w:t>), vì bạn đang chạy một terminal Linux thông qua kết nối từ xa.</w:t>
      </w:r>
    </w:p>
    <w:p>
      <w:pPr>
        <w:pStyle w:val="Heading4"/>
      </w:pPr>
      <w:r>
        <w:rPr>
          <w:rFonts w:ascii="Calibri" w:hAnsi="Calibri"/>
          <w:b/>
          <w:i w:val="0"/>
          <w:sz w:val="24"/>
        </w:rPr>
        <w:t>Bảo mật dự án trực tuyến</w:t>
      </w:r>
    </w:p>
    <w:p>
      <w:pPr>
        <w:spacing w:after="80"/>
      </w:pPr>
      <w:r>
        <w:rPr>
          <w:b w:val="0"/>
          <w:i w:val="0"/>
        </w:rPr>
        <w:t xml:space="preserve">Có một vấn đề bảo mật rõ rành trong cách dự án của chúng ta hiện đang được triển khai: thiết lập </w:t>
      </w:r>
      <w:r>
        <w:rPr>
          <w:rFonts w:ascii="Consolas" w:hAnsi="Consolas"/>
          <w:b w:val="0"/>
          <w:i w:val="0"/>
          <w:sz w:val="20"/>
        </w:rPr>
        <w:t>DEBUG = True</w:t>
      </w:r>
      <w:r>
        <w:rPr>
          <w:b w:val="0"/>
          <w:i w:val="0"/>
        </w:rPr>
        <w:t xml:space="preserve"> trong </w:t>
      </w:r>
      <w:r>
        <w:rPr>
          <w:b w:val="0"/>
          <w:i/>
        </w:rPr>
        <w:t>settings.py</w:t>
      </w:r>
      <w:r>
        <w:rPr>
          <w:b w:val="0"/>
          <w:i w:val="0"/>
        </w:rPr>
        <w:t>, vốn cung cấp các thông báo gỡ lỗi khi có lỗi xảy ra. Các trang lỗi của Django cung cấp cho bạn thông tin gỡ lỗi thiết yếu khi đang phát triển dự án; tuy nhiên, chúng lại tiết lộ quá nhiều thông tin cho kẻ tấn công nếu bạn để chúng bật trên máy chủ trực tuyến.</w:t>
      </w:r>
    </w:p>
    <w:p>
      <w:pPr>
        <w:spacing w:after="80"/>
      </w:pPr>
      <w:r>
        <w:rPr>
          <w:b w:val="0"/>
          <w:i w:val="0"/>
        </w:rPr>
        <w:t xml:space="preserve">Để thấy vấn đề này nghiêm trọng đến mức nào, hãy truy cập trang chủ của dự án đã triển khai. Đăng nhập vào tài khoản của một người dùng và thêm </w:t>
      </w:r>
      <w:r>
        <w:rPr>
          <w:b w:val="0"/>
          <w:i/>
        </w:rPr>
        <w:t>/topics/999/</w:t>
      </w:r>
      <w:r>
        <w:rPr>
          <w:b w:val="0"/>
          <w:i w:val="0"/>
        </w:rPr>
        <w:t xml:space="preserve"> vào cuối URL trang chủ. Giả sử bạn chưa tạo hàng nghìn chủ đề, bạn sẽ thấy một trang với thông báo </w:t>
      </w:r>
      <w:r>
        <w:rPr>
          <w:b w:val="0"/>
          <w:i/>
        </w:rPr>
        <w:t>DoesNotExist at /topics/999/</w:t>
      </w:r>
      <w:r>
        <w:rPr>
          <w:b w:val="0"/>
          <w:i w:val="0"/>
        </w:rPr>
        <w:t>. Nếu cuộn xuống, bạn sẽ thấy một đống thông tin về dự án và máy chủ. Bạn chắc chắn không muốn người dùng của mình nhìn thấy những thứ này, và càng không muốn thông tin này lọt vào tay bất kỳ ai muốn tấn công trang web.</w:t>
      </w:r>
    </w:p>
    <w:p>
      <w:pPr>
        <w:spacing w:after="80"/>
      </w:pPr>
      <w:r>
        <w:rPr>
          <w:b w:val="0"/>
          <w:i w:val="0"/>
        </w:rPr>
        <w:t xml:space="preserve">Chúng ta có thể ngăn thông tin này hiển thị trên trang trực tuyến bằng cách đặt </w:t>
      </w:r>
      <w:r>
        <w:rPr>
          <w:rFonts w:ascii="Consolas" w:hAnsi="Consolas"/>
          <w:b w:val="0"/>
          <w:i w:val="0"/>
          <w:sz w:val="20"/>
        </w:rPr>
        <w:t>DEBUG = False</w:t>
      </w:r>
      <w:r>
        <w:rPr>
          <w:b w:val="0"/>
          <w:i w:val="0"/>
        </w:rPr>
        <w:t xml:space="preserve"> trong phần của </w:t>
      </w:r>
      <w:r>
        <w:rPr>
          <w:b w:val="0"/>
          <w:i/>
        </w:rPr>
        <w:t>settings.py</w:t>
      </w:r>
      <w:r>
        <w:rPr>
          <w:b w:val="0"/>
          <w:i w:val="0"/>
        </w:rPr>
        <w:t xml:space="preserve"> chỉ áp dụng cho phiên bản đã triển khai của dự án. Như vậy bạn vẫn tiếp tục thấy thông tin gỡ lỗi ở máy cục bộ, nơi thông tin đó hữu ích, nhưng nó sẽ không xuất hiện trên trang trực tuyến.</w:t>
      </w:r>
    </w:p>
    <w:p>
      <w:pPr>
        <w:spacing w:after="80"/>
      </w:pPr>
      <w:r>
        <w:rPr>
          <w:b w:val="0"/>
          <w:i w:val="0"/>
        </w:rPr>
        <w:t xml:space="preserve">Mở </w:t>
      </w:r>
      <w:r>
        <w:rPr>
          <w:b w:val="0"/>
          <w:i/>
        </w:rPr>
        <w:t>settings.py</w:t>
      </w:r>
      <w:r>
        <w:rPr>
          <w:b w:val="0"/>
          <w:i w:val="0"/>
        </w:rPr>
        <w:t xml:space="preserve"> trong trình soạn thảo văn bản của bạn, và thêm một dòng mã vào phần điều chỉnh thiết lập cho Platform.sh:</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if config.is_valid_platform():</w:t>
      </w:r>
    </w:p>
    <w:p>
      <w:pPr>
        <w:spacing w:after="0"/>
        <w:ind w:left="360"/>
        <w:shd w:val="clear" w:color="auto" w:fill="F2F2F2"/>
      </w:pPr>
      <w:r>
        <w:rPr>
          <w:rFonts w:ascii="Consolas" w:hAnsi="Consolas"/>
          <w:b w:val="0"/>
          <w:i w:val="0"/>
          <w:sz w:val="18"/>
        </w:rPr>
        <w:t xml:space="preserve">    ALLOWED_HOSTS.append('.platformsh.site')</w:t>
      </w:r>
    </w:p>
    <w:p>
      <w:pPr>
        <w:spacing w:after="0"/>
        <w:ind w:left="360"/>
        <w:shd w:val="clear" w:color="auto" w:fill="F2F2F2"/>
      </w:pPr>
      <w:r>
        <w:rPr>
          <w:rFonts w:ascii="Consolas" w:hAnsi="Consolas"/>
          <w:b w:val="0"/>
          <w:i w:val="0"/>
          <w:sz w:val="18"/>
        </w:rPr>
        <w:t xml:space="preserve">    DEBUG = False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40"/>
      </w:pPr>
    </w:p>
    <w:p>
      <w:pPr>
        <w:spacing w:after="80"/>
      </w:pPr>
      <w:r>
        <w:rPr>
          <w:b w:val="0"/>
          <w:i w:val="0"/>
        </w:rPr>
        <w:t>Mọi công sức thiết lập cấu hình cho phiên bản đã triển khai của dự án đã được đền đáp. Khi muốn điều chỉnh phiên bản trực tuyến của dự án, chúng ta chỉ cần thay đổi phần cấu hình liên quan mà mình đã thiết lập trước đó.</w:t>
      </w:r>
    </w:p>
    <w:p>
      <w:pPr>
        <w:pStyle w:val="Heading4"/>
      </w:pPr>
      <w:r>
        <w:rPr>
          <w:rFonts w:ascii="Calibri" w:hAnsi="Calibri"/>
          <w:b/>
          <w:i w:val="0"/>
          <w:sz w:val="24"/>
        </w:rPr>
        <w:t>Commit và đẩy các thay đổi</w:t>
      </w:r>
    </w:p>
    <w:p>
      <w:pPr>
        <w:spacing w:after="80"/>
      </w:pPr>
      <w:r>
        <w:rPr>
          <w:b w:val="0"/>
          <w:i w:val="0"/>
        </w:rPr>
        <w:t xml:space="preserve">Bây giờ chúng ta cần commit những thay đổi đã thực hiện với </w:t>
      </w:r>
      <w:r>
        <w:rPr>
          <w:b w:val="0"/>
          <w:i/>
        </w:rPr>
        <w:t>settings.py</w:t>
      </w:r>
      <w:r>
        <w:rPr>
          <w:b w:val="0"/>
          <w:i w:val="0"/>
        </w:rPr>
        <w:t xml:space="preserve"> và đẩy các thay đổi lên Platform.sh. Đây là một phiên terminal thể hiện phần đầu của quá trình này:</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git commit -am "Set DEBUG False on live site."</w:t>
      </w:r>
    </w:p>
    <w:p>
      <w:pPr>
        <w:spacing w:after="0"/>
        <w:ind w:left="360"/>
        <w:shd w:val="clear" w:color="auto" w:fill="F2F2F2"/>
      </w:pPr>
      <w:r>
        <w:rPr>
          <w:rFonts w:ascii="Consolas" w:hAnsi="Consolas"/>
          <w:b w:val="0"/>
          <w:i w:val="0"/>
          <w:sz w:val="18"/>
        </w:rPr>
        <w:t>[main d2ad0f7] Set DEBUG False on live site.</w:t>
      </w:r>
    </w:p>
    <w:p>
      <w:pPr>
        <w:spacing w:after="0"/>
        <w:ind w:left="360"/>
        <w:shd w:val="clear" w:color="auto" w:fill="F2F2F2"/>
      </w:pPr>
      <w:r>
        <w:rPr>
          <w:rFonts w:ascii="Consolas" w:hAnsi="Consolas"/>
          <w:b w:val="0"/>
          <w:i w:val="0"/>
          <w:sz w:val="18"/>
        </w:rPr>
        <w:t xml:space="preserve">  1 file changed, 1 insertion(+)</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Chúng ta chạy lệnh </w:t>
      </w:r>
      <w:r>
        <w:rPr>
          <w:rFonts w:ascii="Consolas" w:hAnsi="Consolas"/>
          <w:b w:val="0"/>
          <w:i w:val="0"/>
          <w:sz w:val="20"/>
        </w:rPr>
        <w:t>git commit</w:t>
      </w:r>
      <w:r>
        <w:rPr>
          <w:b w:val="0"/>
          <w:i w:val="0"/>
        </w:rPr>
        <w:t xml:space="preserve"> với một thông điệp commit ngắn gọn nhưng mô tả rõ ràng ❶. Hãy nhớ rằng cờ </w:t>
      </w:r>
      <w:r>
        <w:rPr>
          <w:rFonts w:ascii="Consolas" w:hAnsi="Consolas"/>
          <w:b w:val="0"/>
          <w:i w:val="0"/>
          <w:sz w:val="20"/>
        </w:rPr>
        <w:t>-am</w:t>
      </w:r>
      <w:r>
        <w:rPr>
          <w:b w:val="0"/>
          <w:i w:val="0"/>
        </w:rPr>
        <w:t xml:space="preserve"> đảm bảo Git commit tất cả các tệp đã thay đổi và ghi lại thông điệp log. Git nhận ra rằng một tệp đã thay đổi và commit thay đổi này vào kho lưu trữ.</w:t>
      </w:r>
    </w:p>
    <w:p>
      <w:pPr>
        <w:spacing w:after="80"/>
      </w:pPr>
      <w:r>
        <w:rPr>
          <w:b w:val="0"/>
          <w:i w:val="0"/>
        </w:rPr>
        <w:t xml:space="preserve">Chạy </w:t>
      </w:r>
      <w:r>
        <w:rPr>
          <w:rFonts w:ascii="Consolas" w:hAnsi="Consolas"/>
          <w:b/>
          <w:i w:val="0"/>
          <w:sz w:val="20"/>
        </w:rPr>
        <w:t>git status</w:t>
      </w:r>
      <w:r>
        <w:rPr>
          <w:b w:val="0"/>
          <w:i w:val="0"/>
        </w:rPr>
        <w:t xml:space="preserve"> cho thấy chúng ta đang làm việc trên nhánh </w:t>
      </w:r>
      <w:r>
        <w:rPr>
          <w:rFonts w:ascii="Consolas" w:hAnsi="Consolas"/>
          <w:b w:val="0"/>
          <w:i w:val="0"/>
          <w:sz w:val="20"/>
        </w:rPr>
        <w:t>main</w:t>
      </w:r>
      <w:r>
        <w:rPr>
          <w:b w:val="0"/>
          <w:i w:val="0"/>
        </w:rPr>
        <w:t xml:space="preserve"> của kho lưu trữ và hiện không còn thay đổi mới nào cần commit ❷. Việc kiểm tra trạng thái trước khi push lên máy chủ từ xa là rất quan trọng. Nếu bạn không thấy trạng thái sạch, thì một số thay đổi chưa được commit và những thay đổi đó sẽ không được push lên máy chủ. Bạn có thể thử chạy lại lệnh </w:t>
      </w:r>
      <w:r>
        <w:rPr>
          <w:rFonts w:ascii="Consolas" w:hAnsi="Consolas"/>
          <w:b w:val="0"/>
          <w:i w:val="0"/>
          <w:sz w:val="20"/>
        </w:rPr>
        <w:t>commit</w:t>
      </w:r>
      <w:r>
        <w:rPr>
          <w:b w:val="0"/>
          <w:i w:val="0"/>
        </w:rPr>
        <w:t>; nếu bạn không chắc cách giải quyết vấn đề, hãy đọc qua Phụ lục D để hiểu rõ hơn cách làm việc với Git.</w:t>
      </w:r>
    </w:p>
    <w:p>
      <w:pPr>
        <w:spacing w:after="80"/>
      </w:pPr>
      <w:r>
        <w:rPr>
          <w:b w:val="0"/>
          <w:i w:val="0"/>
        </w:rPr>
        <w:t>Bây giờ hãy push kho lưu trữ đã cập nhật lên Platform.sh:</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push</w:t>
      </w:r>
    </w:p>
    <w:p>
      <w:pPr>
        <w:spacing w:after="0"/>
        <w:ind w:left="360"/>
        <w:shd w:val="clear" w:color="auto" w:fill="F2F2F2"/>
      </w:pPr>
      <w:r>
        <w:rPr>
          <w:rFonts w:ascii="Consolas" w:hAnsi="Consolas"/>
          <w:b w:val="0"/>
          <w:i w:val="0"/>
          <w:sz w:val="18"/>
        </w:rPr>
        <w:t xml:space="preserve">Are you sure you want to push to the main (production) branch? [Y/n] </w:t>
      </w:r>
      <w:r>
        <w:rPr>
          <w:rFonts w:ascii="Consolas" w:hAnsi="Consolas"/>
          <w:b/>
          <w:i w:val="0"/>
          <w:sz w:val="18"/>
        </w:rPr>
        <w:t>Y</w:t>
      </w:r>
    </w:p>
    <w:p>
      <w:pPr>
        <w:spacing w:after="0"/>
        <w:ind w:left="360"/>
        <w:shd w:val="clear" w:color="auto" w:fill="F2F2F2"/>
      </w:pPr>
      <w:r>
        <w:rPr>
          <w:rFonts w:ascii="Consolas" w:hAnsi="Consolas"/>
          <w:b w:val="0"/>
          <w:i w:val="0"/>
          <w:sz w:val="18"/>
        </w:rPr>
        <w:t>Pushing HEAD to the existing environment main</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  To git.us-3.platform.sh:wmye2fx7wwqgu.git</w:t>
      </w:r>
    </w:p>
    <w:p>
      <w:pPr>
        <w:spacing w:after="0"/>
        <w:ind w:left="360"/>
        <w:shd w:val="clear" w:color="auto" w:fill="F2F2F2"/>
      </w:pPr>
      <w:r>
        <w:rPr>
          <w:rFonts w:ascii="Consolas" w:hAnsi="Consolas"/>
          <w:b w:val="0"/>
          <w:i w:val="0"/>
          <w:sz w:val="18"/>
        </w:rPr>
        <w:t xml:space="preserve">     fce0206..d2ad0f7  HEAD -&gt; main</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Platform.sh nhận ra rằng kho lưu trữ đã được cập nhật, và nó xây dựng lại dự án để đảm bảo tất cả các thay đổi đã được tính đến. Nó không xây dựng lại cơ sở dữ liệu, nên chúng ta không mất bất kỳ dữ liệu nào.</w:t>
      </w:r>
    </w:p>
    <w:p>
      <w:pPr>
        <w:spacing w:after="80"/>
      </w:pPr>
      <w:r>
        <w:rPr>
          <w:b w:val="0"/>
          <w:i w:val="0"/>
        </w:rPr>
        <w:t xml:space="preserve">Để đảm bảo thay đổi này có hiệu lực, hãy truy cập lại URL </w:t>
      </w:r>
      <w:r>
        <w:rPr>
          <w:b w:val="0"/>
          <w:i/>
        </w:rPr>
        <w:t>/topics/999/</w:t>
      </w:r>
      <w:r>
        <w:rPr>
          <w:b w:val="0"/>
          <w:i w:val="0"/>
        </w:rPr>
        <w:t xml:space="preserve">. Bạn sẽ chỉ thấy thông báo </w:t>
      </w:r>
      <w:r>
        <w:rPr>
          <w:b w:val="0"/>
          <w:i/>
        </w:rPr>
        <w:t>Server Error (500)</w:t>
      </w:r>
      <w:r>
        <w:rPr>
          <w:b w:val="0"/>
          <w:i w:val="0"/>
        </w:rPr>
        <w:t>, hoàn toàn không có thông tin nhạy cảm nào về dự án.</w:t>
      </w:r>
    </w:p>
    <w:p>
      <w:pPr>
        <w:pStyle w:val="Heading3"/>
      </w:pPr>
      <w:r>
        <w:rPr>
          <w:rFonts w:ascii="Calibri" w:hAnsi="Calibri"/>
          <w:b/>
          <w:i w:val="0"/>
          <w:sz w:val="27"/>
        </w:rPr>
        <w:t>Tạo các trang lỗi tùy chỉnh</w:t>
      </w:r>
    </w:p>
    <w:p>
      <w:pPr>
        <w:spacing w:after="80"/>
      </w:pPr>
      <w:r>
        <w:rPr>
          <w:b w:val="0"/>
          <w:i w:val="0"/>
        </w:rPr>
        <w:t xml:space="preserve">Trong Chương 19, chúng ta đã cấu hình Learning Log để trả về lỗi 404 nếu người dùng yêu cầu một chủ đề hoặc mục không thuộc về họ. Bây giờ bạn cũng đã thấy lỗi máy chủ 500. Lỗi 404 thường có nghĩa là mã Django của bạn đúng, nhưng đối tượng được yêu cầu không tồn tại. Lỗi 500 thường có nghĩa là có lỗi trong mã bạn đã viết, chẳng hạn như lỗi trong một hàm trong </w:t>
      </w:r>
      <w:r>
        <w:rPr>
          <w:b w:val="0"/>
          <w:i/>
        </w:rPr>
        <w:t>views.py</w:t>
      </w:r>
      <w:r>
        <w:rPr>
          <w:b w:val="0"/>
          <w:i w:val="0"/>
        </w:rPr>
        <w:t>. Django hiện trả về cùng một trang lỗi chung chung trong cả hai tình huống, nhưng chúng ta có thể viết các mẫu trang lỗi 404 và 500 của riêng mình để phù hợp với diện mạo tổng thể của Learning Log. Những mẫu này thuộc thư mục mẫu gốc.</w:t>
      </w:r>
    </w:p>
    <w:p>
      <w:pPr>
        <w:pStyle w:val="Heading4"/>
      </w:pPr>
      <w:r>
        <w:rPr>
          <w:rFonts w:ascii="Calibri" w:hAnsi="Calibri"/>
          <w:b/>
          <w:i w:val="0"/>
          <w:sz w:val="24"/>
        </w:rPr>
        <w:t>Tạo các mẫu tùy chỉnh</w:t>
      </w:r>
    </w:p>
    <w:p>
      <w:pPr>
        <w:spacing w:after="80"/>
      </w:pPr>
      <w:r>
        <w:rPr>
          <w:b w:val="0"/>
          <w:i w:val="0"/>
        </w:rPr>
        <w:t xml:space="preserve">Trong thư mục </w:t>
      </w:r>
      <w:r>
        <w:rPr>
          <w:b w:val="0"/>
          <w:i/>
        </w:rPr>
        <w:t>learning_log</w:t>
      </w:r>
      <w:r>
        <w:rPr>
          <w:b w:val="0"/>
          <w:i w:val="0"/>
        </w:rPr>
        <w:t xml:space="preserve">, hãy tạo một thư mục mới có tên </w:t>
      </w:r>
      <w:r>
        <w:rPr>
          <w:b w:val="0"/>
          <w:i/>
        </w:rPr>
        <w:t>templates</w:t>
      </w:r>
      <w:r>
        <w:rPr>
          <w:b w:val="0"/>
          <w:i w:val="0"/>
        </w:rPr>
        <w:t xml:space="preserve">. Sau đó tạo một tệp mới có tên </w:t>
      </w:r>
      <w:r>
        <w:rPr>
          <w:b w:val="0"/>
          <w:i/>
        </w:rPr>
        <w:t>404.html</w:t>
      </w:r>
      <w:r>
        <w:rPr>
          <w:b w:val="0"/>
          <w:i w:val="0"/>
        </w:rPr>
        <w:t xml:space="preserve">; đường dẫn đến tệp này phải là </w:t>
      </w:r>
      <w:r>
        <w:rPr>
          <w:b w:val="0"/>
          <w:i/>
        </w:rPr>
        <w:t>learning_log/templates/404.html</w:t>
      </w:r>
      <w:r>
        <w:rPr>
          <w:b w:val="0"/>
          <w:i w:val="0"/>
        </w:rPr>
        <w:t>. Đây là mã cho tệp này:</w:t>
      </w:r>
    </w:p>
    <w:p>
      <w:pPr>
        <w:spacing w:after="80"/>
      </w:pPr>
      <w:r>
        <w:rPr>
          <w:b w:val="0"/>
          <w:i w:val="0"/>
        </w:rPr>
        <w:t>404.html</w:t>
      </w:r>
    </w:p>
    <w:p>
      <w:pPr>
        <w:spacing w:after="80"/>
      </w:pPr>
      <w:r>
        <w:rPr>
          <w:b w:val="0"/>
          <w:i w:val="0"/>
        </w:rPr>
        <w:t>{% extends "learning_logs/base.html" %}</w:t>
      </w:r>
      <w:r>
        <w:br/>
      </w:r>
      <w:r>
        <w:br/>
      </w:r>
      <w:r>
        <w:rPr>
          <w:b w:val="0"/>
          <w:i w:val="0"/>
        </w:rPr>
        <w:t>{% block page_header %}</w:t>
      </w:r>
      <w:r>
        <w:br/>
      </w:r>
      <w:r>
        <w:rPr>
          <w:b w:val="0"/>
          <w:i w:val="0"/>
        </w:rPr>
        <w:t xml:space="preserve">  &lt;h2&gt;The item you requested is not available. (404)&lt;/h2&gt;</w:t>
      </w:r>
      <w:r>
        <w:br/>
      </w:r>
      <w:r>
        <w:rPr>
          <w:b w:val="0"/>
          <w:i w:val="0"/>
        </w:rPr>
        <w:t>{% endblock page_header %}</w:t>
      </w:r>
    </w:p>
    <w:p>
      <w:pPr>
        <w:spacing w:after="80"/>
      </w:pPr>
      <w:r>
        <w:rPr>
          <w:b w:val="0"/>
          <w:i w:val="0"/>
        </w:rPr>
        <w:t>Mẫu đơn giản này cung cấp thông tin trang lỗi 404 chung chung nhưng được tạo kiểu để phù hợp với phần còn lại của trang web.</w:t>
      </w:r>
    </w:p>
    <w:p>
      <w:pPr>
        <w:spacing w:after="80"/>
      </w:pPr>
      <w:r>
        <w:rPr>
          <w:b w:val="0"/>
          <w:i w:val="0"/>
        </w:rPr>
        <w:t xml:space="preserve">Tạo một tệp khác có tên </w:t>
      </w:r>
      <w:r>
        <w:rPr>
          <w:b w:val="0"/>
          <w:i/>
        </w:rPr>
        <w:t>500.html</w:t>
      </w:r>
      <w:r>
        <w:rPr>
          <w:b w:val="0"/>
          <w:i w:val="0"/>
        </w:rPr>
        <w:t xml:space="preserve"> bằng mã sau:</w:t>
      </w:r>
    </w:p>
    <w:p>
      <w:pPr>
        <w:spacing w:after="80"/>
      </w:pPr>
      <w:r>
        <w:rPr>
          <w:b w:val="0"/>
          <w:i w:val="0"/>
        </w:rPr>
        <w:t>500.html</w:t>
      </w:r>
    </w:p>
    <w:p>
      <w:pPr>
        <w:spacing w:after="80"/>
      </w:pPr>
      <w:r>
        <w:rPr>
          <w:b w:val="0"/>
          <w:i w:val="0"/>
        </w:rPr>
        <w:t>{% extends "learning_logs/base.html" %}</w:t>
      </w:r>
      <w:r>
        <w:br/>
      </w:r>
      <w:r>
        <w:br/>
      </w:r>
      <w:r>
        <w:rPr>
          <w:b w:val="0"/>
          <w:i w:val="0"/>
        </w:rPr>
        <w:t>{% block page_header %}</w:t>
      </w:r>
      <w:r>
        <w:br/>
      </w:r>
      <w:r>
        <w:rPr>
          <w:b w:val="0"/>
          <w:i w:val="0"/>
        </w:rPr>
        <w:t xml:space="preserve">  &lt;h2&gt;Đã xảy ra lỗi nội bộ. (500)&lt;/h2&gt;</w:t>
      </w:r>
      <w:r>
        <w:br/>
      </w:r>
      <w:r>
        <w:rPr>
          <w:b w:val="0"/>
          <w:i w:val="0"/>
        </w:rPr>
        <w:t>{% endblock page_header %}</w:t>
      </w:r>
    </w:p>
    <w:p>
      <w:pPr>
        <w:spacing w:after="80"/>
      </w:pPr>
      <w:r>
        <w:rPr>
          <w:b w:val="0"/>
          <w:i w:val="0"/>
        </w:rPr>
        <w:t xml:space="preserve">Những tệp mới này yêu cầu một thay đổi nhỏ trong </w:t>
      </w:r>
      <w:r>
        <w:rPr>
          <w:b w:val="0"/>
          <w:i/>
        </w:rPr>
        <w:t>settings.py</w:t>
      </w:r>
      <w:r>
        <w:rPr>
          <w:b w:val="0"/>
          <w:i w:val="0"/>
        </w:rPr>
        <w:t>.</w:t>
      </w:r>
    </w:p>
    <w:p>
      <w:pPr>
        <w:spacing w:after="80"/>
      </w:pPr>
      <w:r>
        <w:rPr>
          <w:b w:val="0"/>
          <w:i w:val="0"/>
        </w:rPr>
        <w:t>settings.py</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TEMPLATES =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'BACKEND': 'django.template.backends.django.DjangoTemplates',</w:t>
      </w:r>
    </w:p>
    <w:p>
      <w:pPr>
        <w:spacing w:after="0"/>
        <w:ind w:left="360"/>
        <w:shd w:val="clear" w:color="auto" w:fill="F2F2F2"/>
      </w:pPr>
      <w:r>
        <w:rPr>
          <w:rFonts w:ascii="Consolas" w:hAnsi="Consolas"/>
          <w:b w:val="0"/>
          <w:i w:val="0"/>
          <w:sz w:val="18"/>
        </w:rPr>
        <w:t xml:space="preserve">        'DIRS': [BASE_DIR / 'templates'],</w:t>
      </w:r>
    </w:p>
    <w:p>
      <w:pPr>
        <w:spacing w:after="0"/>
        <w:ind w:left="360"/>
        <w:shd w:val="clear" w:color="auto" w:fill="F2F2F2"/>
      </w:pPr>
      <w:r>
        <w:rPr>
          <w:rFonts w:ascii="Consolas" w:hAnsi="Consolas"/>
          <w:b w:val="0"/>
          <w:i w:val="0"/>
          <w:sz w:val="18"/>
        </w:rPr>
        <w:t xml:space="preserve">        'APP_DIRS': True,</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sz w:val="18"/>
        </w:rPr>
        <w:t>--snip--</w:t>
      </w:r>
    </w:p>
    <w:p>
      <w:pPr>
        <w:spacing w:after="40"/>
      </w:pPr>
    </w:p>
    <w:p>
      <w:pPr>
        <w:spacing w:after="80"/>
      </w:pPr>
      <w:r>
        <w:rPr>
          <w:b w:val="0"/>
          <w:i w:val="0"/>
        </w:rPr>
        <w:t>Thay đổi này báo cho Django biết cần tìm các tệp mẫu trang lỗi và bất kỳ mẫu nào khác không gắn với một ứng dụng cụ thể trong thư mục mẫu gốc.</w:t>
      </w:r>
    </w:p>
    <w:p>
      <w:pPr>
        <w:pStyle w:val="Heading4"/>
      </w:pPr>
      <w:r>
        <w:rPr>
          <w:rFonts w:ascii="Calibri" w:hAnsi="Calibri"/>
          <w:b/>
          <w:i w:val="0"/>
          <w:sz w:val="24"/>
        </w:rPr>
        <w:t>Đẩy các thay đổi lên Platform.sh</w:t>
      </w:r>
    </w:p>
    <w:p>
      <w:pPr>
        <w:spacing w:after="80"/>
      </w:pPr>
      <w:r>
        <w:rPr>
          <w:b w:val="0"/>
          <w:i w:val="0"/>
        </w:rPr>
        <w:t>Bây giờ chúng ta cần commit những thay đổi vừa thực hiện và đẩy chúng lên Platform.sh:</w:t>
      </w:r>
    </w:p>
    <w:p>
      <w:pPr>
        <w:spacing w:after="0"/>
        <w:ind w:left="360"/>
        <w:shd w:val="clear" w:color="auto" w:fill="F2F2F2"/>
      </w:pPr>
      <w:r>
        <w:rPr>
          <w:rFonts w:ascii="Consolas" w:hAnsi="Consolas"/>
          <w:b w:val="0"/>
          <w:i w:val="0"/>
          <w:sz w:val="18"/>
        </w:rPr>
        <w:t xml:space="preserve">❶ (ll_env)learning_log$ </w:t>
      </w:r>
      <w:r>
        <w:rPr>
          <w:rFonts w:ascii="Consolas" w:hAnsi="Consolas"/>
          <w:b/>
          <w:i w:val="0"/>
          <w:sz w:val="18"/>
        </w:rPr>
        <w:t>git add .</w:t>
      </w:r>
    </w:p>
    <w:p>
      <w:pPr>
        <w:spacing w:after="0"/>
        <w:ind w:left="360"/>
        <w:shd w:val="clear" w:color="auto" w:fill="F2F2F2"/>
      </w:pPr>
      <w:r>
        <w:rPr>
          <w:rFonts w:ascii="Consolas" w:hAnsi="Consolas"/>
          <w:b w:val="0"/>
          <w:i w:val="0"/>
          <w:sz w:val="18"/>
        </w:rPr>
        <w:t xml:space="preserve">❷ (ll_env)learning_log$ </w:t>
      </w:r>
      <w:r>
        <w:rPr>
          <w:rFonts w:ascii="Consolas" w:hAnsi="Consolas"/>
          <w:b/>
          <w:i w:val="0"/>
          <w:sz w:val="18"/>
        </w:rPr>
        <w:t>git commit -am "Added custom 404 and 500 error pages."</w:t>
      </w:r>
    </w:p>
    <w:p>
      <w:pPr>
        <w:spacing w:after="0"/>
        <w:ind w:left="360"/>
        <w:shd w:val="clear" w:color="auto" w:fill="F2F2F2"/>
      </w:pPr>
      <w:r>
        <w:rPr>
          <w:rFonts w:ascii="Consolas" w:hAnsi="Consolas"/>
          <w:b w:val="0"/>
          <w:i w:val="0"/>
          <w:sz w:val="18"/>
        </w:rPr>
        <w:t xml:space="preserve"> 3 files changed, 11 insertions(+), 1 deletion(-)</w:t>
      </w:r>
    </w:p>
    <w:p>
      <w:pPr>
        <w:spacing w:after="0"/>
        <w:ind w:left="360"/>
        <w:shd w:val="clear" w:color="auto" w:fill="F2F2F2"/>
      </w:pPr>
      <w:r>
        <w:rPr>
          <w:rFonts w:ascii="Consolas" w:hAnsi="Consolas"/>
          <w:b w:val="0"/>
          <w:i w:val="0"/>
          <w:sz w:val="18"/>
        </w:rPr>
        <w:t xml:space="preserve"> create mode 100644 templates/404.html</w:t>
      </w:r>
    </w:p>
    <w:p>
      <w:pPr>
        <w:spacing w:after="0"/>
        <w:ind w:left="360"/>
        <w:shd w:val="clear" w:color="auto" w:fill="F2F2F2"/>
      </w:pPr>
      <w:r>
        <w:rPr>
          <w:rFonts w:ascii="Consolas" w:hAnsi="Consolas"/>
          <w:b w:val="0"/>
          <w:i w:val="0"/>
          <w:sz w:val="18"/>
        </w:rPr>
        <w:t xml:space="preserve"> create mode 100644 templates/500.html</w:t>
      </w:r>
    </w:p>
    <w:p>
      <w:pPr>
        <w:spacing w:after="0"/>
        <w:ind w:left="360"/>
        <w:shd w:val="clear" w:color="auto" w:fill="F2F2F2"/>
      </w:pPr>
      <w:r>
        <w:rPr>
          <w:rFonts w:ascii="Consolas" w:hAnsi="Consolas"/>
          <w:b w:val="0"/>
          <w:i w:val="0"/>
          <w:sz w:val="18"/>
        </w:rPr>
        <w:t xml:space="preserve">❸ (ll_env)learning_log$ </w:t>
      </w:r>
      <w:r>
        <w:rPr>
          <w:rFonts w:ascii="Consolas" w:hAnsi="Consolas"/>
          <w:b/>
          <w:i w:val="0"/>
          <w:sz w:val="18"/>
        </w:rPr>
        <w:t>platform push</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 xml:space="preserve">  To git.us-3.platform.sh:wmye2fx7wwqgu.git</w:t>
      </w:r>
    </w:p>
    <w:p>
      <w:pPr>
        <w:spacing w:after="0"/>
        <w:ind w:left="360"/>
        <w:shd w:val="clear" w:color="auto" w:fill="F2F2F2"/>
      </w:pPr>
      <w:r>
        <w:rPr>
          <w:rFonts w:ascii="Consolas" w:hAnsi="Consolas"/>
          <w:b w:val="0"/>
          <w:i w:val="0"/>
          <w:sz w:val="18"/>
        </w:rPr>
        <w:t xml:space="preserve">     d2ad0f7..9f042ef  HEAD -&gt; main</w:t>
      </w:r>
    </w:p>
    <w:p>
      <w:pPr>
        <w:spacing w:after="0"/>
        <w:ind w:left="360"/>
        <w:shd w:val="clear" w:color="auto" w:fill="F2F2F2"/>
      </w:pPr>
      <w:r>
        <w:rPr>
          <w:rFonts w:ascii="Consolas" w:hAnsi="Consolas"/>
          <w:b w:val="0"/>
          <w:i w:val="0"/>
          <w:sz w:val="18"/>
        </w:rPr>
        <w:t>(ll_env)learning_log$</w:t>
      </w:r>
    </w:p>
    <w:p>
      <w:pPr>
        <w:spacing w:after="40"/>
      </w:pPr>
    </w:p>
    <w:p>
      <w:pPr>
        <w:spacing w:after="80"/>
      </w:pPr>
      <w:r>
        <w:rPr>
          <w:b w:val="0"/>
          <w:i w:val="0"/>
        </w:rPr>
        <w:t xml:space="preserve">Chúng ta chạy lệnh </w:t>
      </w:r>
      <w:r>
        <w:rPr>
          <w:rFonts w:ascii="Consolas" w:hAnsi="Consolas"/>
          <w:b w:val="0"/>
          <w:i w:val="0"/>
          <w:sz w:val="20"/>
        </w:rPr>
        <w:t>git add .</w:t>
      </w:r>
      <w:r>
        <w:rPr>
          <w:b w:val="0"/>
          <w:i w:val="0"/>
        </w:rPr>
        <w:t xml:space="preserve"> ❶ vì đã tạo một số tệp mới trong dự án. Sau đó chúng ta commit các thay đổi ❷ và đẩy dự án đã cập nhật lên Platform.sh ❸.</w:t>
      </w:r>
    </w:p>
    <w:p>
      <w:pPr>
        <w:spacing w:after="80"/>
      </w:pPr>
      <w:r>
        <w:rPr>
          <w:b w:val="0"/>
          <w:i w:val="0"/>
        </w:rPr>
        <w:t>Bây giờ khi một trang lỗi xuất hiện, nó sẽ có cùng kiểu dáng như phần còn lại của trang web, mang lại trải nghiệm mượt mà hơn cho người dùng khi lỗi xảy ra.</w:t>
      </w:r>
    </w:p>
    <w:p>
      <w:pPr>
        <w:pStyle w:val="Heading3"/>
      </w:pPr>
      <w:r>
        <w:rPr>
          <w:rFonts w:ascii="Calibri" w:hAnsi="Calibri"/>
          <w:b/>
          <w:i w:val="0"/>
          <w:sz w:val="27"/>
        </w:rPr>
        <w:t>Phát triển liên tục</w:t>
      </w:r>
    </w:p>
    <w:p>
      <w:pPr>
        <w:spacing w:after="80"/>
      </w:pPr>
      <w:r>
        <w:rPr>
          <w:b w:val="0"/>
          <w:i w:val="0"/>
        </w:rPr>
        <w:t>Bạn có thể muốn phát triển Learning Log thêm sau lần đẩy đầu tiên lên máy chủ trực tuyến, hoặc bạn có thể muốn phát triển các dự án của riêng mình để triển khai. Khi làm vậy, có một quy trình khá nhất quán để cập nhật dự án của bạn.</w:t>
      </w:r>
    </w:p>
    <w:p>
      <w:pPr>
        <w:spacing w:after="80"/>
      </w:pPr>
      <w:r>
        <w:rPr>
          <w:b w:val="0"/>
          <w:i w:val="0"/>
        </w:rPr>
        <w:t xml:space="preserve">Đầu tiên, bạn sẽ thực hiện những thay đổi cần thiết cho dự án cục bộ của mình. Nếu thay đổi của bạn tạo ra bất kỳ tệp mới nào, hãy thêm những tệp đó vào kho Git bằng lệnh </w:t>
      </w:r>
      <w:r>
        <w:rPr>
          <w:rFonts w:ascii="Consolas" w:hAnsi="Consolas"/>
          <w:b w:val="0"/>
          <w:i w:val="0"/>
          <w:sz w:val="20"/>
        </w:rPr>
        <w:t>git add .</w:t>
      </w:r>
      <w:r>
        <w:rPr>
          <w:b w:val="0"/>
          <w:i w:val="0"/>
        </w:rPr>
        <w:t xml:space="preserve"> (nhớ bao gồm dấu chấm ở cuối lệnh). Bất kỳ thay đổi nào yêu cầu di trú cơ sở dữ liệu (database migration) đều cần lệnh này, vì mỗi lần di trú sẽ tạo ra một tệp di trú mới.</w:t>
      </w:r>
    </w:p>
    <w:p>
      <w:pPr>
        <w:spacing w:after="80"/>
      </w:pPr>
      <w:r>
        <w:rPr>
          <w:b w:val="0"/>
          <w:i w:val="0"/>
        </w:rPr>
        <w:t xml:space="preserve">Thứ hai, commit các thay đổi vào kho của bạn bằng </w:t>
      </w:r>
      <w:r>
        <w:rPr>
          <w:rFonts w:ascii="Consolas" w:hAnsi="Consolas"/>
          <w:b w:val="0"/>
          <w:i w:val="0"/>
          <w:sz w:val="20"/>
        </w:rPr>
        <w:t>git commit -am "</w:t>
      </w:r>
      <w:r>
        <w:rPr>
          <w:rFonts w:ascii="Consolas" w:hAnsi="Consolas"/>
          <w:b w:val="0"/>
          <w:i/>
          <w:sz w:val="20"/>
        </w:rPr>
        <w:t>commit message</w:t>
      </w:r>
      <w:r>
        <w:rPr>
          <w:rFonts w:ascii="Consolas" w:hAnsi="Consolas"/>
          <w:b w:val="0"/>
          <w:i w:val="0"/>
          <w:sz w:val="20"/>
        </w:rPr>
        <w:t>"</w:t>
      </w:r>
      <w:r>
        <w:rPr>
          <w:b w:val="0"/>
          <w:i w:val="0"/>
        </w:rPr>
        <w:t xml:space="preserve">. Sau đó đẩy các thay đổi lên Platform.sh bằng lệnh </w:t>
      </w:r>
      <w:r>
        <w:rPr>
          <w:rFonts w:ascii="Consolas" w:hAnsi="Consolas"/>
          <w:b w:val="0"/>
          <w:i w:val="0"/>
          <w:sz w:val="20"/>
        </w:rPr>
        <w:t>platform push</w:t>
      </w:r>
      <w:r>
        <w:rPr>
          <w:b w:val="0"/>
          <w:i w:val="0"/>
        </w:rPr>
        <w:t>. Truy cập dự án trực tuyến của bạn và đảm bảo những thay đổi bạn mong đợi đã có hiệu lực.</w:t>
      </w:r>
    </w:p>
    <w:p>
      <w:pPr>
        <w:spacing w:after="80"/>
      </w:pPr>
      <w:r>
        <w:rPr>
          <w:b w:val="0"/>
          <w:i w:val="0"/>
        </w:rPr>
        <w:t>Rất dễ mắc lỗi trong quá trình này, nên đừng ngạc nhiên khi có gì đó sai sót. Nếu mã không chạy, hãy xem lại những gì bạn đã làm và cố tìm ra lỗi. Nếu bạn không tìm thấy lỗi hoặc không biết cách hoàn tác, hãy tham khảo các gợi ý để được trợ giúp trong Phụ lục C. Đừng ngại nhờ giúp đỡ: những người khác cũng học cách xây dựng dự án bằng cách đặt những câu hỏi giống như bạn có thể sẽ hỏi, nên sẽ có người sẵn lòng giúp bạn. Giải quyết từng vấn đề nảy sinh giúp bạn dần dần phát triển kỹ năng cho đến khi bạn xây dựng được những dự án ý nghĩa, đáng tin cậy và cũng có thể trả lời câu hỏi của người khác.</w:t>
      </w:r>
    </w:p>
    <w:p>
      <w:pPr>
        <w:pStyle w:val="Heading3"/>
      </w:pPr>
      <w:r>
        <w:rPr>
          <w:rFonts w:ascii="Calibri" w:hAnsi="Calibri"/>
          <w:b/>
          <w:i w:val="0"/>
          <w:sz w:val="27"/>
        </w:rPr>
        <w:t>Xóa một dự án trên Platform.sh</w:t>
      </w:r>
    </w:p>
    <w:p>
      <w:pPr>
        <w:spacing w:after="80"/>
      </w:pPr>
      <w:r>
        <w:rPr>
          <w:b w:val="0"/>
          <w:i w:val="0"/>
        </w:rPr>
        <w:t>Việc chạy đi chạy lại quy trình triển khai (deployment) nhiều lần với cùng một dự án hoặc với một loạt dự án nhỏ là cách luyện tập rất tốt để làm quen với việc triển khai. Nhưng bạn sẽ cần biết cách xóa một dự án đã được triển khai. Platform.sh cũng giới hạn số lượng dự án bạn có thể lưu trữ miễn phí, và bạn chẳng muốn tài khoản của mình bị lộn xộn bởi các dự án luyện tập đâu.</w:t>
      </w:r>
    </w:p>
    <w:p>
      <w:pPr>
        <w:spacing w:after="80"/>
      </w:pPr>
      <w:r>
        <w:rPr>
          <w:b w:val="0"/>
          <w:i w:val="0"/>
        </w:rPr>
        <w:t>Bạn có thể xóa một dự án bằng CLI:</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platform project:delete</w:t>
      </w:r>
    </w:p>
    <w:p>
      <w:pPr>
        <w:spacing w:after="40"/>
      </w:pPr>
    </w:p>
    <w:p>
      <w:pPr>
        <w:spacing w:after="80"/>
      </w:pPr>
      <w:r>
        <w:rPr>
          <w:b w:val="0"/>
          <w:i w:val="0"/>
        </w:rPr>
        <w:t>Bạn sẽ được hỏi để xác nhận rằng bạn muốn thực hiện hành động mang tính phá hủy này. Hãy trả lời các câu hỏi gợi ý, và dự án của bạn sẽ bị xóa.</w:t>
      </w:r>
    </w:p>
    <w:p>
      <w:pPr>
        <w:spacing w:after="80"/>
      </w:pPr>
      <w:r>
        <w:rPr>
          <w:b w:val="0"/>
          <w:i w:val="0"/>
        </w:rPr>
        <w:t xml:space="preserve">Lệnh </w:t>
      </w:r>
      <w:r>
        <w:rPr>
          <w:rFonts w:ascii="Consolas" w:hAnsi="Consolas"/>
          <w:b w:val="0"/>
          <w:i w:val="0"/>
          <w:sz w:val="20"/>
        </w:rPr>
        <w:t>platform create</w:t>
      </w:r>
      <w:r>
        <w:rPr>
          <w:b w:val="0"/>
          <w:i w:val="0"/>
        </w:rPr>
        <w:t xml:space="preserve"> cũng đã cấp cho kho Git cục bộ một tham chiếu đến kho từ xa trên máy chủ của Platform.sh. Bạn cũng có thể gỡ bỏ remote này từ dòng lệnh:</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git remote</w:t>
      </w:r>
    </w:p>
    <w:p>
      <w:pPr>
        <w:spacing w:after="0"/>
        <w:ind w:left="360"/>
        <w:shd w:val="clear" w:color="auto" w:fill="F2F2F2"/>
      </w:pPr>
      <w:r>
        <w:rPr>
          <w:rFonts w:ascii="Consolas" w:hAnsi="Consolas"/>
          <w:b w:val="0"/>
          <w:i w:val="0"/>
          <w:sz w:val="18"/>
        </w:rPr>
        <w:t>platform</w:t>
      </w:r>
    </w:p>
    <w:p>
      <w:pPr>
        <w:spacing w:after="0"/>
        <w:ind w:left="360"/>
        <w:shd w:val="clear" w:color="auto" w:fill="F2F2F2"/>
      </w:pPr>
      <w:r>
        <w:rPr>
          <w:rFonts w:ascii="Consolas" w:hAnsi="Consolas"/>
          <w:b w:val="0"/>
          <w:i w:val="0"/>
          <w:sz w:val="18"/>
        </w:rPr>
        <w:t xml:space="preserve">(ll_env)learning_log$ </w:t>
      </w:r>
      <w:r>
        <w:rPr>
          <w:rFonts w:ascii="Consolas" w:hAnsi="Consolas"/>
          <w:b/>
          <w:i w:val="0"/>
          <w:sz w:val="18"/>
        </w:rPr>
        <w:t>git remote remove platform</w:t>
      </w:r>
    </w:p>
    <w:p>
      <w:pPr>
        <w:spacing w:after="40"/>
      </w:pPr>
    </w:p>
    <w:p>
      <w:pPr>
        <w:spacing w:after="80"/>
      </w:pPr>
      <w:r>
        <w:rPr>
          <w:b w:val="0"/>
          <w:i w:val="0"/>
        </w:rPr>
        <w:t xml:space="preserve">Lệnh </w:t>
      </w:r>
      <w:r>
        <w:rPr>
          <w:rFonts w:ascii="Consolas" w:hAnsi="Consolas"/>
          <w:b w:val="0"/>
          <w:i w:val="0"/>
          <w:sz w:val="20"/>
        </w:rPr>
        <w:t>git remote</w:t>
      </w:r>
      <w:r>
        <w:rPr>
          <w:b w:val="0"/>
          <w:i w:val="0"/>
        </w:rPr>
        <w:t xml:space="preserve"> liệt kê tên của tất cả các URL từ xa gắn với kho hiện tại. Lệnh </w:t>
      </w:r>
      <w:r>
        <w:rPr>
          <w:rFonts w:ascii="Consolas" w:hAnsi="Consolas"/>
          <w:b w:val="0"/>
          <w:i w:val="0"/>
          <w:sz w:val="20"/>
        </w:rPr>
        <w:t>git remote remove</w:t>
      </w:r>
      <w:r>
        <w:rPr>
          <w:rFonts w:ascii="Consolas" w:hAnsi="Consolas"/>
          <w:b/>
          <w:i w:val="0"/>
          <w:sz w:val="20"/>
        </w:rPr>
        <w:t xml:space="preserve"> </w:t>
      </w:r>
      <w:r>
        <w:rPr>
          <w:rFonts w:ascii="Consolas" w:hAnsi="Consolas"/>
          <w:b w:val="0"/>
          <w:i/>
          <w:sz w:val="20"/>
        </w:rPr>
        <w:t>remote_name</w:t>
      </w:r>
      <w:r>
        <w:rPr>
          <w:b w:val="0"/>
          <w:i w:val="0"/>
        </w:rPr>
        <w:t xml:space="preserve"> sẽ xóa các URL từ xa này khỏi kho cục bộ.</w:t>
      </w:r>
    </w:p>
    <w:p>
      <w:pPr>
        <w:spacing w:after="80"/>
      </w:pPr>
      <w:r>
        <w:rPr>
          <w:b w:val="0"/>
          <w:i w:val="0"/>
        </w:rPr>
        <w:t xml:space="preserve">Bạn cũng có thể xóa tài nguyên của một dự án bằng cách đăng nhập vào trang web Platform.sh và truy cập bảng điều khiển (dashboard) của bạn tại https://console.platform.sh. Trang này liệt kê tất cả các dự án đang hoạt động của bạn. Nhấp vào ba dấu chấm trong ô của một dự án, rồi nhấp vào </w:t>
      </w:r>
      <w:r>
        <w:rPr>
          <w:b/>
          <w:i w:val="0"/>
        </w:rPr>
        <w:t>Edit Plan</w:t>
      </w:r>
      <w:r>
        <w:rPr>
          <w:b w:val="0"/>
          <w:i w:val="0"/>
        </w:rPr>
        <w:t xml:space="preserve">. Đây là trang báo giá cho dự án; nhấp vào nút </w:t>
      </w:r>
      <w:r>
        <w:rPr>
          <w:b/>
          <w:i w:val="0"/>
        </w:rPr>
        <w:t>Delete Project</w:t>
      </w:r>
      <w:r>
        <w:rPr>
          <w:b w:val="0"/>
          <w:i w:val="0"/>
        </w:rPr>
        <w:t xml:space="preserve"> ở cuối trang, và bạn sẽ được hiển thị một trang xác nhận để bạn có thể tiến hành xóa. Ngay cả khi bạn đã xóa dự án bằng CLI, việc làm quen với bảng điều khiển của bất kỳ nhà cung cấp dịch vụ lưu trữ nào mà bạn triển khai lên cũng là một ý hay.</w:t>
      </w:r>
    </w:p>
    <w:p>
      <w:pPr>
        <w:spacing w:before="120" w:after="40"/>
      </w:pPr>
      <w:r>
        <w:rPr>
          <w:b/>
          <w:sz w:val="21"/>
        </w:rPr>
        <w:t>Ghi chú</w:t>
      </w:r>
    </w:p>
    <w:p>
      <w:pPr>
        <w:spacing w:after="80"/>
      </w:pPr>
      <w:r>
        <w:rPr>
          <w:b w:val="0"/>
          <w:i w:val="0"/>
        </w:rPr>
        <w:t>Việc xóa một dự án trên Platform.sh không ảnh hưởng gì đến phiên bản cục bộ của dự án. Nếu chưa ai dùng dự án đã triển khai của bạn và bạn chỉ đang luyện tập quy trình triển khai, thì việc xóa dự án trên Platform.sh rồi triển khai lại là hoàn toàn hợp lý. Chỉ cần lưu ý rằng nếu mọi thứ ngừng hoạt động, có thể bạn đã vướng phải giới hạn của gói miễn phí mà nhà cung cấp đưa ra.</w:t>
      </w:r>
    </w:p>
    <w:p>
      <w:pPr>
        <w:spacing w:before="120" w:after="40"/>
      </w:pPr>
      <w:r>
        <w:rPr>
          <w:b/>
          <w:sz w:val="21"/>
        </w:rPr>
        <w:t>Tự thực hành</w:t>
      </w:r>
    </w:p>
    <w:p>
      <w:pPr>
        <w:spacing w:after="80"/>
      </w:pPr>
      <w:r>
        <w:rPr>
          <w:b/>
          <w:i w:val="0"/>
        </w:rPr>
        <w:t>20-3. Blog trực tuyến:</w:t>
      </w:r>
      <w:r>
        <w:rPr>
          <w:b w:val="0"/>
          <w:i w:val="0"/>
        </w:rPr>
        <w:t xml:space="preserve"> Triển khai dự án Blog mà bạn đang làm lên Platform.sh. Hãy chắc chắn rằng bạn đặt </w:t>
      </w:r>
      <w:r>
        <w:rPr>
          <w:rFonts w:ascii="Consolas" w:hAnsi="Consolas"/>
          <w:b w:val="0"/>
          <w:i w:val="0"/>
          <w:sz w:val="20"/>
        </w:rPr>
        <w:t>DEBUG</w:t>
      </w:r>
      <w:r>
        <w:rPr>
          <w:b w:val="0"/>
          <w:i w:val="0"/>
        </w:rPr>
        <w:t xml:space="preserve"> thành </w:t>
      </w:r>
      <w:r>
        <w:rPr>
          <w:rFonts w:ascii="Consolas" w:hAnsi="Consolas"/>
          <w:b w:val="0"/>
          <w:i w:val="0"/>
          <w:sz w:val="20"/>
        </w:rPr>
        <w:t>False</w:t>
      </w:r>
      <w:r>
        <w:rPr>
          <w:b w:val="0"/>
          <w:i w:val="0"/>
        </w:rPr>
        <w:t>, để người dùng không nhìn thấy toàn bộ trang lỗi Django khi có sự cố xảy ra.</w:t>
      </w:r>
    </w:p>
    <w:p>
      <w:pPr>
        <w:spacing w:after="80"/>
      </w:pPr>
      <w:r>
        <w:rPr>
          <w:b/>
          <w:i w:val="0"/>
        </w:rPr>
        <w:t>20-4. Mở rộng Learning Log:</w:t>
      </w:r>
      <w:r>
        <w:rPr>
          <w:b w:val="0"/>
          <w:i w:val="0"/>
        </w:rPr>
        <w:t xml:space="preserve"> Thêm một tính năng vào Learning Log, và đẩy thay đổi lên bản triển khai trực tuyến của bạn. Hãy thử một thay đổi đơn giản, chẳng hạn như viết thêm về dự án trên trang chủ. Sau đó thử thêm một tính năng nâng cao hơn, chẳng hạn như cho người dùng tùy chọn đặt một chủ đề thành công khai. Điều này sẽ đòi hỏi một thuộc tính tên là </w:t>
      </w:r>
      <w:r>
        <w:rPr>
          <w:rFonts w:ascii="Consolas" w:hAnsi="Consolas"/>
          <w:b w:val="0"/>
          <w:i w:val="0"/>
          <w:sz w:val="20"/>
        </w:rPr>
        <w:t>public</w:t>
      </w:r>
      <w:r>
        <w:rPr>
          <w:b w:val="0"/>
          <w:i w:val="0"/>
        </w:rPr>
        <w:t xml:space="preserve"> như một phần của model </w:t>
      </w:r>
      <w:r>
        <w:rPr>
          <w:rFonts w:ascii="Consolas" w:hAnsi="Consolas"/>
          <w:b w:val="0"/>
          <w:i w:val="0"/>
          <w:sz w:val="20"/>
        </w:rPr>
        <w:t>Topic</w:t>
      </w:r>
      <w:r>
        <w:rPr>
          <w:b w:val="0"/>
          <w:i w:val="0"/>
        </w:rPr>
        <w:t xml:space="preserve"> (thuộc tính này nên được đặt mặc định là </w:t>
      </w:r>
      <w:r>
        <w:rPr>
          <w:rFonts w:ascii="Consolas" w:hAnsi="Consolas"/>
          <w:b w:val="0"/>
          <w:i w:val="0"/>
          <w:sz w:val="20"/>
        </w:rPr>
        <w:t>False</w:t>
      </w:r>
      <w:r>
        <w:rPr>
          <w:b w:val="0"/>
          <w:i w:val="0"/>
        </w:rPr>
        <w:t xml:space="preserve">) và một phần tử biểu mẫu trên trang new_topic cho phép người dùng chuyển một chủ đề từ riêng tư sang công khai. Sau đó bạn sẽ cần migrate dự án và chỉnh sửa </w:t>
      </w:r>
      <w:r>
        <w:rPr>
          <w:b w:val="0"/>
          <w:i/>
        </w:rPr>
        <w:t>views.py</w:t>
      </w:r>
      <w:r>
        <w:rPr>
          <w:b w:val="0"/>
          <w:i w:val="0"/>
        </w:rPr>
        <w:t xml:space="preserve"> để bất kỳ chủ đề nào công khai cũng hiển thị được với cả những người dùng chưa xác thực.</w:t>
      </w:r>
    </w:p>
    <w:p>
      <w:pPr>
        <w:pStyle w:val="Heading2"/>
      </w:pPr>
      <w:r>
        <w:rPr>
          <w:rFonts w:ascii="Calibri" w:hAnsi="Calibri"/>
          <w:b/>
          <w:i w:val="0"/>
          <w:sz w:val="32"/>
        </w:rPr>
        <w:t>Tóm tắt</w:t>
      </w:r>
    </w:p>
    <w:p>
      <w:pPr>
        <w:spacing w:after="80"/>
      </w:pPr>
      <w:r>
        <w:rPr>
          <w:b w:val="0"/>
          <w:i w:val="0"/>
        </w:rPr>
        <w:t>Trong chương này, bạn đã học cách làm cho các dự án của mình có vẻ ngoài đơn giản nhưng chuyên nghiệp bằng thư viện Bootstrap và ứng dụng django-bootstrap5. Với Bootstrap, các kiểu dáng (style) bạn chọn sẽ hiển thị nhất quán trên gần như mọi thiết bị mà mọi người dùng để truy cập dự án của bạn.</w:t>
      </w:r>
    </w:p>
    <w:p>
      <w:pPr>
        <w:spacing w:after="80"/>
      </w:pPr>
      <w:r>
        <w:rPr>
          <w:b w:val="0"/>
          <w:i w:val="0"/>
        </w:rPr>
        <w:t xml:space="preserve">Bạn đã tìm hiểu về các template của Bootstrap và dùng template </w:t>
      </w:r>
      <w:r>
        <w:rPr>
          <w:b w:val="0"/>
          <w:i/>
        </w:rPr>
        <w:t>Navbar static</w:t>
      </w:r>
      <w:r>
        <w:rPr>
          <w:b w:val="0"/>
          <w:i w:val="0"/>
        </w:rPr>
        <w:t xml:space="preserve"> để tạo giao diện đơn giản cho Learning Log. Bạn đã dùng jumbotron để làm nổi bật thông điệp trên trang chủ, và học cách tạo kiểu nhất quán cho tất cả các trang trong một site.</w:t>
      </w:r>
    </w:p>
    <w:p>
      <w:pPr>
        <w:spacing w:after="80"/>
      </w:pPr>
      <w:r>
        <w:rPr>
          <w:b w:val="0"/>
          <w:i w:val="0"/>
        </w:rPr>
        <w:t xml:space="preserve">Trong phần cuối của dự án, bạn đã học cách triển khai (deploy) một dự án lên máy chủ từ xa (remote server) để bất kỳ ai cũng có thể truy cập. Bạn đã tạo tài khoản Platform.sh và cài đặt một số công cụ giúp quản lý quá trình triển khai. Bạn đã dùng Git để commit dự án đang chạy vào một repository (kho chứa), rồi push repository đó lên máy chủ từ xa trên Platform.sh. Cuối cùng, bạn đã học cách bắt đầu bảo mật ứng dụng của mình bằng cách đặt </w:t>
      </w:r>
      <w:r>
        <w:rPr>
          <w:rFonts w:ascii="Consolas" w:hAnsi="Consolas"/>
          <w:b w:val="0"/>
          <w:i w:val="0"/>
          <w:sz w:val="20"/>
        </w:rPr>
        <w:t>DEBUG = False</w:t>
      </w:r>
      <w:r>
        <w:rPr>
          <w:b w:val="0"/>
          <w:i w:val="0"/>
        </w:rPr>
        <w:t xml:space="preserve"> trên máy chủ đang chạy (live server). Bạn cũng đã tạo các trang lỗi tùy chỉnh, để những lỗi không thể tránh khỏi khi xuất hiện sẽ trông được xử lý gọn gàng.</w:t>
      </w:r>
    </w:p>
    <w:p>
      <w:pPr>
        <w:spacing w:after="80"/>
      </w:pPr>
      <w:r>
        <w:rPr>
          <w:b w:val="0"/>
          <w:i w:val="0"/>
        </w:rPr>
        <w:t>Giờ thì bạn đã hoàn thành Learning Log, bạn có thể bắt đầu xây dựng các dự án của riêng mình. Hãy bắt đầu đơn giản, và đảm bảo dự án chạy được trước khi thêm độ phức tạp. Chúc bạn tiếp tục học vui vẻ, và chúc may mắn với các dự án của mình!</w:t>
      </w:r>
    </w:p>
    <w:p>
      <w:pPr>
        <w:pStyle w:val="Heading1"/>
      </w:pPr>
      <w:r>
        <w:rPr>
          <w:rFonts w:ascii="Calibri" w:hAnsi="Calibri"/>
          <w:b/>
          <w:i w:val="0"/>
          <w:sz w:val="38"/>
        </w:rPr>
        <w:t>A</w:t>
      </w:r>
      <w:r>
        <w:rPr>
          <w:rFonts w:ascii="Calibri" w:hAnsi="Calibri"/>
          <w:b/>
          <w:i w:val="0"/>
          <w:sz w:val="38"/>
        </w:rPr>
      </w:r>
      <w:r>
        <w:rPr>
          <w:rFonts w:ascii="Calibri" w:hAnsi="Calibri"/>
          <w:b/>
          <w:i w:val="0"/>
          <w:sz w:val="38"/>
        </w:rPr>
        <w:t>Cài đặt và Xử lý sự cố</w:t>
      </w:r>
    </w:p>
    <w:p>
      <w:pPr>
        <w:jc w:val="center"/>
      </w:pPr>
      <w:r>
        <w:drawing>
          <wp:inline xmlns:a="http://schemas.openxmlformats.org/drawingml/2006/main" xmlns:pic="http://schemas.openxmlformats.org/drawingml/2006/picture">
            <wp:extent cx="3867150" cy="3867150"/>
            <wp:docPr id="81" name="Picture 81"/>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Có rất nhiều phiên bản Python khác nhau và vô số cách để cài đặt nó trên mỗi hệ điều hành. Nếu cách làm trong Chương 1 không hiệu quả, hoặc nếu bạn muốn cài một phiên bản Python khác với phiên bản đang được cài, những hướng dẫn trong phụ lục này có thể giúp bạn.</w:t>
      </w:r>
    </w:p>
    <w:p>
      <w:pPr>
        <w:pStyle w:val="Heading2"/>
      </w:pPr>
      <w:r>
        <w:rPr>
          <w:rFonts w:ascii="Calibri" w:hAnsi="Calibri"/>
          <w:b/>
          <w:i w:val="0"/>
          <w:sz w:val="32"/>
        </w:rPr>
        <w:t>Python trên Windows</w:t>
      </w:r>
    </w:p>
    <w:p>
      <w:pPr>
        <w:spacing w:after="80"/>
      </w:pPr>
      <w:r>
        <w:rPr>
          <w:b w:val="0"/>
          <w:i w:val="0"/>
        </w:rPr>
        <w:t>Những hướng dẫn trong Chương 1 chỉ cho bạn cách cài Python bằng trình cài đặt (installer) chính thức tại https://python.org. Nếu bạn không thể chạy được Python sau khi dùng trình cài đặt, những hướng dẫn xử lý sự cố trong phần này sẽ giúp bạn đưa Python chạy được.</w:t>
      </w:r>
    </w:p>
    <w:p>
      <w:pPr>
        <w:pStyle w:val="Heading3"/>
      </w:pPr>
      <w:r>
        <w:rPr>
          <w:rFonts w:ascii="Calibri" w:hAnsi="Calibri"/>
          <w:b/>
          <w:i w:val="0"/>
          <w:sz w:val="27"/>
        </w:rPr>
        <w:t>Dùng py thay cho python</w:t>
      </w:r>
    </w:p>
    <w:p>
      <w:pPr>
        <w:spacing w:after="80"/>
      </w:pPr>
      <w:r>
        <w:rPr>
          <w:b w:val="0"/>
          <w:i w:val="0"/>
        </w:rPr>
        <w:t xml:space="preserve">Nếu bạn chạy một trình cài đặt Python gần đây rồi gõ lệnh </w:t>
      </w:r>
      <w:r>
        <w:rPr>
          <w:rFonts w:ascii="Consolas" w:hAnsi="Consolas"/>
          <w:b/>
          <w:i w:val="0"/>
          <w:sz w:val="20"/>
        </w:rPr>
        <w:t>python</w:t>
      </w:r>
      <w:r>
        <w:rPr>
          <w:b w:val="0"/>
          <w:i w:val="0"/>
        </w:rPr>
        <w:t xml:space="preserve"> trong terminal, bạn sẽ thấy dấu nhắc Python cho một phiên terminal (</w:t>
      </w:r>
      <w:r>
        <w:rPr>
          <w:rFonts w:ascii="Consolas" w:hAnsi="Consolas"/>
          <w:b w:val="0"/>
          <w:i w:val="0"/>
          <w:sz w:val="20"/>
        </w:rPr>
        <w:t>&gt;&gt;&gt;</w:t>
      </w:r>
      <w:r>
        <w:rPr>
          <w:b w:val="0"/>
          <w:i w:val="0"/>
        </w:rPr>
        <w:t xml:space="preserve">). Khi Windows không nhận ra lệnh </w:t>
      </w:r>
      <w:r>
        <w:rPr>
          <w:rFonts w:ascii="Consolas" w:hAnsi="Consolas"/>
          <w:b w:val="0"/>
          <w:i w:val="0"/>
          <w:sz w:val="20"/>
        </w:rPr>
        <w:t>python</w:t>
      </w:r>
      <w:r>
        <w:rPr>
          <w:b w:val="0"/>
          <w:i w:val="0"/>
        </w:rPr>
        <w:t>, nó sẽ hoặc mở Microsoft Store vì nghĩ rằng Python chưa được cài, hoặc bạn sẽ nhận được thông báo kiểu như "Python was not found." Nếu Microsoft Store mở ra, hãy đóng nó lại; dùng trình cài đặt Python chính thức từ https://python.org vẫn tốt hơn cái mà Microsoft duy trì.</w:t>
      </w:r>
    </w:p>
    <w:p>
      <w:pPr>
        <w:spacing w:after="80"/>
      </w:pPr>
      <w:r>
        <w:rPr>
          <w:b w:val="0"/>
          <w:i w:val="0"/>
        </w:rPr>
        <w:t xml:space="preserve">Cách giải quyết đơn giản nhất, mà không cần thay đổi gì trên hệ thống của bạn, là thử lệnh </w:t>
      </w:r>
      <w:r>
        <w:rPr>
          <w:rFonts w:ascii="Consolas" w:hAnsi="Consolas"/>
          <w:b/>
          <w:i w:val="0"/>
          <w:sz w:val="20"/>
        </w:rPr>
        <w:t>py</w:t>
      </w:r>
      <w:r>
        <w:rPr>
          <w:b w:val="0"/>
          <w:i w:val="0"/>
        </w:rPr>
        <w:t xml:space="preserve">. Đây là một tiện ích của Windows giúp tìm phiên bản Python mới nhất được cài trên hệ thống của bạn và chạy trình thông dịch (interpreter) đó. Nếu lệnh này hoạt động và bạn muốn dùng nó, chỉ cần dùng </w:t>
      </w:r>
      <w:r>
        <w:rPr>
          <w:rFonts w:ascii="Consolas" w:hAnsi="Consolas"/>
          <w:b/>
          <w:i w:val="0"/>
          <w:sz w:val="20"/>
        </w:rPr>
        <w:t>py</w:t>
      </w:r>
      <w:r>
        <w:rPr>
          <w:b w:val="0"/>
          <w:i w:val="0"/>
        </w:rPr>
        <w:t xml:space="preserve"> ở bất cứ đâu bạn thấy lệnh </w:t>
      </w:r>
      <w:r>
        <w:rPr>
          <w:rFonts w:ascii="Consolas" w:hAnsi="Consolas"/>
          <w:b w:val="0"/>
          <w:i w:val="0"/>
          <w:sz w:val="20"/>
        </w:rPr>
        <w:t>python</w:t>
      </w:r>
      <w:r>
        <w:rPr>
          <w:b w:val="0"/>
          <w:i w:val="0"/>
        </w:rPr>
        <w:t xml:space="preserve"> hoặc </w:t>
      </w:r>
      <w:r>
        <w:rPr>
          <w:rFonts w:ascii="Consolas" w:hAnsi="Consolas"/>
          <w:b w:val="0"/>
          <w:i w:val="0"/>
          <w:sz w:val="20"/>
        </w:rPr>
        <w:t>python3</w:t>
      </w:r>
      <w:r>
        <w:rPr>
          <w:b w:val="0"/>
          <w:i w:val="0"/>
        </w:rPr>
        <w:t xml:space="preserve"> trong cuốn sách này.</w:t>
      </w:r>
    </w:p>
    <w:p>
      <w:pPr>
        <w:pStyle w:val="Heading3"/>
      </w:pPr>
      <w:r>
        <w:rPr>
          <w:rFonts w:ascii="Calibri" w:hAnsi="Calibri"/>
          <w:b/>
          <w:i w:val="0"/>
          <w:sz w:val="27"/>
        </w:rPr>
        <w:t>Chạy lại trình cài đặt</w:t>
      </w:r>
    </w:p>
    <w:p>
      <w:pPr>
        <w:spacing w:after="80"/>
      </w:pPr>
      <w:r>
        <w:rPr>
          <w:b w:val="0"/>
          <w:i w:val="0"/>
        </w:rPr>
        <w:t xml:space="preserve">Lý do phổ biến nhất khiến </w:t>
      </w:r>
      <w:r>
        <w:rPr>
          <w:rFonts w:ascii="Consolas" w:hAnsi="Consolas"/>
          <w:b w:val="0"/>
          <w:i w:val="0"/>
          <w:sz w:val="20"/>
        </w:rPr>
        <w:t>python</w:t>
      </w:r>
      <w:r>
        <w:rPr>
          <w:b w:val="0"/>
          <w:i w:val="0"/>
        </w:rPr>
        <w:t xml:space="preserve"> không hoạt động là mọi người quên chọn tùy chọn Add Python to PATH khi chạy trình cài đặt; đây là một lỗi rất dễ mắc phải. Biến </w:t>
      </w:r>
      <w:r>
        <w:rPr>
          <w:rFonts w:ascii="Consolas" w:hAnsi="Consolas"/>
          <w:b w:val="0"/>
          <w:i w:val="0"/>
          <w:sz w:val="20"/>
        </w:rPr>
        <w:t>PATH</w:t>
      </w:r>
      <w:r>
        <w:rPr>
          <w:b w:val="0"/>
          <w:i w:val="0"/>
        </w:rPr>
        <w:t xml:space="preserve"> là một thiết lập hệ thống cho Python biết cần tìm các chương trình thường dùng ở đâu. Trong trường hợp này, Windows không biết cách tìm trình thông dịch Python.</w:t>
      </w:r>
    </w:p>
    <w:p>
      <w:pPr>
        <w:spacing w:after="80"/>
      </w:pPr>
      <w:r>
        <w:rPr>
          <w:b w:val="0"/>
          <w:i w:val="0"/>
        </w:rPr>
        <w:t xml:space="preserve">Cách khắc phục đơn giản nhất trong tình huống này là chạy lại trình cài đặt. Nếu có trình cài đặt mới hơn tại https://python.org, hãy tải trình cài đặt mới về và chạy nó, nhớ tích vào ô </w:t>
      </w:r>
      <w:r>
        <w:rPr>
          <w:b/>
          <w:i w:val="0"/>
        </w:rPr>
        <w:t>Add Python to PATH</w:t>
      </w:r>
      <w:r>
        <w:rPr>
          <w:b w:val="0"/>
          <w:i w:val="0"/>
        </w:rPr>
        <w:t>.</w:t>
      </w:r>
    </w:p>
    <w:p>
      <w:pPr>
        <w:spacing w:after="80"/>
      </w:pPr>
      <w:r>
        <w:rPr>
          <w:b w:val="0"/>
          <w:i w:val="0"/>
        </w:rPr>
        <w:t xml:space="preserve">Nếu bạn đã có trình cài đặt mới nhất, hãy chạy lại nó và chọn tùy chọn </w:t>
      </w:r>
      <w:r>
        <w:rPr>
          <w:b/>
          <w:i w:val="0"/>
        </w:rPr>
        <w:t>Modify</w:t>
      </w:r>
      <w:r>
        <w:rPr>
          <w:b w:val="0"/>
          <w:i w:val="0"/>
        </w:rPr>
        <w:t xml:space="preserve">. Bạn sẽ thấy danh sách các tính năng tùy chọn; hãy giữ nguyên các tùy chọn mặc định đã được chọn trên màn hình này. Sau đó bấm </w:t>
      </w:r>
      <w:r>
        <w:rPr>
          <w:b/>
          <w:i w:val="0"/>
        </w:rPr>
        <w:t>Next</w:t>
      </w:r>
      <w:r>
        <w:rPr>
          <w:b w:val="0"/>
          <w:i w:val="0"/>
        </w:rPr>
        <w:t xml:space="preserve"> và tích vào ô </w:t>
      </w:r>
      <w:r>
        <w:rPr>
          <w:b/>
          <w:i w:val="0"/>
        </w:rPr>
        <w:t>Add Python to Environment Variables</w:t>
      </w:r>
      <w:r>
        <w:rPr>
          <w:b w:val="0"/>
          <w:i w:val="0"/>
        </w:rPr>
        <w:t xml:space="preserve">. Cuối cùng, bấm </w:t>
      </w:r>
      <w:r>
        <w:rPr>
          <w:b/>
          <w:i w:val="0"/>
        </w:rPr>
        <w:t>Install</w:t>
      </w:r>
      <w:r>
        <w:rPr>
          <w:b w:val="0"/>
          <w:i w:val="0"/>
        </w:rPr>
        <w:t xml:space="preserve">. Trình cài đặt sẽ nhận ra rằng Python đã được cài rồi, và nó sẽ thêm vị trí của trình thông dịch Python vào biến </w:t>
      </w:r>
      <w:r>
        <w:rPr>
          <w:rFonts w:ascii="Consolas" w:hAnsi="Consolas"/>
          <w:b w:val="0"/>
          <w:i w:val="0"/>
          <w:sz w:val="20"/>
        </w:rPr>
        <w:t>PATH</w:t>
      </w:r>
      <w:r>
        <w:rPr>
          <w:b w:val="0"/>
          <w:i w:val="0"/>
        </w:rPr>
        <w:t xml:space="preserve">. Nhớ đóng mọi terminal đang mở, vì chúng vẫn đang dùng biến </w:t>
      </w:r>
      <w:r>
        <w:rPr>
          <w:rFonts w:ascii="Consolas" w:hAnsi="Consolas"/>
          <w:b w:val="0"/>
          <w:i w:val="0"/>
          <w:sz w:val="20"/>
        </w:rPr>
        <w:t>PATH</w:t>
      </w:r>
      <w:r>
        <w:rPr>
          <w:b w:val="0"/>
          <w:i w:val="0"/>
        </w:rPr>
        <w:t xml:space="preserve"> cũ. Mở một cửa sổ terminal mới và gõ lại lệnh </w:t>
      </w:r>
      <w:r>
        <w:rPr>
          <w:rFonts w:ascii="Consolas" w:hAnsi="Consolas"/>
          <w:b/>
          <w:i w:val="0"/>
          <w:sz w:val="20"/>
        </w:rPr>
        <w:t>python</w:t>
      </w:r>
      <w:r>
        <w:rPr>
          <w:b w:val="0"/>
          <w:i w:val="0"/>
        </w:rPr>
        <w:t>; bạn sẽ thấy dấu nhắc Python (</w:t>
      </w:r>
      <w:r>
        <w:rPr>
          <w:rFonts w:ascii="Consolas" w:hAnsi="Consolas"/>
          <w:b w:val="0"/>
          <w:i w:val="0"/>
          <w:sz w:val="20"/>
        </w:rPr>
        <w:t>&gt;&gt;&gt;</w:t>
      </w:r>
      <w:r>
        <w:rPr>
          <w:b w:val="0"/>
          <w:i w:val="0"/>
        </w:rPr>
        <w:t>).</w:t>
      </w:r>
    </w:p>
    <w:p>
      <w:pPr>
        <w:pStyle w:val="Heading2"/>
      </w:pPr>
      <w:r>
        <w:rPr>
          <w:rFonts w:ascii="Calibri" w:hAnsi="Calibri"/>
          <w:b/>
          <w:i w:val="0"/>
          <w:sz w:val="32"/>
        </w:rPr>
        <w:t>Python trên macOS</w:t>
      </w:r>
    </w:p>
    <w:p>
      <w:pPr>
        <w:spacing w:after="80"/>
      </w:pPr>
      <w:r>
        <w:rPr>
          <w:b w:val="0"/>
          <w:i w:val="0"/>
        </w:rPr>
        <w:t>Hướng dẫn cài đặt trong Chương 1 sử dụng trình cài đặt chính thức của Python tại https://python.org. Trình cài đặt chính thức này đã hoạt động tốt trong nhiều năm nay, nhưng vẫn có vài thứ có thể khiến bạn đi lạc đường. Phần này sẽ giúp bạn nếu có gì đó không chạy trơn tru.</w:t>
      </w:r>
    </w:p>
    <w:p>
      <w:pPr>
        <w:pStyle w:val="Heading3"/>
      </w:pPr>
      <w:r>
        <w:rPr>
          <w:rFonts w:ascii="Calibri" w:hAnsi="Calibri"/>
          <w:b/>
          <w:i w:val="0"/>
          <w:sz w:val="27"/>
        </w:rPr>
        <w:t>Vô tình cài đặt phiên bản Python của Apple</w:t>
      </w:r>
    </w:p>
    <w:p>
      <w:pPr>
        <w:spacing w:after="80"/>
      </w:pPr>
      <w:r>
        <w:rPr>
          <w:b w:val="0"/>
          <w:i w:val="0"/>
        </w:rPr>
        <w:t xml:space="preserve">Nếu bạn chạy lệnh </w:t>
      </w:r>
      <w:r>
        <w:rPr>
          <w:rFonts w:ascii="Consolas" w:hAnsi="Consolas"/>
          <w:b w:val="0"/>
          <w:i w:val="0"/>
          <w:sz w:val="20"/>
        </w:rPr>
        <w:t>python3</w:t>
      </w:r>
      <w:r>
        <w:rPr>
          <w:b w:val="0"/>
          <w:i w:val="0"/>
        </w:rPr>
        <w:t xml:space="preserve"> mà Python chưa được cài trên hệ thống của bạn, bạn sẽ thường thấy một thông báo rằng cần phải cài đặt </w:t>
      </w:r>
      <w:r>
        <w:rPr>
          <w:b w:val="0"/>
          <w:i/>
        </w:rPr>
        <w:t>command line developer tools</w:t>
      </w:r>
      <w:r>
        <w:rPr>
          <w:b w:val="0"/>
          <w:i w:val="0"/>
        </w:rPr>
        <w:t xml:space="preserve"> (công cụ phát triển dòng lệnh). Cách tốt nhất lúc này là đóng cửa sổ bật lên hiển thị thông báo đó, tải trình cài đặt Python từ https://python.org, rồi chạy trình cài đặt.</w:t>
      </w:r>
    </w:p>
    <w:p>
      <w:pPr>
        <w:spacing w:after="80"/>
      </w:pPr>
      <w:r>
        <w:rPr>
          <w:b w:val="0"/>
          <w:i w:val="0"/>
        </w:rPr>
        <w:t xml:space="preserve">Nếu bạn chọn cài đặt command line developer tools tại thời điểm này, macOS sẽ cài phiên bản Python của Apple cùng với các công cụ phát triển. Vấn đề duy nhất ở đây là phiên bản Python của Apple thường hơi cũ hơn so với phiên bản Python chính thức mới nhất. Tuy nhiên, bạn vẫn có thể tải và chạy trình cài đặt chính thức từ https://python.org, và khi đó </w:t>
      </w:r>
      <w:r>
        <w:rPr>
          <w:rFonts w:ascii="Consolas" w:hAnsi="Consolas"/>
          <w:b w:val="0"/>
          <w:i w:val="0"/>
          <w:sz w:val="20"/>
        </w:rPr>
        <w:t>python3</w:t>
      </w:r>
      <w:r>
        <w:rPr>
          <w:b w:val="0"/>
          <w:i w:val="0"/>
        </w:rPr>
        <w:t xml:space="preserve"> sẽ trỏ đến phiên bản mới hơn. Đừng lo lắng về việc đã cài các công cụ phát triển; trong đó có vài công cụ hữu ích, bao gồm cả hệ thống quản lý phiên bản Git được thảo luận trong Phụ lục D.</w:t>
      </w:r>
    </w:p>
    <w:p>
      <w:pPr>
        <w:pStyle w:val="Heading3"/>
      </w:pPr>
      <w:r>
        <w:rPr>
          <w:rFonts w:ascii="Calibri" w:hAnsi="Calibri"/>
          <w:b/>
          <w:i w:val="0"/>
          <w:sz w:val="27"/>
        </w:rPr>
        <w:t>Python 2 trên các phiên bản macOS cũ hơn</w:t>
      </w:r>
    </w:p>
    <w:p>
      <w:pPr>
        <w:spacing w:after="80"/>
      </w:pPr>
      <w:r>
        <w:rPr>
          <w:b w:val="0"/>
          <w:i w:val="0"/>
        </w:rPr>
        <w:t xml:space="preserve">Trên các phiên bản macOS cũ hơn, trước Monterey (macOS 12), một phiên bản Python 2 đã lỗi thời được cài đặt mặc định. Trên những hệ thống này, lệnh </w:t>
      </w:r>
      <w:r>
        <w:rPr>
          <w:rFonts w:ascii="Consolas" w:hAnsi="Consolas"/>
          <w:b w:val="0"/>
          <w:i w:val="0"/>
          <w:sz w:val="20"/>
        </w:rPr>
        <w:t>python</w:t>
      </w:r>
      <w:r>
        <w:rPr>
          <w:b w:val="0"/>
          <w:i w:val="0"/>
        </w:rPr>
        <w:t xml:space="preserve"> trỏ đến trình thông dịch (interpreter) cũ của hệ thống. Nếu bạn đang dùng một phiên bản macOS có cài Python 2, hãy chắc chắn rằng bạn dùng lệnh </w:t>
      </w:r>
      <w:r>
        <w:rPr>
          <w:rFonts w:ascii="Consolas" w:hAnsi="Consolas"/>
          <w:b/>
          <w:i w:val="0"/>
          <w:sz w:val="20"/>
        </w:rPr>
        <w:t>python3</w:t>
      </w:r>
      <w:r>
        <w:rPr>
          <w:b w:val="0"/>
          <w:i w:val="0"/>
        </w:rPr>
        <w:t>, và bạn sẽ luôn dùng đúng phiên bản Python mà bạn đã cài.</w:t>
      </w:r>
    </w:p>
    <w:p>
      <w:pPr>
        <w:pStyle w:val="Heading2"/>
      </w:pPr>
      <w:r>
        <w:rPr>
          <w:rFonts w:ascii="Calibri" w:hAnsi="Calibri"/>
          <w:b/>
          <w:i w:val="0"/>
          <w:sz w:val="32"/>
        </w:rPr>
        <w:t>Python trên Linux</w:t>
      </w:r>
    </w:p>
    <w:p>
      <w:pPr>
        <w:spacing w:after="80"/>
      </w:pPr>
      <w:r>
        <w:rPr>
          <w:b w:val="0"/>
          <w:i w:val="0"/>
        </w:rPr>
        <w:t>Python được bao gồm mặc định trên hầu hết mọi hệ thống Linux. Tuy nhiên, nếu phiên bản mặc định trên hệ thống của bạn cũ hơn Python 3.9, bạn nên cài phiên bản mới nhất. Bạn cũng có thể cài phiên bản mới nhất nếu bạn muốn có những tính năng mới nhất, như thông báo lỗi được cải thiện của Python. Các hướng dẫn sau đây sẽ hoạt động với hầu hết các hệ thống dựa trên apt.</w:t>
      </w:r>
    </w:p>
    <w:p>
      <w:pPr>
        <w:pStyle w:val="Heading3"/>
      </w:pPr>
      <w:r>
        <w:rPr>
          <w:rFonts w:ascii="Calibri" w:hAnsi="Calibri"/>
          <w:b/>
          <w:i w:val="0"/>
          <w:sz w:val="27"/>
        </w:rPr>
        <w:t>Sử dụng bản cài đặt Python mặc định</w:t>
      </w:r>
    </w:p>
    <w:p>
      <w:pPr>
        <w:spacing w:after="80"/>
      </w:pPr>
      <w:r>
        <w:rPr>
          <w:b w:val="0"/>
          <w:i w:val="0"/>
        </w:rPr>
        <w:t xml:space="preserve">Nếu bạn muốn dùng phiên bản Python mà </w:t>
      </w:r>
      <w:r>
        <w:rPr>
          <w:rFonts w:ascii="Consolas" w:hAnsi="Consolas"/>
          <w:b w:val="0"/>
          <w:i w:val="0"/>
          <w:sz w:val="20"/>
        </w:rPr>
        <w:t>python3</w:t>
      </w:r>
      <w:r>
        <w:rPr>
          <w:b w:val="0"/>
          <w:i w:val="0"/>
        </w:rPr>
        <w:t xml:space="preserve"> trỏ đến, hãy chắc chắn rằng bạn đã cài ba gói bổ sung sau:</w:t>
      </w:r>
    </w:p>
    <w:p>
      <w:pPr>
        <w:spacing w:after="0"/>
        <w:ind w:left="360"/>
        <w:shd w:val="clear" w:color="auto" w:fill="F2F2F2"/>
      </w:pPr>
      <w:r>
        <w:rPr>
          <w:rFonts w:ascii="Consolas" w:hAnsi="Consolas"/>
          <w:b w:val="0"/>
          <w:i w:val="0"/>
          <w:sz w:val="18"/>
        </w:rPr>
        <w:t xml:space="preserve">$ </w:t>
      </w:r>
      <w:r>
        <w:rPr>
          <w:rFonts w:ascii="Consolas" w:hAnsi="Consolas"/>
          <w:b/>
          <w:i w:val="0"/>
          <w:sz w:val="18"/>
        </w:rPr>
        <w:t>sudo apt install python3-dev python3-pip python3-venv</w:t>
      </w:r>
    </w:p>
    <w:p>
      <w:pPr>
        <w:spacing w:after="40"/>
      </w:pPr>
    </w:p>
    <w:p>
      <w:pPr>
        <w:spacing w:after="80"/>
      </w:pPr>
      <w:r>
        <w:rPr>
          <w:b w:val="0"/>
          <w:i w:val="0"/>
        </w:rPr>
        <w:t>Những gói này bao gồm các công cụ hữu ích cho lập trình viên và các công cụ cho phép bạn cài các gói bên thứ ba, giống như những gói được dùng trong phần dự án của cuốn sách này.</w:t>
      </w:r>
    </w:p>
    <w:p>
      <w:pPr>
        <w:pStyle w:val="Heading3"/>
      </w:pPr>
      <w:r>
        <w:rPr>
          <w:rFonts w:ascii="Calibri" w:hAnsi="Calibri"/>
          <w:b/>
          <w:i w:val="0"/>
          <w:sz w:val="27"/>
        </w:rPr>
        <w:t>Cài đặt phiên bản Python mới nhất</w:t>
      </w:r>
    </w:p>
    <w:p>
      <w:pPr>
        <w:spacing w:after="80"/>
      </w:pPr>
      <w:r>
        <w:rPr>
          <w:b w:val="0"/>
          <w:i w:val="0"/>
        </w:rPr>
        <w:t xml:space="preserve">Chúng ta sẽ dùng một gói tên là </w:t>
      </w:r>
      <w:r>
        <w:rPr>
          <w:rFonts w:ascii="Consolas" w:hAnsi="Consolas"/>
          <w:b w:val="0"/>
          <w:i w:val="0"/>
          <w:sz w:val="20"/>
        </w:rPr>
        <w:t>deadsnakes</w:t>
      </w:r>
      <w:r>
        <w:rPr>
          <w:b w:val="0"/>
          <w:i w:val="0"/>
        </w:rPr>
        <w:t>, giúp bạn dễ dàng cài nhiều phiên bản Python khác nhau. Nhập các lệnh sau:</w:t>
      </w:r>
    </w:p>
    <w:p>
      <w:pPr>
        <w:spacing w:after="0"/>
        <w:ind w:left="360"/>
        <w:shd w:val="clear" w:color="auto" w:fill="F2F2F2"/>
      </w:pPr>
      <w:r>
        <w:rPr>
          <w:rFonts w:ascii="Consolas" w:hAnsi="Consolas"/>
          <w:b w:val="0"/>
          <w:i w:val="0"/>
          <w:sz w:val="18"/>
        </w:rPr>
        <w:t xml:space="preserve">$ </w:t>
      </w:r>
      <w:r>
        <w:rPr>
          <w:rFonts w:ascii="Consolas" w:hAnsi="Consolas"/>
          <w:b/>
          <w:i w:val="0"/>
          <w:sz w:val="18"/>
        </w:rPr>
        <w:t>sudo add-apt-repository ppa:deadsnakes/ppa</w:t>
      </w:r>
    </w:p>
    <w:p>
      <w:pPr>
        <w:spacing w:after="0"/>
        <w:ind w:left="360"/>
        <w:shd w:val="clear" w:color="auto" w:fill="F2F2F2"/>
      </w:pPr>
      <w:r>
        <w:rPr>
          <w:rFonts w:ascii="Consolas" w:hAnsi="Consolas"/>
          <w:b w:val="0"/>
          <w:i w:val="0"/>
          <w:sz w:val="18"/>
        </w:rPr>
        <w:t xml:space="preserve">$ </w:t>
      </w:r>
      <w:r>
        <w:rPr>
          <w:rFonts w:ascii="Consolas" w:hAnsi="Consolas"/>
          <w:b/>
          <w:i w:val="0"/>
          <w:sz w:val="18"/>
        </w:rPr>
        <w:t>sudo apt update</w:t>
      </w:r>
    </w:p>
    <w:p>
      <w:pPr>
        <w:spacing w:after="0"/>
        <w:ind w:left="360"/>
        <w:shd w:val="clear" w:color="auto" w:fill="F2F2F2"/>
      </w:pPr>
      <w:r>
        <w:rPr>
          <w:rFonts w:ascii="Consolas" w:hAnsi="Consolas"/>
          <w:b w:val="0"/>
          <w:i w:val="0"/>
          <w:sz w:val="18"/>
        </w:rPr>
        <w:t xml:space="preserve">$ </w:t>
      </w:r>
      <w:r>
        <w:rPr>
          <w:rFonts w:ascii="Consolas" w:hAnsi="Consolas"/>
          <w:b/>
          <w:i w:val="0"/>
          <w:sz w:val="18"/>
        </w:rPr>
        <w:t>sudo apt install python3.11</w:t>
      </w:r>
    </w:p>
    <w:p>
      <w:pPr>
        <w:spacing w:after="40"/>
      </w:pPr>
    </w:p>
    <w:p>
      <w:pPr>
        <w:spacing w:after="80"/>
      </w:pPr>
      <w:r>
        <w:rPr>
          <w:b w:val="0"/>
          <w:i w:val="0"/>
        </w:rPr>
        <w:t>Những lệnh này sẽ cài Python 3.11 lên hệ thống của bạn.</w:t>
      </w:r>
    </w:p>
    <w:p>
      <w:pPr>
        <w:spacing w:after="80"/>
      </w:pPr>
      <w:r>
        <w:rPr>
          <w:b w:val="0"/>
          <w:i w:val="0"/>
        </w:rPr>
        <w:t>Nhập lệnh sau để khởi động một phiên terminal chạy Python 3.11:</w:t>
      </w:r>
    </w:p>
    <w:p>
      <w:pPr>
        <w:spacing w:after="0"/>
        <w:ind w:left="360"/>
        <w:shd w:val="clear" w:color="auto" w:fill="F2F2F2"/>
      </w:pPr>
      <w:r>
        <w:rPr>
          <w:rFonts w:ascii="Consolas" w:hAnsi="Consolas"/>
          <w:b w:val="0"/>
          <w:i w:val="0"/>
          <w:sz w:val="18"/>
        </w:rPr>
        <w:t xml:space="preserve">$ </w:t>
      </w:r>
      <w:r>
        <w:rPr>
          <w:rFonts w:ascii="Consolas" w:hAnsi="Consolas"/>
          <w:b/>
          <w:i w:val="0"/>
          <w:sz w:val="18"/>
        </w:rPr>
        <w:t>python3.11</w:t>
      </w:r>
    </w:p>
    <w:p>
      <w:pPr>
        <w:spacing w:after="0"/>
        <w:ind w:left="360"/>
        <w:shd w:val="clear" w:color="auto" w:fill="F2F2F2"/>
      </w:pPr>
      <w:r>
        <w:rPr>
          <w:rFonts w:ascii="Consolas" w:hAnsi="Consolas"/>
          <w:b w:val="0"/>
          <w:i w:val="0"/>
          <w:sz w:val="18"/>
        </w:rPr>
        <w:t>&gt;&gt;&gt;</w:t>
      </w:r>
    </w:p>
    <w:p>
      <w:pPr>
        <w:spacing w:after="40"/>
      </w:pPr>
    </w:p>
    <w:p>
      <w:pPr>
        <w:spacing w:after="80"/>
      </w:pPr>
      <w:r>
        <w:rPr>
          <w:b w:val="0"/>
          <w:i w:val="0"/>
        </w:rPr>
        <w:t xml:space="preserve">Ở bất cứ đâu bạn thấy lệnh </w:t>
      </w:r>
      <w:r>
        <w:rPr>
          <w:rFonts w:ascii="Consolas" w:hAnsi="Consolas"/>
          <w:b w:val="0"/>
          <w:i w:val="0"/>
          <w:sz w:val="20"/>
        </w:rPr>
        <w:t>python</w:t>
      </w:r>
      <w:r>
        <w:rPr>
          <w:b w:val="0"/>
          <w:i w:val="0"/>
        </w:rPr>
        <w:t xml:space="preserve"> trong cuốn sách này, hãy dùng </w:t>
      </w:r>
      <w:r>
        <w:rPr>
          <w:rFonts w:ascii="Consolas" w:hAnsi="Consolas"/>
          <w:b/>
          <w:i w:val="0"/>
          <w:sz w:val="20"/>
        </w:rPr>
        <w:t>python3.11</w:t>
      </w:r>
      <w:r>
        <w:rPr>
          <w:b w:val="0"/>
          <w:i w:val="0"/>
        </w:rPr>
        <w:t xml:space="preserve"> thay thế. Bạn cũng sẽ muốn dùng lệnh này khi chạy chương trình từ terminal.</w:t>
      </w:r>
    </w:p>
    <w:p>
      <w:pPr>
        <w:spacing w:after="80"/>
      </w:pPr>
      <w:r>
        <w:rPr>
          <w:b w:val="0"/>
          <w:i w:val="0"/>
        </w:rPr>
        <w:t>Bạn sẽ cần cài thêm hai gói (package) nữa để tận dụng tối đa bản cài đặt Python của mình:</w:t>
      </w:r>
    </w:p>
    <w:p>
      <w:pPr>
        <w:spacing w:after="0"/>
        <w:ind w:left="360"/>
        <w:shd w:val="clear" w:color="auto" w:fill="F2F2F2"/>
      </w:pPr>
      <w:r>
        <w:rPr>
          <w:rFonts w:ascii="Consolas" w:hAnsi="Consolas"/>
          <w:b w:val="0"/>
          <w:i w:val="0"/>
          <w:sz w:val="18"/>
        </w:rPr>
        <w:t xml:space="preserve">$ </w:t>
      </w:r>
      <w:r>
        <w:rPr>
          <w:rFonts w:ascii="Consolas" w:hAnsi="Consolas"/>
          <w:b/>
          <w:i w:val="0"/>
          <w:sz w:val="18"/>
        </w:rPr>
        <w:t>sudo apt install python3.11-dev python3.11-venv</w:t>
      </w:r>
    </w:p>
    <w:p>
      <w:pPr>
        <w:spacing w:after="40"/>
      </w:pPr>
    </w:p>
    <w:p>
      <w:pPr>
        <w:spacing w:after="80"/>
      </w:pPr>
      <w:r>
        <w:rPr>
          <w:b w:val="0"/>
          <w:i w:val="0"/>
        </w:rPr>
        <w:t>Những gói này bao gồm các mô-đun (module) bạn sẽ cần khi cài đặt và chạy các gói bên thứ ba (third-party package), giống như những gói được dùng trong các dự án ở nửa sau của cuốn sách.</w:t>
      </w:r>
    </w:p>
    <w:p>
      <w:pPr>
        <w:spacing w:before="120" w:after="40"/>
      </w:pPr>
      <w:r>
        <w:rPr>
          <w:b/>
          <w:sz w:val="21"/>
        </w:rPr>
        <w:t>Ghi chú</w:t>
      </w:r>
    </w:p>
    <w:p>
      <w:pPr>
        <w:spacing w:after="80"/>
      </w:pPr>
      <w:r>
        <w:rPr>
          <w:b w:val="0"/>
          <w:i w:val="0"/>
        </w:rPr>
        <w:t xml:space="preserve">Gói </w:t>
      </w:r>
      <w:r>
        <w:rPr>
          <w:rFonts w:ascii="Consolas" w:hAnsi="Consolas"/>
          <w:b w:val="0"/>
          <w:i w:val="0"/>
          <w:sz w:val="20"/>
        </w:rPr>
        <w:t>deadsnakes</w:t>
      </w:r>
      <w:r>
        <w:rPr>
          <w:b w:val="0"/>
          <w:i w:val="0"/>
        </w:rPr>
        <w:t xml:space="preserve"> đã được duy trì tích cực trong một thời gian dài. Khi các phiên bản Python mới hơn ra đời, bạn có thể dùng chính những lệnh này, chỉ cần thay </w:t>
      </w:r>
      <w:r>
        <w:rPr>
          <w:rFonts w:ascii="Consolas" w:hAnsi="Consolas"/>
          <w:b w:val="0"/>
          <w:i w:val="0"/>
          <w:sz w:val="20"/>
        </w:rPr>
        <w:t>python3.11</w:t>
      </w:r>
      <w:r>
        <w:rPr>
          <w:b w:val="0"/>
          <w:i w:val="0"/>
        </w:rPr>
        <w:t xml:space="preserve"> bằng phiên bản mới nhất hiện có.</w:t>
      </w:r>
    </w:p>
    <w:p>
      <w:pPr>
        <w:pStyle w:val="Heading2"/>
      </w:pPr>
      <w:r>
        <w:rPr>
          <w:rFonts w:ascii="Calibri" w:hAnsi="Calibri"/>
          <w:b/>
          <w:i w:val="0"/>
          <w:sz w:val="32"/>
        </w:rPr>
        <w:t>Kiểm tra xem bạn đang dùng phiên bản Python nào</w:t>
      </w:r>
    </w:p>
    <w:p>
      <w:pPr>
        <w:spacing w:after="80"/>
      </w:pPr>
      <w:r>
        <w:rPr>
          <w:b w:val="0"/>
          <w:i w:val="0"/>
        </w:rPr>
        <w:t>Nếu bạn gặp bất kỳ vấn đề gì khi chạy Python hoặc cài đặt các gói bổ sung, việc biết chính xác mình đang dùng phiên bản Python nào sẽ rất hữu ích. Có thể bạn đã cài nhiều phiên bản Python và không rõ phiên bản nào đang được dùng hiện tại.</w:t>
      </w:r>
    </w:p>
    <w:p>
      <w:pPr>
        <w:spacing w:after="80"/>
      </w:pPr>
      <w:r>
        <w:rPr>
          <w:b w:val="0"/>
          <w:i w:val="0"/>
        </w:rPr>
        <w:t>Hãy nhập lệnh sau trong terminal:</w:t>
      </w:r>
    </w:p>
    <w:p>
      <w:pPr>
        <w:spacing w:after="0"/>
        <w:ind w:left="360"/>
        <w:shd w:val="clear" w:color="auto" w:fill="F2F2F2"/>
      </w:pPr>
      <w:r>
        <w:rPr>
          <w:rFonts w:ascii="Consolas" w:hAnsi="Consolas"/>
          <w:b w:val="0"/>
          <w:i w:val="0"/>
          <w:sz w:val="18"/>
        </w:rPr>
        <w:t xml:space="preserve">$ </w:t>
      </w:r>
      <w:r>
        <w:rPr>
          <w:rFonts w:ascii="Consolas" w:hAnsi="Consolas"/>
          <w:b/>
          <w:i w:val="0"/>
          <w:sz w:val="18"/>
        </w:rPr>
        <w:t>python --version</w:t>
      </w:r>
    </w:p>
    <w:p>
      <w:pPr>
        <w:spacing w:after="0"/>
        <w:ind w:left="360"/>
        <w:shd w:val="clear" w:color="auto" w:fill="F2F2F2"/>
      </w:pPr>
      <w:r>
        <w:rPr>
          <w:rFonts w:ascii="Consolas" w:hAnsi="Consolas"/>
          <w:b w:val="0"/>
          <w:i w:val="0"/>
          <w:sz w:val="18"/>
        </w:rPr>
        <w:t>Python 3.11.0</w:t>
      </w:r>
    </w:p>
    <w:p>
      <w:pPr>
        <w:spacing w:after="40"/>
      </w:pPr>
    </w:p>
    <w:p>
      <w:pPr>
        <w:spacing w:after="80"/>
      </w:pPr>
      <w:r>
        <w:rPr>
          <w:b w:val="0"/>
          <w:i w:val="0"/>
        </w:rPr>
        <w:t xml:space="preserve">Lệnh này cho bạn biết chính xác lệnh </w:t>
      </w:r>
      <w:r>
        <w:rPr>
          <w:rFonts w:ascii="Consolas" w:hAnsi="Consolas"/>
          <w:b w:val="0"/>
          <w:i w:val="0"/>
          <w:sz w:val="20"/>
        </w:rPr>
        <w:t>python</w:t>
      </w:r>
      <w:r>
        <w:rPr>
          <w:b w:val="0"/>
          <w:i w:val="0"/>
        </w:rPr>
        <w:t xml:space="preserve"> hiện đang trỏ tới phiên bản nào. Lệnh ngắn hơn </w:t>
      </w:r>
      <w:r>
        <w:rPr>
          <w:rFonts w:ascii="Consolas" w:hAnsi="Consolas"/>
          <w:b w:val="0"/>
          <w:i w:val="0"/>
          <w:sz w:val="20"/>
        </w:rPr>
        <w:t>python -V</w:t>
      </w:r>
      <w:r>
        <w:rPr>
          <w:b w:val="0"/>
          <w:i w:val="0"/>
        </w:rPr>
        <w:t xml:space="preserve"> cũng cho kết quả tương tự.</w:t>
      </w:r>
    </w:p>
    <w:p>
      <w:pPr>
        <w:pStyle w:val="Heading2"/>
      </w:pPr>
      <w:r>
        <w:rPr>
          <w:rFonts w:ascii="Calibri" w:hAnsi="Calibri"/>
          <w:b/>
          <w:i w:val="0"/>
          <w:sz w:val="32"/>
        </w:rPr>
        <w:t>Từ khóa và hàm tích hợp sẵn của Python</w:t>
      </w:r>
    </w:p>
    <w:p>
      <w:pPr>
        <w:spacing w:after="80"/>
      </w:pPr>
      <w:r>
        <w:rPr>
          <w:b w:val="0"/>
          <w:i w:val="0"/>
        </w:rPr>
        <w:t>Python có bộ từ khóa (keyword) và hàm tích hợp sẵn (built-in function) riêng của nó. Điều quan trọng là bạn phải biết về những thứ này khi đặt tên trong Python: tên của bạn không được trùng với các từ khóa này và cũng không nên trùng với tên hàm, nếu không bạn sẽ ghi đè (overwrite) các hàm đó.</w:t>
      </w:r>
    </w:p>
    <w:p>
      <w:pPr>
        <w:spacing w:after="80"/>
      </w:pPr>
      <w:r>
        <w:rPr>
          <w:b w:val="0"/>
          <w:i w:val="0"/>
        </w:rPr>
        <w:t>Trong phần này, chúng ta sẽ liệt kê các từ khóa và tên hàm tích hợp sẵn của Python, để bạn biết những tên nào cần tránh.</w:t>
      </w:r>
    </w:p>
    <w:p>
      <w:pPr>
        <w:pStyle w:val="Heading3"/>
      </w:pPr>
      <w:r>
        <w:rPr>
          <w:rFonts w:ascii="Calibri" w:hAnsi="Calibri"/>
          <w:b/>
          <w:i w:val="0"/>
          <w:sz w:val="27"/>
        </w:rPr>
        <w:t>Từ khóa của Python</w:t>
      </w:r>
    </w:p>
    <w:p>
      <w:pPr>
        <w:spacing w:after="80"/>
      </w:pPr>
      <w:r>
        <w:rPr>
          <w:b w:val="0"/>
          <w:i w:val="0"/>
        </w:rPr>
        <w:t>Mỗi từ khóa sau đây đều có ý nghĩa riêng, và bạn sẽ gặp lỗi nếu cố dùng chúng làm tên biến.</w:t>
      </w:r>
    </w:p>
    <w:p>
      <w:pPr>
        <w:spacing w:after="80"/>
      </w:pPr>
      <w:r>
        <w:rPr>
          <w:b w:val="0"/>
          <w:i w:val="0"/>
        </w:rPr>
        <w:t>False      await      else       import     pass</w:t>
      </w:r>
      <w:r>
        <w:br/>
      </w:r>
      <w:r>
        <w:rPr>
          <w:b w:val="0"/>
          <w:i w:val="0"/>
        </w:rPr>
        <w:t>None       break      except     in         raise</w:t>
      </w:r>
      <w:r>
        <w:br/>
      </w:r>
      <w:r>
        <w:rPr>
          <w:b w:val="0"/>
          <w:i w:val="0"/>
        </w:rPr>
        <w:t>True       class      finally    is         return</w:t>
      </w:r>
      <w:r>
        <w:br/>
      </w:r>
      <w:r>
        <w:rPr>
          <w:b w:val="0"/>
          <w:i w:val="0"/>
        </w:rPr>
        <w:t>and        continue   for        lambda     try</w:t>
      </w:r>
      <w:r>
        <w:br/>
      </w:r>
      <w:r>
        <w:rPr>
          <w:b w:val="0"/>
          <w:i w:val="0"/>
        </w:rPr>
        <w:t>as         def        from       nonlocal   while</w:t>
      </w:r>
      <w:r>
        <w:br/>
      </w:r>
      <w:r>
        <w:rPr>
          <w:b w:val="0"/>
          <w:i w:val="0"/>
        </w:rPr>
        <w:t>assert     del        global     not        with</w:t>
      </w:r>
      <w:r>
        <w:br/>
      </w:r>
      <w:r>
        <w:rPr>
          <w:b w:val="0"/>
          <w:i w:val="0"/>
        </w:rPr>
        <w:t>async      elif       if         or         yield</w:t>
      </w:r>
    </w:p>
    <w:p>
      <w:pPr>
        <w:pStyle w:val="Heading3"/>
      </w:pPr>
      <w:r>
        <w:rPr>
          <w:rFonts w:ascii="Calibri" w:hAnsi="Calibri"/>
          <w:b/>
          <w:i w:val="0"/>
          <w:sz w:val="27"/>
        </w:rPr>
        <w:t>Các hàm dựng sẵn (built-in function) của Python</w:t>
      </w:r>
    </w:p>
    <w:p>
      <w:pPr>
        <w:spacing w:after="80"/>
      </w:pPr>
      <w:r>
        <w:rPr>
          <w:b w:val="0"/>
          <w:i w:val="0"/>
        </w:rPr>
        <w:t>Bạn sẽ không gặp lỗi nếu dùng một trong các hàm dựng sẵn có sẵn dưới đây làm tên biến, nhưng bạn sẽ ghi đè hành vi của hàm đó:</w:t>
      </w:r>
    </w:p>
    <w:p>
      <w:pPr>
        <w:spacing w:after="80"/>
      </w:pPr>
      <w:r>
        <w:rPr>
          <w:b w:val="0"/>
          <w:i w:val="0"/>
        </w:rPr>
        <w:t>abs()           hash()            slice()</w:t>
      </w:r>
      <w:r>
        <w:br/>
      </w:r>
      <w:r>
        <w:rPr>
          <w:b w:val="0"/>
          <w:i w:val="0"/>
        </w:rPr>
        <w:t>aiter()         help()            sorted()</w:t>
      </w:r>
      <w:r>
        <w:br/>
      </w:r>
      <w:r>
        <w:rPr>
          <w:b w:val="0"/>
          <w:i w:val="0"/>
        </w:rPr>
        <w:t>all()           hex()             staticmethod()</w:t>
      </w:r>
      <w:r>
        <w:br/>
      </w:r>
      <w:r>
        <w:rPr>
          <w:b w:val="0"/>
          <w:i w:val="0"/>
        </w:rPr>
        <w:t>any()           id()              str()</w:t>
      </w:r>
      <w:r>
        <w:br/>
      </w:r>
      <w:r>
        <w:rPr>
          <w:b w:val="0"/>
          <w:i w:val="0"/>
        </w:rPr>
        <w:t>anext()         input()           sum()</w:t>
      </w:r>
      <w:r>
        <w:br/>
      </w:r>
      <w:r>
        <w:rPr>
          <w:b w:val="0"/>
          <w:i w:val="0"/>
        </w:rPr>
        <w:t>ascii()         int()             super()</w:t>
      </w:r>
      <w:r>
        <w:br/>
      </w:r>
      <w:r>
        <w:rPr>
          <w:b w:val="0"/>
          <w:i w:val="0"/>
        </w:rPr>
        <w:t>bin()           isinstance()      tuple()</w:t>
      </w:r>
      <w:r>
        <w:br/>
      </w:r>
      <w:r>
        <w:rPr>
          <w:b w:val="0"/>
          <w:i w:val="0"/>
        </w:rPr>
        <w:t>bool()          issubclass()      type()</w:t>
      </w:r>
      <w:r>
        <w:br/>
      </w:r>
      <w:r>
        <w:rPr>
          <w:b w:val="0"/>
          <w:i w:val="0"/>
        </w:rPr>
        <w:t>breakpoint()    iter()            vars()</w:t>
      </w:r>
      <w:r>
        <w:br/>
      </w:r>
      <w:r>
        <w:rPr>
          <w:b w:val="0"/>
          <w:i w:val="0"/>
        </w:rPr>
        <w:t>bytearray()     len()             zip()</w:t>
      </w:r>
      <w:r>
        <w:br/>
      </w:r>
      <w:r>
        <w:rPr>
          <w:b w:val="0"/>
          <w:i w:val="0"/>
        </w:rPr>
        <w:t>bytes()         list()            __import__()</w:t>
      </w:r>
      <w:r>
        <w:br/>
      </w:r>
      <w:r>
        <w:rPr>
          <w:b w:val="0"/>
          <w:i w:val="0"/>
        </w:rPr>
        <w:t>callable()      locals()</w:t>
      </w:r>
      <w:r>
        <w:br/>
      </w:r>
      <w:r>
        <w:rPr>
          <w:b w:val="0"/>
          <w:i w:val="0"/>
        </w:rPr>
        <w:t>chr()           map()</w:t>
      </w:r>
      <w:r>
        <w:br/>
      </w:r>
      <w:r>
        <w:rPr>
          <w:b w:val="0"/>
          <w:i w:val="0"/>
        </w:rPr>
        <w:t>classmethod()   max()</w:t>
      </w:r>
      <w:r>
        <w:br/>
      </w:r>
      <w:r>
        <w:rPr>
          <w:b w:val="0"/>
          <w:i w:val="0"/>
        </w:rPr>
        <w:t>compile()       memoryview()</w:t>
      </w:r>
      <w:r>
        <w:br/>
      </w:r>
      <w:r>
        <w:rPr>
          <w:b w:val="0"/>
          <w:i w:val="0"/>
        </w:rPr>
        <w:t>complex()       min()</w:t>
      </w:r>
      <w:r>
        <w:br/>
      </w:r>
      <w:r>
        <w:rPr>
          <w:b w:val="0"/>
          <w:i w:val="0"/>
        </w:rPr>
        <w:t>delattr()       next()</w:t>
      </w:r>
      <w:r>
        <w:br/>
      </w:r>
      <w:r>
        <w:rPr>
          <w:b w:val="0"/>
          <w:i w:val="0"/>
        </w:rPr>
        <w:t>dict()          object()</w:t>
      </w:r>
      <w:r>
        <w:br/>
      </w:r>
      <w:r>
        <w:rPr>
          <w:b w:val="0"/>
          <w:i w:val="0"/>
        </w:rPr>
        <w:t>dir()           oct()</w:t>
      </w:r>
      <w:r>
        <w:br/>
      </w:r>
      <w:r>
        <w:rPr>
          <w:b w:val="0"/>
          <w:i w:val="0"/>
        </w:rPr>
        <w:t>divmod()        open()</w:t>
      </w:r>
      <w:r>
        <w:br/>
      </w:r>
      <w:r>
        <w:rPr>
          <w:b w:val="0"/>
          <w:i w:val="0"/>
        </w:rPr>
        <w:t>enumerate()     ord()</w:t>
      </w:r>
      <w:r>
        <w:br/>
      </w:r>
      <w:r>
        <w:rPr>
          <w:b w:val="0"/>
          <w:i w:val="0"/>
        </w:rPr>
        <w:t>eval()          pow()</w:t>
      </w:r>
      <w:r>
        <w:br/>
      </w:r>
      <w:r>
        <w:rPr>
          <w:b w:val="0"/>
          <w:i w:val="0"/>
        </w:rPr>
        <w:t>exec()          print()</w:t>
      </w:r>
      <w:r>
        <w:br/>
      </w:r>
      <w:r>
        <w:rPr>
          <w:b w:val="0"/>
          <w:i w:val="0"/>
        </w:rPr>
        <w:t>filter()        property()</w:t>
      </w:r>
      <w:r>
        <w:br/>
      </w:r>
      <w:r>
        <w:rPr>
          <w:b w:val="0"/>
          <w:i w:val="0"/>
        </w:rPr>
        <w:t>float()         range()</w:t>
      </w:r>
      <w:r>
        <w:br/>
      </w:r>
      <w:r>
        <w:rPr>
          <w:b w:val="0"/>
          <w:i w:val="0"/>
        </w:rPr>
        <w:t>format()        repr()</w:t>
      </w:r>
      <w:r>
        <w:br/>
      </w:r>
      <w:r>
        <w:rPr>
          <w:b w:val="0"/>
          <w:i w:val="0"/>
        </w:rPr>
        <w:t>frozenset()     reversed()</w:t>
      </w:r>
      <w:r>
        <w:br/>
      </w:r>
      <w:r>
        <w:rPr>
          <w:b w:val="0"/>
          <w:i w:val="0"/>
        </w:rPr>
        <w:t>getattr()       round()</w:t>
      </w:r>
      <w:r>
        <w:br/>
      </w:r>
      <w:r>
        <w:rPr>
          <w:b w:val="0"/>
          <w:i w:val="0"/>
        </w:rPr>
        <w:t>globals()       set()</w:t>
      </w:r>
      <w:r>
        <w:br/>
      </w:r>
      <w:r>
        <w:rPr>
          <w:b w:val="0"/>
          <w:i w:val="0"/>
        </w:rPr>
        <w:t>hasattr()       setattr()</w:t>
      </w:r>
    </w:p>
    <w:p>
      <w:pPr>
        <w:pStyle w:val="Heading1"/>
      </w:pPr>
      <w:r>
        <w:rPr>
          <w:rFonts w:ascii="Calibri" w:hAnsi="Calibri"/>
          <w:b/>
          <w:i w:val="0"/>
          <w:sz w:val="38"/>
        </w:rPr>
        <w:t>B</w:t>
      </w:r>
      <w:r>
        <w:rPr>
          <w:rFonts w:ascii="Calibri" w:hAnsi="Calibri"/>
          <w:b/>
          <w:i w:val="0"/>
          <w:sz w:val="38"/>
        </w:rPr>
      </w:r>
      <w:r>
        <w:rPr>
          <w:rFonts w:ascii="Calibri" w:hAnsi="Calibri"/>
          <w:b/>
          <w:i w:val="0"/>
          <w:sz w:val="38"/>
        </w:rPr>
        <w:t>Trình soạn thảo văn bản và IDE</w:t>
      </w:r>
    </w:p>
    <w:p>
      <w:pPr>
        <w:jc w:val="center"/>
      </w:pPr>
      <w:r>
        <w:drawing>
          <wp:inline xmlns:a="http://schemas.openxmlformats.org/drawingml/2006/main" xmlns:pic="http://schemas.openxmlformats.org/drawingml/2006/picture">
            <wp:extent cx="3867150" cy="3867150"/>
            <wp:docPr id="82" name="Picture 82"/>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Lập trình viên dành rất nhiều thời gian để viết, đọc và chỉnh sửa mã, và việc dùng một trình soạn thảo văn bản (text editor) hay một IDE (môi trường phát triển tích hợp - integrated development environment) để công việc này hiệu quả nhất có thể là điều thiết yếu. Một trình soạn thảo tốt sẽ làm những việc đơn giản, như tô sáng cấu trúc mã của bạn để bạn có thể phát hiện những lỗi thường gặp ngay khi đang làm việc. Nhưng nó sẽ không làm quá nhiều đến mức khiến bạn xao nhãng khỏi suy nghĩ của mình. Trình soạn thảo cũng có những tính năng hữu ích như tự động thụt lề, đánh dấu để hiển thị độ dài dòng phù hợp, và các phím tắt cho những thao tác thường dùng.</w:t>
      </w:r>
    </w:p>
    <w:p>
      <w:pPr>
        <w:spacing w:after="80"/>
      </w:pPr>
      <w:r>
        <w:rPr>
          <w:b w:val="0"/>
          <w:i w:val="0"/>
        </w:rPr>
        <w:t xml:space="preserve">Một </w:t>
      </w:r>
      <w:r>
        <w:rPr>
          <w:b w:val="0"/>
          <w:i/>
        </w:rPr>
        <w:t>IDE</w:t>
      </w:r>
      <w:r>
        <w:rPr>
          <w:b w:val="0"/>
          <w:i w:val="0"/>
        </w:rPr>
        <w:t xml:space="preserve"> là một trình soạn thảo văn bản kèm theo một số công cụ khác, như trình gỡ lỗi tương tác (interactive debugger) và công cụ xem xét nội tại mã (code introspection). IDE sẽ kiểm tra mã của bạn ngay khi bạn nhập vào và cố gắng tìm hiểu về dự án bạn đang xây dựng. Ví dụ, khi bạn bắt đầu gõ tên của một hàm, IDE có thể hiển thị cho bạn tất cả các đối số (argument) mà hàm đó chấp nhận. Hành vi này có thể rất hữu ích khi mọi thứ hoạt động và bạn hiểu mình đang thấy gì. Nhưng nó cũng có thể gây choáng ngợp với người mới bắt đầu và khó gỡ rối khi bạn không chắc tại sao mã của mình không chạy trong IDE.</w:t>
      </w:r>
    </w:p>
    <w:p>
      <w:pPr>
        <w:spacing w:after="80"/>
      </w:pPr>
      <w:r>
        <w:rPr>
          <w:b w:val="0"/>
          <w:i w:val="0"/>
        </w:rPr>
        <w:t>Ngày nay, ranh giới giữa trình soạn thảo văn bản và IDE đã trở nên mờ nhạt. Hầu hết các trình soạn thảo phổ biến đều có một số tính năng từng là độc quyền của IDE. Tương tự, hầu hết các IDE đều có thể được cấu hình để chạy ở chế độ nhẹ nhàng hơn, ít gây xao nhãng khi bạn làm việc, nhưng vẫn cho phép bạn dùng những tính năng nâng cao hơn khi cần.</w:t>
      </w:r>
    </w:p>
    <w:p>
      <w:pPr>
        <w:spacing w:after="80"/>
      </w:pPr>
      <w:r>
        <w:rPr>
          <w:b w:val="0"/>
          <w:i w:val="0"/>
        </w:rPr>
        <w:t>Nếu bạn đã cài đặt sẵn một trình soạn thảo hoặc IDE mà bạn thích, và nếu nó đã được cấu hình để hoạt động với một phiên bản Python gần đây đã cài trên hệ thống của bạn, thì tôi khuyên bạn nên gắn bó với những gì mình đã biết. Khám phá các trình soạn thảo khác nhau có thể thú vị, nhưng đó cũng là một cách để né tránh công việc học một ngôn ngữ mới.</w:t>
      </w:r>
    </w:p>
    <w:p>
      <w:pPr>
        <w:spacing w:after="80"/>
      </w:pPr>
      <w:r>
        <w:rPr>
          <w:b w:val="0"/>
          <w:i w:val="0"/>
        </w:rPr>
        <w:t>Nếu bạn chưa cài đặt trình soạn thảo hay IDE nào, tôi đề xuất VS Code vì một số lý do:</w:t>
      </w:r>
    </w:p>
    <w:p>
      <w:pPr>
        <w:spacing w:after="80"/>
        <w:ind w:left="360"/>
      </w:pPr>
      <w:r>
        <w:t xml:space="preserve">• </w:t>
      </w:r>
      <w:r>
        <w:rPr>
          <w:b w:val="0"/>
          <w:i w:val="0"/>
        </w:rPr>
        <w:t>Nó miễn phí, và được phát hành theo giấy phép mã nguồn mở.</w:t>
      </w:r>
    </w:p>
    <w:p>
      <w:pPr>
        <w:spacing w:after="80"/>
        <w:ind w:left="360"/>
      </w:pPr>
      <w:r>
        <w:t xml:space="preserve">• </w:t>
      </w:r>
      <w:r>
        <w:rPr>
          <w:b w:val="0"/>
          <w:i w:val="0"/>
        </w:rPr>
        <w:t>Nó có thể được cài đặt trên tất cả các hệ điều hành chính.</w:t>
      </w:r>
    </w:p>
    <w:p>
      <w:pPr>
        <w:spacing w:after="80"/>
        <w:ind w:left="360"/>
      </w:pPr>
      <w:r>
        <w:t xml:space="preserve">• </w:t>
      </w:r>
      <w:r>
        <w:rPr>
          <w:b w:val="0"/>
          <w:i w:val="0"/>
        </w:rPr>
        <w:t>Nó thân thiện với người mới bắt đầu nhưng cũng đủ mạnh mẽ đến mức nhiều lập trình viên chuyên nghiệp dùng nó làm trình soạn thảo chính của họ.</w:t>
      </w:r>
    </w:p>
    <w:p>
      <w:pPr>
        <w:spacing w:after="80"/>
        <w:ind w:left="360"/>
      </w:pPr>
      <w:r>
        <w:t xml:space="preserve">• </w:t>
      </w:r>
      <w:r>
        <w:rPr>
          <w:b w:val="0"/>
          <w:i w:val="0"/>
        </w:rPr>
        <w:t>Nó sẽ tìm ra các phiên bản Python mà bạn đã cài đặt, và thường thì bạn không cần cấu hình gì cả là đã có thể chạy những chương trình đầu tiên rồi.</w:t>
      </w:r>
    </w:p>
    <w:p>
      <w:pPr>
        <w:spacing w:after="80"/>
        <w:ind w:left="360"/>
      </w:pPr>
      <w:r>
        <w:t xml:space="preserve">• </w:t>
      </w:r>
      <w:r>
        <w:rPr>
          <w:b w:val="0"/>
          <w:i w:val="0"/>
        </w:rPr>
        <w:t>Nó có sẵn terminal tích hợp, nên kết quả chạy chương trình sẽ hiện ra ngay trong cùng cửa sổ với code của bạn.</w:t>
      </w:r>
    </w:p>
    <w:p>
      <w:pPr>
        <w:spacing w:after="80"/>
        <w:ind w:left="360"/>
      </w:pPr>
      <w:r>
        <w:t xml:space="preserve">• </w:t>
      </w:r>
      <w:r>
        <w:rPr>
          <w:b w:val="0"/>
          <w:i w:val="0"/>
        </w:rPr>
        <w:t>Có một tiện ích mở rộng (extension) dành cho Python giúp trình soạn thảo này cực kỳ hiệu quả khi viết và bảo trì code Python.</w:t>
      </w:r>
    </w:p>
    <w:p>
      <w:pPr>
        <w:spacing w:after="80"/>
        <w:ind w:left="360"/>
      </w:pPr>
      <w:r>
        <w:t xml:space="preserve">• </w:t>
      </w:r>
      <w:r>
        <w:rPr>
          <w:b w:val="0"/>
          <w:i w:val="0"/>
        </w:rPr>
        <w:t>Nó có thể tùy biến cao, nên bạn có thể chỉnh cho hợp với cách mình làm việc với code.</w:t>
      </w:r>
    </w:p>
    <w:p>
      <w:pPr>
        <w:spacing w:after="80"/>
      </w:pPr>
      <w:r>
        <w:rPr>
          <w:b w:val="0"/>
          <w:i w:val="0"/>
        </w:rPr>
        <w:t>Trong phụ lục này, bạn sẽ học cách bắt đầu cấu hình VS Code sao cho nó phục vụ bạn thật tốt. Bạn cũng sẽ học một vài phím tắt giúp làm việc hiệu quả hơn. Trong lập trình, gõ nhanh không quan trọng như nhiều người tưởng, nhưng hiểu rõ trình soạn thảo của mình và biết cách dùng nó hiệu quả thì lại cực kỳ hữu ích.</w:t>
      </w:r>
    </w:p>
    <w:p>
      <w:pPr>
        <w:spacing w:after="80"/>
      </w:pPr>
      <w:r>
        <w:rPr>
          <w:b w:val="0"/>
          <w:i w:val="0"/>
        </w:rPr>
        <w:t>Nói vậy thôi, chứ VS Code không phù hợp với tất cả mọi người. Nếu vì lý do nào đó mà nó chạy không ổn trên máy bạn, hoặc nếu nó làm bạn mất tập trung khi làm việc, thì còn khá nhiều trình soạn thảo khác mà bạn có thể thấy thích hơn. Phụ lục này sẽ giới thiệu sơ lược về một số trình soạn thảo và IDE khác mà bạn nên cân nhắc.</w:t>
      </w:r>
    </w:p>
    <w:p>
      <w:pPr>
        <w:pStyle w:val="Heading2"/>
      </w:pPr>
      <w:r>
        <w:rPr>
          <w:rFonts w:ascii="Calibri" w:hAnsi="Calibri"/>
          <w:b/>
          <w:i w:val="0"/>
          <w:sz w:val="32"/>
        </w:rPr>
        <w:t>Làm việc hiệu quả với VS Code</w:t>
      </w:r>
    </w:p>
    <w:p>
      <w:pPr>
        <w:spacing w:after="80"/>
      </w:pPr>
      <w:r>
        <w:rPr>
          <w:b w:val="0"/>
          <w:i w:val="0"/>
        </w:rPr>
        <w:t>Ở Chương 1, bạn đã cài VS Code và thêm cả tiện ích mở rộng Python rồi. Phần này sẽ chỉ cho bạn thêm vài cấu hình nữa, cùng những phím tắt để làm việc với code hiệu quả hơn.</w:t>
      </w:r>
    </w:p>
    <w:p>
      <w:pPr>
        <w:pStyle w:val="Heading3"/>
      </w:pPr>
      <w:r>
        <w:rPr>
          <w:rFonts w:ascii="Calibri" w:hAnsi="Calibri"/>
          <w:b/>
          <w:i w:val="0"/>
          <w:sz w:val="27"/>
        </w:rPr>
        <w:t>Cấu hình VS Code</w:t>
      </w:r>
    </w:p>
    <w:p>
      <w:pPr>
        <w:spacing w:after="80"/>
      </w:pPr>
      <w:r>
        <w:rPr>
          <w:b w:val="0"/>
          <w:i w:val="0"/>
        </w:rPr>
        <w:t>Có vài cách để thay đổi các thiết lập cấu hình mặc định của VS Code. Một số thay đổi có thể thực hiện qua giao diện, còn một số thì phải sửa trong các file cấu hình. Những thay đổi này đôi khi sẽ áp dụng cho mọi thứ bạn làm trong VS Code, nhưng cũng có khi chỉ ảnh hưởng đến các file nằm trong thư mục chứa file cấu hình đó thôi.</w:t>
      </w:r>
    </w:p>
    <w:p>
      <w:pPr>
        <w:spacing w:after="80"/>
      </w:pPr>
      <w:r>
        <w:rPr>
          <w:b w:val="0"/>
          <w:i w:val="0"/>
        </w:rPr>
        <w:t xml:space="preserve">Ví dụ, nếu bạn có một file cấu hình trong thư mục </w:t>
      </w:r>
      <w:r>
        <w:rPr>
          <w:b w:val="0"/>
          <w:i/>
        </w:rPr>
        <w:t>python_work</w:t>
      </w:r>
      <w:r>
        <w:rPr>
          <w:b w:val="0"/>
          <w:i w:val="0"/>
        </w:rPr>
        <w:t xml:space="preserve"> của mình, thì những thiết lập đó chỉ ảnh hưởng đến các file trong thư mục đó (và các thư mục con của nó). Đây là một tính năng hay, vì nó cho phép bạn có những thiết lập riêng cho từng dự án, ghi đè lên thiết lập chung của mình.</w:t>
      </w:r>
    </w:p>
    <w:p>
      <w:pPr>
        <w:pStyle w:val="Heading4"/>
      </w:pPr>
      <w:r>
        <w:rPr>
          <w:rFonts w:ascii="Calibri" w:hAnsi="Calibri"/>
          <w:b/>
          <w:i w:val="0"/>
          <w:sz w:val="24"/>
        </w:rPr>
        <w:t>Dùng tab và dấu cách</w:t>
      </w:r>
    </w:p>
    <w:p>
      <w:pPr>
        <w:spacing w:after="80"/>
      </w:pPr>
      <w:r>
        <w:rPr>
          <w:b w:val="0"/>
          <w:i w:val="0"/>
        </w:rPr>
        <w:t xml:space="preserve">Nếu bạn trộn lẫn tab và dấu cách trong code, nó có thể gây ra những vấn đề trong chương trình mà rất khó tìm ra nguyên nhân. Khi làm việc trong một file </w:t>
      </w:r>
      <w:r>
        <w:rPr>
          <w:b w:val="0"/>
          <w:i/>
        </w:rPr>
        <w:t>.py</w:t>
      </w:r>
      <w:r>
        <w:rPr>
          <w:b w:val="0"/>
          <w:i w:val="0"/>
        </w:rPr>
        <w:t xml:space="preserve"> với tiện ích mở rộng Python đã cài, VS Code được cấu hình để chèn bốn dấu cách mỗi khi bạn nhấn phím TAB. Nếu bạn chỉ viết code của riêng mình và đã cài tiện ích mở rộng Python, thì gần như bạn sẽ chẳng bao giờ gặp rắc rối với tab và dấu cách.</w:t>
      </w:r>
    </w:p>
    <w:p>
      <w:pPr>
        <w:spacing w:after="80"/>
      </w:pPr>
      <w:r>
        <w:rPr>
          <w:b w:val="0"/>
          <w:i w:val="0"/>
        </w:rPr>
        <w:t xml:space="preserve">Tuy nhiên, bản VS Code bạn cài có thể chưa được cấu hình đúng. Ngoài ra, đến một lúc nào đó, bạn có thể sẽ phải làm việc với một file chỉ toàn tab hoặc trộn lẫn tab với dấu cách. Nếu bạn nghi ngờ có vấn đề gì đó với tab và dấu cách, hãy nhìn vào thanh trạng thái (status bar) ở dưới cùng cửa sổ VS Code và bấm vào </w:t>
      </w:r>
      <w:r>
        <w:rPr>
          <w:b/>
          <w:i w:val="0"/>
        </w:rPr>
        <w:t>Spaces</w:t>
      </w:r>
      <w:r>
        <w:rPr>
          <w:b w:val="0"/>
          <w:i w:val="0"/>
        </w:rPr>
        <w:t xml:space="preserve"> hoặc </w:t>
      </w:r>
      <w:r>
        <w:rPr>
          <w:b/>
          <w:i w:val="0"/>
        </w:rPr>
        <w:t>Tab Size</w:t>
      </w:r>
      <w:r>
        <w:rPr>
          <w:b w:val="0"/>
          <w:i w:val="0"/>
        </w:rPr>
        <w:t>. Một menu thả xuống sẽ hiện ra cho phép bạn chuyển đổi giữa dùng tab và dùng dấu cách. Bạn cũng có thể thay đổi mức thụt lề (indentation) mặc định và chuyển toàn bộ thụt lề trong file sang tab hoặc dấu cách.</w:t>
      </w:r>
    </w:p>
    <w:p>
      <w:pPr>
        <w:spacing w:after="80"/>
      </w:pPr>
      <w:r>
        <w:rPr>
          <w:b w:val="0"/>
          <w:i w:val="0"/>
        </w:rPr>
        <w:t>Nếu bạn đang xem một đoạn code nào đó mà không chắc phần thụt lề (indentation) là dùng tab hay dấu cách (space), hãy bôi đen vài dòng code. Thao tác này sẽ làm cho các ký tự khoảng trắng vô hình hiện ra. Mỗi dấu cách sẽ hiện thành một dấu chấm, còn mỗi tab sẽ hiện thành một mũi tên.</w:t>
      </w:r>
    </w:p>
    <w:p>
      <w:pPr>
        <w:spacing w:before="120" w:after="40"/>
      </w:pPr>
      <w:r>
        <w:rPr>
          <w:b/>
          <w:sz w:val="21"/>
        </w:rPr>
        <w:t>Ghi chú</w:t>
      </w:r>
    </w:p>
    <w:p>
      <w:pPr>
        <w:spacing w:after="80"/>
      </w:pPr>
      <w:r>
        <w:rPr>
          <w:b w:val="0"/>
          <w:i w:val="0"/>
        </w:rPr>
        <w:t>Trong lập trình, dấu cách được ưu tiên hơn tab vì dấu cách có thể được tất cả các công cụ làm việc với file code hiểu một cách rõ ràng, không mơ hồ. Độ rộng của tab có thể được các công cụ khác nhau hiểu theo cách khác nhau, dẫn đến những lỗi cực kỳ khó chẩn đoán.</w:t>
      </w:r>
    </w:p>
    <w:p>
      <w:pPr>
        <w:pStyle w:val="Heading4"/>
      </w:pPr>
      <w:r>
        <w:rPr>
          <w:rFonts w:ascii="Calibri" w:hAnsi="Calibri"/>
          <w:b/>
          <w:i w:val="0"/>
          <w:sz w:val="24"/>
        </w:rPr>
        <w:t>Thay đổi chủ đề màu sắc</w:t>
      </w:r>
    </w:p>
    <w:p>
      <w:pPr>
        <w:spacing w:after="80"/>
      </w:pPr>
      <w:r>
        <w:rPr>
          <w:b w:val="0"/>
          <w:i w:val="0"/>
        </w:rPr>
        <w:t xml:space="preserve">VS Code mặc định dùng chủ đề tối (dark theme). Nếu bạn muốn thay đổi, hãy nhấp vào </w:t>
      </w:r>
      <w:r>
        <w:rPr>
          <w:b/>
          <w:i w:val="0"/>
        </w:rPr>
        <w:t>File</w:t>
      </w:r>
      <w:r>
        <w:rPr>
          <w:b w:val="0"/>
          <w:i w:val="0"/>
        </w:rPr>
        <w:t xml:space="preserve"> (</w:t>
      </w:r>
      <w:r>
        <w:rPr>
          <w:b/>
          <w:i w:val="0"/>
        </w:rPr>
        <w:t>Code</w:t>
      </w:r>
      <w:r>
        <w:rPr>
          <w:b w:val="0"/>
          <w:i w:val="0"/>
        </w:rPr>
        <w:t xml:space="preserve"> trên thanh menu của macOS), sau đó nhấp vào </w:t>
      </w:r>
      <w:r>
        <w:rPr>
          <w:b/>
          <w:i w:val="0"/>
        </w:rPr>
        <w:t>Preferences</w:t>
      </w:r>
      <w:r>
        <w:rPr>
          <w:b w:val="0"/>
          <w:i w:val="0"/>
        </w:rPr>
        <w:t xml:space="preserve"> và chọn </w:t>
      </w:r>
      <w:r>
        <w:rPr>
          <w:b/>
          <w:i w:val="0"/>
        </w:rPr>
        <w:t>Color Theme</w:t>
      </w:r>
      <w:r>
        <w:rPr>
          <w:b w:val="0"/>
          <w:i w:val="0"/>
        </w:rPr>
        <w:t>. Một danh sách thả xuống sẽ hiện ra, cho phép bạn chọn chủ đề phù hợp với mình.</w:t>
      </w:r>
    </w:p>
    <w:p>
      <w:pPr>
        <w:pStyle w:val="Heading4"/>
      </w:pPr>
      <w:r>
        <w:rPr>
          <w:rFonts w:ascii="Calibri" w:hAnsi="Calibri"/>
          <w:b/>
          <w:i w:val="0"/>
          <w:sz w:val="24"/>
        </w:rPr>
        <w:t>Thiết lập chỉ báo độ dài dòng</w:t>
      </w:r>
    </w:p>
    <w:p>
      <w:pPr>
        <w:spacing w:after="80"/>
      </w:pPr>
      <w:r>
        <w:rPr>
          <w:b w:val="0"/>
          <w:i w:val="0"/>
        </w:rPr>
        <w:t>Hầu hết các trình soạn thảo đều cho phép bạn thiết lập một tín hiệu trực quan, thường là một đường thẳng đứng, để cho biết dòng của bạn nên kết thúc ở đâu. Trong cộng đồng Python, quy ước là giới hạn dòng ở mức 79 ký tự hoặc ít hơn.</w:t>
      </w:r>
    </w:p>
    <w:p>
      <w:pPr>
        <w:spacing w:after="80"/>
      </w:pPr>
      <w:r>
        <w:rPr>
          <w:b w:val="0"/>
          <w:i w:val="0"/>
        </w:rPr>
        <w:t xml:space="preserve">Để thiết lập tính năng này, hãy nhấp vào </w:t>
      </w:r>
      <w:r>
        <w:rPr>
          <w:b/>
          <w:i w:val="0"/>
        </w:rPr>
        <w:t>Code</w:t>
      </w:r>
      <w:r>
        <w:rPr>
          <w:b w:val="0"/>
          <w:i w:val="0"/>
        </w:rPr>
        <w:t xml:space="preserve"> rồi </w:t>
      </w:r>
      <w:r>
        <w:rPr>
          <w:b/>
          <w:i w:val="0"/>
        </w:rPr>
        <w:t>Preferences</w:t>
      </w:r>
      <w:r>
        <w:rPr>
          <w:b w:val="0"/>
          <w:i w:val="0"/>
        </w:rPr>
        <w:t xml:space="preserve">, sau đó chọn </w:t>
      </w:r>
      <w:r>
        <w:rPr>
          <w:b/>
          <w:i w:val="0"/>
        </w:rPr>
        <w:t>Settings</w:t>
      </w:r>
      <w:r>
        <w:rPr>
          <w:b w:val="0"/>
          <w:i w:val="0"/>
        </w:rPr>
        <w:t xml:space="preserve">. Trong hộp thoại hiện ra, nhập </w:t>
      </w:r>
      <w:r>
        <w:rPr>
          <w:rFonts w:ascii="Consolas" w:hAnsi="Consolas"/>
          <w:b/>
          <w:i w:val="0"/>
          <w:sz w:val="20"/>
        </w:rPr>
        <w:t>rulers</w:t>
      </w:r>
      <w:r>
        <w:rPr>
          <w:b w:val="0"/>
          <w:i w:val="0"/>
        </w:rPr>
        <w:t xml:space="preserve">. Bạn sẽ thấy một thiết lập cho Editor: Rulers; hãy nhấp vào liên kết có nhãn </w:t>
      </w:r>
      <w:r>
        <w:rPr>
          <w:b w:val="0"/>
          <w:i/>
        </w:rPr>
        <w:t>Edit in settings.json</w:t>
      </w:r>
      <w:r>
        <w:rPr>
          <w:b w:val="0"/>
          <w:i w:val="0"/>
        </w:rPr>
        <w:t xml:space="preserve">. Trong file hiện ra, thêm nội dung sau vào thiết lập </w:t>
      </w:r>
      <w:r>
        <w:rPr>
          <w:rFonts w:ascii="Consolas" w:hAnsi="Consolas"/>
          <w:b w:val="0"/>
          <w:i w:val="0"/>
          <w:sz w:val="20"/>
        </w:rPr>
        <w:t>editor.rulers</w:t>
      </w:r>
      <w:r>
        <w:rPr>
          <w:b w:val="0"/>
          <w:i w:val="0"/>
        </w:rPr>
        <w:t>:</w:t>
      </w:r>
    </w:p>
    <w:p>
      <w:pPr>
        <w:spacing w:after="80"/>
      </w:pPr>
      <w:r>
        <w:rPr>
          <w:b w:val="0"/>
          <w:i w:val="0"/>
        </w:rPr>
        <w:t>settings.json</w:t>
      </w:r>
    </w:p>
    <w:p>
      <w:pPr>
        <w:spacing w:after="80"/>
      </w:pPr>
      <w:r>
        <w:rPr>
          <w:b w:val="0"/>
          <w:i w:val="0"/>
        </w:rPr>
        <w:t>"editor.rulers": [</w:t>
      </w:r>
      <w:r>
        <w:br/>
      </w:r>
      <w:r>
        <w:rPr>
          <w:b w:val="0"/>
          <w:i w:val="0"/>
        </w:rPr>
        <w:t xml:space="preserve">    80,</w:t>
      </w:r>
      <w:r>
        <w:br/>
      </w:r>
      <w:r>
        <w:rPr>
          <w:b w:val="0"/>
          <w:i w:val="0"/>
        </w:rPr>
        <w:t xml:space="preserve">    ]</w:t>
      </w:r>
    </w:p>
    <w:p>
      <w:pPr>
        <w:spacing w:after="80"/>
      </w:pPr>
      <w:r>
        <w:rPr>
          <w:b w:val="0"/>
          <w:i w:val="0"/>
        </w:rPr>
        <w:t xml:space="preserve">Thao tác này sẽ thêm một đường thẳng đứng trong cửa sổ soạn thảo tại vị trí ký tự thứ 80. Bạn có thể có nhiều hơn một đường thẳng đứng; ví dụ, nếu bạn muốn thêm một đường nữa tại ký tự 120, giá trị cho thiết lập của bạn sẽ là </w:t>
      </w:r>
      <w:r>
        <w:rPr>
          <w:rFonts w:ascii="Consolas" w:hAnsi="Consolas"/>
          <w:b w:val="0"/>
          <w:i w:val="0"/>
          <w:sz w:val="20"/>
        </w:rPr>
        <w:t>[80, 120]</w:t>
      </w:r>
      <w:r>
        <w:rPr>
          <w:b w:val="0"/>
          <w:i w:val="0"/>
        </w:rPr>
        <w:t>. Nếu bạn không thấy các đường thẳng đứng, hãy đảm bảo rằng bạn đã lưu file thiết lập; trên một số hệ thống, bạn cũng có thể cần thoát và mở lại VS Code để các thay đổi có hiệu lực.</w:t>
      </w:r>
    </w:p>
    <w:p>
      <w:pPr>
        <w:pStyle w:val="Heading4"/>
      </w:pPr>
      <w:r>
        <w:rPr>
          <w:rFonts w:ascii="Calibri" w:hAnsi="Calibri"/>
          <w:b/>
          <w:i w:val="0"/>
          <w:sz w:val="24"/>
        </w:rPr>
        <w:t>Đơn giản hóa kết quả xuất ra</w:t>
      </w:r>
    </w:p>
    <w:p>
      <w:pPr>
        <w:spacing w:after="80"/>
      </w:pPr>
      <w:r>
        <w:rPr>
          <w:b w:val="0"/>
          <w:i w:val="0"/>
        </w:rPr>
        <w:t>Mặc định, VS Code hiển thị kết quả xuất ra của chương trình trong một cửa sổ terminal nhúng. Kết quả này bao gồm cả các lệnh được dùng để chạy file. Trong nhiều tình huống, điều này là lý tưởng, nhưng nó có thể gây xao nhãng hơn mức bạn muốn khi mới bắt đầu học Python.</w:t>
      </w:r>
    </w:p>
    <w:p>
      <w:pPr>
        <w:spacing w:after="80"/>
      </w:pPr>
      <w:r>
        <w:rPr>
          <w:b w:val="0"/>
          <w:i w:val="0"/>
        </w:rPr>
        <w:t xml:space="preserve">Để đơn giản hóa kết quả xuất ra, hãy đóng tất cả các tab đang mở trong VS Code rồi thoát VS Code. Khởi động lại VS Code và mở thư mục chứa các file Python mà bạn đang làm việc; đó có thể chỉ là thư mục </w:t>
      </w:r>
      <w:r>
        <w:rPr>
          <w:b w:val="0"/>
          <w:i/>
        </w:rPr>
        <w:t>python_work</w:t>
      </w:r>
      <w:r>
        <w:rPr>
          <w:b w:val="0"/>
          <w:i w:val="0"/>
        </w:rPr>
        <w:t xml:space="preserve"> nơi file </w:t>
      </w:r>
      <w:r>
        <w:rPr>
          <w:b w:val="0"/>
          <w:i/>
        </w:rPr>
        <w:t>hello_world.py</w:t>
      </w:r>
      <w:r>
        <w:rPr>
          <w:b w:val="0"/>
          <w:i w:val="0"/>
        </w:rPr>
        <w:t xml:space="preserve"> được lưu.</w:t>
      </w:r>
    </w:p>
    <w:p>
      <w:pPr>
        <w:spacing w:after="80"/>
      </w:pPr>
      <w:r>
        <w:rPr>
          <w:b w:val="0"/>
          <w:i w:val="0"/>
        </w:rPr>
        <w:t xml:space="preserve">Nhấp vào biểu tượng Run/Debug (trông giống như một hình tam giác kèm một con bọ nhỏ), rồi nhấp vào </w:t>
      </w:r>
      <w:r>
        <w:rPr>
          <w:b/>
          <w:i w:val="0"/>
        </w:rPr>
        <w:t>Create a</w:t>
      </w:r>
      <w:r>
        <w:rPr>
          <w:b w:val="0"/>
          <w:i w:val="0"/>
        </w:rPr>
        <w:t xml:space="preserve"> </w:t>
      </w:r>
      <w:r>
        <w:rPr>
          <w:b/>
          <w:i/>
        </w:rPr>
        <w:t>launch.json</w:t>
      </w:r>
      <w:r>
        <w:rPr>
          <w:b w:val="0"/>
          <w:i w:val="0"/>
        </w:rPr>
        <w:t xml:space="preserve"> </w:t>
      </w:r>
      <w:r>
        <w:rPr>
          <w:b/>
          <w:i w:val="0"/>
        </w:rPr>
        <w:t>File</w:t>
      </w:r>
      <w:r>
        <w:rPr>
          <w:b w:val="0"/>
          <w:i w:val="0"/>
        </w:rPr>
        <w:t xml:space="preserve">. Chọn các tùy chọn Python trong những hộp thoại hiện ra. Trong tệp </w:t>
      </w:r>
      <w:r>
        <w:rPr>
          <w:b w:val="0"/>
          <w:i/>
        </w:rPr>
        <w:t>launch.json</w:t>
      </w:r>
      <w:r>
        <w:rPr>
          <w:b w:val="0"/>
          <w:i w:val="0"/>
        </w:rPr>
        <w:t xml:space="preserve"> mở ra, hãy thực hiện thay đổi sau:</w:t>
      </w:r>
    </w:p>
    <w:p>
      <w:pPr>
        <w:spacing w:after="80"/>
      </w:pPr>
      <w:r>
        <w:rPr>
          <w:b w:val="0"/>
          <w:i w:val="0"/>
        </w:rPr>
        <w:t>launch.json</w:t>
      </w:r>
    </w:p>
    <w:p>
      <w:pPr>
        <w:spacing w:after="0"/>
        <w:ind w:left="360"/>
        <w:shd w:val="clear" w:color="auto" w:fill="F2F2F2"/>
      </w:pPr>
      <w:r>
        <w:rPr>
          <w:rFonts w:ascii="Consolas" w:hAnsi="Consolas"/>
          <w:b w:val="0"/>
          <w:i w:val="0"/>
          <w:sz w:val="18"/>
        </w:rPr>
        <w:t>{</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"configurations":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r>
        <w:rPr>
          <w:rFonts w:ascii="Consolas" w:hAnsi="Consolas"/>
          <w:b w:val="0"/>
          <w:i/>
          <w:sz w:val="18"/>
        </w:rPr>
        <w:t>--snip--</w:t>
      </w:r>
    </w:p>
    <w:p>
      <w:pPr>
        <w:spacing w:after="0"/>
        <w:ind w:left="360"/>
        <w:shd w:val="clear" w:color="auto" w:fill="F2F2F2"/>
      </w:pPr>
      <w:r>
        <w:rPr>
          <w:rFonts w:ascii="Consolas" w:hAnsi="Consolas"/>
          <w:b w:val="0"/>
          <w:i w:val="0"/>
          <w:sz w:val="18"/>
        </w:rPr>
        <w:t xml:space="preserve">            "console": "internalConsole",</w:t>
      </w:r>
    </w:p>
    <w:p>
      <w:pPr>
        <w:spacing w:after="0"/>
        <w:ind w:left="360"/>
        <w:shd w:val="clear" w:color="auto" w:fill="F2F2F2"/>
      </w:pPr>
      <w:r>
        <w:rPr>
          <w:rFonts w:ascii="Consolas" w:hAnsi="Consolas"/>
          <w:b w:val="0"/>
          <w:i w:val="0"/>
          <w:sz w:val="18"/>
        </w:rPr>
        <w:t xml:space="preserve">            "justMyCode": true</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 xml:space="preserve">    ]</w:t>
      </w:r>
    </w:p>
    <w:p>
      <w:pPr>
        <w:spacing w:after="0"/>
        <w:ind w:left="360"/>
        <w:shd w:val="clear" w:color="auto" w:fill="F2F2F2"/>
      </w:pPr>
      <w:r>
        <w:rPr>
          <w:rFonts w:ascii="Consolas" w:hAnsi="Consolas"/>
          <w:b w:val="0"/>
          <w:i w:val="0"/>
          <w:sz w:val="18"/>
        </w:rPr>
        <w:t>}</w:t>
      </w:r>
    </w:p>
    <w:p>
      <w:pPr>
        <w:spacing w:after="40"/>
      </w:pPr>
    </w:p>
    <w:p>
      <w:pPr>
        <w:spacing w:after="80"/>
      </w:pPr>
      <w:r>
        <w:rPr>
          <w:b w:val="0"/>
          <w:i w:val="0"/>
        </w:rPr>
        <w:t xml:space="preserve">Ở đây, chúng ta đang thay đổi cài đặt </w:t>
      </w:r>
      <w:r>
        <w:rPr>
          <w:rFonts w:ascii="Consolas" w:hAnsi="Consolas"/>
          <w:b w:val="0"/>
          <w:i w:val="0"/>
          <w:sz w:val="20"/>
        </w:rPr>
        <w:t>console</w:t>
      </w:r>
      <w:r>
        <w:rPr>
          <w:b w:val="0"/>
          <w:i w:val="0"/>
        </w:rPr>
        <w:t xml:space="preserve"> từ </w:t>
      </w:r>
      <w:r>
        <w:rPr>
          <w:rFonts w:ascii="Consolas" w:hAnsi="Consolas"/>
          <w:b w:val="0"/>
          <w:i w:val="0"/>
          <w:sz w:val="20"/>
        </w:rPr>
        <w:t>integratedTerminal</w:t>
      </w:r>
      <w:r>
        <w:rPr>
          <w:b w:val="0"/>
          <w:i w:val="0"/>
        </w:rPr>
        <w:t xml:space="preserve"> thành </w:t>
      </w:r>
      <w:r>
        <w:rPr>
          <w:rFonts w:ascii="Consolas" w:hAnsi="Consolas"/>
          <w:b w:val="0"/>
          <w:i w:val="0"/>
          <w:sz w:val="20"/>
        </w:rPr>
        <w:t>internalConsole</w:t>
      </w:r>
      <w:r>
        <w:rPr>
          <w:b w:val="0"/>
          <w:i w:val="0"/>
        </w:rPr>
        <w:t xml:space="preserve">. Sau khi lưu tệp cài đặt, hãy mở một tệp </w:t>
      </w:r>
      <w:r>
        <w:rPr>
          <w:b w:val="0"/>
          <w:i/>
        </w:rPr>
        <w:t>.py</w:t>
      </w:r>
      <w:r>
        <w:rPr>
          <w:b w:val="0"/>
          <w:i w:val="0"/>
        </w:rPr>
        <w:t xml:space="preserve"> chẳng hạn như </w:t>
      </w:r>
      <w:r>
        <w:rPr>
          <w:b w:val="0"/>
          <w:i/>
        </w:rPr>
        <w:t>hello_world.py</w:t>
      </w:r>
      <w:r>
        <w:rPr>
          <w:b w:val="0"/>
          <w:i w:val="0"/>
        </w:rPr>
        <w:t xml:space="preserve">, và chạy nó bằng cách nhấn CTRL-F5. Trong khung đầu ra của VS Code, nhấp vào </w:t>
      </w:r>
      <w:r>
        <w:rPr>
          <w:b/>
          <w:i w:val="0"/>
        </w:rPr>
        <w:t>Debug Console</w:t>
      </w:r>
      <w:r>
        <w:rPr>
          <w:b w:val="0"/>
          <w:i w:val="0"/>
        </w:rPr>
        <w:t xml:space="preserve"> nếu nó chưa được chọn. Bạn sẽ chỉ thấy đầu ra của chương trình mình, và đầu ra sẽ được làm mới mỗi lần bạn chạy chương trình.</w:t>
      </w:r>
    </w:p>
    <w:p>
      <w:pPr>
        <w:spacing w:before="120" w:after="40"/>
      </w:pPr>
      <w:r>
        <w:rPr>
          <w:b/>
          <w:sz w:val="21"/>
        </w:rPr>
        <w:t>Ghi chú</w:t>
      </w:r>
    </w:p>
    <w:p>
      <w:pPr>
        <w:spacing w:after="80"/>
      </w:pPr>
      <w:r>
        <w:rPr>
          <w:b w:val="0"/>
          <w:i w:val="0"/>
        </w:rPr>
        <w:t xml:space="preserve">Debug Console là chỉ đọc. Nó sẽ không hoạt động với những tệp sử dụng hàm </w:t>
      </w:r>
      <w:r>
        <w:rPr>
          <w:rFonts w:ascii="Consolas" w:hAnsi="Consolas"/>
          <w:b w:val="0"/>
          <w:i w:val="0"/>
          <w:sz w:val="20"/>
        </w:rPr>
        <w:t>input()</w:t>
      </w:r>
      <w:r>
        <w:rPr>
          <w:b w:val="0"/>
          <w:i w:val="0"/>
        </w:rPr>
        <w:t xml:space="preserve">, thứ mà bạn sẽ bắt đầu dùng từ Chương 7. Khi bạn cần chạy những chương trình này, bạn có thể đổi cài đặt </w:t>
      </w:r>
      <w:r>
        <w:rPr>
          <w:rFonts w:ascii="Consolas" w:hAnsi="Consolas"/>
          <w:b w:val="0"/>
          <w:i w:val="0"/>
          <w:sz w:val="20"/>
        </w:rPr>
        <w:t>console</w:t>
      </w:r>
      <w:r>
        <w:rPr>
          <w:b w:val="0"/>
          <w:i w:val="0"/>
        </w:rPr>
        <w:t xml:space="preserve"> trở lại mặc định là </w:t>
      </w:r>
      <w:r>
        <w:rPr>
          <w:rFonts w:ascii="Consolas" w:hAnsi="Consolas"/>
          <w:b w:val="0"/>
          <w:i w:val="0"/>
          <w:sz w:val="20"/>
        </w:rPr>
        <w:t>integratedTerminal</w:t>
      </w:r>
      <w:r>
        <w:rPr>
          <w:b w:val="0"/>
          <w:i w:val="0"/>
        </w:rPr>
        <w:t>, hoặc bạn có thể chạy những chương trình này trong một cửa sổ terminal riêng như mô tả trong "Running Python Programs from a Terminal" ở trang 11.</w:t>
      </w:r>
    </w:p>
    <w:p>
      <w:pPr>
        <w:pStyle w:val="Heading4"/>
      </w:pPr>
      <w:r>
        <w:rPr>
          <w:rFonts w:ascii="Calibri" w:hAnsi="Calibri"/>
          <w:b/>
          <w:i w:val="0"/>
          <w:sz w:val="24"/>
        </w:rPr>
        <w:t>Khám phá thêm các tùy chỉnh</w:t>
      </w:r>
    </w:p>
    <w:p>
      <w:pPr>
        <w:spacing w:after="80"/>
      </w:pPr>
      <w:r>
        <w:rPr>
          <w:b w:val="0"/>
          <w:i w:val="0"/>
        </w:rPr>
        <w:t xml:space="preserve">Bạn có thể tùy chỉnh VS Code theo nhiều cách để giúp mình làm việc hiệu quả hơn. Để bắt đầu khám phá những tùy chỉnh có sẵn, hãy nhấp vào </w:t>
      </w:r>
      <w:r>
        <w:rPr>
          <w:b/>
          <w:i w:val="0"/>
        </w:rPr>
        <w:t>Code</w:t>
      </w:r>
      <w:r>
        <w:rPr>
          <w:b w:val="0"/>
          <w:i w:val="0"/>
        </w:rPr>
        <w:t xml:space="preserve"> rồi </w:t>
      </w:r>
      <w:r>
        <w:rPr>
          <w:b/>
          <w:i w:val="0"/>
        </w:rPr>
        <w:t>Preferences</w:t>
      </w:r>
      <w:r>
        <w:rPr>
          <w:b w:val="0"/>
          <w:i w:val="0"/>
        </w:rPr>
        <w:t xml:space="preserve">, sau đó chọn </w:t>
      </w:r>
      <w:r>
        <w:rPr>
          <w:b/>
          <w:i w:val="0"/>
        </w:rPr>
        <w:t>Settings</w:t>
      </w:r>
      <w:r>
        <w:rPr>
          <w:b w:val="0"/>
          <w:i w:val="0"/>
        </w:rPr>
        <w:t>. Bạn sẽ thấy một danh sách có tiêu đề Commonly Used; nhấp vào bất kỳ tiêu đề phụ nào để xem một số cách phổ biến mà bạn có thể sửa đổi bản cài đặt VS Code của mình. Hãy dành chút thời gian xem thử có tùy chỉnh nào giúp VS Code làm việc tốt hơn cho bạn không, nhưng đừng mải mê cấu hình trình soạn thảo đến mức trì hoãn việc học cách dùng Python nhé!</w:t>
      </w:r>
    </w:p>
    <w:p>
      <w:pPr>
        <w:pStyle w:val="Heading3"/>
      </w:pPr>
      <w:r>
        <w:rPr>
          <w:rFonts w:ascii="Calibri" w:hAnsi="Calibri"/>
          <w:b/>
          <w:i w:val="0"/>
          <w:sz w:val="27"/>
        </w:rPr>
        <w:t>Các phím tắt trong VS Code</w:t>
      </w:r>
    </w:p>
    <w:p>
      <w:pPr>
        <w:spacing w:after="80"/>
      </w:pPr>
      <w:r>
        <w:rPr>
          <w:b w:val="0"/>
          <w:i w:val="0"/>
        </w:rPr>
        <w:t>Mọi trình soạn thảo và IDE đều cung cấp những cách hiệu quả để làm những việc thông thường mà ai cũng cần làm khi viết và bảo trì mã. Ví dụ, bạn có thể dễ dàng thụt lề một dòng mã hoặc cả một khối mã; bạn cũng có thể dễ dàng di chuyển một khối dòng lên trên hoặc xuống dưới trong tệp.</w:t>
      </w:r>
    </w:p>
    <w:p>
      <w:pPr>
        <w:spacing w:after="80"/>
      </w:pPr>
      <w:r>
        <w:rPr>
          <w:b w:val="0"/>
          <w:i w:val="0"/>
        </w:rPr>
        <w:t>Có quá nhiều phím tắt để mô tả đầy đủ ở đây. Phần này chỉ chia sẻ một vài phím tắt mà bạn có thể sẽ thấy hữu ích khi viết những tệp Python đầu tiên của mình. Nếu cuối cùng bạn dùng một trình soạn thảo khác ngoài VS Code, hãy chắc chắn rằng bạn học cách làm những việc tương tự một cách hiệu quả trong trình soạn thảo mà bạn đã chọn.</w:t>
      </w:r>
    </w:p>
    <w:p>
      <w:pPr>
        <w:pStyle w:val="Heading4"/>
      </w:pPr>
      <w:r>
        <w:rPr>
          <w:rFonts w:ascii="Calibri" w:hAnsi="Calibri"/>
          <w:b/>
          <w:i w:val="0"/>
          <w:sz w:val="24"/>
        </w:rPr>
        <w:t>Thụt lề và bỏ thụt lề cho khối mã</w:t>
      </w:r>
    </w:p>
    <w:p>
      <w:pPr>
        <w:spacing w:after="80"/>
      </w:pPr>
      <w:r>
        <w:rPr>
          <w:b w:val="0"/>
          <w:i w:val="0"/>
        </w:rPr>
        <w:t>Để thụt lề cả một khối mã, hãy bôi đen nó và nhấn CTRL-], hoặc ⌘-] trên macOS. Để bỏ thụt lề một khối mã, hãy bôi đen nó và nhấn CTRL-[, hoặc ⌘-[ trên macOS.</w:t>
      </w:r>
    </w:p>
    <w:p>
      <w:pPr>
        <w:pStyle w:val="Heading4"/>
      </w:pPr>
      <w:r>
        <w:rPr>
          <w:rFonts w:ascii="Calibri" w:hAnsi="Calibri"/>
          <w:b/>
          <w:i w:val="0"/>
          <w:sz w:val="24"/>
        </w:rPr>
        <w:t>Biến khối mã thành chú thích</w:t>
      </w:r>
    </w:p>
    <w:p>
      <w:pPr>
        <w:spacing w:after="80"/>
      </w:pPr>
      <w:r>
        <w:rPr>
          <w:b w:val="0"/>
          <w:i w:val="0"/>
        </w:rPr>
        <w:t>Để tạm thời vô hiệu hóa một khối mã, bạn có thể bôi đen khối đó và biến nó thành chú thích để Python bỏ qua nó. Hãy bôi đen đoạn mã bạn muốn bỏ qua và nhấn CTRL-/, hoặc ⌘-/ trên macOS. Những dòng được chọn sẽ được biến thành chú thích bằng dấu thăng (</w:t>
      </w:r>
      <w:r>
        <w:rPr>
          <w:rFonts w:ascii="Consolas" w:hAnsi="Consolas"/>
          <w:b w:val="0"/>
          <w:i w:val="0"/>
          <w:sz w:val="20"/>
        </w:rPr>
        <w:t>#</w:t>
      </w:r>
      <w:r>
        <w:rPr>
          <w:b w:val="0"/>
          <w:i w:val="0"/>
        </w:rPr>
        <w:t>) thụt lề cùng cấp với dòng mã, để cho thấy đây không phải là những chú thích thông thường. Khi bạn muốn bỏ chú thích cho khối mã đó, hãy bôi đen khối và nhấn lại lệnh tương tự.</w:t>
      </w:r>
    </w:p>
    <w:p>
      <w:pPr>
        <w:pStyle w:val="Heading4"/>
      </w:pPr>
      <w:r>
        <w:rPr>
          <w:rFonts w:ascii="Calibri" w:hAnsi="Calibri"/>
          <w:b/>
          <w:i w:val="0"/>
          <w:sz w:val="24"/>
        </w:rPr>
        <w:t>Di chuyển dòng lên hoặc xuống</w:t>
      </w:r>
    </w:p>
    <w:p>
      <w:pPr>
        <w:spacing w:after="80"/>
      </w:pPr>
      <w:r>
        <w:rPr>
          <w:b w:val="0"/>
          <w:i w:val="0"/>
        </w:rPr>
        <w:t>Khi chương trình của bạn trở nên phức tạp hơn, bạn có thể thấy mình muốn di chuyển một khối mã lên hoặc xuống trong tệp. Để làm điều đó, hãy bôi đen đoạn mã bạn muốn di chuyển và nhấn ALT-mũi tên lên, hoặc Option-mũi tên lên trên macOS. Tổ hợp phím tương tự với mũi tên xuống sẽ di chuyển khối đó xuống trong tệp.</w:t>
      </w:r>
    </w:p>
    <w:p>
      <w:pPr>
        <w:spacing w:after="80"/>
      </w:pPr>
      <w:r>
        <w:rPr>
          <w:b w:val="0"/>
          <w:i w:val="0"/>
        </w:rPr>
        <w:t>Nếu bạn đang di chuyển một dòng lên hoặc xuống, bạn có thể nhấp vào bất kỳ đâu trong dòng đó; bạn không cần phải bôi đen cả dòng để di chuyển nó.</w:t>
      </w:r>
    </w:p>
    <w:p>
      <w:pPr>
        <w:pStyle w:val="Heading4"/>
      </w:pPr>
      <w:r>
        <w:rPr>
          <w:rFonts w:ascii="Calibri" w:hAnsi="Calibri"/>
          <w:b/>
          <w:i w:val="0"/>
          <w:sz w:val="24"/>
        </w:rPr>
        <w:t>Ẩn File Explorer</w:t>
      </w:r>
    </w:p>
    <w:p>
      <w:pPr>
        <w:spacing w:after="80"/>
      </w:pPr>
      <w:r>
        <w:rPr>
          <w:b w:val="0"/>
          <w:i w:val="0"/>
        </w:rPr>
        <w:t>Trình quản lý tệp tích hợp trong VS Code thực sự rất tiện lợi. Tuy nhiên, nó có thể gây xao nhãng khi bạn đang viết mã và chiếm mất không gian quý giá trên màn hình nhỏ hơn. Lệnh CTRL-B, hoặc ⌘-B trên macOS, sẽ bật/tắt hiển thị khung File Explorer.</w:t>
      </w:r>
    </w:p>
    <w:p>
      <w:pPr>
        <w:pStyle w:val="Heading4"/>
      </w:pPr>
      <w:r>
        <w:rPr>
          <w:rFonts w:ascii="Calibri" w:hAnsi="Calibri"/>
          <w:b/>
          <w:i w:val="0"/>
          <w:sz w:val="24"/>
        </w:rPr>
        <w:t>Tìm các phím tắt bổ sung</w:t>
      </w:r>
    </w:p>
    <w:p>
      <w:pPr>
        <w:spacing w:after="80"/>
      </w:pPr>
      <w:r>
        <w:rPr>
          <w:b w:val="0"/>
          <w:i w:val="0"/>
        </w:rPr>
        <w:t>Làm việc hiệu quả trong môi trường soạn thảo cần luyện tập, nhưng cũng cần sự chủ động. Khi bạn học cách làm việc với mã, hãy thử để ý những việc bạn làm đi làm lại nhiều lần. Bất kỳ thao tác nào bạn thực hiện trong trình soạn thảo đều có thể có phím tắt; nếu bạn đang nhấp vào các mục menu để thực hiện các tác vụ soạn thảo, hãy tìm phím tắt cho những thao tác đó. Nếu bạn thường xuyên chuyển qua lại giữa bàn phím và chuột, hãy tìm các phím tắt điều hướng giúp bạn bớt phải với tay tới chuột.</w:t>
      </w:r>
    </w:p>
    <w:p>
      <w:pPr>
        <w:spacing w:after="80"/>
      </w:pPr>
      <w:r>
        <w:rPr>
          <w:b w:val="0"/>
          <w:i w:val="0"/>
        </w:rPr>
        <w:t xml:space="preserve">Bạn có thể xem tất cả các phím tắt trong VS Code bằng cách nhấp vào </w:t>
      </w:r>
      <w:r>
        <w:rPr>
          <w:b/>
          <w:i w:val="0"/>
        </w:rPr>
        <w:t>Code</w:t>
      </w:r>
      <w:r>
        <w:rPr>
          <w:b w:val="0"/>
          <w:i w:val="0"/>
        </w:rPr>
        <w:t xml:space="preserve"> rồi </w:t>
      </w:r>
      <w:r>
        <w:rPr>
          <w:b/>
          <w:i w:val="0"/>
        </w:rPr>
        <w:t>Preferences</w:t>
      </w:r>
      <w:r>
        <w:rPr>
          <w:b w:val="0"/>
          <w:i w:val="0"/>
        </w:rPr>
        <w:t xml:space="preserve">, sau đó chọn </w:t>
      </w:r>
      <w:r>
        <w:rPr>
          <w:b/>
          <w:i w:val="0"/>
        </w:rPr>
        <w:t>Keyboard</w:t>
      </w:r>
      <w:r>
        <w:rPr>
          <w:b w:val="0"/>
          <w:i w:val="0"/>
        </w:rPr>
        <w:t xml:space="preserve"> </w:t>
      </w:r>
      <w:r>
        <w:rPr>
          <w:b/>
          <w:i w:val="0"/>
        </w:rPr>
        <w:t>Shortcuts</w:t>
      </w:r>
      <w:r>
        <w:rPr>
          <w:b w:val="0"/>
          <w:i w:val="0"/>
        </w:rPr>
        <w:t>. Bạn có thể dùng thanh tìm kiếm để tìm một phím tắt cụ thể, hoặc cuộn qua danh sách để tìm những phím tắt có thể giúp bạn làm việc hiệu quả hơn.</w:t>
      </w:r>
    </w:p>
    <w:p>
      <w:pPr>
        <w:spacing w:after="80"/>
      </w:pPr>
      <w:r>
        <w:rPr>
          <w:b w:val="0"/>
          <w:i w:val="0"/>
        </w:rPr>
        <w:t>Hãy nhớ rằng, tốt hơn là tập trung vào đoạn mã bạn đang làm việc, và tránh dành quá nhiều thời gian cho các công cụ bạn đang dùng.</w:t>
      </w:r>
    </w:p>
    <w:p>
      <w:pPr>
        <w:pStyle w:val="Heading2"/>
      </w:pPr>
      <w:r>
        <w:rPr>
          <w:rFonts w:ascii="Calibri" w:hAnsi="Calibri"/>
          <w:b/>
          <w:i w:val="0"/>
          <w:sz w:val="32"/>
        </w:rPr>
        <w:t>Các trình soạn thảo văn bản và IDE khác</w:t>
      </w:r>
    </w:p>
    <w:p>
      <w:pPr>
        <w:spacing w:after="80"/>
      </w:pPr>
      <w:r>
        <w:rPr>
          <w:b w:val="0"/>
          <w:i w:val="0"/>
        </w:rPr>
        <w:t>Bạn sẽ nghe nói về và thấy mọi người sử dụng một số trình soạn thảo văn bản khác. Hầu hết chúng đều có thể được cấu hình để hỗ trợ bạn theo cách tương tự như bạn đã tùy chỉnh VS Code. Dưới đây là một số ít trình soạn thảo văn bản mà bạn có thể nghe nói đến.</w:t>
      </w:r>
    </w:p>
    <w:p>
      <w:pPr>
        <w:pStyle w:val="Heading3"/>
      </w:pPr>
      <w:r>
        <w:rPr>
          <w:rFonts w:ascii="Calibri" w:hAnsi="Calibri"/>
          <w:b/>
          <w:i w:val="0"/>
          <w:sz w:val="27"/>
        </w:rPr>
        <w:t>IDLE</w:t>
      </w:r>
    </w:p>
    <w:p>
      <w:pPr>
        <w:spacing w:after="80"/>
      </w:pPr>
      <w:r>
        <w:rPr>
          <w:b w:val="0"/>
          <w:i/>
        </w:rPr>
        <w:t>IDLE</w:t>
      </w:r>
      <w:r>
        <w:rPr>
          <w:b w:val="0"/>
          <w:i w:val="0"/>
        </w:rPr>
        <w:t xml:space="preserve"> là một trình soạn thảo văn bản đi kèm với Python. Nó hơi kém trực quan khi sử dụng so với các trình soạn thảo khác hiện đại hơn. Tuy nhiên, bạn sẽ thấy nó được nhắc đến trong các hướng dẫn khác dành cho người mới bắt đầu, nên bạn có thể muốn thử xem sao.</w:t>
      </w:r>
    </w:p>
    <w:p>
      <w:pPr>
        <w:pStyle w:val="Heading3"/>
      </w:pPr>
      <w:r>
        <w:rPr>
          <w:rFonts w:ascii="Calibri" w:hAnsi="Calibri"/>
          <w:b/>
          <w:i w:val="0"/>
          <w:sz w:val="27"/>
        </w:rPr>
        <w:t>Geany</w:t>
      </w:r>
    </w:p>
    <w:p>
      <w:pPr>
        <w:spacing w:after="80"/>
      </w:pPr>
      <w:r>
        <w:rPr>
          <w:b w:val="0"/>
          <w:i/>
        </w:rPr>
        <w:t>Geany</w:t>
      </w:r>
      <w:r>
        <w:rPr>
          <w:b w:val="0"/>
          <w:i w:val="0"/>
        </w:rPr>
        <w:t xml:space="preserve"> là một trình soạn thảo văn bản đơn giản, hiển thị toàn bộ kết quả đầu ra của bạn trong một cửa sổ terminal riêng biệt, giúp bạn làm quen với việc sử dụng terminal. Geany có giao diện rất tối giản, nhưng nó đủ mạnh mẽ đến mức vẫn có một số lượng đáng kể lập trình viên dày dạn kinh nghiệm sử dụng nó.</w:t>
      </w:r>
    </w:p>
    <w:p>
      <w:pPr>
        <w:spacing w:after="80"/>
      </w:pPr>
      <w:r>
        <w:rPr>
          <w:b w:val="0"/>
          <w:i w:val="0"/>
        </w:rPr>
        <w:t>Nếu bạn thấy VS Code quá gây xao nhãng và có quá nhiều tính năng, hãy cân nhắc dùng Geany thay thế.</w:t>
      </w:r>
    </w:p>
    <w:p>
      <w:pPr>
        <w:pStyle w:val="Heading3"/>
      </w:pPr>
      <w:r>
        <w:rPr>
          <w:rFonts w:ascii="Calibri" w:hAnsi="Calibri"/>
          <w:b/>
          <w:i w:val="0"/>
          <w:sz w:val="27"/>
        </w:rPr>
        <w:t>Sublime Text</w:t>
      </w:r>
    </w:p>
    <w:p>
      <w:pPr>
        <w:spacing w:after="80"/>
      </w:pPr>
      <w:r>
        <w:rPr>
          <w:b w:val="0"/>
          <w:i/>
        </w:rPr>
        <w:t>Sublime Text</w:t>
      </w:r>
      <w:r>
        <w:rPr>
          <w:b w:val="0"/>
          <w:i w:val="0"/>
        </w:rPr>
        <w:t xml:space="preserve"> là một trình soạn thảo tối giản khác mà bạn nên cân nhắc sử dụng nếu bạn thấy VS Code quá rối rắm. Sublime Text có giao diện thực sự gọn gàng và nổi tiếng là hoạt động tốt ngay cả với những tệp rất lớn. Đây là trình soạn thảo sẽ không làm phiền bạn và để bạn tập trung vào đoạn mã mình đang viết.</w:t>
      </w:r>
    </w:p>
    <w:p>
      <w:pPr>
        <w:spacing w:after="80"/>
      </w:pPr>
      <w:r>
        <w:rPr>
          <w:b w:val="0"/>
          <w:i w:val="0"/>
        </w:rPr>
        <w:t>Sublime Text có bản dùng thử miễn phí không giới hạn, nhưng nó không miễn phí và cũng không phải mã nguồn mở. Nếu bạn quyết định thích nó và có đủ khả năng mua giấy phép đầy đủ, bạn nên làm vậy. Khoản mua này là phí trả một lần; không phải đăng ký thuê bao phần mềm.</w:t>
      </w:r>
    </w:p>
    <w:p>
      <w:pPr>
        <w:pStyle w:val="Heading3"/>
      </w:pPr>
      <w:r>
        <w:rPr>
          <w:rFonts w:ascii="Calibri" w:hAnsi="Calibri"/>
          <w:b/>
          <w:i w:val="0"/>
          <w:sz w:val="27"/>
        </w:rPr>
        <w:t>Emacs và Vim</w:t>
      </w:r>
    </w:p>
    <w:p>
      <w:pPr>
        <w:spacing w:after="80"/>
      </w:pPr>
      <w:r>
        <w:rPr>
          <w:b w:val="0"/>
          <w:i/>
        </w:rPr>
        <w:t>Emacs</w:t>
      </w:r>
      <w:r>
        <w:rPr>
          <w:b w:val="0"/>
          <w:i w:val="0"/>
        </w:rPr>
        <w:t xml:space="preserve"> và </w:t>
      </w:r>
      <w:r>
        <w:rPr>
          <w:b w:val="0"/>
          <w:i/>
        </w:rPr>
        <w:t>Vim</w:t>
      </w:r>
      <w:r>
        <w:rPr>
          <w:b w:val="0"/>
          <w:i w:val="0"/>
        </w:rPr>
        <w:t xml:space="preserve"> là hai trình soạn thảo phổ biến được nhiều lập trình viên dày dạn kinh nghiệm ưa chuộng, vì chúng được thiết kế để bạn có thể sử dụng mà không bao giờ phải rời tay khỏi bàn phím. Điều này giúp việc viết, đọc và chỉnh sửa mã trở nên rất hiệu quả, một khi bạn đã học được cách trình soạn thảo hoạt động. Điều đó cũng có nghĩa là cả hai trình soạn thảo đều có độ dốc học tập khá cao. Vim được cài sẵn trên hầu hết máy Linux và macOS, và cả Emacs lẫn Vim đều có thể chạy hoàn toàn bên trong terminal. Vì lý do này, chúng thường được dùng để viết mã trên máy chủ thông qua các phiên terminal từ xa.</w:t>
      </w:r>
    </w:p>
    <w:p>
      <w:pPr>
        <w:spacing w:after="80"/>
      </w:pPr>
      <w:r>
        <w:rPr>
          <w:b w:val="0"/>
          <w:i w:val="0"/>
        </w:rPr>
        <w:t>Các lập trình viên thường khuyên bạn nên thử chúng, nhưng nhiều lập trình viên thành thạo lại quên mất rằng những người mới học đã phải cố gắng học biết bao nhiêu thứ. Biết về những trình soạn thảo này là điều tốt, nhưng bạn nên hoãn việc sử dụng chúng cho đến khi bạn đã thoải mái làm việc với mã trong một trình soạn thảo thân thiện với người dùng hơn, cho phép bạn tập trung vào việc học lập trình, thay vì học cách dùng một trình soạn thảo.</w:t>
      </w:r>
    </w:p>
    <w:p>
      <w:pPr>
        <w:pStyle w:val="Heading3"/>
      </w:pPr>
      <w:r>
        <w:rPr>
          <w:rFonts w:ascii="Calibri" w:hAnsi="Calibri"/>
          <w:b/>
          <w:i w:val="0"/>
          <w:sz w:val="27"/>
        </w:rPr>
        <w:t>PyCharm</w:t>
      </w:r>
    </w:p>
    <w:p>
      <w:pPr>
        <w:spacing w:after="80"/>
      </w:pPr>
      <w:r>
        <w:rPr>
          <w:b w:val="0"/>
          <w:i/>
        </w:rPr>
        <w:t>PyCharm</w:t>
      </w:r>
      <w:r>
        <w:rPr>
          <w:b w:val="0"/>
          <w:i w:val="0"/>
        </w:rPr>
        <w:t xml:space="preserve"> là một IDE phổ biến trong giới lập trình viên Python vì nó được xây dựng để hoạt động chuyên biệt với Python. Bản đầy đủ yêu cầu đăng ký trả phí, nhưng cũng có một bản miễn phí gọi là PyCharm Community Edition, và nhiều lập trình viên thấy nó hữu ích.</w:t>
      </w:r>
    </w:p>
    <w:p>
      <w:pPr>
        <w:spacing w:after="80"/>
      </w:pPr>
      <w:r>
        <w:rPr>
          <w:b w:val="0"/>
          <w:i w:val="0"/>
        </w:rPr>
        <w:t>Nếu bạn thử PyCharm, hãy lưu ý rằng theo mặc định, nó thiết lập một môi trường tách biệt cho mỗi dự án của bạn. Điều này thường là tốt, nhưng nó có thể dẫn đến những hành vi bất ngờ nếu bạn không hiểu nó đang làm gì cho bạn.</w:t>
      </w:r>
    </w:p>
    <w:p>
      <w:pPr>
        <w:pStyle w:val="Heading3"/>
      </w:pPr>
      <w:r>
        <w:rPr>
          <w:rFonts w:ascii="Calibri" w:hAnsi="Calibri"/>
          <w:b/>
          <w:i w:val="0"/>
          <w:sz w:val="27"/>
        </w:rPr>
        <w:t>Jupyter Notebooks</w:t>
      </w:r>
    </w:p>
    <w:p>
      <w:pPr>
        <w:spacing w:after="80"/>
      </w:pPr>
      <w:r>
        <w:rPr>
          <w:b w:val="0"/>
          <w:i/>
        </w:rPr>
        <w:t>Jupyter Notebook</w:t>
      </w:r>
      <w:r>
        <w:rPr>
          <w:b w:val="0"/>
          <w:i w:val="0"/>
        </w:rPr>
        <w:t xml:space="preserve"> là một loại công cụ khác so với các trình soạn thảo văn bản truyền thống hay IDE, ở chỗ nó là một ứng dụng web được xây dựng chủ yếu từ các khối; mỗi khối hoặc là một khối mã hoặc là một khối văn bản. Các khối văn bản được hiển thị bằng Markdown, nên bạn có thể thêm định dạng đơn giản vào các khối văn bản của mình.</w:t>
      </w:r>
    </w:p>
    <w:p>
      <w:pPr>
        <w:spacing w:after="80"/>
      </w:pPr>
      <w:r>
        <w:rPr>
          <w:b w:val="0"/>
          <w:i w:val="0"/>
        </w:rPr>
        <w:t xml:space="preserve">Jupyter Notebooks được phát triển để hỗ trợ việc sử dụng Python trong các ứng dụng khoa học, nhưng kể từ đó chúng đã mở rộng để trở nên hữu ích trong rất nhiều tình huống khác nhau. Thay vì chỉ viết chú thích bên trong một tệp </w:t>
      </w:r>
      <w:r>
        <w:rPr>
          <w:b w:val="0"/>
          <w:i/>
        </w:rPr>
        <w:t>.py</w:t>
      </w:r>
      <w:r>
        <w:rPr>
          <w:b w:val="0"/>
          <w:i w:val="0"/>
        </w:rPr>
        <w:t>, bạn có thể viết văn bản rõ ràng với định dạng đơn giản, chẳng hạn như tiêu đề, danh sách có dấu đầu dòng và siêu liên kết xen giữa các phần mã. Mỗi khối mã có thể được chạy độc lập, cho phép bạn kiểm tra từng phần nhỏ trong chương trình của mình, hoặc bạn có thể chạy tất cả các khối mã cùng một lúc. Mỗi khối mã có vùng kết quả đầu ra riêng, và bạn có thể bật hoặc tắt các vùng kết quả này khi cần.</w:t>
      </w:r>
    </w:p>
    <w:p>
      <w:pPr>
        <w:spacing w:after="80"/>
      </w:pPr>
      <w:r>
        <w:rPr>
          <w:b w:val="0"/>
          <w:i w:val="0"/>
        </w:rPr>
        <w:t>Jupyter Notebook đôi khi có thể gây nhầm lẫn vì sự tương tác giữa các ô (cell) khác nhau. Nếu bạn định nghĩa một hàm trong một ô, hàm đó cũng có sẵn cho các ô khác. Điều này hầu hết mang lại lợi ích, nhưng nó có thể gây nhầm lẫn trong những notebook dài và nếu bạn chưa hiểu đầy đủ về cách môi trường Notebook hoạt động.</w:t>
      </w:r>
    </w:p>
    <w:p>
      <w:pPr>
        <w:spacing w:after="80"/>
      </w:pPr>
      <w:r>
        <w:rPr>
          <w:b w:val="0"/>
          <w:i w:val="0"/>
        </w:rPr>
        <w:t>Nếu bạn đang làm bất kỳ công việc nào liên quan đến khoa học hoặc dữ liệu bằng Python, gần như chắc chắn bạn sẽ gặp Jupyter Notebook vào một lúc nào đó.</w:t>
      </w:r>
    </w:p>
    <w:p>
      <w:pPr>
        <w:pStyle w:val="Heading1"/>
      </w:pPr>
      <w:r>
        <w:rPr>
          <w:rFonts w:ascii="Calibri" w:hAnsi="Calibri"/>
          <w:b/>
          <w:i w:val="0"/>
          <w:sz w:val="38"/>
        </w:rPr>
        <w:t>C</w:t>
      </w:r>
      <w:r>
        <w:rPr>
          <w:rFonts w:ascii="Calibri" w:hAnsi="Calibri"/>
          <w:b/>
          <w:i w:val="0"/>
          <w:sz w:val="38"/>
        </w:rPr>
      </w:r>
      <w:r>
        <w:rPr>
          <w:rFonts w:ascii="Calibri" w:hAnsi="Calibri"/>
          <w:b/>
          <w:i w:val="0"/>
          <w:sz w:val="38"/>
        </w:rPr>
        <w:t>Cách tìm trợ giúp</w:t>
      </w:r>
    </w:p>
    <w:p>
      <w:pPr>
        <w:jc w:val="center"/>
      </w:pPr>
      <w:r>
        <w:drawing>
          <wp:inline xmlns:a="http://schemas.openxmlformats.org/drawingml/2006/main" xmlns:pic="http://schemas.openxmlformats.org/drawingml/2006/picture">
            <wp:extent cx="3867150" cy="3867150"/>
            <wp:docPr id="83" name="Picture 83"/>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Ai cũng có lúc bị mắc kẹt khi đang học lập trình. Vì vậy, một trong những kỹ năng quan trọng nhất cần học với tư cách là một lập trình viên là cách thoát khỏi tình trạng bế tắc một cách hiệu quả. Phụ lục này trình bày một số cách giúp bạn tiếp tục tiến lên khi việc lập trình trở nên rối rắm.</w:t>
      </w:r>
    </w:p>
    <w:p>
      <w:pPr>
        <w:pStyle w:val="Heading2"/>
      </w:pPr>
      <w:r>
        <w:rPr>
          <w:rFonts w:ascii="Calibri" w:hAnsi="Calibri"/>
          <w:b/>
          <w:i w:val="0"/>
          <w:sz w:val="32"/>
        </w:rPr>
        <w:t>Những bước đầu tiên</w:t>
      </w:r>
    </w:p>
    <w:p>
      <w:pPr>
        <w:spacing w:after="80"/>
      </w:pPr>
      <w:r>
        <w:rPr>
          <w:b w:val="0"/>
          <w:i w:val="0"/>
        </w:rPr>
        <w:t>Khi bạn bị mắc kẹt, bước đầu tiên nên làm là đánh giá tình huống của bạn. Trước khi nhờ ai khác giúp đỡ, hãy trả lời rõ ràng ba câu hỏi sau:</w:t>
      </w:r>
    </w:p>
    <w:p>
      <w:pPr>
        <w:spacing w:after="80"/>
        <w:ind w:left="360"/>
      </w:pPr>
      <w:r>
        <w:t xml:space="preserve">• </w:t>
      </w:r>
      <w:r>
        <w:rPr>
          <w:b w:val="0"/>
          <w:i w:val="0"/>
        </w:rPr>
        <w:t>Bạn đang cố gắng làm gì?</w:t>
      </w:r>
    </w:p>
    <w:p>
      <w:pPr>
        <w:spacing w:after="80"/>
        <w:ind w:left="360"/>
      </w:pPr>
      <w:r>
        <w:t xml:space="preserve">• </w:t>
      </w:r>
      <w:r>
        <w:rPr>
          <w:b w:val="0"/>
          <w:i w:val="0"/>
        </w:rPr>
        <w:t>Cho đến nay bạn đã thử những gì?</w:t>
      </w:r>
    </w:p>
    <w:p>
      <w:pPr>
        <w:spacing w:after="80"/>
        <w:ind w:left="360"/>
      </w:pPr>
      <w:r>
        <w:t xml:space="preserve">• </w:t>
      </w:r>
      <w:r>
        <w:rPr>
          <w:b w:val="0"/>
          <w:i w:val="0"/>
        </w:rPr>
        <w:t>Bạn đã nhận được những kết quả gì?</w:t>
      </w:r>
    </w:p>
    <w:p>
      <w:pPr>
        <w:spacing w:after="80"/>
      </w:pPr>
      <w:r>
        <w:rPr>
          <w:b w:val="0"/>
          <w:i w:val="0"/>
        </w:rPr>
        <w:t>Hãy trả lời càng cụ thể càng tốt. Với câu hỏi đầu tiên, những câu nói rõ ràng như "Tôi đang cố cài đặt phiên bản Python mới nhất trên chiếc laptop Windows mới của mình" là đủ chi tiết để những người khác trong cộng đồng Python có thể giúp bạn. Những câu như "Tôi đang cố cài đặt Python" không cung cấp đủ thông tin để người khác giúp được nhiều.</w:t>
      </w:r>
    </w:p>
    <w:p>
      <w:pPr>
        <w:spacing w:after="80"/>
      </w:pPr>
      <w:r>
        <w:rPr>
          <w:b w:val="0"/>
          <w:i w:val="0"/>
        </w:rPr>
        <w:t>Câu trả lời cho câu hỏi thứ hai nên cung cấp đủ chi tiết để bạn không bị khuyên lặp lại những gì đã thử: "Tôi vào https://python.org/downloads và bấm nút Download cho hệ thống của mình. Sau đó tôi chạy trình cài đặt" hữu ích hơn là "Tôi vào trang web Python và tải cái gì đó về."</w:t>
      </w:r>
    </w:p>
    <w:p>
      <w:pPr>
        <w:spacing w:after="80"/>
      </w:pPr>
      <w:r>
        <w:rPr>
          <w:b w:val="0"/>
          <w:i w:val="0"/>
        </w:rPr>
        <w:t>Với câu hỏi thứ ba, sẽ hữu ích nếu biết chính xác các thông báo lỗi bạn nhận được, để bạn có thể dùng chúng để tìm kiếm giải pháp trên mạng hoặc cung cấp chúng khi nhờ giúp đỡ.</w:t>
      </w:r>
    </w:p>
    <w:p>
      <w:pPr>
        <w:spacing w:after="80"/>
      </w:pPr>
      <w:r>
        <w:rPr>
          <w:b w:val="0"/>
          <w:i w:val="0"/>
        </w:rPr>
        <w:t xml:space="preserve">Đôi khi, chỉ cần trả lời ba câu hỏi này trước khi nhờ người khác giúp đỡ cũng đủ để bạn nhận ra điều mình đang bỏ sót, và giúp bạn thoát khỏi bế tắc mà không cần đi xa hơn. Các lập trình viên thậm chí còn có tên cho việc này: </w:t>
      </w:r>
      <w:r>
        <w:rPr>
          <w:b w:val="0"/>
          <w:i/>
        </w:rPr>
        <w:t>gỡ lỗi bằng vịt cao su</w:t>
      </w:r>
      <w:r>
        <w:rPr>
          <w:b w:val="0"/>
          <w:i w:val="0"/>
        </w:rPr>
        <w:t xml:space="preserve"> (rubber duck debugging). Ý tưởng là nếu bạn giải thích rõ ràng tình huống của mình cho một con vịt cao su (hoặc bất kỳ đồ vật vô tri nào) và hỏi nó một câu hỏi cụ thể, bạn thường sẽ tự trả lời được câu hỏi của chính mình. Một số nhóm lập trình còn giữ một con vịt cao su thật để khuyến khích mọi người "nói chuyện với con vịt."</w:t>
      </w:r>
    </w:p>
    <w:p>
      <w:pPr>
        <w:pStyle w:val="Heading3"/>
      </w:pPr>
      <w:r>
        <w:rPr>
          <w:rFonts w:ascii="Calibri" w:hAnsi="Calibri"/>
          <w:b/>
          <w:i w:val="0"/>
          <w:sz w:val="27"/>
        </w:rPr>
        <w:t>Thử lại lần nữa</w:t>
      </w:r>
    </w:p>
    <w:p>
      <w:pPr>
        <w:spacing w:after="80"/>
      </w:pPr>
      <w:r>
        <w:rPr>
          <w:b w:val="0"/>
          <w:i w:val="0"/>
        </w:rPr>
        <w:t xml:space="preserve">Chỉ cần quay lại từ đầu và thử lại cũng có thể đủ để giải quyết nhiều vấn đề. Giả sử bạn đang cố viết một vòng lặp </w:t>
      </w:r>
      <w:r>
        <w:rPr>
          <w:rFonts w:ascii="Consolas" w:hAnsi="Consolas"/>
          <w:b w:val="0"/>
          <w:i w:val="0"/>
          <w:sz w:val="20"/>
        </w:rPr>
        <w:t>for</w:t>
      </w:r>
      <w:r>
        <w:rPr>
          <w:b w:val="0"/>
          <w:i w:val="0"/>
        </w:rPr>
        <w:t xml:space="preserve"> dựa trên một ví dụ trong cuốn sách này. Có thể bạn chỉ bỏ sót một thứ đơn giản, như dấu hai chấm ở cuối dòng </w:t>
      </w:r>
      <w:r>
        <w:rPr>
          <w:rFonts w:ascii="Consolas" w:hAnsi="Consolas"/>
          <w:b w:val="0"/>
          <w:i w:val="0"/>
          <w:sz w:val="20"/>
        </w:rPr>
        <w:t>for</w:t>
      </w:r>
      <w:r>
        <w:rPr>
          <w:b w:val="0"/>
          <w:i w:val="0"/>
        </w:rPr>
        <w:t>. Đi qua các bước một lần nữa có thể giúp bạn tránh lặp lại cùng một lỗi.</w:t>
      </w:r>
    </w:p>
    <w:p>
      <w:pPr>
        <w:pStyle w:val="Heading3"/>
      </w:pPr>
      <w:r>
        <w:rPr>
          <w:rFonts w:ascii="Calibri" w:hAnsi="Calibri"/>
          <w:b/>
          <w:i w:val="0"/>
          <w:sz w:val="27"/>
        </w:rPr>
        <w:t>Nghỉ giải lao</w:t>
      </w:r>
    </w:p>
    <w:p>
      <w:pPr>
        <w:spacing w:after="80"/>
      </w:pPr>
      <w:r>
        <w:rPr>
          <w:b w:val="0"/>
          <w:i w:val="0"/>
        </w:rPr>
        <w:t>Nếu bạn đã vật lộn với cùng một vấn đề trong một thời gian dài, nghỉ giải lao là một trong những chiến thuật tốt nhất bạn có thể thử. Khi chúng ta làm việc trên cùng một nhiệm vụ trong thời gian dài, não bộ bắt đầu chỉ tập trung vào một giải pháp duy nhất. Chúng ta mất dấu những giả định mình đã đặt ra, và nghỉ giải lao giúp ta có góc nhìn mới mẻ về vấn đề. Không cần nghỉ lâu, chỉ cần điều gì đó giúp bạn thoát khỏi lối suy nghĩ hiện tại. Nếu bạn đã ngồi lâu, hãy làm gì đó vận động: đi dạo một chút, ra ngoài một lát, hoặc uống một ly nước hay ăn nhẹ.</w:t>
      </w:r>
    </w:p>
    <w:p>
      <w:pPr>
        <w:spacing w:after="80"/>
      </w:pPr>
      <w:r>
        <w:rPr>
          <w:b w:val="0"/>
          <w:i w:val="0"/>
        </w:rPr>
        <w:t>Nếu bạn đang thấy bực bội, có thể nên gác công việc lại cho hôm nay. Một giấc ngủ ngon gần như luôn khiến vấn đề trở nên dễ tiếp cận hơn.</w:t>
      </w:r>
    </w:p>
    <w:p>
      <w:pPr>
        <w:pStyle w:val="Heading3"/>
      </w:pPr>
      <w:r>
        <w:rPr>
          <w:rFonts w:ascii="Calibri" w:hAnsi="Calibri"/>
          <w:b/>
          <w:i w:val="0"/>
          <w:sz w:val="27"/>
        </w:rPr>
        <w:t>Tham khảo tài nguyên của cuốn sách này</w:t>
      </w:r>
    </w:p>
    <w:p>
      <w:pPr>
        <w:spacing w:after="80"/>
      </w:pPr>
      <w:r>
        <w:rPr>
          <w:b w:val="0"/>
          <w:i w:val="0"/>
        </w:rPr>
        <w:t>Tài nguyên trực tuyến cho cuốn sách này, có tại https://ehmatthes.github.io/pcc_3e, bao gồm một số phần hữu ích về cách thiết lập hệ thống và làm qua từng chương. Nếu bạn chưa xem, hãy thử xem qua những tài nguyên này và xem có gì giúp ích cho tình huống của bạn không.</w:t>
      </w:r>
    </w:p>
    <w:p>
      <w:pPr>
        <w:pStyle w:val="Heading2"/>
      </w:pPr>
      <w:r>
        <w:rPr>
          <w:rFonts w:ascii="Calibri" w:hAnsi="Calibri"/>
          <w:b/>
          <w:i w:val="0"/>
          <w:sz w:val="32"/>
        </w:rPr>
        <w:t>Tìm kiếm trực tuyến</w:t>
      </w:r>
    </w:p>
    <w:p>
      <w:pPr>
        <w:spacing w:after="80"/>
      </w:pPr>
      <w:r>
        <w:rPr>
          <w:b w:val="0"/>
          <w:i w:val="0"/>
        </w:rPr>
        <w:t xml:space="preserve">Rất có thể ai đó đã gặp đúng vấn đề bạn đang gặp và đã viết về nó trên mạng. Kỹ năng tìm kiếm tốt và câu hỏi cụ thể sẽ giúp bạn tìm thấy tài nguyên sẵn có để giải quyết vấn đề mình đang đối mặt. Ví dụ, nếu bạn đang chật vật cài đặt phiên bản Python mới nhất trên một hệ thống Windows mới, tìm kiếm </w:t>
      </w:r>
      <w:r>
        <w:rPr>
          <w:b w:val="0"/>
          <w:i/>
        </w:rPr>
        <w:t>install python windows</w:t>
      </w:r>
      <w:r>
        <w:rPr>
          <w:b w:val="0"/>
          <w:i w:val="0"/>
        </w:rPr>
        <w:t xml:space="preserve"> và giới hạn kết quả trong vòng một năm trở lại có thể dẫn bạn đến câu trả lời rõ ràng.</w:t>
      </w:r>
    </w:p>
    <w:p>
      <w:pPr>
        <w:spacing w:after="80"/>
      </w:pPr>
      <w:r>
        <w:rPr>
          <w:b w:val="0"/>
          <w:i w:val="0"/>
        </w:rPr>
        <w:t>Tìm kiếm đúng thông báo lỗi cũng có thể cực kỳ hữu ích. Ví dụ, giả sử bạn gặp lỗi sau khi cố chạy một chương trình Python từ terminal trên một hệ thống Windows mới:</w:t>
      </w:r>
    </w:p>
    <w:p>
      <w:pPr>
        <w:spacing w:after="0"/>
        <w:ind w:left="360"/>
        <w:shd w:val="clear" w:color="auto" w:fill="F2F2F2"/>
      </w:pPr>
      <w:r>
        <w:rPr>
          <w:rFonts w:ascii="Consolas" w:hAnsi="Consolas"/>
          <w:b w:val="0"/>
          <w:i w:val="0"/>
          <w:sz w:val="18"/>
        </w:rPr>
        <w:t xml:space="preserve">&gt; </w:t>
      </w:r>
      <w:r>
        <w:rPr>
          <w:rFonts w:ascii="Consolas" w:hAnsi="Consolas"/>
          <w:b/>
          <w:i w:val="0"/>
          <w:sz w:val="18"/>
        </w:rPr>
        <w:t>python hello_world.py</w:t>
      </w:r>
    </w:p>
    <w:p>
      <w:pPr>
        <w:spacing w:after="0"/>
        <w:ind w:left="360"/>
        <w:shd w:val="clear" w:color="auto" w:fill="F2F2F2"/>
      </w:pPr>
      <w:r>
        <w:rPr>
          <w:rFonts w:ascii="Consolas" w:hAnsi="Consolas"/>
          <w:b w:val="0"/>
          <w:i w:val="0"/>
          <w:sz w:val="18"/>
        </w:rPr>
        <w:t>Python was not found; run without arguments to install from the Microsoft</w:t>
      </w:r>
    </w:p>
    <w:p>
      <w:pPr>
        <w:spacing w:after="0"/>
        <w:ind w:left="360"/>
        <w:shd w:val="clear" w:color="auto" w:fill="F2F2F2"/>
      </w:pPr>
      <w:r>
        <w:rPr>
          <w:rFonts w:ascii="Consolas" w:hAnsi="Consolas"/>
          <w:b w:val="0"/>
          <w:i w:val="0"/>
          <w:sz w:val="18"/>
        </w:rPr>
        <w:t xml:space="preserve">  Store...</w:t>
      </w:r>
    </w:p>
    <w:p>
      <w:pPr>
        <w:spacing w:after="40"/>
      </w:pPr>
    </w:p>
    <w:p>
      <w:pPr>
        <w:spacing w:after="80"/>
      </w:pPr>
      <w:r>
        <w:rPr>
          <w:b w:val="0"/>
          <w:i w:val="0"/>
        </w:rPr>
        <w:t>Tìm kiếm nguyên cụm, "Python was not found; run without arguments to install from the Microsoft Store," có thể sẽ cho ra một số lời khuyên hữu ích.</w:t>
      </w:r>
    </w:p>
    <w:p>
      <w:pPr>
        <w:spacing w:after="80"/>
      </w:pPr>
      <w:r>
        <w:rPr>
          <w:b w:val="0"/>
          <w:i w:val="0"/>
        </w:rPr>
        <w:t>Khi bạn bắt đầu tìm kiếm các chủ đề liên quan đến lập trình, một vài trang web sẽ xuất hiện lặp đi lặp lại. Tôi sẽ mô tả sơ qua một số trang này, để bạn biết chúng có thể hữu ích đến mức nào.</w:t>
      </w:r>
    </w:p>
    <w:p>
      <w:pPr>
        <w:pStyle w:val="Heading3"/>
      </w:pPr>
      <w:r>
        <w:rPr>
          <w:rFonts w:ascii="Calibri" w:hAnsi="Calibri"/>
          <w:b/>
          <w:i w:val="0"/>
          <w:sz w:val="27"/>
        </w:rPr>
        <w:t>Stack Overflow</w:t>
      </w:r>
    </w:p>
    <w:p>
      <w:pPr>
        <w:spacing w:after="80"/>
      </w:pPr>
      <w:r>
        <w:rPr>
          <w:b w:val="0"/>
          <w:i/>
        </w:rPr>
        <w:t>Stack Overflow</w:t>
      </w:r>
      <w:r>
        <w:rPr>
          <w:b w:val="0"/>
          <w:i w:val="0"/>
        </w:rPr>
        <w:t xml:space="preserve"> (https://stackoverflow.com) là một trong những trang hỏi đáp phổ biến nhất dành cho lập trình viên, và nó thường xuất hiện trong trang kết quả đầu tiên của các tìm kiếm liên quan đến Python. Thành viên đăng câu hỏi khi họ bị mắc kẹt, và các thành viên khác cố gắng đưa ra phản hồi hữu ích. Người dùng có thể bình chọn cho những phản hồi họ thấy hữu ích nhất, nên những câu trả lời hay nhất thường là những cái đầu tiên bạn tìm thấy.</w:t>
      </w:r>
    </w:p>
    <w:p>
      <w:pPr>
        <w:spacing w:after="80"/>
      </w:pPr>
      <w:r>
        <w:rPr>
          <w:b w:val="0"/>
          <w:i w:val="0"/>
        </w:rPr>
        <w:t>Nhiều câu hỏi Python cơ bản có câu trả lời rất rõ ràng trên Stack Overflow, vì cộng đồng đã trau chuốt chúng theo thời gian. Người dùng cũng được khuyến khích đăng cập nhật, nên các phản hồi có xu hướng tương đối mới. Vào thời điểm viết cuốn sách này, gần hai triệu câu hỏi liên quan đến Python đã được trả lời trên Stack Overflow.</w:t>
      </w:r>
    </w:p>
    <w:p>
      <w:pPr>
        <w:spacing w:after="80"/>
      </w:pPr>
      <w:r>
        <w:rPr>
          <w:b w:val="0"/>
          <w:i w:val="0"/>
        </w:rPr>
        <w:t>Có một điều bạn nên biết trước khi đăng bài trên Stack Overflow. Câu hỏi nên là ví dụ ngắn gọn nhất về loại vấn đề bạn đang gặp. Nếu bạn đăng 5–20 dòng code tạo ra lỗi bạn đang gặp, và nếu bạn đã xử lý những câu hỏi được đề cập trong "Những bước đầu tiên" ở trang 477 trước đó trong phụ lục này, thì có thể sẽ có người giúp bạn. Nếu bạn chia sẻ liên kết đến một dự án có nhiều tệp lớn, mọi người sẽ rất ít khả năng giúp đỡ. Có một hướng dẫn tuyệt vời về cách viết một câu hỏi tốt tại https://stackoverflow.com/help/how-to-ask. Những gợi ý trong hướng dẫn này có thể áp dụng để nhận được sự giúp đỡ trong bất kỳ cộng đồng lập trình viên nào.</w:t>
      </w:r>
    </w:p>
    <w:p>
      <w:pPr>
        <w:pStyle w:val="Heading3"/>
      </w:pPr>
      <w:r>
        <w:rPr>
          <w:rFonts w:ascii="Calibri" w:hAnsi="Calibri"/>
          <w:b/>
          <w:i w:val="0"/>
          <w:sz w:val="27"/>
        </w:rPr>
        <w:t>Tài liệu chính thức của Python</w:t>
      </w:r>
    </w:p>
    <w:p>
      <w:pPr>
        <w:spacing w:after="80"/>
      </w:pPr>
      <w:r>
        <w:rPr>
          <w:b w:val="0"/>
          <w:i w:val="0"/>
        </w:rPr>
        <w:t>Tài liệu chính thức của Python (https://docs.python.org) hơi khó đoán hơn đối với người mới bắt đầu, vì mục đích của nó là ghi lại ngôn ngữ hơn là cung cấp giải thích. Các ví dụ trong tài liệu chính thức sẽ hoạt động, nhưng bạn có thể không hiểu hết mọi thứ được trình bày. Tuy nhiên, đây vẫn là một nguồn tài nguyên tốt để kiểm tra khi nó xuất hiện trong các tìm kiếm của bạn, và nó sẽ trở nên hữu ích hơn cho bạn khi bạn tiếp tục xây dựng hiểu biết về Python.</w:t>
      </w:r>
    </w:p>
    <w:p>
      <w:pPr>
        <w:pStyle w:val="Heading3"/>
      </w:pPr>
      <w:r>
        <w:rPr>
          <w:rFonts w:ascii="Calibri" w:hAnsi="Calibri"/>
          <w:b/>
          <w:i w:val="0"/>
          <w:sz w:val="27"/>
        </w:rPr>
        <w:t>Tài liệu thư viện chính thức</w:t>
      </w:r>
    </w:p>
    <w:p>
      <w:pPr>
        <w:spacing w:after="80"/>
      </w:pPr>
      <w:r>
        <w:rPr>
          <w:b w:val="0"/>
          <w:i w:val="0"/>
        </w:rPr>
        <w:t>Nếu bạn đang sử dụng một thư viện cụ thể, chẳng hạn như Pygame, Matplotlib hoặc Django, các liên kết đến tài liệu chính thức của nó thường sẽ xuất hiện trong các tìm kiếm. Ví dụ: https://docs.djangoproject.com rất hữu ích khi làm việc với Django. Nếu bạn dự định làm việc với bất kỳ thư viện nào trong số này, bạn nên làm quen với tài liệu chính thức của chúng.</w:t>
      </w:r>
    </w:p>
    <w:p>
      <w:pPr>
        <w:pStyle w:val="Heading3"/>
      </w:pPr>
      <w:r>
        <w:rPr>
          <w:rFonts w:ascii="Calibri" w:hAnsi="Calibri"/>
          <w:b/>
          <w:i w:val="0"/>
          <w:sz w:val="27"/>
        </w:rPr>
        <w:t>r/learnpython</w:t>
      </w:r>
    </w:p>
    <w:p>
      <w:pPr>
        <w:spacing w:after="80"/>
      </w:pPr>
      <w:r>
        <w:rPr>
          <w:b w:val="0"/>
          <w:i w:val="0"/>
        </w:rPr>
        <w:t xml:space="preserve">Reddit được tạo thành từ một số diễn đàn con được gọi là </w:t>
      </w:r>
      <w:r>
        <w:rPr>
          <w:b w:val="0"/>
          <w:i/>
        </w:rPr>
        <w:t>subreddit</w:t>
      </w:r>
      <w:r>
        <w:rPr>
          <w:b w:val="0"/>
          <w:i w:val="0"/>
        </w:rPr>
        <w:t xml:space="preserve">. Subreddit </w:t>
      </w:r>
      <w:r>
        <w:rPr>
          <w:b w:val="0"/>
          <w:i/>
        </w:rPr>
        <w:t>r/learnpython</w:t>
      </w:r>
      <w:r>
        <w:rPr>
          <w:b w:val="0"/>
          <w:i w:val="0"/>
        </w:rPr>
        <w:t xml:space="preserve"> (https://reddit.com/r/learnpython) rất sôi động và hỗ trợ nhiệt tình. Bạn có thể đọc câu hỏi của người khác và đăng câu hỏi của riêng bạn. Bạn sẽ thường nhận được nhiều góc nhìn khác nhau về những câu hỏi bạn đặt ra, điều này có thể thực sự hữu ích trong việc hiểu sâu hơn về chủ đề bạn đang làm việc.</w:t>
      </w:r>
    </w:p>
    <w:p>
      <w:pPr>
        <w:pStyle w:val="Heading3"/>
      </w:pPr>
      <w:r>
        <w:rPr>
          <w:rFonts w:ascii="Calibri" w:hAnsi="Calibri"/>
          <w:b/>
          <w:i w:val="0"/>
          <w:sz w:val="27"/>
        </w:rPr>
        <w:t>Bài đăng trên blog</w:t>
      </w:r>
    </w:p>
    <w:p>
      <w:pPr>
        <w:spacing w:after="80"/>
      </w:pPr>
      <w:r>
        <w:rPr>
          <w:b w:val="0"/>
          <w:i w:val="0"/>
        </w:rPr>
        <w:t>Nhiều lập trình viên duy trì blog và chia sẻ bài đăng về các phần của ngôn ngữ mà họ đang làm việc. Bạn nên tìm ngày trên các bài đăng blog bạn tìm thấy, để xem thông tin có khả năng áp dụng như thế nào cho phiên bản Python bạn đang sử dụng.</w:t>
      </w:r>
    </w:p>
    <w:p>
      <w:pPr>
        <w:pStyle w:val="Heading2"/>
      </w:pPr>
      <w:r>
        <w:rPr>
          <w:rFonts w:ascii="Calibri" w:hAnsi="Calibri"/>
          <w:b/>
          <w:i w:val="0"/>
          <w:sz w:val="32"/>
        </w:rPr>
        <w:t>Discord</w:t>
      </w:r>
    </w:p>
    <w:p>
      <w:pPr>
        <w:spacing w:after="80"/>
      </w:pPr>
      <w:r>
        <w:rPr>
          <w:b w:val="0"/>
          <w:i/>
        </w:rPr>
        <w:t>Discord</w:t>
      </w:r>
      <w:r>
        <w:rPr>
          <w:b w:val="0"/>
          <w:i w:val="0"/>
        </w:rPr>
        <w:t xml:space="preserve"> là một môi trường trò chuyện trực tuyến với cộng đồng Python, nơi bạn có thể yêu cầu giúp đỡ và theo dõi các cuộc thảo luận liên quan đến Python.</w:t>
      </w:r>
    </w:p>
    <w:p>
      <w:pPr>
        <w:spacing w:after="80"/>
      </w:pPr>
      <w:r>
        <w:rPr>
          <w:b w:val="0"/>
          <w:i w:val="0"/>
        </w:rPr>
        <w:t xml:space="preserve">Để xem thử, hãy truy cập https://pythondiscord.com và nhấp vào liên kết </w:t>
      </w:r>
      <w:r>
        <w:rPr>
          <w:b/>
          <w:i w:val="0"/>
        </w:rPr>
        <w:t>Discord</w:t>
      </w:r>
      <w:r>
        <w:rPr>
          <w:b w:val="0"/>
          <w:i w:val="0"/>
        </w:rPr>
        <w:t xml:space="preserve"> ở góc trên bên phải. Nếu bạn đã có tài khoản Discord, bạn có thể đăng nhập bằng tài khoản hiện có của mình. Nếu bạn chưa có tài khoản, hãy nhập tên người dùng và làm theo hướng dẫn để hoàn tất đăng ký Discord.</w:t>
      </w:r>
    </w:p>
    <w:p>
      <w:pPr>
        <w:spacing w:after="80"/>
      </w:pPr>
      <w:r>
        <w:rPr>
          <w:b w:val="0"/>
          <w:i w:val="0"/>
        </w:rPr>
        <w:t>Nếu đây là lần đầu tiên bạn truy cập Python Discord, bạn sẽ cần chấp nhận các quy tắc của cộng đồng trước khi tham gia đầy đủ. Sau khi làm xong, bạn có thể tham gia bất kỳ kênh nào mà bạn quan tâm. Nếu bạn đang tìm kiếm sự giúp đỡ, hãy đảm bảo đăng bài trong một trong các kênh Python Help.</w:t>
      </w:r>
    </w:p>
    <w:p>
      <w:pPr>
        <w:pStyle w:val="Heading2"/>
      </w:pPr>
      <w:r>
        <w:rPr>
          <w:rFonts w:ascii="Calibri" w:hAnsi="Calibri"/>
          <w:b/>
          <w:i w:val="0"/>
          <w:sz w:val="32"/>
        </w:rPr>
        <w:t>Slack</w:t>
      </w:r>
    </w:p>
    <w:p>
      <w:pPr>
        <w:spacing w:after="80"/>
      </w:pPr>
      <w:r>
        <w:rPr>
          <w:b w:val="0"/>
          <w:i/>
        </w:rPr>
        <w:t>Slack</w:t>
      </w:r>
      <w:r>
        <w:rPr>
          <w:b w:val="0"/>
          <w:i w:val="0"/>
        </w:rPr>
        <w:t xml:space="preserve"> là một môi trường trò chuyện trực tuyến khác. Nó thường được dùng cho liên lạc nội bộ trong công ty, nhưng cũng có rất nhiều nhóm công khai mà bạn có thể tham gia. Nếu bạn muốn khám phá các nhóm Python trên Slack, hãy bắt đầu với https://pyslackers.com. Nhấp vào liên kết </w:t>
      </w:r>
      <w:r>
        <w:rPr>
          <w:b/>
          <w:i w:val="0"/>
        </w:rPr>
        <w:t>Slack</w:t>
      </w:r>
      <w:r>
        <w:rPr>
          <w:b w:val="0"/>
          <w:i w:val="0"/>
        </w:rPr>
        <w:t xml:space="preserve"> ở đầu trang, sau đó nhập địa chỉ email của bạn để nhận lời mời.</w:t>
      </w:r>
    </w:p>
    <w:p>
      <w:pPr>
        <w:spacing w:after="80"/>
      </w:pPr>
      <w:r>
        <w:rPr>
          <w:b w:val="0"/>
          <w:i w:val="0"/>
        </w:rPr>
        <w:t xml:space="preserve">Khi đã vào không gian làm việc Python Developers, bạn sẽ thấy danh sách các kênh. Nhấp vào </w:t>
      </w:r>
      <w:r>
        <w:rPr>
          <w:b/>
          <w:i w:val="0"/>
        </w:rPr>
        <w:t>Channels</w:t>
      </w:r>
      <w:r>
        <w:rPr>
          <w:b w:val="0"/>
          <w:i w:val="0"/>
        </w:rPr>
        <w:t xml:space="preserve"> rồi chọn những chủ đề bạn quan tâm. Bạn có thể bắt đầu với các kênh </w:t>
      </w:r>
      <w:r>
        <w:rPr>
          <w:b w:val="0"/>
          <w:i/>
        </w:rPr>
        <w:t>#help</w:t>
      </w:r>
      <w:r>
        <w:rPr>
          <w:b w:val="0"/>
          <w:i w:val="0"/>
        </w:rPr>
        <w:t xml:space="preserve"> và </w:t>
      </w:r>
      <w:r>
        <w:rPr>
          <w:b w:val="0"/>
          <w:i/>
        </w:rPr>
        <w:t>#django</w:t>
      </w:r>
      <w:r>
        <w:rPr>
          <w:b w:val="0"/>
          <w:i w:val="0"/>
        </w:rPr>
        <w:t>.</w:t>
      </w:r>
    </w:p>
    <w:p>
      <w:pPr>
        <w:pStyle w:val="Heading1"/>
      </w:pPr>
      <w:r>
        <w:rPr>
          <w:rFonts w:ascii="Calibri" w:hAnsi="Calibri"/>
          <w:b/>
          <w:i w:val="0"/>
          <w:sz w:val="38"/>
        </w:rPr>
        <w:t>D</w:t>
      </w:r>
      <w:r>
        <w:rPr>
          <w:rFonts w:ascii="Calibri" w:hAnsi="Calibri"/>
          <w:b/>
          <w:i w:val="0"/>
          <w:sz w:val="38"/>
        </w:rPr>
      </w:r>
      <w:r>
        <w:rPr>
          <w:rFonts w:ascii="Calibri" w:hAnsi="Calibri"/>
          <w:b/>
          <w:i w:val="0"/>
          <w:sz w:val="38"/>
        </w:rPr>
        <w:t>Sử dụng Git để quản lý phiên bản</w:t>
      </w:r>
    </w:p>
    <w:p>
      <w:pPr>
        <w:jc w:val="center"/>
      </w:pPr>
      <w:r>
        <w:drawing>
          <wp:inline xmlns:a="http://schemas.openxmlformats.org/drawingml/2006/main" xmlns:pic="http://schemas.openxmlformats.org/drawingml/2006/picture">
            <wp:extent cx="3867150" cy="3867150"/>
            <wp:docPr id="84" name="Picture 84"/>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Phần mềm quản lý phiên bản (version control) cho phép bạn chụp lại ảnh nhanh (snapshot) của một dự án mỗi khi nó đang ở trạng thái hoạt động tốt. Khi bạn thay đổi dự án—ví dụ như khi bạn thêm một tính năng mới—bạn có thể quay lại trạng thái hoạt động tốt trước đó nếu trạng thái hiện tại của dự án không chạy ổn.</w:t>
      </w:r>
    </w:p>
    <w:p>
      <w:pPr>
        <w:spacing w:after="80"/>
      </w:pPr>
      <w:r>
        <w:rPr>
          <w:b w:val="0"/>
          <w:i w:val="0"/>
        </w:rPr>
        <w:t>Sử dụng phần mềm quản lý phiên bản cho bạn sự tự do để cải tiến và mắc lỗi mà không phải lo lắng về việc làm hỏng dự án của mình. Điều này đặc biệt quan trọng trong các dự án lớn, nhưng cũng hữu ích trong các dự án nhỏ hơn, ngay cả khi bạn đang làm việc với các chương trình nằm trong một tệp duy nhất.</w:t>
      </w:r>
    </w:p>
    <w:p>
      <w:pPr>
        <w:spacing w:after="80"/>
      </w:pPr>
      <w:r>
        <w:rPr>
          <w:b w:val="0"/>
          <w:i w:val="0"/>
        </w:rPr>
        <w:t xml:space="preserve">Trong phụ lục này, bạn sẽ học cách cài đặt Git và sử dụng nó để quản lý phiên bản cho các chương trình bạn đang làm. </w:t>
      </w:r>
      <w:r>
        <w:rPr>
          <w:b w:val="0"/>
          <w:i/>
        </w:rPr>
        <w:t>Git</w:t>
      </w:r>
      <w:r>
        <w:rPr>
          <w:b w:val="0"/>
          <w:i w:val="0"/>
        </w:rPr>
        <w:t xml:space="preserve"> là phần mềm quản lý phiên bản phổ biến nhất hiện nay. Nhiều công cụ nâng cao của nó giúp các nhóm cộng tác trong các dự án lớn, nhưng những tính năng cơ bản nhất của nó cũng hoạt động tốt cho các nhà phát triển làm việc một mình. Git thực hiện quản lý phiên bản bằng cách theo dõi những thay đổi được thực hiện trên mọi tệp trong một dự án; nếu bạn mắc lỗi, bạn chỉ cần quay lại trạng thái đã lưu trước đó.</w:t>
      </w:r>
    </w:p>
    <w:p>
      <w:pPr>
        <w:pStyle w:val="Heading2"/>
      </w:pPr>
      <w:r>
        <w:rPr>
          <w:rFonts w:ascii="Calibri" w:hAnsi="Calibri"/>
          <w:b/>
          <w:i w:val="0"/>
          <w:sz w:val="32"/>
        </w:rPr>
        <w:t>Cài đặt Git</w:t>
      </w:r>
    </w:p>
    <w:p>
      <w:pPr>
        <w:spacing w:after="80"/>
      </w:pPr>
      <w:r>
        <w:rPr>
          <w:b w:val="0"/>
          <w:i w:val="0"/>
        </w:rPr>
        <w:t>Git chạy trên mọi hệ điều hành, nhưng có nhiều cách cài đặt khác nhau trên từng hệ thống. Các phần sau đây cung cấp hướng dẫn cụ thể cho từng hệ điều hành.</w:t>
      </w:r>
    </w:p>
    <w:p>
      <w:pPr>
        <w:spacing w:after="80"/>
      </w:pPr>
      <w:r>
        <w:rPr>
          <w:b w:val="0"/>
          <w:i w:val="0"/>
        </w:rPr>
        <w:t xml:space="preserve">Git được bao gồm sẵn trên một số hệ thống theo mặc định, và thường đi kèm với các gói khác mà bạn có thể đã cài đặt. Trước khi thử cài đặt Git, hãy xem nó đã có trên hệ thống của bạn chưa. Mở một cửa sổ terminal mới và gõ lệnh </w:t>
      </w:r>
      <w:r>
        <w:rPr>
          <w:rFonts w:ascii="Consolas" w:hAnsi="Consolas"/>
          <w:b/>
          <w:i w:val="0"/>
          <w:sz w:val="20"/>
        </w:rPr>
        <w:t>git --version</w:t>
      </w:r>
      <w:r>
        <w:rPr>
          <w:b w:val="0"/>
          <w:i w:val="0"/>
        </w:rPr>
        <w:t>. Nếu bạn thấy kết quả liệt kê một số phiên bản cụ thể, Git đã được cài đặt trên hệ thống của bạn. Nếu bạn thấy thông báo nhắc bạn cài đặt hoặc cập nhật Git, hãy làm theo hướng dẫn trên màn hình.</w:t>
      </w:r>
    </w:p>
    <w:p>
      <w:pPr>
        <w:spacing w:after="80"/>
      </w:pPr>
      <w:r>
        <w:rPr>
          <w:b w:val="0"/>
          <w:i w:val="0"/>
        </w:rPr>
        <w:t xml:space="preserve">Nếu bạn không thấy hướng dẫn nào trên màn hình và bạn đang dùng Windows hoặc macOS, bạn có thể tải trình cài đặt từ https://git-scm.com. Nếu bạn là người dùng Linux với hệ thống tương thích apt, bạn có thể cài đặt Git bằng lệnh </w:t>
      </w:r>
      <w:r>
        <w:rPr>
          <w:rFonts w:ascii="Consolas" w:hAnsi="Consolas"/>
          <w:b/>
          <w:i w:val="0"/>
          <w:sz w:val="20"/>
        </w:rPr>
        <w:t>sudo apt install git</w:t>
      </w:r>
      <w:r>
        <w:rPr>
          <w:b w:val="0"/>
          <w:i w:val="0"/>
        </w:rPr>
        <w:t>.</w:t>
      </w:r>
    </w:p>
    <w:p>
      <w:pPr>
        <w:pStyle w:val="Heading3"/>
      </w:pPr>
      <w:r>
        <w:rPr>
          <w:rFonts w:ascii="Calibri" w:hAnsi="Calibri"/>
          <w:b/>
          <w:i w:val="0"/>
          <w:sz w:val="27"/>
        </w:rPr>
        <w:t>Cấu hình Git</w:t>
      </w:r>
    </w:p>
    <w:p>
      <w:pPr>
        <w:spacing w:after="80"/>
      </w:pPr>
      <w:r>
        <w:rPr>
          <w:b w:val="0"/>
          <w:i w:val="0"/>
        </w:rPr>
        <w:t>Git theo dõi ai là người thực hiện thay đổi trong một dự án, ngay cả khi chỉ có một người làm việc trên dự án đó. Để làm được điều này, Git cần biết tên người dùng và email của bạn. Bạn phải cung cấp tên người dùng, nhưng bạn có thể bịa một địa chỉ email giả:</w:t>
      </w:r>
    </w:p>
    <w:p>
      <w:pPr>
        <w:spacing w:after="0"/>
        <w:ind w:left="360"/>
        <w:shd w:val="clear" w:color="auto" w:fill="F2F2F2"/>
      </w:pPr>
      <w:r>
        <w:rPr>
          <w:rFonts w:ascii="Consolas" w:hAnsi="Consolas"/>
          <w:b w:val="0"/>
          <w:i w:val="0"/>
          <w:sz w:val="18"/>
        </w:rPr>
        <w:t xml:space="preserve">$ </w:t>
      </w:r>
      <w:r>
        <w:rPr>
          <w:rFonts w:ascii="Consolas" w:hAnsi="Consolas"/>
          <w:b/>
          <w:i w:val="0"/>
          <w:sz w:val="18"/>
        </w:rPr>
        <w:t>git config --global user.name "</w:t>
      </w:r>
      <w:r>
        <w:rPr>
          <w:rFonts w:ascii="Consolas" w:hAnsi="Consolas"/>
          <w:b/>
          <w:i/>
          <w:sz w:val="18"/>
        </w:rPr>
        <w:t>username</w:t>
      </w:r>
      <w:r>
        <w:rPr>
          <w:rFonts w:ascii="Consolas" w:hAnsi="Consolas"/>
          <w:b/>
          <w:i w:val="0"/>
          <w:sz w:val="18"/>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git config --global user.email "</w:t>
      </w:r>
      <w:r>
        <w:rPr>
          <w:rFonts w:ascii="Consolas" w:hAnsi="Consolas"/>
          <w:b/>
          <w:i/>
          <w:sz w:val="18"/>
        </w:rPr>
        <w:t>username@example.com</w:t>
      </w:r>
      <w:r>
        <w:rPr>
          <w:rFonts w:ascii="Consolas" w:hAnsi="Consolas"/>
          <w:b/>
          <w:i w:val="0"/>
          <w:sz w:val="18"/>
        </w:rPr>
        <w:t>"</w:t>
      </w:r>
    </w:p>
    <w:p>
      <w:pPr>
        <w:spacing w:after="40"/>
      </w:pPr>
    </w:p>
    <w:p>
      <w:pPr>
        <w:spacing w:after="80"/>
      </w:pPr>
      <w:r>
        <w:rPr>
          <w:b w:val="0"/>
          <w:i w:val="0"/>
        </w:rPr>
        <w:t>Nếu bạn quên bước này, Git sẽ nhắc bạn cung cấp thông tin này khi bạn thực hiện lần commit đầu tiên.</w:t>
      </w:r>
    </w:p>
    <w:p>
      <w:pPr>
        <w:spacing w:after="80"/>
      </w:pPr>
      <w:r>
        <w:rPr>
          <w:b w:val="0"/>
          <w:i w:val="0"/>
        </w:rPr>
        <w:t xml:space="preserve">Bạn cũng nên đặt tên mặc định cho nhánh chính (main branch) trong mỗi dự án. Một cái tên hay cho nhánh này là </w:t>
      </w:r>
      <w:r>
        <w:rPr>
          <w:rFonts w:ascii="Consolas" w:hAnsi="Consolas"/>
          <w:b w:val="0"/>
          <w:i w:val="0"/>
          <w:sz w:val="20"/>
        </w:rPr>
        <w:t>main</w:t>
      </w:r>
      <w:r>
        <w:rPr>
          <w:b w:val="0"/>
          <w:i w:val="0"/>
        </w:rPr>
        <w:t>:</w:t>
      </w:r>
    </w:p>
    <w:p>
      <w:pPr>
        <w:spacing w:after="0"/>
        <w:ind w:left="360"/>
        <w:shd w:val="clear" w:color="auto" w:fill="F2F2F2"/>
      </w:pPr>
      <w:r>
        <w:rPr>
          <w:rFonts w:ascii="Consolas" w:hAnsi="Consolas"/>
          <w:b w:val="0"/>
          <w:i w:val="0"/>
          <w:sz w:val="18"/>
        </w:rPr>
        <w:t xml:space="preserve">$ </w:t>
      </w:r>
      <w:r>
        <w:rPr>
          <w:rFonts w:ascii="Consolas" w:hAnsi="Consolas"/>
          <w:b/>
          <w:i w:val="0"/>
          <w:sz w:val="18"/>
        </w:rPr>
        <w:t>git config --global init.defaultBranch main</w:t>
      </w:r>
    </w:p>
    <w:p>
      <w:pPr>
        <w:spacing w:after="40"/>
      </w:pPr>
    </w:p>
    <w:p>
      <w:pPr>
        <w:spacing w:after="80"/>
      </w:pPr>
      <w:r>
        <w:rPr>
          <w:b w:val="0"/>
          <w:i w:val="0"/>
        </w:rPr>
        <w:t xml:space="preserve">Cấu hình này có nghĩa là mỗi dự án mới mà bạn dùng Git để quản lý sẽ bắt đầu với một nhánh các commit duy nhất gọi là </w:t>
      </w:r>
      <w:r>
        <w:rPr>
          <w:b w:val="0"/>
          <w:i/>
        </w:rPr>
        <w:t>main</w:t>
      </w:r>
      <w:r>
        <w:rPr>
          <w:b w:val="0"/>
          <w:i w:val="0"/>
        </w:rPr>
        <w:t>.</w:t>
      </w:r>
    </w:p>
    <w:p>
      <w:pPr>
        <w:pStyle w:val="Heading2"/>
      </w:pPr>
      <w:r>
        <w:rPr>
          <w:rFonts w:ascii="Calibri" w:hAnsi="Calibri"/>
          <w:b/>
          <w:i w:val="0"/>
          <w:sz w:val="32"/>
        </w:rPr>
        <w:t>Tạo một dự án</w:t>
      </w:r>
    </w:p>
    <w:p>
      <w:pPr>
        <w:spacing w:after="80"/>
      </w:pPr>
      <w:r>
        <w:rPr>
          <w:b w:val="0"/>
          <w:i w:val="0"/>
        </w:rPr>
        <w:t xml:space="preserve">Hãy tạo một dự án để làm việc cùng. Tạo một thư mục ở đâu đó trên hệ thống của bạn có tên là </w:t>
      </w:r>
      <w:r>
        <w:rPr>
          <w:b w:val="0"/>
          <w:i/>
        </w:rPr>
        <w:t>git_practice</w:t>
      </w:r>
      <w:r>
        <w:rPr>
          <w:b w:val="0"/>
          <w:i w:val="0"/>
        </w:rPr>
        <w:t>. Bên trong thư mục đó, tạo một chương trình Python đơn giản:</w:t>
      </w:r>
    </w:p>
    <w:p>
      <w:pPr>
        <w:spacing w:after="80"/>
      </w:pPr>
      <w:r>
        <w:rPr>
          <w:b w:val="0"/>
          <w:i w:val="0"/>
        </w:rPr>
        <w:t>hello_git.py</w:t>
      </w:r>
    </w:p>
    <w:p>
      <w:pPr>
        <w:spacing w:after="80"/>
      </w:pPr>
      <w:r>
        <w:rPr>
          <w:b w:val="0"/>
          <w:i w:val="0"/>
        </w:rPr>
        <w:t>print("Hello Git world!")</w:t>
      </w:r>
    </w:p>
    <w:p>
      <w:pPr>
        <w:spacing w:after="80"/>
      </w:pPr>
      <w:r>
        <w:rPr>
          <w:b w:val="0"/>
          <w:i w:val="0"/>
        </w:rPr>
        <w:t>Chúng ta sẽ dùng chương trình này để khám phá các chức năng cơ bản của Git.</w:t>
      </w:r>
    </w:p>
    <w:p>
      <w:pPr>
        <w:pStyle w:val="Heading2"/>
      </w:pPr>
      <w:r>
        <w:rPr>
          <w:rFonts w:ascii="Calibri" w:hAnsi="Calibri"/>
          <w:b/>
          <w:i w:val="0"/>
          <w:sz w:val="32"/>
        </w:rPr>
        <w:t>Bỏ qua các tệp</w:t>
      </w:r>
    </w:p>
    <w:p>
      <w:pPr>
        <w:spacing w:after="80"/>
      </w:pPr>
      <w:r>
        <w:rPr>
          <w:b w:val="0"/>
          <w:i w:val="0"/>
        </w:rPr>
        <w:t xml:space="preserve">Các tệp có phần mở rộng </w:t>
      </w:r>
      <w:r>
        <w:rPr>
          <w:b w:val="0"/>
          <w:i/>
        </w:rPr>
        <w:t>.pyc</w:t>
      </w:r>
      <w:r>
        <w:rPr>
          <w:b w:val="0"/>
          <w:i w:val="0"/>
        </w:rPr>
        <w:t xml:space="preserve"> được tạo tự động từ các tệp </w:t>
      </w:r>
      <w:r>
        <w:rPr>
          <w:b w:val="0"/>
          <w:i/>
        </w:rPr>
        <w:t>.py</w:t>
      </w:r>
      <w:r>
        <w:rPr>
          <w:b w:val="0"/>
          <w:i w:val="0"/>
        </w:rPr>
        <w:t xml:space="preserve">, nên chúng ta không cần Git theo dõi chúng. Những tệp này được lưu trong một thư mục có tên là </w:t>
      </w:r>
      <w:r>
        <w:rPr>
          <w:b w:val="0"/>
          <w:i/>
        </w:rPr>
        <w:t>__pycache__</w:t>
      </w:r>
      <w:r>
        <w:rPr>
          <w:b w:val="0"/>
          <w:i w:val="0"/>
        </w:rPr>
        <w:t xml:space="preserve">. Để bảo Git bỏ qua thư mục này, hãy tạo một tệp đặc biệt có tên là </w:t>
      </w:r>
      <w:r>
        <w:rPr>
          <w:b w:val="0"/>
          <w:i/>
        </w:rPr>
        <w:t>.gitignore</w:t>
      </w:r>
      <w:r>
        <w:rPr>
          <w:b w:val="0"/>
          <w:i w:val="0"/>
        </w:rPr>
        <w:t>—với dấu chấm ở đầu tên tệp và không có phần mở rộng—rồi thêm dòng sau vào đó:</w:t>
      </w:r>
    </w:p>
    <w:p>
      <w:pPr>
        <w:spacing w:after="80"/>
      </w:pPr>
      <w:r>
        <w:rPr>
          <w:b w:val="0"/>
          <w:i w:val="0"/>
        </w:rPr>
        <w:t>.gitignore</w:t>
      </w:r>
    </w:p>
    <w:p>
      <w:pPr>
        <w:spacing w:after="80"/>
      </w:pPr>
      <w:r>
        <w:rPr>
          <w:b w:val="0"/>
          <w:i w:val="0"/>
        </w:rPr>
        <w:t>__pycache__/</w:t>
      </w:r>
    </w:p>
    <w:p>
      <w:pPr>
        <w:spacing w:after="80"/>
      </w:pPr>
      <w:r>
        <w:rPr>
          <w:b w:val="0"/>
          <w:i w:val="0"/>
        </w:rPr>
        <w:t xml:space="preserve">Tệp này bảo Git bỏ qua mọi tệp trong thư mục </w:t>
      </w:r>
      <w:r>
        <w:rPr>
          <w:b w:val="0"/>
          <w:i/>
        </w:rPr>
        <w:t>__pycache__</w:t>
      </w:r>
      <w:r>
        <w:rPr>
          <w:b w:val="0"/>
          <w:i w:val="0"/>
        </w:rPr>
        <w:t xml:space="preserve">. Dùng tệp </w:t>
      </w:r>
      <w:r>
        <w:rPr>
          <w:b w:val="0"/>
          <w:i/>
        </w:rPr>
        <w:t>.gitignore</w:t>
      </w:r>
      <w:r>
        <w:rPr>
          <w:b w:val="0"/>
          <w:i w:val="0"/>
        </w:rPr>
        <w:t xml:space="preserve"> sẽ giúp dự án của bạn gọn gàng và dễ làm việc hơn.</w:t>
      </w:r>
    </w:p>
    <w:p>
      <w:pPr>
        <w:spacing w:after="80"/>
      </w:pPr>
      <w:r>
        <w:rPr>
          <w:b w:val="0"/>
          <w:i w:val="0"/>
        </w:rPr>
        <w:t xml:space="preserve">Bạn có thể cần điều chỉnh cài đặt trình duyệt tệp của mình để các tệp ẩn (những tệp có tên bắt đầu bằng dấu chấm) được hiển thị. Trong Windows Explorer, hãy đánh dấu vào ô trong menu View có nhãn </w:t>
      </w:r>
      <w:r>
        <w:rPr>
          <w:b/>
          <w:i w:val="0"/>
        </w:rPr>
        <w:t>Hidden Items</w:t>
      </w:r>
      <w:r>
        <w:rPr>
          <w:b w:val="0"/>
          <w:i w:val="0"/>
        </w:rPr>
        <w:t>. Trên macOS, nhấn ⌘-SHIFT-. (dấu chấm). Trên Linux, hãy tìm cài đặt có nhãn Show Hidden Files.</w:t>
      </w:r>
    </w:p>
    <w:p>
      <w:pPr>
        <w:spacing w:before="120" w:after="40"/>
      </w:pPr>
      <w:r>
        <w:rPr>
          <w:b/>
          <w:sz w:val="21"/>
        </w:rPr>
        <w:t>Ghi chú</w:t>
      </w:r>
    </w:p>
    <w:p>
      <w:pPr>
        <w:spacing w:after="80"/>
      </w:pPr>
      <w:r>
        <w:rPr>
          <w:b w:val="0"/>
          <w:i w:val="0"/>
        </w:rPr>
        <w:t xml:space="preserve">Nếu bạn dùng macOS, hãy thêm một dòng nữa vào .gitignore. Thêm tên </w:t>
      </w:r>
      <w:r>
        <w:rPr>
          <w:rFonts w:ascii="Consolas" w:hAnsi="Consolas"/>
          <w:b w:val="0"/>
          <w:i w:val="0"/>
          <w:sz w:val="20"/>
        </w:rPr>
        <w:t>.DS_Store</w:t>
      </w:r>
      <w:r>
        <w:rPr>
          <w:b w:val="0"/>
          <w:i w:val="0"/>
        </w:rPr>
        <w:t>; đây là những tệp ẩn chứa thông tin về từng thư mục trên macOS, và chúng sẽ làm dự án của bạn lộn xộn nếu bạn không thêm chúng vào .gitignore.</w:t>
      </w:r>
    </w:p>
    <w:p>
      <w:pPr>
        <w:pStyle w:val="Heading2"/>
      </w:pPr>
      <w:r>
        <w:rPr>
          <w:rFonts w:ascii="Calibri" w:hAnsi="Calibri"/>
          <w:b/>
          <w:i w:val="0"/>
          <w:sz w:val="32"/>
        </w:rPr>
        <w:t>Khởi tạo một kho lưu trữ</w:t>
      </w:r>
    </w:p>
    <w:p>
      <w:pPr>
        <w:spacing w:after="80"/>
      </w:pPr>
      <w:r>
        <w:rPr>
          <w:b w:val="0"/>
          <w:i w:val="0"/>
        </w:rPr>
        <w:t xml:space="preserve">Giờ bạn đã có một thư mục chứa tệp Python và tệp </w:t>
      </w:r>
      <w:r>
        <w:rPr>
          <w:b w:val="0"/>
          <w:i/>
        </w:rPr>
        <w:t>.gitignore</w:t>
      </w:r>
      <w:r>
        <w:rPr>
          <w:b w:val="0"/>
          <w:i w:val="0"/>
        </w:rPr>
        <w:t xml:space="preserve">, bạn có thể khởi tạo một kho lưu trữ Git (Git repository). Mở terminal, di chuyển đến thư mục </w:t>
      </w:r>
      <w:r>
        <w:rPr>
          <w:b w:val="0"/>
          <w:i/>
        </w:rPr>
        <w:t>git_practice</w:t>
      </w:r>
      <w:r>
        <w:rPr>
          <w:b w:val="0"/>
          <w:i w:val="0"/>
        </w:rPr>
        <w:t>, và chạy lệnh sau:</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init</w:t>
      </w:r>
    </w:p>
    <w:p>
      <w:pPr>
        <w:spacing w:after="0"/>
        <w:ind w:left="360"/>
        <w:shd w:val="clear" w:color="auto" w:fill="F2F2F2"/>
      </w:pPr>
      <w:r>
        <w:rPr>
          <w:rFonts w:ascii="Consolas" w:hAnsi="Consolas"/>
          <w:b w:val="0"/>
          <w:i w:val="0"/>
          <w:sz w:val="18"/>
        </w:rPr>
        <w:t>Initialized empty Git repository in git_practice/.git/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Kết quả cho thấy Git đã khởi tạo một kho lưu trữ trống trong </w:t>
      </w:r>
      <w:r>
        <w:rPr>
          <w:b w:val="0"/>
          <w:i/>
        </w:rPr>
        <w:t>git_practice</w:t>
      </w:r>
      <w:r>
        <w:rPr>
          <w:b w:val="0"/>
          <w:i w:val="0"/>
        </w:rPr>
        <w:t xml:space="preserve">. Một </w:t>
      </w:r>
      <w:r>
        <w:rPr>
          <w:b w:val="0"/>
          <w:i/>
        </w:rPr>
        <w:t>kho lưu trữ</w:t>
      </w:r>
      <w:r>
        <w:rPr>
          <w:b w:val="0"/>
          <w:i w:val="0"/>
        </w:rPr>
        <w:t xml:space="preserve"> (repository) là tập hợp các tệp trong một chương trình mà Git đang chủ động theo dõi. Tất cả các tệp mà Git dùng để quản lý kho lưu trữ đều nằm trong thư mục ẩn </w:t>
      </w:r>
      <w:r>
        <w:rPr>
          <w:b w:val="0"/>
          <w:i/>
        </w:rPr>
        <w:t>.git</w:t>
      </w:r>
      <w:r>
        <w:rPr>
          <w:b w:val="0"/>
          <w:i w:val="0"/>
        </w:rPr>
        <w:t>, và bạn sẽ không cần phải làm việc với nó chút nào. Chỉ cần đừng xóa thư mục đó, nếu không bạn sẽ mất toàn bộ lịch sử của dự án.</w:t>
      </w:r>
    </w:p>
    <w:p>
      <w:pPr>
        <w:pStyle w:val="Heading2"/>
      </w:pPr>
      <w:r>
        <w:rPr>
          <w:rFonts w:ascii="Calibri" w:hAnsi="Calibri"/>
          <w:b/>
          <w:i w:val="0"/>
          <w:sz w:val="32"/>
        </w:rPr>
        <w:t>Kiểm tra trạng thái</w:t>
      </w:r>
    </w:p>
    <w:p>
      <w:pPr>
        <w:spacing w:after="80"/>
      </w:pPr>
      <w:r>
        <w:rPr>
          <w:b w:val="0"/>
          <w:i w:val="0"/>
        </w:rPr>
        <w:t>Trước khi làm bất cứ điều gì khác, hãy xem trạng thái của dự án:</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status</w:t>
      </w:r>
    </w:p>
    <w:p>
      <w:pPr>
        <w:spacing w:after="0"/>
        <w:ind w:left="360"/>
        <w:shd w:val="clear" w:color="auto" w:fill="F2F2F2"/>
      </w:pPr>
      <w:r>
        <w:rPr>
          <w:rFonts w:ascii="Consolas" w:hAnsi="Consolas"/>
          <w:b w:val="0"/>
          <w:i w:val="0"/>
          <w:sz w:val="18"/>
        </w:rPr>
        <w:t>❶ On branch main</w:t>
      </w:r>
    </w:p>
    <w:p>
      <w:pPr>
        <w:spacing w:after="0"/>
        <w:ind w:left="360"/>
        <w:shd w:val="clear" w:color="auto" w:fill="F2F2F2"/>
      </w:pPr>
      <w:r>
        <w:rPr>
          <w:rFonts w:ascii="Consolas" w:hAnsi="Consolas"/>
          <w:b w:val="0"/>
          <w:i w:val="0"/>
          <w:sz w:val="18"/>
        </w:rPr>
        <w:t>No commits yet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Untracked files:</w:t>
      </w:r>
    </w:p>
    <w:p>
      <w:pPr>
        <w:spacing w:after="0"/>
        <w:ind w:left="360"/>
        <w:shd w:val="clear" w:color="auto" w:fill="F2F2F2"/>
      </w:pPr>
      <w:r>
        <w:rPr>
          <w:rFonts w:ascii="Consolas" w:hAnsi="Consolas"/>
          <w:b w:val="0"/>
          <w:i w:val="0"/>
          <w:sz w:val="18"/>
        </w:rPr>
        <w:t xml:space="preserve">  (use "git add &lt;file&gt;..." to include in what will be committed)</w:t>
      </w:r>
    </w:p>
    <w:p>
      <w:pPr>
        <w:spacing w:after="0"/>
        <w:ind w:left="360"/>
        <w:shd w:val="clear" w:color="auto" w:fill="F2F2F2"/>
      </w:pPr>
      <w:r>
        <w:rPr>
          <w:rFonts w:ascii="Consolas" w:hAnsi="Consolas"/>
          <w:b w:val="0"/>
          <w:i w:val="0"/>
          <w:sz w:val="18"/>
        </w:rPr>
        <w:t xml:space="preserve">      .gitignore</w:t>
      </w:r>
    </w:p>
    <w:p>
      <w:pPr>
        <w:spacing w:after="0"/>
        <w:ind w:left="360"/>
        <w:shd w:val="clear" w:color="auto" w:fill="F2F2F2"/>
      </w:pPr>
      <w:r>
        <w:rPr>
          <w:rFonts w:ascii="Consolas" w:hAnsi="Consolas"/>
          <w:b w:val="0"/>
          <w:i w:val="0"/>
          <w:sz w:val="18"/>
        </w:rPr>
        <w:t xml:space="preserve">      hello_git.py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nothing added to commit but untracked files present (use "git add" to track)</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Trong Git, một </w:t>
      </w:r>
      <w:r>
        <w:rPr>
          <w:b w:val="0"/>
          <w:i/>
        </w:rPr>
        <w:t>nhánh</w:t>
      </w:r>
      <w:r>
        <w:rPr>
          <w:b w:val="0"/>
          <w:i w:val="0"/>
        </w:rPr>
        <w:t xml:space="preserve"> (branch) là một phiên bản của dự án mà bạn đang làm việc; ở đây bạn có thể thấy chúng ta đang ở trên một nhánh tên là </w:t>
      </w:r>
      <w:r>
        <w:rPr>
          <w:rFonts w:ascii="Consolas" w:hAnsi="Consolas"/>
          <w:b w:val="0"/>
          <w:i w:val="0"/>
          <w:sz w:val="20"/>
        </w:rPr>
        <w:t>main</w:t>
      </w:r>
      <w:r>
        <w:rPr>
          <w:b w:val="0"/>
          <w:i w:val="0"/>
        </w:rPr>
        <w:t xml:space="preserve"> ❶. Mỗi lần bạn kiểm tra trạng thái dự án, nó đều phải hiển thị rằng bạn đang ở trên nhánh </w:t>
      </w:r>
      <w:r>
        <w:rPr>
          <w:rFonts w:ascii="Consolas" w:hAnsi="Consolas"/>
          <w:b w:val="0"/>
          <w:i w:val="0"/>
          <w:sz w:val="20"/>
        </w:rPr>
        <w:t>main</w:t>
      </w:r>
      <w:r>
        <w:rPr>
          <w:b w:val="0"/>
          <w:i w:val="0"/>
        </w:rPr>
        <w:t xml:space="preserve">. Sau đó bạn thấy rằng chúng ta sắp thực hiện commit đầu tiên. Một </w:t>
      </w:r>
      <w:r>
        <w:rPr>
          <w:b w:val="0"/>
          <w:i/>
        </w:rPr>
        <w:t>commit</w:t>
      </w:r>
      <w:r>
        <w:rPr>
          <w:b w:val="0"/>
          <w:i w:val="0"/>
        </w:rPr>
        <w:t xml:space="preserve"> là một ảnh chụp nhanh (snapshot) của dự án tại một thời điểm cụ thể.</w:t>
      </w:r>
    </w:p>
    <w:p>
      <w:pPr>
        <w:spacing w:after="80"/>
      </w:pPr>
      <w:r>
        <w:rPr>
          <w:b w:val="0"/>
          <w:i w:val="0"/>
        </w:rPr>
        <w:t>Git thông báo cho chúng ta rằng có các tệp chưa được theo dõi trong dự án ❷, vì chúng ta chưa cho nó biết cần theo dõi những tệp nào. Tiếp theo, nó cho biết chưa có gì được thêm vào commit hiện tại, nhưng có những tệp chưa được theo dõi mà chúng ta có thể muốn thêm vào kho lưu trữ ❸.</w:t>
      </w:r>
    </w:p>
    <w:p>
      <w:pPr>
        <w:pStyle w:val="Heading2"/>
      </w:pPr>
      <w:r>
        <w:rPr>
          <w:rFonts w:ascii="Calibri" w:hAnsi="Calibri"/>
          <w:b/>
          <w:i w:val="0"/>
          <w:sz w:val="32"/>
        </w:rPr>
        <w:t>Thêm tệp vào kho lưu trữ</w:t>
      </w:r>
    </w:p>
    <w:p>
      <w:pPr>
        <w:spacing w:after="80"/>
      </w:pPr>
      <w:r>
        <w:rPr>
          <w:b w:val="0"/>
          <w:i w:val="0"/>
        </w:rPr>
        <w:t>Hãy thêm hai tệp vào kho lưu trữ và kiểm tra lại trạng thái:</w:t>
      </w:r>
    </w:p>
    <w:p>
      <w:pPr>
        <w:spacing w:after="0"/>
        <w:ind w:left="360"/>
        <w:shd w:val="clear" w:color="auto" w:fill="F2F2F2"/>
      </w:pPr>
      <w:r>
        <w:rPr>
          <w:rFonts w:ascii="Consolas" w:hAnsi="Consolas"/>
          <w:b w:val="0"/>
          <w:i w:val="0"/>
          <w:sz w:val="18"/>
        </w:rPr>
        <w:t xml:space="preserve">❶ git_practice$ </w:t>
      </w:r>
      <w:r>
        <w:rPr>
          <w:rFonts w:ascii="Consolas" w:hAnsi="Consolas"/>
          <w:b/>
          <w:i w:val="0"/>
          <w:sz w:val="18"/>
        </w:rPr>
        <w:t>git add .</w:t>
      </w:r>
    </w:p>
    <w:p>
      <w:pPr>
        <w:spacing w:after="0"/>
        <w:ind w:left="360"/>
        <w:shd w:val="clear" w:color="auto" w:fill="F2F2F2"/>
      </w:pPr>
      <w:r>
        <w:rPr>
          <w:rFonts w:ascii="Consolas" w:hAnsi="Consolas"/>
          <w:b w:val="0"/>
          <w:i w:val="0"/>
          <w:sz w:val="18"/>
        </w:rPr>
        <w:t xml:space="preserve">❷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 commits yet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Changes to be committed:</w:t>
      </w:r>
    </w:p>
    <w:p>
      <w:pPr>
        <w:spacing w:after="0"/>
        <w:ind w:left="360"/>
        <w:shd w:val="clear" w:color="auto" w:fill="F2F2F2"/>
      </w:pPr>
      <w:r>
        <w:rPr>
          <w:rFonts w:ascii="Consolas" w:hAnsi="Consolas"/>
          <w:b w:val="0"/>
          <w:i w:val="0"/>
          <w:sz w:val="18"/>
        </w:rPr>
        <w:t xml:space="preserve">  (use "git rm --cached &lt;file&gt;..." to unstage)</w:t>
      </w:r>
    </w:p>
    <w:p>
      <w:pPr>
        <w:spacing w:after="0"/>
        <w:ind w:left="360"/>
        <w:shd w:val="clear" w:color="auto" w:fill="F2F2F2"/>
      </w:pPr>
      <w:r>
        <w:rPr>
          <w:rFonts w:ascii="Consolas" w:hAnsi="Consolas"/>
          <w:b w:val="0"/>
          <w:i w:val="0"/>
          <w:sz w:val="18"/>
        </w:rPr>
        <w:t>❸       new file:   .gitignore</w:t>
      </w:r>
    </w:p>
    <w:p>
      <w:pPr>
        <w:spacing w:after="0"/>
        <w:ind w:left="360"/>
        <w:shd w:val="clear" w:color="auto" w:fill="F2F2F2"/>
      </w:pPr>
      <w:r>
        <w:rPr>
          <w:rFonts w:ascii="Consolas" w:hAnsi="Consolas"/>
          <w:b w:val="0"/>
          <w:i w:val="0"/>
          <w:sz w:val="18"/>
        </w:rPr>
        <w:t xml:space="preserve">      new file:   hello_git.py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Lệnh </w:t>
      </w:r>
      <w:r>
        <w:rPr>
          <w:rFonts w:ascii="Consolas" w:hAnsi="Consolas"/>
          <w:b w:val="0"/>
          <w:i w:val="0"/>
          <w:sz w:val="20"/>
        </w:rPr>
        <w:t>git add .</w:t>
      </w:r>
      <w:r>
        <w:rPr>
          <w:b w:val="0"/>
          <w:i w:val="0"/>
        </w:rPr>
        <w:t xml:space="preserve"> thêm vào kho lưu trữ tất cả các tệp trong dự án chưa được theo dõi ❶, miễn là chúng không được liệt kê trong </w:t>
      </w:r>
      <w:r>
        <w:rPr>
          <w:b w:val="0"/>
          <w:i/>
        </w:rPr>
        <w:t>.gitignore</w:t>
      </w:r>
      <w:r>
        <w:rPr>
          <w:b w:val="0"/>
          <w:i w:val="0"/>
        </w:rPr>
        <w:t xml:space="preserve">. Nó không commit các tệp; nó chỉ bảo Git bắt đầu để ý đến chúng. Khi chúng ta kiểm tra trạng thái của dự án lúc này, ta có thể thấy Git nhận ra một số thay đổi cần được commit ❷. Nhãn </w:t>
      </w:r>
      <w:r>
        <w:rPr>
          <w:b w:val="0"/>
          <w:i/>
        </w:rPr>
        <w:t>new file</w:t>
      </w:r>
      <w:r>
        <w:rPr>
          <w:b w:val="0"/>
          <w:i w:val="0"/>
        </w:rPr>
        <w:t xml:space="preserve"> nghĩa là những tệp này vừa mới được thêm vào kho lưu trữ ❸.</w:t>
      </w:r>
    </w:p>
    <w:p>
      <w:pPr>
        <w:pStyle w:val="Heading2"/>
      </w:pPr>
      <w:r>
        <w:rPr>
          <w:rFonts w:ascii="Calibri" w:hAnsi="Calibri"/>
          <w:b/>
          <w:i w:val="0"/>
          <w:sz w:val="32"/>
        </w:rPr>
        <w:t>Thực hiện một commit</w:t>
      </w:r>
    </w:p>
    <w:p>
      <w:pPr>
        <w:spacing w:after="80"/>
      </w:pPr>
      <w:r>
        <w:rPr>
          <w:b w:val="0"/>
          <w:i w:val="0"/>
        </w:rPr>
        <w:t>Hãy thực hiện commit đầu tiên:</w:t>
      </w:r>
    </w:p>
    <w:p>
      <w:pPr>
        <w:spacing w:after="0"/>
        <w:ind w:left="360"/>
        <w:shd w:val="clear" w:color="auto" w:fill="F2F2F2"/>
      </w:pPr>
      <w:r>
        <w:rPr>
          <w:rFonts w:ascii="Consolas" w:hAnsi="Consolas"/>
          <w:b w:val="0"/>
          <w:i w:val="0"/>
          <w:sz w:val="18"/>
        </w:rPr>
        <w:t xml:space="preserve">❶ git_practice$ </w:t>
      </w:r>
      <w:r>
        <w:rPr>
          <w:rFonts w:ascii="Consolas" w:hAnsi="Consolas"/>
          <w:b/>
          <w:i w:val="0"/>
          <w:sz w:val="18"/>
        </w:rPr>
        <w:t>git commit -m "Started project."</w:t>
      </w:r>
    </w:p>
    <w:p>
      <w:pPr>
        <w:spacing w:after="0"/>
        <w:ind w:left="360"/>
        <w:shd w:val="clear" w:color="auto" w:fill="F2F2F2"/>
      </w:pPr>
      <w:r>
        <w:rPr>
          <w:rFonts w:ascii="Consolas" w:hAnsi="Consolas"/>
          <w:b w:val="0"/>
          <w:i w:val="0"/>
          <w:sz w:val="18"/>
        </w:rPr>
        <w:t>❷ [main (root-commit) cea13dd] Started project.</w:t>
      </w:r>
    </w:p>
    <w:p>
      <w:pPr>
        <w:spacing w:after="0"/>
        <w:ind w:left="360"/>
        <w:shd w:val="clear" w:color="auto" w:fill="F2F2F2"/>
      </w:pPr>
      <w:r>
        <w:rPr>
          <w:rFonts w:ascii="Consolas" w:hAnsi="Consolas"/>
          <w:b w:val="0"/>
          <w:i w:val="0"/>
          <w:sz w:val="18"/>
        </w:rPr>
        <w:t>❸ 2 files changed, 5 insertions(+)</w:t>
      </w:r>
    </w:p>
    <w:p>
      <w:pPr>
        <w:spacing w:after="0"/>
        <w:ind w:left="360"/>
        <w:shd w:val="clear" w:color="auto" w:fill="F2F2F2"/>
      </w:pPr>
      <w:r>
        <w:rPr>
          <w:rFonts w:ascii="Consolas" w:hAnsi="Consolas"/>
          <w:b w:val="0"/>
          <w:i w:val="0"/>
          <w:sz w:val="18"/>
        </w:rPr>
        <w:t xml:space="preserve"> create mode 100644 .gitignore</w:t>
      </w:r>
    </w:p>
    <w:p>
      <w:pPr>
        <w:spacing w:after="0"/>
        <w:ind w:left="360"/>
        <w:shd w:val="clear" w:color="auto" w:fill="F2F2F2"/>
      </w:pPr>
      <w:r>
        <w:rPr>
          <w:rFonts w:ascii="Consolas" w:hAnsi="Consolas"/>
          <w:b w:val="0"/>
          <w:i w:val="0"/>
          <w:sz w:val="18"/>
        </w:rPr>
        <w:t xml:space="preserve"> create mode 100644 hello_git.py</w:t>
      </w:r>
    </w:p>
    <w:p>
      <w:pPr>
        <w:spacing w:after="0"/>
        <w:ind w:left="360"/>
        <w:shd w:val="clear" w:color="auto" w:fill="F2F2F2"/>
      </w:pPr>
      <w:r>
        <w:rPr>
          <w:rFonts w:ascii="Consolas" w:hAnsi="Consolas"/>
          <w:b w:val="0"/>
          <w:i w:val="0"/>
          <w:sz w:val="18"/>
        </w:rPr>
        <w:t xml:space="preserve">❹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Chúng ta chạy lệnh </w:t>
      </w:r>
      <w:r>
        <w:rPr>
          <w:rFonts w:ascii="Consolas" w:hAnsi="Consolas"/>
          <w:b w:val="0"/>
          <w:i w:val="0"/>
          <w:sz w:val="20"/>
        </w:rPr>
        <w:t>git commit -m "</w:t>
      </w:r>
      <w:r>
        <w:rPr>
          <w:rFonts w:ascii="Consolas" w:hAnsi="Consolas"/>
          <w:b w:val="0"/>
          <w:i/>
          <w:sz w:val="20"/>
        </w:rPr>
        <w:t>message</w:t>
      </w:r>
      <w:r>
        <w:rPr>
          <w:rFonts w:ascii="Consolas" w:hAnsi="Consolas"/>
          <w:b w:val="0"/>
          <w:i w:val="0"/>
          <w:sz w:val="20"/>
        </w:rPr>
        <w:t>"</w:t>
      </w:r>
      <w:r>
        <w:rPr>
          <w:b w:val="0"/>
          <w:i w:val="0"/>
        </w:rPr>
        <w:t xml:space="preserve"> ❶ để tạo một ảnh chụp nhanh của dự án. Cờ </w:t>
      </w:r>
      <w:r>
        <w:rPr>
          <w:rFonts w:ascii="Consolas" w:hAnsi="Consolas"/>
          <w:b w:val="0"/>
          <w:i w:val="0"/>
          <w:sz w:val="20"/>
        </w:rPr>
        <w:t>-m</w:t>
      </w:r>
      <w:r>
        <w:rPr>
          <w:b w:val="0"/>
          <w:i w:val="0"/>
        </w:rPr>
        <w:t xml:space="preserve"> bảo Git ghi lại thông điệp theo sau (</w:t>
      </w:r>
      <w:r>
        <w:rPr>
          <w:rFonts w:ascii="Consolas" w:hAnsi="Consolas"/>
          <w:b w:val="0"/>
          <w:i w:val="0"/>
          <w:sz w:val="20"/>
        </w:rPr>
        <w:t xml:space="preserve">Started </w:t>
      </w:r>
      <w:r>
        <w:rPr>
          <w:b w:val="0"/>
          <w:i w:val="0"/>
        </w:rPr>
        <w:t xml:space="preserve">project.) vào nhật ký của dự án. Kết quả cho thấy chúng ta đang ở trên nhánh </w:t>
      </w:r>
      <w:r>
        <w:rPr>
          <w:rFonts w:ascii="Consolas" w:hAnsi="Consolas"/>
          <w:b w:val="0"/>
          <w:i w:val="0"/>
          <w:sz w:val="20"/>
        </w:rPr>
        <w:t>main</w:t>
      </w:r>
      <w:r>
        <w:rPr>
          <w:b w:val="0"/>
          <w:i w:val="0"/>
        </w:rPr>
        <w:t xml:space="preserve"> ❷ và có hai tệp đã thay đổi ❸.</w:t>
      </w:r>
    </w:p>
    <w:p>
      <w:pPr>
        <w:spacing w:after="80"/>
      </w:pPr>
      <w:r>
        <w:rPr>
          <w:b w:val="0"/>
          <w:i w:val="0"/>
        </w:rPr>
        <w:t xml:space="preserve">Khi chúng ta kiểm tra trạng thái lúc này, ta có thể thấy mình đang ở trên nhánh </w:t>
      </w:r>
      <w:r>
        <w:rPr>
          <w:rFonts w:ascii="Consolas" w:hAnsi="Consolas"/>
          <w:b w:val="0"/>
          <w:i w:val="0"/>
          <w:sz w:val="20"/>
        </w:rPr>
        <w:t>main</w:t>
      </w:r>
      <w:r>
        <w:rPr>
          <w:b w:val="0"/>
          <w:i w:val="0"/>
        </w:rPr>
        <w:t>, và cây làm việc đã sạch (clean working tree) ❹. Đây là thông điệp bạn nên thấy mỗi lần bạn commit một trạng thái hoạt động được của dự án. Nếu bạn nhận được thông điệp khác, hãy đọc kỹ nó; có khả năng là bạn đã quên thêm một tệp trước khi commit.</w:t>
      </w:r>
    </w:p>
    <w:p>
      <w:pPr>
        <w:pStyle w:val="Heading2"/>
      </w:pPr>
      <w:r>
        <w:rPr>
          <w:rFonts w:ascii="Calibri" w:hAnsi="Calibri"/>
          <w:b/>
          <w:i w:val="0"/>
          <w:sz w:val="32"/>
        </w:rPr>
        <w:t>Kiểm tra nhật ký</w:t>
      </w:r>
    </w:p>
    <w:p>
      <w:pPr>
        <w:spacing w:after="80"/>
      </w:pPr>
      <w:r>
        <w:rPr>
          <w:b w:val="0"/>
          <w:i w:val="0"/>
        </w:rPr>
        <w:t>Git lưu lại nhật ký của tất cả các lần commit (commit) được thực hiện cho dự án. Hãy cùng kiểm tra nhật ký:</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log</w:t>
      </w:r>
    </w:p>
    <w:p>
      <w:pPr>
        <w:spacing w:after="0"/>
        <w:ind w:left="360"/>
        <w:shd w:val="clear" w:color="auto" w:fill="F2F2F2"/>
      </w:pPr>
      <w:r>
        <w:rPr>
          <w:rFonts w:ascii="Consolas" w:hAnsi="Consolas"/>
          <w:b w:val="0"/>
          <w:i w:val="0"/>
          <w:sz w:val="18"/>
        </w:rPr>
        <w:t>commit cea13ddc51b885d05a410201a54faf20e0d2e246 (HEAD -&gt; main)</w:t>
      </w:r>
    </w:p>
    <w:p>
      <w:pPr>
        <w:spacing w:after="0"/>
        <w:ind w:left="360"/>
        <w:shd w:val="clear" w:color="auto" w:fill="F2F2F2"/>
      </w:pPr>
      <w:r>
        <w:rPr>
          <w:rFonts w:ascii="Consolas" w:hAnsi="Consolas"/>
          <w:b w:val="0"/>
          <w:i w:val="0"/>
          <w:sz w:val="18"/>
        </w:rPr>
        <w:t>Author: eric &lt;eric@example.com&gt;</w:t>
      </w:r>
    </w:p>
    <w:p>
      <w:pPr>
        <w:spacing w:after="0"/>
        <w:ind w:left="360"/>
        <w:shd w:val="clear" w:color="auto" w:fill="F2F2F2"/>
      </w:pPr>
      <w:r>
        <w:rPr>
          <w:rFonts w:ascii="Consolas" w:hAnsi="Consolas"/>
          <w:b w:val="0"/>
          <w:i w:val="0"/>
          <w:sz w:val="18"/>
        </w:rPr>
        <w:t>Date:   Mon Jun 6 19:37:26 2022 -0800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Started project.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Mỗi lần bạn thực hiện một commit, Git tạo ra một ID tham chiếu duy nhất gồm 40 ký tự. Nó ghi lại ai đã thực hiện commit, thời điểm thực hiện và thông điệp được ghi lại. Bạn sẽ không phải lúc nào cũng cần tất cả thông tin này, nên Git cung cấp một tùy chọn để in ra phiên bản đơn giản hơn của các mục nhật ký:</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log --pretty=oneline</w:t>
      </w:r>
    </w:p>
    <w:p>
      <w:pPr>
        <w:spacing w:after="0"/>
        <w:ind w:left="360"/>
        <w:shd w:val="clear" w:color="auto" w:fill="F2F2F2"/>
      </w:pPr>
      <w:r>
        <w:rPr>
          <w:rFonts w:ascii="Consolas" w:hAnsi="Consolas"/>
          <w:b w:val="0"/>
          <w:i w:val="0"/>
          <w:sz w:val="18"/>
        </w:rPr>
        <w:t>cea13ddc51b885d05a410201a54faf20e0d2e246 (HEAD -&gt; main) Started project.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Cờ </w:t>
      </w:r>
      <w:r>
        <w:rPr>
          <w:rFonts w:ascii="Consolas" w:hAnsi="Consolas"/>
          <w:b w:val="0"/>
          <w:i w:val="0"/>
          <w:sz w:val="20"/>
        </w:rPr>
        <w:t>--pretty=oneline</w:t>
      </w:r>
      <w:r>
        <w:rPr>
          <w:b w:val="0"/>
          <w:i w:val="0"/>
        </w:rPr>
        <w:t xml:space="preserve"> cung cấp hai thông tin quan trọng nhất: ID tham chiếu của commit và thông điệp được ghi lại cho commit đó.</w:t>
      </w:r>
    </w:p>
    <w:p>
      <w:pPr>
        <w:pStyle w:val="Heading2"/>
      </w:pPr>
      <w:r>
        <w:rPr>
          <w:rFonts w:ascii="Calibri" w:hAnsi="Calibri"/>
          <w:b/>
          <w:i w:val="0"/>
          <w:sz w:val="32"/>
        </w:rPr>
        <w:t>Commit thứ hai</w:t>
      </w:r>
    </w:p>
    <w:p>
      <w:pPr>
        <w:spacing w:after="80"/>
      </w:pPr>
      <w:r>
        <w:rPr>
          <w:b w:val="0"/>
          <w:i w:val="0"/>
        </w:rPr>
        <w:t xml:space="preserve">Để thấy được sức mạnh thực sự của kiểm soát phiên bản (version control), chúng ta cần thực hiện một thay đổi cho dự án và commit thay đổi đó. Ở đây chúng ta sẽ chỉ thêm một dòng nữa vào </w:t>
      </w:r>
      <w:r>
        <w:rPr>
          <w:b w:val="0"/>
          <w:i/>
        </w:rPr>
        <w:t>hello_git.py</w:t>
      </w:r>
      <w:r>
        <w:rPr>
          <w:b w:val="0"/>
          <w:i w:val="0"/>
        </w:rPr>
        <w:t>:</w:t>
      </w:r>
    </w:p>
    <w:p>
      <w:pPr>
        <w:spacing w:after="80"/>
      </w:pPr>
      <w:r>
        <w:rPr>
          <w:b w:val="0"/>
          <w:i w:val="0"/>
        </w:rPr>
        <w:t>hello_git.py</w:t>
      </w:r>
    </w:p>
    <w:p>
      <w:pPr>
        <w:spacing w:after="0"/>
        <w:ind w:left="360"/>
        <w:shd w:val="clear" w:color="auto" w:fill="F2F2F2"/>
      </w:pPr>
      <w:r>
        <w:rPr>
          <w:rFonts w:ascii="Consolas" w:hAnsi="Consolas"/>
          <w:b w:val="0"/>
          <w:i w:val="0"/>
          <w:sz w:val="18"/>
        </w:rPr>
        <w:t>print("Hello Git world!")</w:t>
      </w:r>
    </w:p>
    <w:p>
      <w:pPr>
        <w:spacing w:after="0"/>
        <w:ind w:left="360"/>
        <w:shd w:val="clear" w:color="auto" w:fill="F2F2F2"/>
      </w:pPr>
      <w:r>
        <w:rPr>
          <w:rFonts w:ascii="Consolas" w:hAnsi="Consolas"/>
          <w:b w:val="0"/>
          <w:i w:val="0"/>
          <w:sz w:val="18"/>
        </w:rPr>
        <w:t>print("Hello everyone.")</w:t>
      </w:r>
    </w:p>
    <w:p>
      <w:pPr>
        <w:spacing w:after="40"/>
      </w:pPr>
    </w:p>
    <w:p>
      <w:pPr>
        <w:spacing w:after="80"/>
      </w:pPr>
      <w:r>
        <w:rPr>
          <w:b w:val="0"/>
          <w:i w:val="0"/>
        </w:rPr>
        <w:t>Khi chúng ta kiểm tra trạng thái của dự án, chúng ta sẽ thấy rằng Git đã nhận ra tệp đã thay đổi:</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status</w:t>
      </w:r>
    </w:p>
    <w:p>
      <w:pPr>
        <w:spacing w:after="0"/>
        <w:ind w:left="360"/>
        <w:shd w:val="clear" w:color="auto" w:fill="F2F2F2"/>
      </w:pPr>
      <w:r>
        <w:rPr>
          <w:rFonts w:ascii="Consolas" w:hAnsi="Consolas"/>
          <w:b w:val="0"/>
          <w:i w:val="0"/>
          <w:sz w:val="18"/>
        </w:rPr>
        <w:t>❶ On branch main</w:t>
      </w:r>
    </w:p>
    <w:p>
      <w:pPr>
        <w:spacing w:after="0"/>
        <w:ind w:left="360"/>
        <w:shd w:val="clear" w:color="auto" w:fill="F2F2F2"/>
      </w:pPr>
      <w:r>
        <w:rPr>
          <w:rFonts w:ascii="Consolas" w:hAnsi="Consolas"/>
          <w:b w:val="0"/>
          <w:i w:val="0"/>
          <w:sz w:val="18"/>
        </w:rPr>
        <w:t>Changes not staged for commit:</w:t>
      </w:r>
    </w:p>
    <w:p>
      <w:pPr>
        <w:spacing w:after="0"/>
        <w:ind w:left="360"/>
        <w:shd w:val="clear" w:color="auto" w:fill="F2F2F2"/>
      </w:pPr>
      <w:r>
        <w:rPr>
          <w:rFonts w:ascii="Consolas" w:hAnsi="Consolas"/>
          <w:b w:val="0"/>
          <w:i w:val="0"/>
          <w:sz w:val="18"/>
        </w:rPr>
        <w:t xml:space="preserve">  (use "git add &lt;file&gt;..." to update what will be committed)</w:t>
      </w:r>
    </w:p>
    <w:p>
      <w:pPr>
        <w:spacing w:after="0"/>
        <w:ind w:left="360"/>
        <w:shd w:val="clear" w:color="auto" w:fill="F2F2F2"/>
      </w:pPr>
      <w:r>
        <w:rPr>
          <w:rFonts w:ascii="Consolas" w:hAnsi="Consolas"/>
          <w:b w:val="0"/>
          <w:i w:val="0"/>
          <w:sz w:val="18"/>
        </w:rPr>
        <w:t xml:space="preserve">  (use "git restore &lt;file&gt;..." to discard changes in working directory)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modified:   hello_git.py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no changes added to commit (use "git add" and/or "git commit -a")</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Chúng ta thấy nhánh (branch) mà chúng ta đang làm việc ❶, tên của tệp đã được sửa đổi ❷, và rằng chưa có thay đổi nào được commit ❸. Hãy commit thay đổi và kiểm tra trạng thái một lần nữa:</w:t>
      </w:r>
    </w:p>
    <w:p>
      <w:pPr>
        <w:spacing w:after="0"/>
        <w:ind w:left="360"/>
        <w:shd w:val="clear" w:color="auto" w:fill="F2F2F2"/>
      </w:pPr>
      <w:r>
        <w:rPr>
          <w:rFonts w:ascii="Consolas" w:hAnsi="Consolas"/>
          <w:b w:val="0"/>
          <w:i w:val="0"/>
          <w:sz w:val="18"/>
        </w:rPr>
        <w:t xml:space="preserve">❶ git_practice$ </w:t>
      </w:r>
      <w:r>
        <w:rPr>
          <w:rFonts w:ascii="Consolas" w:hAnsi="Consolas"/>
          <w:b/>
          <w:i w:val="0"/>
          <w:sz w:val="18"/>
        </w:rPr>
        <w:t>git commit -am "Extended greeting."</w:t>
      </w:r>
    </w:p>
    <w:p>
      <w:pPr>
        <w:spacing w:after="0"/>
        <w:ind w:left="360"/>
        <w:shd w:val="clear" w:color="auto" w:fill="F2F2F2"/>
      </w:pPr>
      <w:r>
        <w:rPr>
          <w:rFonts w:ascii="Consolas" w:hAnsi="Consolas"/>
          <w:b w:val="0"/>
          <w:i w:val="0"/>
          <w:sz w:val="18"/>
        </w:rPr>
        <w:t>[main 945fa13] Extended greeting.</w:t>
      </w:r>
    </w:p>
    <w:p>
      <w:pPr>
        <w:spacing w:after="0"/>
        <w:ind w:left="360"/>
        <w:shd w:val="clear" w:color="auto" w:fill="F2F2F2"/>
      </w:pPr>
      <w:r>
        <w:rPr>
          <w:rFonts w:ascii="Consolas" w:hAnsi="Consolas"/>
          <w:b w:val="0"/>
          <w:i w:val="0"/>
          <w:sz w:val="18"/>
        </w:rPr>
        <w:t xml:space="preserve"> 1 file changed, 1 insertion(+), 1 deletion(-)</w:t>
      </w:r>
    </w:p>
    <w:p>
      <w:pPr>
        <w:spacing w:after="0"/>
        <w:ind w:left="360"/>
        <w:shd w:val="clear" w:color="auto" w:fill="F2F2F2"/>
      </w:pPr>
      <w:r>
        <w:rPr>
          <w:rFonts w:ascii="Consolas" w:hAnsi="Consolas"/>
          <w:b w:val="0"/>
          <w:i w:val="0"/>
          <w:sz w:val="18"/>
        </w:rPr>
        <w:t xml:space="preserve">❷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 xml:space="preserve">❸ git_practice$ </w:t>
      </w:r>
      <w:r>
        <w:rPr>
          <w:rFonts w:ascii="Consolas" w:hAnsi="Consolas"/>
          <w:b/>
          <w:i w:val="0"/>
          <w:sz w:val="18"/>
        </w:rPr>
        <w:t>git log --pretty=oneline</w:t>
      </w:r>
    </w:p>
    <w:p>
      <w:pPr>
        <w:spacing w:after="0"/>
        <w:ind w:left="360"/>
        <w:shd w:val="clear" w:color="auto" w:fill="F2F2F2"/>
      </w:pPr>
      <w:r>
        <w:rPr>
          <w:rFonts w:ascii="Consolas" w:hAnsi="Consolas"/>
          <w:b w:val="0"/>
          <w:i w:val="0"/>
          <w:sz w:val="18"/>
        </w:rPr>
        <w:t>945fa13af128a266d0114eebb7a3276f7d58ecd2 (HEAD -&gt; main) Extended greeting.</w:t>
      </w:r>
    </w:p>
    <w:p>
      <w:pPr>
        <w:spacing w:after="0"/>
        <w:ind w:left="360"/>
        <w:shd w:val="clear" w:color="auto" w:fill="F2F2F2"/>
      </w:pPr>
      <w:r>
        <w:rPr>
          <w:rFonts w:ascii="Consolas" w:hAnsi="Consolas"/>
          <w:b w:val="0"/>
          <w:i w:val="0"/>
          <w:sz w:val="18"/>
        </w:rPr>
        <w:t>cea13ddc51b885d05a410201a54faf20e0d2e246 Started project.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Chúng ta thực hiện một commit mới, truyền các cờ </w:t>
      </w:r>
      <w:r>
        <w:rPr>
          <w:rFonts w:ascii="Consolas" w:hAnsi="Consolas"/>
          <w:b w:val="0"/>
          <w:i w:val="0"/>
          <w:sz w:val="20"/>
        </w:rPr>
        <w:t>-am</w:t>
      </w:r>
      <w:r>
        <w:rPr>
          <w:b w:val="0"/>
          <w:i w:val="0"/>
        </w:rPr>
        <w:t xml:space="preserve"> khi sử dụng lệnh </w:t>
      </w:r>
      <w:r>
        <w:rPr>
          <w:rFonts w:ascii="Consolas" w:hAnsi="Consolas"/>
          <w:b w:val="0"/>
          <w:i w:val="0"/>
          <w:sz w:val="20"/>
        </w:rPr>
        <w:t>git commit</w:t>
      </w:r>
      <w:r>
        <w:rPr>
          <w:b w:val="0"/>
          <w:i w:val="0"/>
        </w:rPr>
        <w:t xml:space="preserve"> ❶. Cờ </w:t>
      </w:r>
      <w:r>
        <w:rPr>
          <w:rFonts w:ascii="Consolas" w:hAnsi="Consolas"/>
          <w:b w:val="0"/>
          <w:i w:val="0"/>
          <w:sz w:val="20"/>
        </w:rPr>
        <w:t>-a</w:t>
      </w:r>
      <w:r>
        <w:rPr>
          <w:b w:val="0"/>
          <w:i w:val="0"/>
        </w:rPr>
        <w:t xml:space="preserve"> báo cho Git thêm tất cả các tệp đã sửa đổi trong kho lưu trữ (repository) vào commit hiện tại. (Nếu bạn tạo bất kỳ tệp mới nào giữa các commit, hãy chạy lại lệnh </w:t>
      </w:r>
      <w:r>
        <w:rPr>
          <w:rFonts w:ascii="Consolas" w:hAnsi="Consolas"/>
          <w:b w:val="0"/>
          <w:i w:val="0"/>
          <w:sz w:val="20"/>
        </w:rPr>
        <w:t>git add .</w:t>
      </w:r>
      <w:r>
        <w:rPr>
          <w:b w:val="0"/>
          <w:i w:val="0"/>
        </w:rPr>
        <w:t xml:space="preserve"> để đưa các tệp mới vào kho lưu trữ.) Cờ </w:t>
      </w:r>
      <w:r>
        <w:rPr>
          <w:rFonts w:ascii="Consolas" w:hAnsi="Consolas"/>
          <w:b w:val="0"/>
          <w:i w:val="0"/>
          <w:sz w:val="20"/>
        </w:rPr>
        <w:t>-m</w:t>
      </w:r>
      <w:r>
        <w:rPr>
          <w:b w:val="0"/>
          <w:i w:val="0"/>
        </w:rPr>
        <w:t xml:space="preserve"> báo cho Git ghi lại một thông điệp trong nhật ký cho commit này.</w:t>
      </w:r>
    </w:p>
    <w:p>
      <w:pPr>
        <w:spacing w:after="80"/>
      </w:pPr>
      <w:r>
        <w:rPr>
          <w:b w:val="0"/>
          <w:i w:val="0"/>
        </w:rPr>
        <w:t>Khi chúng ta kiểm tra trạng thái của dự án, chúng ta thấy rằng một lần nữa chúng ta có một cây làm việc (working tree) sạch sẽ ❷. Cuối cùng, chúng ta thấy hai commit trong nhật ký ❸.</w:t>
      </w:r>
    </w:p>
    <w:p>
      <w:pPr>
        <w:pStyle w:val="Heading2"/>
      </w:pPr>
      <w:r>
        <w:rPr>
          <w:rFonts w:ascii="Calibri" w:hAnsi="Calibri"/>
          <w:b/>
          <w:i w:val="0"/>
          <w:sz w:val="32"/>
        </w:rPr>
        <w:t>Hủy bỏ các thay đổi</w:t>
      </w:r>
    </w:p>
    <w:p>
      <w:pPr>
        <w:spacing w:after="80"/>
      </w:pPr>
      <w:r>
        <w:rPr>
          <w:b w:val="0"/>
          <w:i w:val="0"/>
        </w:rPr>
        <w:t xml:space="preserve">Bây giờ hãy xem cách hủy bỏ một thay đổi và quay trở lại trạng thái làm việc trước đó. Đầu tiên, thêm một dòng mới vào </w:t>
      </w:r>
      <w:r>
        <w:rPr>
          <w:b w:val="0"/>
          <w:i/>
        </w:rPr>
        <w:t>hello_git.py</w:t>
      </w:r>
      <w:r>
        <w:rPr>
          <w:b w:val="0"/>
          <w:i w:val="0"/>
        </w:rPr>
        <w:t>:</w:t>
      </w:r>
    </w:p>
    <w:p>
      <w:pPr>
        <w:spacing w:after="80"/>
      </w:pPr>
      <w:r>
        <w:rPr>
          <w:b w:val="0"/>
          <w:i w:val="0"/>
        </w:rPr>
        <w:t>hello_git.py</w:t>
      </w:r>
    </w:p>
    <w:p>
      <w:pPr>
        <w:spacing w:after="0"/>
        <w:ind w:left="360"/>
        <w:shd w:val="clear" w:color="auto" w:fill="F2F2F2"/>
      </w:pPr>
      <w:r>
        <w:rPr>
          <w:rFonts w:ascii="Consolas" w:hAnsi="Consolas"/>
          <w:b w:val="0"/>
          <w:i w:val="0"/>
          <w:sz w:val="18"/>
        </w:rPr>
        <w:t>print("Hello Git world!")</w:t>
      </w:r>
    </w:p>
    <w:p>
      <w:pPr>
        <w:spacing w:after="0"/>
        <w:ind w:left="360"/>
        <w:shd w:val="clear" w:color="auto" w:fill="F2F2F2"/>
      </w:pPr>
      <w:r>
        <w:rPr>
          <w:rFonts w:ascii="Consolas" w:hAnsi="Consolas"/>
          <w:b w:val="0"/>
          <w:i w:val="0"/>
          <w:sz w:val="18"/>
        </w:rPr>
        <w:t>print("Hello everyone.")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print("Oh no, I broke the project!")</w:t>
      </w:r>
    </w:p>
    <w:p>
      <w:pPr>
        <w:spacing w:after="40"/>
      </w:pPr>
    </w:p>
    <w:p>
      <w:pPr>
        <w:spacing w:after="80"/>
      </w:pPr>
      <w:r>
        <w:rPr>
          <w:b w:val="0"/>
          <w:i w:val="0"/>
        </w:rPr>
        <w:t>Lưu và chạy file này.</w:t>
      </w:r>
    </w:p>
    <w:p>
      <w:pPr>
        <w:spacing w:after="80"/>
      </w:pPr>
      <w:r>
        <w:rPr>
          <w:b w:val="0"/>
          <w:i w:val="0"/>
        </w:rPr>
        <w:t>Chúng ta kiểm tra trạng thái và thấy rằng Git nhận ra sự thay đổi này:</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Changes not staged for commit:</w:t>
      </w:r>
    </w:p>
    <w:p>
      <w:pPr>
        <w:spacing w:after="0"/>
        <w:ind w:left="360"/>
        <w:shd w:val="clear" w:color="auto" w:fill="F2F2F2"/>
      </w:pPr>
      <w:r>
        <w:rPr>
          <w:rFonts w:ascii="Consolas" w:hAnsi="Consolas"/>
          <w:b w:val="0"/>
          <w:i w:val="0"/>
          <w:sz w:val="18"/>
        </w:rPr>
        <w:t xml:space="preserve">  (use "git add &lt;file&gt;..." to update what will be committed)</w:t>
      </w:r>
    </w:p>
    <w:p>
      <w:pPr>
        <w:spacing w:after="0"/>
        <w:ind w:left="360"/>
        <w:shd w:val="clear" w:color="auto" w:fill="F2F2F2"/>
      </w:pPr>
      <w:r>
        <w:rPr>
          <w:rFonts w:ascii="Consolas" w:hAnsi="Consolas"/>
          <w:b w:val="0"/>
          <w:i w:val="0"/>
          <w:sz w:val="18"/>
        </w:rPr>
        <w:t xml:space="preserve">  (use "git restore &lt;file&gt;..." to discard changes in working directory)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modified:   hello_git.py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no changes added to commit (use "git add" and/or "git commit -a")</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Git thấy rằng chúng ta đã sửa đổi </w:t>
      </w:r>
      <w:r>
        <w:rPr>
          <w:b w:val="0"/>
          <w:i/>
        </w:rPr>
        <w:t>hello_git.py</w:t>
      </w:r>
      <w:r>
        <w:rPr>
          <w:b w:val="0"/>
          <w:i w:val="0"/>
        </w:rPr>
        <w:t xml:space="preserve"> ❶, và chúng ta có thể commit thay đổi đó nếu muốn. Nhưng lần này, thay vì commit thay đổi, chúng ta sẽ quay lại commit cuối cùng khi chúng ta biết dự án của mình đang hoạt động. Chúng ta sẽ không làm gì với </w:t>
      </w:r>
      <w:r>
        <w:rPr>
          <w:b w:val="0"/>
          <w:i/>
        </w:rPr>
        <w:t>hello_git.py</w:t>
      </w:r>
      <w:r>
        <w:rPr>
          <w:b w:val="0"/>
          <w:i w:val="0"/>
        </w:rPr>
        <w:t>: chúng ta sẽ không xóa dòng đó hay dùng tính năng Undo trong trình soạn thảo văn bản. Thay vào đó, hãy nhập các lệnh sau vào phiên terminal của bạn:</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restore .</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Lệnh </w:t>
      </w:r>
      <w:r>
        <w:rPr>
          <w:rFonts w:ascii="Consolas" w:hAnsi="Consolas"/>
          <w:b w:val="0"/>
          <w:i w:val="0"/>
          <w:sz w:val="20"/>
        </w:rPr>
        <w:t xml:space="preserve">git restore </w:t>
      </w:r>
      <w:r>
        <w:rPr>
          <w:rFonts w:ascii="Consolas" w:hAnsi="Consolas"/>
          <w:b w:val="0"/>
          <w:i/>
          <w:sz w:val="20"/>
        </w:rPr>
        <w:t>filename</w:t>
      </w:r>
      <w:r>
        <w:rPr>
          <w:b w:val="0"/>
          <w:i w:val="0"/>
        </w:rPr>
        <w:t xml:space="preserve"> cho phép bạn hủy bỏ mọi thay đổi kể từ commit cuối cùng trong một file cụ thể. Lệnh </w:t>
      </w:r>
      <w:r>
        <w:rPr>
          <w:rFonts w:ascii="Consolas" w:hAnsi="Consolas"/>
          <w:b w:val="0"/>
          <w:i w:val="0"/>
          <w:sz w:val="20"/>
        </w:rPr>
        <w:t>git restore .</w:t>
      </w:r>
      <w:r>
        <w:rPr>
          <w:b w:val="0"/>
          <w:i w:val="0"/>
        </w:rPr>
        <w:t xml:space="preserve"> hủy bỏ mọi thay đổi đã thực hiện trong tất cả các file kể từ commit cuối cùng; thao tác này khôi phục dự án về trạng thái đã commit gần nhất.</w:t>
      </w:r>
    </w:p>
    <w:p>
      <w:pPr>
        <w:spacing w:after="80"/>
      </w:pPr>
      <w:r>
        <w:rPr>
          <w:b w:val="0"/>
          <w:i w:val="0"/>
        </w:rPr>
        <w:t xml:space="preserve">Khi bạn quay lại trình soạn thảo văn bản, bạn sẽ thấy rằng </w:t>
      </w:r>
      <w:r>
        <w:rPr>
          <w:b w:val="0"/>
          <w:i/>
        </w:rPr>
        <w:t>hello_git.py</w:t>
      </w:r>
      <w:r>
        <w:rPr>
          <w:b w:val="0"/>
          <w:i w:val="0"/>
        </w:rPr>
        <w:t xml:space="preserve"> đã trở về như thế này:</w:t>
      </w:r>
    </w:p>
    <w:p>
      <w:pPr>
        <w:spacing w:after="0"/>
        <w:ind w:left="360"/>
        <w:shd w:val="clear" w:color="auto" w:fill="F2F2F2"/>
      </w:pPr>
      <w:r>
        <w:rPr>
          <w:rFonts w:ascii="Consolas" w:hAnsi="Consolas"/>
          <w:b w:val="0"/>
          <w:i w:val="0"/>
          <w:sz w:val="18"/>
        </w:rPr>
        <w:t>print("Hello Git world!")</w:t>
      </w:r>
    </w:p>
    <w:p>
      <w:pPr>
        <w:spacing w:after="0"/>
        <w:ind w:left="360"/>
        <w:shd w:val="clear" w:color="auto" w:fill="F2F2F2"/>
      </w:pPr>
      <w:r>
        <w:rPr>
          <w:rFonts w:ascii="Consolas" w:hAnsi="Consolas"/>
          <w:b w:val="0"/>
          <w:i w:val="0"/>
          <w:sz w:val="18"/>
        </w:rPr>
        <w:t>print("Hello everyone.")</w:t>
      </w:r>
    </w:p>
    <w:p>
      <w:pPr>
        <w:spacing w:after="40"/>
      </w:pPr>
    </w:p>
    <w:p>
      <w:pPr>
        <w:spacing w:after="80"/>
      </w:pPr>
      <w:r>
        <w:rPr>
          <w:b w:val="0"/>
          <w:i w:val="0"/>
        </w:rPr>
        <w:t>Mặc dù việc quay lại trạng thái trước đó có vẻ tầm thường trong dự án đơn giản này, nhưng nếu chúng ta đang làm việc trên một dự án lớn với hàng tá file đã sửa đổi, thì tất cả các file đã thay đổi kể từ commit cuối cùng đều sẽ được khôi phục. Tính năng này cực kỳ hữu ích: bạn có thể thực hiện bao nhiêu thay đổi tùy thích khi triển khai một tính năng mới, và nếu chúng không hoạt động, bạn có thể hủy bỏ chúng mà không ảnh hưởng đến dự án. Bạn không cần phải ghi nhớ những thay đổi đó và hoàn tác chúng bằng tay. Git làm tất cả những việc đó cho bạn.</w:t>
      </w:r>
    </w:p>
    <w:p>
      <w:pPr>
        <w:spacing w:before="120" w:after="40"/>
      </w:pPr>
      <w:r>
        <w:rPr>
          <w:b/>
          <w:sz w:val="21"/>
        </w:rPr>
        <w:t>Ghi chú</w:t>
      </w:r>
    </w:p>
    <w:p>
      <w:pPr>
        <w:spacing w:after="80"/>
      </w:pPr>
      <w:r>
        <w:rPr>
          <w:b w:val="0"/>
          <w:i w:val="0"/>
        </w:rPr>
        <w:t>Bạn có thể cần làm mới file trong trình soạn thảo để thấy phiên bản đã được khôi phục.</w:t>
      </w:r>
    </w:p>
    <w:p>
      <w:pPr>
        <w:pStyle w:val="Heading2"/>
      </w:pPr>
      <w:r>
        <w:rPr>
          <w:rFonts w:ascii="Calibri" w:hAnsi="Calibri"/>
          <w:b/>
          <w:i w:val="0"/>
          <w:sz w:val="32"/>
        </w:rPr>
        <w:t>Checkout các commit trước đó</w:t>
      </w:r>
    </w:p>
    <w:p>
      <w:pPr>
        <w:spacing w:after="80"/>
      </w:pPr>
      <w:r>
        <w:rPr>
          <w:b w:val="0"/>
          <w:i w:val="0"/>
        </w:rPr>
        <w:t xml:space="preserve">Bạn có thể xem lại bất kỳ commit nào trong log của mình, bằng lệnh </w:t>
      </w:r>
      <w:r>
        <w:rPr>
          <w:rFonts w:ascii="Consolas" w:hAnsi="Consolas"/>
          <w:b w:val="0"/>
          <w:i w:val="0"/>
          <w:sz w:val="20"/>
        </w:rPr>
        <w:t>checkout</w:t>
      </w:r>
      <w:r>
        <w:rPr>
          <w:b w:val="0"/>
          <w:i w:val="0"/>
        </w:rPr>
        <w:t>, bằng cách dùng sáu ký tự đầu tiên của mã tham chiếu (reference ID). Sau khi checkout và xem xét một commit trước đó, bạn có thể quay lại commit mới nhất hoặc hủy bỏ công việc gần đây và tiếp tục phát triển từ commit trước đó:</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log --pretty=oneline</w:t>
      </w:r>
    </w:p>
    <w:p>
      <w:pPr>
        <w:spacing w:after="0"/>
        <w:ind w:left="360"/>
        <w:shd w:val="clear" w:color="auto" w:fill="F2F2F2"/>
      </w:pPr>
      <w:r>
        <w:rPr>
          <w:rFonts w:ascii="Consolas" w:hAnsi="Consolas"/>
          <w:b w:val="0"/>
          <w:i w:val="0"/>
          <w:sz w:val="18"/>
        </w:rPr>
        <w:t>945fa13af128a266d0114eebb7a3276f7d58ecd2 (HEAD -&gt; main) Extended greeting.</w:t>
      </w:r>
    </w:p>
    <w:p>
      <w:pPr>
        <w:spacing w:after="0"/>
        <w:ind w:left="360"/>
        <w:shd w:val="clear" w:color="auto" w:fill="F2F2F2"/>
      </w:pPr>
      <w:r>
        <w:rPr>
          <w:rFonts w:ascii="Consolas" w:hAnsi="Consolas"/>
          <w:b w:val="0"/>
          <w:i w:val="0"/>
          <w:sz w:val="18"/>
        </w:rPr>
        <w:t>cea13ddc51b885d05a410201a54faf20e0d2e246 Started project.</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checkout cea13d</w:t>
      </w:r>
    </w:p>
    <w:p>
      <w:pPr>
        <w:spacing w:after="0"/>
        <w:ind w:left="360"/>
        <w:shd w:val="clear" w:color="auto" w:fill="F2F2F2"/>
      </w:pPr>
      <w:r>
        <w:rPr>
          <w:rFonts w:ascii="Consolas" w:hAnsi="Consolas"/>
          <w:b w:val="0"/>
          <w:i w:val="0"/>
          <w:sz w:val="18"/>
        </w:rPr>
        <w:t>Note: switching to 'cea13d'.</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❶ You are in 'detached HEAD' state. You can look around, make experimental</w:t>
      </w:r>
    </w:p>
    <w:p>
      <w:pPr>
        <w:spacing w:after="0"/>
        <w:ind w:left="360"/>
        <w:shd w:val="clear" w:color="auto" w:fill="F2F2F2"/>
      </w:pPr>
      <w:r>
        <w:rPr>
          <w:rFonts w:ascii="Consolas" w:hAnsi="Consolas"/>
          <w:b w:val="0"/>
          <w:i w:val="0"/>
          <w:sz w:val="18"/>
        </w:rPr>
        <w:t>changes and commit them, and you can discard any commits you make in this</w:t>
      </w:r>
    </w:p>
    <w:p>
      <w:pPr>
        <w:spacing w:after="0"/>
        <w:ind w:left="360"/>
        <w:shd w:val="clear" w:color="auto" w:fill="F2F2F2"/>
      </w:pPr>
      <w:r>
        <w:rPr>
          <w:rFonts w:ascii="Consolas" w:hAnsi="Consolas"/>
          <w:b w:val="0"/>
          <w:i w:val="0"/>
          <w:sz w:val="18"/>
        </w:rPr>
        <w:t>state without impacting any branches by switching back to a branch.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If you want to create a new branch to retain commits you create, you may</w:t>
      </w:r>
    </w:p>
    <w:p>
      <w:pPr>
        <w:spacing w:after="0"/>
        <w:ind w:left="360"/>
        <w:shd w:val="clear" w:color="auto" w:fill="F2F2F2"/>
      </w:pPr>
      <w:r>
        <w:rPr>
          <w:rFonts w:ascii="Consolas" w:hAnsi="Consolas"/>
          <w:b w:val="0"/>
          <w:i w:val="0"/>
          <w:sz w:val="18"/>
        </w:rPr>
        <w:t>do so (now or later) by using -c with the switch command. Example: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git switch -c &lt;new-branch-name&gt;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Or undo this operation with:</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 xml:space="preserve">  git switch -</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Turn off this advice by setting config variable advice.detachedHead to false</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HEAD is now at cea13d Started project.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Khi bạn checkout một commit trước đó, bạn rời khỏi nhánh chính (main branch) và bước vào trạng thái mà Git gọi là </w:t>
      </w:r>
      <w:r>
        <w:rPr>
          <w:b w:val="0"/>
          <w:i/>
        </w:rPr>
        <w:t>detached HEAD</w:t>
      </w:r>
      <w:r>
        <w:rPr>
          <w:b w:val="0"/>
          <w:i w:val="0"/>
        </w:rPr>
        <w:t xml:space="preserve"> ❶. </w:t>
      </w:r>
      <w:r>
        <w:rPr>
          <w:b w:val="0"/>
          <w:i/>
        </w:rPr>
        <w:t>HEAD</w:t>
      </w:r>
      <w:r>
        <w:rPr>
          <w:b w:val="0"/>
          <w:i w:val="0"/>
        </w:rPr>
        <w:t xml:space="preserve"> là trạng thái đã commit hiện tại của dự án; bạn bị </w:t>
      </w:r>
      <w:r>
        <w:rPr>
          <w:b w:val="0"/>
          <w:i/>
        </w:rPr>
        <w:t>detached</w:t>
      </w:r>
      <w:r>
        <w:rPr>
          <w:b w:val="0"/>
          <w:i w:val="0"/>
        </w:rPr>
        <w:t xml:space="preserve"> (tách rời) vì bạn đã rời khỏi một nhánh có tên (trong trường hợp này là </w:t>
      </w:r>
      <w:r>
        <w:rPr>
          <w:rFonts w:ascii="Consolas" w:hAnsi="Consolas"/>
          <w:b w:val="0"/>
          <w:i w:val="0"/>
          <w:sz w:val="20"/>
        </w:rPr>
        <w:t>main</w:t>
      </w:r>
      <w:r>
        <w:rPr>
          <w:b w:val="0"/>
          <w:i w:val="0"/>
        </w:rPr>
        <w:t>).</w:t>
      </w:r>
    </w:p>
    <w:p>
      <w:pPr>
        <w:spacing w:after="80"/>
      </w:pPr>
      <w:r>
        <w:rPr>
          <w:b w:val="0"/>
          <w:i w:val="0"/>
        </w:rPr>
        <w:t xml:space="preserve">Để quay lại nhánh </w:t>
      </w:r>
      <w:r>
        <w:rPr>
          <w:rFonts w:ascii="Consolas" w:hAnsi="Consolas"/>
          <w:b w:val="0"/>
          <w:i w:val="0"/>
          <w:sz w:val="20"/>
        </w:rPr>
        <w:t>main</w:t>
      </w:r>
      <w:r>
        <w:rPr>
          <w:b w:val="0"/>
          <w:i w:val="0"/>
        </w:rPr>
        <w:t>, bạn làm theo gợi ý ❷ để hoàn tác thao tác trước đó:</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switch -</w:t>
      </w:r>
    </w:p>
    <w:p>
      <w:pPr>
        <w:spacing w:after="0"/>
        <w:ind w:left="360"/>
        <w:shd w:val="clear" w:color="auto" w:fill="F2F2F2"/>
      </w:pPr>
      <w:r>
        <w:rPr>
          <w:rFonts w:ascii="Consolas" w:hAnsi="Consolas"/>
          <w:b w:val="0"/>
          <w:i w:val="0"/>
          <w:sz w:val="18"/>
        </w:rPr>
        <w:t>Previous HEAD position was cea13d Started project.</w:t>
      </w:r>
    </w:p>
    <w:p>
      <w:pPr>
        <w:spacing w:after="0"/>
        <w:ind w:left="360"/>
        <w:shd w:val="clear" w:color="auto" w:fill="F2F2F2"/>
      </w:pPr>
      <w:r>
        <w:rPr>
          <w:rFonts w:ascii="Consolas" w:hAnsi="Consolas"/>
          <w:b w:val="0"/>
          <w:i w:val="0"/>
          <w:sz w:val="18"/>
        </w:rPr>
        <w:t>Switched to branch 'main'</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Lệnh này đưa bạn trở lại nhánh </w:t>
      </w:r>
      <w:r>
        <w:rPr>
          <w:rFonts w:ascii="Consolas" w:hAnsi="Consolas"/>
          <w:b w:val="0"/>
          <w:i w:val="0"/>
          <w:sz w:val="20"/>
        </w:rPr>
        <w:t>main</w:t>
      </w:r>
      <w:r>
        <w:rPr>
          <w:b w:val="0"/>
          <w:i w:val="0"/>
        </w:rPr>
        <w:t xml:space="preserve">. Trừ khi bạn muốn làm việc với một số tính năng nâng cao hơn của Git, tốt nhất là không nên thực hiện bất kỳ thay đổi nào cho dự án khi bạn đã checkout một commit trước đó. Tuy nhiên, nếu bạn là người duy nhất làm việc trên một dự án và bạn muốn hủy bỏ tất cả các commit gần đây hơn và quay lại trạng thái trước đó, bạn có thể reset dự án về một commit trước đó. Khi đang làm việc từ nhánh </w:t>
      </w:r>
      <w:r>
        <w:rPr>
          <w:rFonts w:ascii="Consolas" w:hAnsi="Consolas"/>
          <w:b w:val="0"/>
          <w:i w:val="0"/>
          <w:sz w:val="20"/>
        </w:rPr>
        <w:t>main</w:t>
      </w:r>
      <w:r>
        <w:rPr>
          <w:b w:val="0"/>
          <w:i w:val="0"/>
        </w:rPr>
        <w:t>, hãy nhập lệnh sau:</w:t>
      </w:r>
    </w:p>
    <w:p>
      <w:pPr>
        <w:spacing w:after="0"/>
        <w:ind w:left="360"/>
        <w:shd w:val="clear" w:color="auto" w:fill="F2F2F2"/>
      </w:pPr>
      <w:r>
        <w:rPr>
          <w:rFonts w:ascii="Consolas" w:hAnsi="Consolas"/>
          <w:b w:val="0"/>
          <w:i w:val="0"/>
          <w:sz w:val="18"/>
        </w:rPr>
        <w:t xml:space="preserve">❶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directory clean</w:t>
      </w:r>
    </w:p>
    <w:p>
      <w:pPr>
        <w:spacing w:after="0"/>
        <w:ind w:left="360"/>
        <w:shd w:val="clear" w:color="auto" w:fill="F2F2F2"/>
      </w:pPr>
      <w:r>
        <w:rPr>
          <w:rFonts w:ascii="Consolas" w:hAnsi="Consolas"/>
          <w:b w:val="0"/>
          <w:i w:val="0"/>
          <w:sz w:val="18"/>
        </w:rPr>
        <w:t xml:space="preserve">❷ git_practice$ </w:t>
      </w:r>
      <w:r>
        <w:rPr>
          <w:rFonts w:ascii="Consolas" w:hAnsi="Consolas"/>
          <w:b/>
          <w:i w:val="0"/>
          <w:sz w:val="18"/>
        </w:rPr>
        <w:t>git log --pretty=oneline</w:t>
      </w:r>
    </w:p>
    <w:p>
      <w:pPr>
        <w:spacing w:after="0"/>
        <w:ind w:left="360"/>
        <w:shd w:val="clear" w:color="auto" w:fill="F2F2F2"/>
      </w:pPr>
      <w:r>
        <w:rPr>
          <w:rFonts w:ascii="Consolas" w:hAnsi="Consolas"/>
          <w:b w:val="0"/>
          <w:i w:val="0"/>
          <w:sz w:val="18"/>
        </w:rPr>
        <w:t>945fa13af128a266d0114eebb7a3276f7d58ecd2 (HEAD -&gt; main) Extended greeting.</w:t>
      </w:r>
    </w:p>
    <w:p>
      <w:pPr>
        <w:spacing w:after="0"/>
        <w:ind w:left="360"/>
        <w:shd w:val="clear" w:color="auto" w:fill="F2F2F2"/>
      </w:pPr>
      <w:r>
        <w:rPr>
          <w:rFonts w:ascii="Consolas" w:hAnsi="Consolas"/>
          <w:b w:val="0"/>
          <w:i w:val="0"/>
          <w:sz w:val="18"/>
        </w:rPr>
        <w:t>cea13ddc51b885d05a410201a54faf20e0d2e246 Started project.</w:t>
      </w:r>
    </w:p>
    <w:p>
      <w:pPr>
        <w:spacing w:after="0"/>
        <w:ind w:left="360"/>
        <w:shd w:val="clear" w:color="auto" w:fill="F2F2F2"/>
      </w:pPr>
      <w:r>
        <w:rPr>
          <w:rFonts w:ascii="Consolas" w:hAnsi="Consolas"/>
          <w:b w:val="0"/>
          <w:i w:val="0"/>
          <w:sz w:val="18"/>
        </w:rPr>
        <w:t xml:space="preserve">❸ git_practice$ </w:t>
      </w:r>
      <w:r>
        <w:rPr>
          <w:rFonts w:ascii="Consolas" w:hAnsi="Consolas"/>
          <w:b/>
          <w:i w:val="0"/>
          <w:sz w:val="18"/>
        </w:rPr>
        <w:t>git reset --hard cea13d</w:t>
      </w:r>
    </w:p>
    <w:p>
      <w:pPr>
        <w:spacing w:after="0"/>
        <w:ind w:left="360"/>
        <w:shd w:val="clear" w:color="auto" w:fill="F2F2F2"/>
      </w:pPr>
      <w:r>
        <w:rPr>
          <w:rFonts w:ascii="Consolas" w:hAnsi="Consolas"/>
          <w:b w:val="0"/>
          <w:i w:val="0"/>
          <w:sz w:val="18"/>
        </w:rPr>
        <w:t>HEAD is now at cea13dd Started project.</w:t>
      </w:r>
    </w:p>
    <w:p>
      <w:pPr>
        <w:spacing w:after="0"/>
        <w:ind w:left="360"/>
        <w:shd w:val="clear" w:color="auto" w:fill="F2F2F2"/>
      </w:pPr>
      <w:r>
        <w:rPr>
          <w:rFonts w:ascii="Consolas" w:hAnsi="Consolas"/>
          <w:b w:val="0"/>
          <w:i w:val="0"/>
          <w:sz w:val="18"/>
        </w:rPr>
        <w:t xml:space="preserve">❹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directory clean</w:t>
      </w:r>
    </w:p>
    <w:p>
      <w:pPr>
        <w:spacing w:after="0"/>
        <w:ind w:left="360"/>
        <w:shd w:val="clear" w:color="auto" w:fill="F2F2F2"/>
      </w:pPr>
      <w:r>
        <w:rPr>
          <w:rFonts w:ascii="Consolas" w:hAnsi="Consolas"/>
          <w:b w:val="0"/>
          <w:i w:val="0"/>
          <w:sz w:val="18"/>
        </w:rPr>
        <w:t xml:space="preserve">❺ git_practice$ </w:t>
      </w:r>
      <w:r>
        <w:rPr>
          <w:rFonts w:ascii="Consolas" w:hAnsi="Consolas"/>
          <w:b/>
          <w:i w:val="0"/>
          <w:sz w:val="18"/>
        </w:rPr>
        <w:t>git log --pretty=oneline</w:t>
      </w:r>
    </w:p>
    <w:p>
      <w:pPr>
        <w:spacing w:after="0"/>
        <w:ind w:left="360"/>
        <w:shd w:val="clear" w:color="auto" w:fill="F2F2F2"/>
      </w:pPr>
      <w:r>
        <w:rPr>
          <w:rFonts w:ascii="Consolas" w:hAnsi="Consolas"/>
          <w:b w:val="0"/>
          <w:i w:val="0"/>
          <w:sz w:val="18"/>
        </w:rPr>
        <w:t>cea13ddc51b885d05a410201a54faf20e0d2e246 (HEAD -&gt; main) Started project.</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Đầu tiên chúng ta kiểm tra trạng thái để chắc chắn rằng mình đang ở nhánh </w:t>
      </w:r>
      <w:r>
        <w:rPr>
          <w:rFonts w:ascii="Consolas" w:hAnsi="Consolas"/>
          <w:b w:val="0"/>
          <w:i w:val="0"/>
          <w:sz w:val="20"/>
        </w:rPr>
        <w:t>main</w:t>
      </w:r>
      <w:r>
        <w:rPr>
          <w:b w:val="0"/>
          <w:i w:val="0"/>
        </w:rPr>
        <w:t xml:space="preserve"> ❶. Khi xem log, chúng ta thấy cả hai commit ❷. Sau đó chúng ta ra lệnh </w:t>
      </w:r>
      <w:r>
        <w:rPr>
          <w:rFonts w:ascii="Consolas" w:hAnsi="Consolas"/>
          <w:b w:val="0"/>
          <w:i w:val="0"/>
          <w:sz w:val="20"/>
        </w:rPr>
        <w:t>git reset --hard</w:t>
      </w:r>
      <w:r>
        <w:rPr>
          <w:b w:val="0"/>
          <w:i w:val="0"/>
        </w:rPr>
        <w:t xml:space="preserve"> với sáu ký tự đầu tiên của mã tham chiếu của commit mà chúng ta muốn quay lại vĩnh viễn ❸. Chúng ta kiểm tra trạng thái lần nữa và thấy mình đang ở nhánh </w:t>
      </w:r>
      <w:r>
        <w:rPr>
          <w:rFonts w:ascii="Consolas" w:hAnsi="Consolas"/>
          <w:b w:val="0"/>
          <w:i w:val="0"/>
          <w:sz w:val="20"/>
        </w:rPr>
        <w:t>main</w:t>
      </w:r>
      <w:r>
        <w:rPr>
          <w:b w:val="0"/>
          <w:i w:val="0"/>
        </w:rPr>
        <w:t xml:space="preserve"> với không có gì để commit ❹. Khi xem log lần nữa, chúng ta thấy mình đang ở commit mà chúng ta muốn bắt đầu lại từ đó ❺.</w:t>
      </w:r>
    </w:p>
    <w:p>
      <w:pPr>
        <w:pStyle w:val="Heading2"/>
      </w:pPr>
      <w:r>
        <w:rPr>
          <w:rFonts w:ascii="Calibri" w:hAnsi="Calibri"/>
          <w:b/>
          <w:i w:val="0"/>
          <w:sz w:val="32"/>
        </w:rPr>
        <w:t>Xóa kho lưu trữ (repository)</w:t>
      </w:r>
    </w:p>
    <w:p>
      <w:pPr>
        <w:spacing w:after="80"/>
      </w:pPr>
      <w:r>
        <w:rPr>
          <w:b w:val="0"/>
          <w:i w:val="0"/>
        </w:rPr>
        <w:t xml:space="preserve">Đôi khi bạn sẽ làm rối lịch sử kho lưu trữ của mình và không biết cách khôi phục. Nếu điều này xảy ra, trước tiên hãy cân nhắc nhờ trợ giúp bằng các cách được thảo luận trong Phụ lục C. Nếu bạn không thể sửa được và đang làm việc trong một dự án cá nhân, bạn có thể tiếp tục làm việc với các tệp nhưng loại bỏ lịch sử của dự án bằng cách xóa thư mục </w:t>
      </w:r>
      <w:r>
        <w:rPr>
          <w:b w:val="0"/>
          <w:i/>
        </w:rPr>
        <w:t>.git</w:t>
      </w:r>
      <w:r>
        <w:rPr>
          <w:b w:val="0"/>
          <w:i w:val="0"/>
        </w:rPr>
        <w:t>. Việc này sẽ không ảnh hưởng đến trạng thái hiện tại của bất kỳ tệp nào, nhưng nó sẽ xóa tất cả các commit, nên bạn sẽ không thể khôi phục về bất kỳ trạng thái nào khác của dự án.</w:t>
      </w:r>
    </w:p>
    <w:p>
      <w:pPr>
        <w:spacing w:after="80"/>
      </w:pPr>
      <w:r>
        <w:rPr>
          <w:b w:val="0"/>
          <w:i w:val="0"/>
        </w:rPr>
        <w:t xml:space="preserve">Để làm điều này, hãy mở trình duyệt tệp và xóa kho lưu trữ </w:t>
      </w:r>
      <w:r>
        <w:rPr>
          <w:b w:val="0"/>
          <w:i/>
        </w:rPr>
        <w:t>.git</w:t>
      </w:r>
      <w:r>
        <w:rPr>
          <w:b w:val="0"/>
          <w:i w:val="0"/>
        </w:rPr>
        <w:t>, hoặc xóa nó từ dòng lệnh. Sau đó, bạn sẽ cần bắt đầu lại với một kho lưu trữ mới để tiếp tục theo dõi các thay đổi của mình. Đây là toàn bộ quá trình này trông như thế nào trong một phiên terminal:</w:t>
      </w:r>
    </w:p>
    <w:p>
      <w:pPr>
        <w:spacing w:after="0"/>
        <w:ind w:left="360"/>
        <w:shd w:val="clear" w:color="auto" w:fill="F2F2F2"/>
      </w:pPr>
      <w:r>
        <w:rPr>
          <w:rFonts w:ascii="Consolas" w:hAnsi="Consolas"/>
          <w:b w:val="0"/>
          <w:i w:val="0"/>
          <w:sz w:val="18"/>
        </w:rPr>
        <w:t xml:space="preserve">❶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directory clean</w:t>
      </w:r>
    </w:p>
    <w:p>
      <w:pPr>
        <w:spacing w:after="0"/>
        <w:ind w:left="360"/>
        <w:shd w:val="clear" w:color="auto" w:fill="F2F2F2"/>
      </w:pPr>
      <w:r>
        <w:rPr>
          <w:rFonts w:ascii="Consolas" w:hAnsi="Consolas"/>
          <w:b w:val="0"/>
          <w:i w:val="0"/>
          <w:sz w:val="18"/>
        </w:rPr>
        <w:t xml:space="preserve">❷ git_practice$ </w:t>
      </w:r>
      <w:r>
        <w:rPr>
          <w:rFonts w:ascii="Consolas" w:hAnsi="Consolas"/>
          <w:b/>
          <w:i w:val="0"/>
          <w:sz w:val="18"/>
        </w:rPr>
        <w:t>rm -rf .git/</w:t>
      </w:r>
    </w:p>
    <w:p>
      <w:pPr>
        <w:spacing w:after="0"/>
        <w:ind w:left="360"/>
        <w:shd w:val="clear" w:color="auto" w:fill="F2F2F2"/>
      </w:pPr>
      <w:r>
        <w:rPr>
          <w:rFonts w:ascii="Consolas" w:hAnsi="Consolas"/>
          <w:b w:val="0"/>
          <w:i w:val="0"/>
          <w:sz w:val="18"/>
        </w:rPr>
        <w:t xml:space="preserve">❸ git_practice$ </w:t>
      </w:r>
      <w:r>
        <w:rPr>
          <w:rFonts w:ascii="Consolas" w:hAnsi="Consolas"/>
          <w:b/>
          <w:i w:val="0"/>
          <w:sz w:val="18"/>
        </w:rPr>
        <w:t>git status</w:t>
      </w:r>
    </w:p>
    <w:p>
      <w:pPr>
        <w:spacing w:after="0"/>
        <w:ind w:left="360"/>
        <w:shd w:val="clear" w:color="auto" w:fill="F2F2F2"/>
      </w:pPr>
      <w:r>
        <w:rPr>
          <w:rFonts w:ascii="Consolas" w:hAnsi="Consolas"/>
          <w:b w:val="0"/>
          <w:i w:val="0"/>
          <w:sz w:val="18"/>
        </w:rPr>
        <w:t>fatal: Not a git repository (or any of the parent directories): .git</w:t>
      </w:r>
    </w:p>
    <w:p>
      <w:pPr>
        <w:spacing w:after="0"/>
        <w:ind w:left="360"/>
        <w:shd w:val="clear" w:color="auto" w:fill="F2F2F2"/>
      </w:pPr>
      <w:r>
        <w:rPr>
          <w:rFonts w:ascii="Consolas" w:hAnsi="Consolas"/>
          <w:b w:val="0"/>
          <w:i w:val="0"/>
          <w:sz w:val="18"/>
        </w:rPr>
        <w:t xml:space="preserve">❹ git_practice$ </w:t>
      </w:r>
      <w:r>
        <w:rPr>
          <w:rFonts w:ascii="Consolas" w:hAnsi="Consolas"/>
          <w:b/>
          <w:i w:val="0"/>
          <w:sz w:val="18"/>
        </w:rPr>
        <w:t>git init</w:t>
      </w:r>
    </w:p>
    <w:p>
      <w:pPr>
        <w:spacing w:after="0"/>
        <w:ind w:left="360"/>
        <w:shd w:val="clear" w:color="auto" w:fill="F2F2F2"/>
      </w:pPr>
      <w:r>
        <w:rPr>
          <w:rFonts w:ascii="Consolas" w:hAnsi="Consolas"/>
          <w:b w:val="0"/>
          <w:i w:val="0"/>
          <w:sz w:val="18"/>
        </w:rPr>
        <w:t>Initialized empty Git repository in git_practice/.git/</w:t>
      </w:r>
    </w:p>
    <w:p>
      <w:pPr>
        <w:spacing w:after="0"/>
        <w:ind w:left="360"/>
        <w:shd w:val="clear" w:color="auto" w:fill="F2F2F2"/>
      </w:pPr>
      <w:r>
        <w:rPr>
          <w:rFonts w:ascii="Consolas" w:hAnsi="Consolas"/>
          <w:b w:val="0"/>
          <w:i w:val="0"/>
          <w:sz w:val="18"/>
        </w:rPr>
        <w:t xml:space="preserve">❺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 commits yet</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Untracked files:</w:t>
      </w:r>
    </w:p>
    <w:p>
      <w:pPr>
        <w:spacing w:after="0"/>
        <w:ind w:left="360"/>
        <w:shd w:val="clear" w:color="auto" w:fill="F2F2F2"/>
      </w:pPr>
      <w:r>
        <w:rPr>
          <w:rFonts w:ascii="Consolas" w:hAnsi="Consolas"/>
          <w:b w:val="0"/>
          <w:i w:val="0"/>
          <w:sz w:val="18"/>
        </w:rPr>
        <w:t xml:space="preserve">  (use "git add &lt;file&gt;..." to include in what will be committed)</w:t>
      </w:r>
    </w:p>
    <w:p>
      <w:pPr>
        <w:spacing w:after="0"/>
        <w:ind w:left="360"/>
        <w:shd w:val="clear" w:color="auto" w:fill="F2F2F2"/>
      </w:pPr>
      <w:r>
        <w:rPr>
          <w:rFonts w:ascii="Consolas" w:hAnsi="Consolas"/>
          <w:b w:val="0"/>
          <w:i w:val="0"/>
          <w:sz w:val="18"/>
        </w:rPr>
        <w:t xml:space="preserve">      .gitignore</w:t>
      </w:r>
    </w:p>
    <w:p>
      <w:pPr>
        <w:spacing w:after="0"/>
        <w:ind w:left="360"/>
        <w:shd w:val="clear" w:color="auto" w:fill="F2F2F2"/>
      </w:pPr>
      <w:r>
        <w:rPr>
          <w:rFonts w:ascii="Consolas" w:hAnsi="Consolas"/>
          <w:b w:val="0"/>
          <w:i w:val="0"/>
          <w:sz w:val="18"/>
        </w:rPr>
        <w:t xml:space="preserve">      hello_git.py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nothing added to commit but untracked files present (use "git add" to track)</w:t>
      </w:r>
    </w:p>
    <w:p>
      <w:pPr>
        <w:spacing w:after="0"/>
        <w:ind w:left="360"/>
        <w:shd w:val="clear" w:color="auto" w:fill="F2F2F2"/>
      </w:pPr>
      <w:r>
        <w:rPr>
          <w:rFonts w:ascii="Consolas" w:hAnsi="Consolas"/>
          <w:b w:val="0"/>
          <w:i w:val="0"/>
          <w:sz w:val="18"/>
        </w:rPr>
        <w:t xml:space="preserve">❻ git_practice$ </w:t>
      </w:r>
      <w:r>
        <w:rPr>
          <w:rFonts w:ascii="Consolas" w:hAnsi="Consolas"/>
          <w:b/>
          <w:i w:val="0"/>
          <w:sz w:val="18"/>
        </w:rPr>
        <w:t>git add .</w:t>
      </w:r>
    </w:p>
    <w:p>
      <w:pPr>
        <w:spacing w:after="0"/>
        <w:ind w:left="360"/>
        <w:shd w:val="clear" w:color="auto" w:fill="F2F2F2"/>
      </w:pPr>
      <w:r>
        <w:rPr>
          <w:rFonts w:ascii="Consolas" w:hAnsi="Consolas"/>
          <w:b w:val="0"/>
          <w:i w:val="0"/>
          <w:sz w:val="18"/>
        </w:rPr>
        <w:t xml:space="preserve">git_practice$ </w:t>
      </w:r>
      <w:r>
        <w:rPr>
          <w:rFonts w:ascii="Consolas" w:hAnsi="Consolas"/>
          <w:b/>
          <w:i w:val="0"/>
          <w:sz w:val="18"/>
        </w:rPr>
        <w:t>git commit -m "Starting over."</w:t>
      </w:r>
    </w:p>
    <w:p>
      <w:pPr>
        <w:spacing w:after="0"/>
        <w:ind w:left="360"/>
        <w:shd w:val="clear" w:color="auto" w:fill="F2F2F2"/>
      </w:pPr>
      <w:r>
        <w:rPr>
          <w:rFonts w:ascii="Consolas" w:hAnsi="Consolas"/>
          <w:b w:val="0"/>
          <w:i w:val="0"/>
          <w:sz w:val="18"/>
        </w:rPr>
        <w:t>[main (root-commit) 14ed9db] Starting over.</w:t>
      </w:r>
    </w:p>
    <w:p>
      <w:pPr>
        <w:spacing w:after="0"/>
        <w:ind w:left="360"/>
        <w:shd w:val="clear" w:color="auto" w:fill="F2F2F2"/>
      </w:pPr>
      <w:r>
        <w:rPr>
          <w:rFonts w:ascii="Consolas" w:hAnsi="Consolas"/>
          <w:b w:val="0"/>
          <w:i w:val="0"/>
          <w:sz w:val="18"/>
        </w:rPr>
        <w:t xml:space="preserve"> 2 files changed, 5 insertions(+)</w:t>
      </w:r>
    </w:p>
    <w:p>
      <w:pPr>
        <w:spacing w:after="0"/>
        <w:ind w:left="360"/>
        <w:shd w:val="clear" w:color="auto" w:fill="F2F2F2"/>
      </w:pPr>
      <w:r>
        <w:rPr>
          <w:rFonts w:ascii="Consolas" w:hAnsi="Consolas"/>
          <w:b w:val="0"/>
          <w:i w:val="0"/>
          <w:sz w:val="18"/>
        </w:rPr>
        <w:t xml:space="preserve"> create mode 100644 .gitignore</w:t>
      </w:r>
    </w:p>
    <w:p>
      <w:pPr>
        <w:spacing w:after="0"/>
        <w:ind w:left="360"/>
        <w:shd w:val="clear" w:color="auto" w:fill="F2F2F2"/>
      </w:pPr>
      <w:r>
        <w:rPr>
          <w:rFonts w:ascii="Consolas" w:hAnsi="Consolas"/>
          <w:b w:val="0"/>
          <w:i w:val="0"/>
          <w:sz w:val="18"/>
        </w:rPr>
        <w:t xml:space="preserve"> create mode 100644 hello_git.py</w:t>
      </w:r>
    </w:p>
    <w:p>
      <w:pPr>
        <w:spacing w:after="0"/>
        <w:ind w:left="360"/>
        <w:shd w:val="clear" w:color="auto" w:fill="F2F2F2"/>
      </w:pPr>
      <w:r>
        <w:rPr>
          <w:rFonts w:ascii="Consolas" w:hAnsi="Consolas"/>
          <w:b w:val="0"/>
          <w:i w:val="0"/>
          <w:sz w:val="18"/>
        </w:rPr>
        <w:t xml:space="preserve">❼ git_practice$ </w:t>
      </w:r>
      <w:r>
        <w:rPr>
          <w:rFonts w:ascii="Consolas" w:hAnsi="Consolas"/>
          <w:b/>
          <w:i w:val="0"/>
          <w:sz w:val="18"/>
        </w:rPr>
        <w:t>git status</w:t>
      </w:r>
    </w:p>
    <w:p>
      <w:pPr>
        <w:spacing w:after="0"/>
        <w:ind w:left="360"/>
        <w:shd w:val="clear" w:color="auto" w:fill="F2F2F2"/>
      </w:pPr>
      <w:r>
        <w:rPr>
          <w:rFonts w:ascii="Consolas" w:hAnsi="Consolas"/>
          <w:b w:val="0"/>
          <w:i w:val="0"/>
          <w:sz w:val="18"/>
        </w:rPr>
        <w:t>On branch main</w:t>
      </w:r>
    </w:p>
    <w:p>
      <w:pPr>
        <w:spacing w:after="0"/>
        <w:ind w:left="360"/>
        <w:shd w:val="clear" w:color="auto" w:fill="F2F2F2"/>
      </w:pPr>
      <w:r>
        <w:rPr>
          <w:rFonts w:ascii="Consolas" w:hAnsi="Consolas"/>
          <w:b w:val="0"/>
          <w:i w:val="0"/>
          <w:sz w:val="18"/>
        </w:rPr>
        <w:t>nothing to commit, working tree clean</w:t>
      </w:r>
    </w:p>
    <w:p>
      <w:pPr>
        <w:spacing w:after="0"/>
        <w:ind w:left="360"/>
        <w:shd w:val="clear" w:color="auto" w:fill="F2F2F2"/>
      </w:pPr>
      <w:r>
        <w:rPr>
          <w:rFonts w:ascii="Consolas" w:hAnsi="Consolas"/>
          <w:b w:val="0"/>
          <w:i w:val="0"/>
          <w:sz w:val="18"/>
        </w:rPr>
        <w:t>git_practice$</w:t>
      </w:r>
    </w:p>
    <w:p>
      <w:pPr>
        <w:spacing w:after="40"/>
      </w:pPr>
    </w:p>
    <w:p>
      <w:pPr>
        <w:spacing w:after="80"/>
      </w:pPr>
      <w:r>
        <w:rPr>
          <w:b w:val="0"/>
          <w:i w:val="0"/>
        </w:rPr>
        <w:t xml:space="preserve">Đầu tiên chúng ta kiểm tra trạng thái và thấy rằng thư mục làm việc đang sạch ❶. Sau đó chúng ta dùng lệnh </w:t>
      </w:r>
      <w:r>
        <w:rPr>
          <w:rFonts w:ascii="Consolas" w:hAnsi="Consolas"/>
          <w:b w:val="0"/>
          <w:i w:val="0"/>
          <w:sz w:val="20"/>
        </w:rPr>
        <w:t>rm -rf .git/</w:t>
      </w:r>
      <w:r>
        <w:rPr>
          <w:b w:val="0"/>
          <w:i w:val="0"/>
        </w:rPr>
        <w:t xml:space="preserve"> để xóa thư mục </w:t>
      </w:r>
      <w:r>
        <w:rPr>
          <w:b w:val="0"/>
          <w:i/>
        </w:rPr>
        <w:t>.git</w:t>
      </w:r>
      <w:r>
        <w:rPr>
          <w:b w:val="0"/>
          <w:i w:val="0"/>
        </w:rPr>
        <w:t xml:space="preserve"> (</w:t>
      </w:r>
      <w:r>
        <w:rPr>
          <w:rFonts w:ascii="Consolas" w:hAnsi="Consolas"/>
          <w:b w:val="0"/>
          <w:i w:val="0"/>
          <w:sz w:val="20"/>
        </w:rPr>
        <w:t>del .git</w:t>
      </w:r>
      <w:r>
        <w:rPr>
          <w:b w:val="0"/>
          <w:i w:val="0"/>
        </w:rPr>
        <w:t xml:space="preserve"> trên Windows) ❷. Khi chúng ta kiểm tra trạng thái sau khi xóa thư mục </w:t>
      </w:r>
      <w:r>
        <w:rPr>
          <w:b w:val="0"/>
          <w:i/>
        </w:rPr>
        <w:t>.git</w:t>
      </w:r>
      <w:r>
        <w:rPr>
          <w:b w:val="0"/>
          <w:i w:val="0"/>
        </w:rPr>
        <w:t xml:space="preserve">, chúng ta được thông báo rằng đây không phải là một kho lưu trữ Git ❸. Tất cả thông tin Git dùng để theo dõi một kho lưu trữ đều được lưu trong thư mục </w:t>
      </w:r>
      <w:r>
        <w:rPr>
          <w:b w:val="0"/>
          <w:i/>
        </w:rPr>
        <w:t>.git</w:t>
      </w:r>
      <w:r>
        <w:rPr>
          <w:b w:val="0"/>
          <w:i w:val="0"/>
        </w:rPr>
        <w:t>, nên việc xóa nó sẽ xóa toàn bộ kho lưu trữ.</w:t>
      </w:r>
    </w:p>
    <w:p>
      <w:pPr>
        <w:spacing w:after="80"/>
      </w:pPr>
      <w:r>
        <w:rPr>
          <w:b w:val="0"/>
          <w:i w:val="0"/>
        </w:rPr>
        <w:t xml:space="preserve">Sau đó chúng ta thoải mái dùng </w:t>
      </w:r>
      <w:r>
        <w:rPr>
          <w:rFonts w:ascii="Consolas" w:hAnsi="Consolas"/>
          <w:b w:val="0"/>
          <w:i w:val="0"/>
          <w:sz w:val="20"/>
        </w:rPr>
        <w:t>git init</w:t>
      </w:r>
      <w:r>
        <w:rPr>
          <w:b w:val="0"/>
          <w:i w:val="0"/>
        </w:rPr>
        <w:t xml:space="preserve"> để bắt đầu một kho lưu trữ mới ❹. Kiểm tra trạng thái cho thấy chúng ta đã quay lại giai đoạn ban đầu, đang chờ commit đầu tiên ❺. Chúng ta thêm các tệp và thực hiện commit đầu tiên ❻. Kiểm tra trạng thái bây giờ cho thấy chúng ta đang ở nhánh </w:t>
      </w:r>
      <w:r>
        <w:rPr>
          <w:rFonts w:ascii="Consolas" w:hAnsi="Consolas"/>
          <w:b w:val="0"/>
          <w:i w:val="0"/>
          <w:sz w:val="20"/>
        </w:rPr>
        <w:t>main</w:t>
      </w:r>
      <w:r>
        <w:rPr>
          <w:b w:val="0"/>
          <w:i w:val="0"/>
        </w:rPr>
        <w:t xml:space="preserve"> mới với không có gì để commit ❼.</w:t>
      </w:r>
    </w:p>
    <w:p>
      <w:pPr>
        <w:spacing w:after="80"/>
      </w:pPr>
      <w:r>
        <w:rPr>
          <w:b w:val="0"/>
          <w:i w:val="0"/>
        </w:rPr>
        <w:t>Sử dụng kiểm soát phiên bản (version control) cần một chút luyện tập, nhưng một khi bạn bắt đầu dùng nó, bạn sẽ không bao giờ muốn làm việc mà thiếu nó nữa.</w:t>
      </w:r>
    </w:p>
    <w:p>
      <w:pPr>
        <w:pStyle w:val="Heading1"/>
      </w:pPr>
      <w:r>
        <w:rPr>
          <w:rFonts w:ascii="Calibri" w:hAnsi="Calibri"/>
          <w:b/>
          <w:i w:val="0"/>
          <w:sz w:val="38"/>
        </w:rPr>
        <w:t>E</w:t>
      </w:r>
      <w:r>
        <w:rPr>
          <w:rFonts w:ascii="Calibri" w:hAnsi="Calibri"/>
          <w:b/>
          <w:i w:val="0"/>
          <w:sz w:val="38"/>
        </w:rPr>
      </w:r>
      <w:r>
        <w:rPr>
          <w:rFonts w:ascii="Calibri" w:hAnsi="Calibri"/>
          <w:b/>
          <w:i w:val="0"/>
          <w:sz w:val="38"/>
        </w:rPr>
        <w:t>Khắc phục sự cố triển khai (deployment)</w:t>
      </w:r>
    </w:p>
    <w:p>
      <w:pPr>
        <w:jc w:val="center"/>
      </w:pPr>
      <w:r>
        <w:drawing>
          <wp:inline xmlns:a="http://schemas.openxmlformats.org/drawingml/2006/main" xmlns:pic="http://schemas.openxmlformats.org/drawingml/2006/picture">
            <wp:extent cx="3867150" cy="3867150"/>
            <wp:docPr id="85" name="Picture 85"/>
            <wp:cNvGraphicFramePr>
              <a:graphicFrameLocks noChangeAspect="1"/>
            </wp:cNvGraphicFramePr>
            <a:graphic>
              <a:graphicData uri="http://schemas.openxmlformats.org/drawingml/2006/picture">
                <pic:pic>
                  <pic:nvPicPr>
                    <pic:cNvPr id="0" name="image_rsrcBHF.jpg"/>
                    <pic:cNvPicPr/>
                  </pic:nvPicPr>
                  <pic:blipFill>
                    <a:blip r:embed="rId12"/>
                    <a:stretch>
                      <a:fillRect/>
                    </a:stretch>
                  </pic:blipFill>
                  <pic:spPr>
                    <a:xfrm>
                      <a:off x="0" y="0"/>
                      <a:ext cx="3867150" cy="3867150"/>
                    </a:xfrm>
                    <a:prstGeom prst="rect"/>
                  </pic:spPr>
                </pic:pic>
              </a:graphicData>
            </a:graphic>
          </wp:inline>
        </w:drawing>
      </w:r>
    </w:p>
    <w:p>
      <w:pPr>
        <w:spacing w:after="80"/>
      </w:pPr>
      <w:r>
        <w:rPr>
          <w:b w:val="0"/>
          <w:i w:val="0"/>
        </w:rPr>
        <w:t>Triển khai một ứng dụng vô cùng thỏa mãn khi nó hoạt động, đặc biệt nếu bạn chưa từng làm điều đó bao giờ. Tuy nhiên, có rất nhiều trở ngại có thể phát sinh trong quá trình triển khai, và thật không may, một số vấn đề này có thể khó nhận ra và giải quyết. Phụ lục này sẽ giúp bạn hiểu các cách tiếp cận hiện đại đối với triển khai và đưa ra những cách cụ thể để khắc phục quá trình triển khai khi mọi thứ không hoạt động.</w:t>
      </w:r>
    </w:p>
    <w:p>
      <w:pPr>
        <w:spacing w:after="80"/>
      </w:pPr>
      <w:r>
        <w:rPr>
          <w:b w:val="0"/>
          <w:i w:val="0"/>
        </w:rPr>
        <w:t>Nếu thông tin bổ sung trong phụ lục này không đủ để giúp bạn vượt qua quá trình triển khai thành công, hãy xem các tài nguyên trực tuyến tại https://ehmatthes.github.io/pcc_3e; những cập nhật ở đó gần như chắc chắn sẽ giúp bạn thực hiện một lần triển khai thành công.</w:t>
      </w:r>
    </w:p>
    <w:p>
      <w:pPr>
        <w:pStyle w:val="Heading2"/>
      </w:pPr>
      <w:r>
        <w:rPr>
          <w:rFonts w:ascii="Calibri" w:hAnsi="Calibri"/>
          <w:b/>
          <w:i w:val="0"/>
          <w:sz w:val="32"/>
        </w:rPr>
        <w:t>Hiểu về triển khai</w:t>
      </w:r>
    </w:p>
    <w:p>
      <w:pPr>
        <w:spacing w:after="80"/>
      </w:pPr>
      <w:r>
        <w:rPr>
          <w:b w:val="0"/>
          <w:i w:val="0"/>
        </w:rPr>
        <w:t xml:space="preserve">Khi bạn đang cố khắc phục một lần triển khai cụ thể, sẽ rất hữu ích nếu bạn hiểu rõ cách một lần triển khai điển hình hoạt động. </w:t>
      </w:r>
      <w:r>
        <w:rPr>
          <w:b w:val="0"/>
          <w:i/>
        </w:rPr>
        <w:t>Triển khai</w:t>
      </w:r>
      <w:r>
        <w:rPr>
          <w:b w:val="0"/>
          <w:i w:val="0"/>
        </w:rPr>
        <w:t xml:space="preserve"> (deployment) là quá trình lấy một dự án đang chạy trên hệ thống cục bộ của bạn và sao chép dự án đó lên một máy chủ từ xa (remote server) theo cách cho phép nó phản hồi các yêu cầu từ bất kỳ người dùng nào trên internet. Môi trường từ xa khác với một hệ thống cục bộ điển hình ở một số điểm quan trọng: nó có thể không phải là cùng hệ điều hành (OS) như hệ điều hành bạn đang dùng, và rất có thể nó là một trong nhiều máy chủ ảo (virtual server) trên một máy chủ vật lý duy nhất.</w:t>
      </w:r>
    </w:p>
    <w:p>
      <w:pPr>
        <w:spacing w:after="80"/>
      </w:pPr>
      <w:r>
        <w:rPr>
          <w:b w:val="0"/>
          <w:i w:val="0"/>
        </w:rPr>
        <w:t xml:space="preserve">Khi bạn triển khai một dự án, hay </w:t>
      </w:r>
      <w:r>
        <w:rPr>
          <w:b w:val="0"/>
          <w:i/>
        </w:rPr>
        <w:t>đẩy</w:t>
      </w:r>
      <w:r>
        <w:rPr>
          <w:b w:val="0"/>
          <w:i w:val="0"/>
        </w:rPr>
        <w:t xml:space="preserve"> (push) nó lên máy chủ từ xa, cần thực hiện các bước sau:</w:t>
      </w:r>
    </w:p>
    <w:p>
      <w:pPr>
        <w:spacing w:after="80"/>
        <w:ind w:left="360"/>
      </w:pPr>
      <w:r>
        <w:t xml:space="preserve">• </w:t>
      </w:r>
      <w:r>
        <w:rPr>
          <w:b w:val="0"/>
          <w:i w:val="0"/>
        </w:rPr>
        <w:t>Tạo một máy chủ ảo trên một máy vật lý tại một trung tâm dữ liệu (datacenter).</w:t>
      </w:r>
    </w:p>
    <w:p>
      <w:pPr>
        <w:spacing w:after="80"/>
        <w:ind w:left="360"/>
      </w:pPr>
      <w:r>
        <w:t xml:space="preserve">• </w:t>
      </w:r>
      <w:r>
        <w:rPr>
          <w:b w:val="0"/>
          <w:i w:val="0"/>
        </w:rPr>
        <w:t>Thiết lập kết nối giữa hệ thống cục bộ và máy chủ từ xa.</w:t>
      </w:r>
    </w:p>
    <w:p>
      <w:pPr>
        <w:spacing w:after="80"/>
        <w:ind w:left="360"/>
      </w:pPr>
      <w:r>
        <w:t xml:space="preserve">• </w:t>
      </w:r>
      <w:r>
        <w:rPr>
          <w:b w:val="0"/>
          <w:i w:val="0"/>
        </w:rPr>
        <w:t>Sao chép mã nguồn của dự án lên máy chủ từ xa.</w:t>
      </w:r>
    </w:p>
    <w:p>
      <w:pPr>
        <w:spacing w:after="80"/>
        <w:ind w:left="360"/>
      </w:pPr>
      <w:r>
        <w:t xml:space="preserve">• </w:t>
      </w:r>
      <w:r>
        <w:rPr>
          <w:b w:val="0"/>
          <w:i w:val="0"/>
        </w:rPr>
        <w:t>Xác định tất cả các gói phụ thuộc (dependencies) của dự án và cài đặt chúng trên máy chủ từ xa.</w:t>
      </w:r>
    </w:p>
    <w:p>
      <w:pPr>
        <w:spacing w:after="80"/>
        <w:ind w:left="360"/>
      </w:pPr>
      <w:r>
        <w:t xml:space="preserve">• </w:t>
      </w:r>
      <w:r>
        <w:rPr>
          <w:b w:val="0"/>
          <w:i w:val="0"/>
        </w:rPr>
        <w:t>Thiết lập cơ sở dữ liệu và chạy mọi thao tác di trú (migration) hiện có.</w:t>
      </w:r>
    </w:p>
    <w:p>
      <w:pPr>
        <w:spacing w:after="80"/>
        <w:ind w:left="360"/>
      </w:pPr>
      <w:r>
        <w:t xml:space="preserve">• </w:t>
      </w:r>
      <w:r>
        <w:rPr>
          <w:b w:val="0"/>
          <w:i w:val="0"/>
        </w:rPr>
        <w:t>Sao chép các tệp tĩnh (tệp CSS, JavaScript và tệp đa phương tiện) đến một nơi có thể được phục vụ một cách hiệu quả.</w:t>
      </w:r>
    </w:p>
    <w:p>
      <w:pPr>
        <w:spacing w:after="80"/>
        <w:ind w:left="360"/>
      </w:pPr>
      <w:r>
        <w:t xml:space="preserve">• </w:t>
      </w:r>
      <w:r>
        <w:rPr>
          <w:b w:val="0"/>
          <w:i w:val="0"/>
        </w:rPr>
        <w:t>Khởi động máy chủ để xử lý các yêu cầu gửi đến.</w:t>
      </w:r>
    </w:p>
    <w:p>
      <w:pPr>
        <w:spacing w:after="80"/>
        <w:ind w:left="360"/>
      </w:pPr>
      <w:r>
        <w:t xml:space="preserve">• </w:t>
      </w:r>
      <w:r>
        <w:rPr>
          <w:b w:val="0"/>
          <w:i w:val="0"/>
        </w:rPr>
        <w:t>Bắt đầu định tuyến các yêu cầu gửi đến dự án, một khi dự án đã sẵn sàng xử lý yêu cầu.</w:t>
      </w:r>
    </w:p>
    <w:p>
      <w:pPr>
        <w:spacing w:after="80"/>
      </w:pPr>
      <w:r>
        <w:rPr>
          <w:b w:val="0"/>
          <w:i w:val="0"/>
        </w:rPr>
        <w:t>Khi bạn nghĩ đến tất cả những gì diễn ra trong một lần triển khai (deployment), chẳng có gì lạ khi việc triển khai thường thất bại. May mắn thay, một khi bạn đã hiểu được những gì lẽ ra phải diễn ra, bạn sẽ có cơ hội tốt hơn để nhận ra điều gì đã sai. Nếu bạn có thể xác định được điều gì đã sai, bạn có thể tìm ra cách khắc phục để lần triển khai tiếp theo thành công.</w:t>
      </w:r>
    </w:p>
    <w:p>
      <w:pPr>
        <w:spacing w:after="80"/>
      </w:pPr>
      <w:r>
        <w:rPr>
          <w:b w:val="0"/>
          <w:i w:val="0"/>
        </w:rPr>
        <w:t>Bạn có thể phát triển cục bộ trên một loại hệ điều hành (OS) này và đẩy lên máy chủ đang chạy một hệ điều hành khác. Việc biết bạn đang đẩy lên loại hệ thống nào rất quan trọng, vì điều đó có thể định hướng cho một số công việc khắc phục sự cố của bạn. Tại thời điểm viết cuốn sách này, một máy chủ từ xa cơ bản trên Platform.sh chạy Debian Linux; hầu hết các máy chủ từ xa đều là hệ thống dựa trên Linux.</w:t>
      </w:r>
    </w:p>
    <w:p>
      <w:pPr>
        <w:pStyle w:val="Heading2"/>
      </w:pPr>
      <w:r>
        <w:rPr>
          <w:rFonts w:ascii="Calibri" w:hAnsi="Calibri"/>
          <w:b/>
          <w:i w:val="0"/>
          <w:sz w:val="32"/>
        </w:rPr>
        <w:t>Khắc phục sự cố cơ bản</w:t>
      </w:r>
    </w:p>
    <w:p>
      <w:pPr>
        <w:spacing w:after="80"/>
      </w:pPr>
      <w:r>
        <w:rPr>
          <w:b w:val="0"/>
          <w:i w:val="0"/>
        </w:rPr>
        <w:t>Một số bước khắc phục sự cố là đặc thù cho từng hệ điều hành, nhưng chúng ta sẽ bàn đến điều đó trong giây lát. Trước tiên, hãy cùng xem xét những bước mà ai cũng nên thử khi khắc phục sự cố một lần triển khai.</w:t>
      </w:r>
    </w:p>
    <w:p>
      <w:pPr>
        <w:spacing w:after="80"/>
      </w:pPr>
      <w:r>
        <w:rPr>
          <w:b w:val="0"/>
          <w:i w:val="0"/>
        </w:rPr>
        <w:t>Nguồn tài nguyên tốt nhất của bạn chính là phần kết quả (output) được tạo ra trong quá trình đẩy lên. Phần kết quả này có thể trông đáng sợ; nếu bạn mới làm quen với việc triển khai ứng dụng, nó có thể trông rất kỹ thuật, và thường thì có rất nhiều. Tin tốt là bạn không cần phải hiểu hết mọi thứ trong phần kết quả đó. Bạn nên có hai mục tiêu khi lướt qua nhật ký (log) kết quả: xác định những bước triển khai đã thành công, và xác định những bước đã không thành công. Nếu bạn làm được điều này, bạn có thể tìm ra cần thay đổi điều gì trong dự án của mình, hoặc trong quy trình triển khai của mình, để lần đẩy tiếp theo thành công.</w:t>
      </w:r>
    </w:p>
    <w:p>
      <w:pPr>
        <w:pStyle w:val="Heading3"/>
      </w:pPr>
      <w:r>
        <w:rPr>
          <w:rFonts w:ascii="Calibri" w:hAnsi="Calibri"/>
          <w:b/>
          <w:i w:val="0"/>
          <w:sz w:val="27"/>
        </w:rPr>
        <w:t>Làm theo các gợi ý trên màn hình</w:t>
      </w:r>
    </w:p>
    <w:p>
      <w:pPr>
        <w:spacing w:after="80"/>
      </w:pPr>
      <w:r>
        <w:rPr>
          <w:b w:val="0"/>
          <w:i w:val="0"/>
        </w:rPr>
        <w:t>Đôi khi, nền tảng bạn đang đẩy lên sẽ tạo ra một thông báo có gợi ý rõ ràng về cách giải quyết vấn đề. Ví dụ, đây là thông báo bạn sẽ thấy nếu bạn tạo một dự án Platform.sh trước khi khởi tạo một kho Git (Git repository), rồi sau đó thử đẩy dự án lên:</w:t>
      </w:r>
    </w:p>
    <w:p>
      <w:pPr>
        <w:spacing w:after="0"/>
        <w:ind w:left="360"/>
        <w:shd w:val="clear" w:color="auto" w:fill="F2F2F2"/>
      </w:pPr>
      <w:r>
        <w:rPr>
          <w:rFonts w:ascii="Consolas" w:hAnsi="Consolas"/>
          <w:b w:val="0"/>
          <w:i w:val="0"/>
          <w:sz w:val="18"/>
        </w:rPr>
        <w:t xml:space="preserve">$ </w:t>
      </w:r>
      <w:r>
        <w:rPr>
          <w:rFonts w:ascii="Consolas" w:hAnsi="Consolas"/>
          <w:b/>
          <w:i w:val="0"/>
          <w:sz w:val="18"/>
        </w:rPr>
        <w:t>platform push</w:t>
      </w:r>
    </w:p>
    <w:p>
      <w:pPr>
        <w:spacing w:after="0"/>
        <w:ind w:left="360"/>
        <w:shd w:val="clear" w:color="auto" w:fill="F2F2F2"/>
      </w:pPr>
      <w:r>
        <w:rPr>
          <w:rFonts w:ascii="Consolas" w:hAnsi="Consolas"/>
          <w:b w:val="0"/>
          <w:i w:val="0"/>
          <w:sz w:val="18"/>
        </w:rPr>
        <w:t>❶ Enter a number to choose a project:</w:t>
      </w:r>
    </w:p>
    <w:p>
      <w:pPr>
        <w:spacing w:after="0"/>
        <w:ind w:left="360"/>
        <w:shd w:val="clear" w:color="auto" w:fill="F2F2F2"/>
      </w:pPr>
      <w:r>
        <w:rPr>
          <w:rFonts w:ascii="Consolas" w:hAnsi="Consolas"/>
          <w:b w:val="0"/>
          <w:i w:val="0"/>
          <w:sz w:val="18"/>
        </w:rPr>
        <w:t xml:space="preserve">  [0] ll_project (votohz445ljyg)</w:t>
      </w:r>
    </w:p>
    <w:p>
      <w:pPr>
        <w:spacing w:after="0"/>
        <w:ind w:left="360"/>
        <w:shd w:val="clear" w:color="auto" w:fill="F2F2F2"/>
      </w:pPr>
      <w:r>
        <w:rPr>
          <w:rFonts w:ascii="Consolas" w:hAnsi="Consolas"/>
          <w:b w:val="0"/>
          <w:i w:val="0"/>
          <w:sz w:val="18"/>
        </w:rPr>
        <w:t xml:space="preserve"> &gt; </w:t>
      </w:r>
      <w:r>
        <w:rPr>
          <w:rFonts w:ascii="Consolas" w:hAnsi="Consolas"/>
          <w:b/>
          <w:i w:val="0"/>
          <w:sz w:val="18"/>
        </w:rPr>
        <w:t>0</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❷   [RootNotFoundException]</w:t>
      </w:r>
    </w:p>
    <w:p>
      <w:pPr>
        <w:spacing w:after="0"/>
        <w:ind w:left="360"/>
        <w:shd w:val="clear" w:color="auto" w:fill="F2F2F2"/>
      </w:pPr>
      <w:r>
        <w:rPr>
          <w:rFonts w:ascii="Consolas" w:hAnsi="Consolas"/>
          <w:b w:val="0"/>
          <w:i w:val="0"/>
          <w:sz w:val="18"/>
        </w:rPr>
        <w:t xml:space="preserve">  Project root not found. This can only be run from inside a project directory.</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❸  To set the project for this Git repository, run:</w:t>
      </w:r>
    </w:p>
    <w:p>
      <w:pPr>
        <w:spacing w:after="0"/>
        <w:ind w:left="360"/>
        <w:shd w:val="clear" w:color="auto" w:fill="F2F2F2"/>
      </w:pPr>
      <w:r>
        <w:rPr>
          <w:rFonts w:ascii="Consolas" w:hAnsi="Consolas"/>
          <w:b w:val="0"/>
          <w:i w:val="0"/>
          <w:sz w:val="18"/>
        </w:rPr>
        <w:t xml:space="preserve">    platform project:set-remote [id]</w:t>
      </w:r>
    </w:p>
    <w:p>
      <w:pPr>
        <w:spacing w:after="40"/>
      </w:pPr>
    </w:p>
    <w:p>
      <w:pPr>
        <w:spacing w:after="80"/>
      </w:pPr>
      <w:r>
        <w:rPr>
          <w:b w:val="0"/>
          <w:i w:val="0"/>
        </w:rPr>
        <w:t xml:space="preserve">Chúng ta đang cố đẩy một dự án lên, nhưng dự án cục bộ vẫn chưa được liên kết với một dự án từ xa nào. Vì vậy, CLI của Platform.sh hỏi chúng ta muốn đẩy lên dự án từ xa nào ❶. Chúng ta nhập </w:t>
      </w:r>
      <w:r>
        <w:rPr>
          <w:rFonts w:ascii="Consolas" w:hAnsi="Consolas"/>
          <w:b/>
          <w:i w:val="0"/>
          <w:sz w:val="20"/>
        </w:rPr>
        <w:t>0</w:t>
      </w:r>
      <w:r>
        <w:rPr>
          <w:b w:val="0"/>
          <w:i w:val="0"/>
        </w:rPr>
        <w:t xml:space="preserve">, để chọn dự án duy nhất được liệt kê. Nhưng tiếp theo, chúng ta thấy một lỗi </w:t>
      </w:r>
      <w:r>
        <w:rPr>
          <w:rFonts w:ascii="Consolas" w:hAnsi="Consolas"/>
          <w:b w:val="0"/>
          <w:i w:val="0"/>
          <w:sz w:val="20"/>
        </w:rPr>
        <w:t>RootNotFoundException</w:t>
      </w:r>
      <w:r>
        <w:rPr>
          <w:b w:val="0"/>
          <w:i w:val="0"/>
        </w:rPr>
        <w:t xml:space="preserve"> ❷. Điều này xảy ra vì Platform.sh tìm kiếm một thư mục </w:t>
      </w:r>
      <w:r>
        <w:rPr>
          <w:b w:val="0"/>
          <w:i/>
        </w:rPr>
        <w:t>.git</w:t>
      </w:r>
      <w:r>
        <w:rPr>
          <w:b w:val="0"/>
          <w:i w:val="0"/>
        </w:rPr>
        <w:t xml:space="preserve"> khi nó kiểm tra dự án cục bộ, để tìm cách kết nối dự án cục bộ với dự án từ xa. Trong trường hợp này, vì không có thư mục </w:t>
      </w:r>
      <w:r>
        <w:rPr>
          <w:b w:val="0"/>
          <w:i/>
        </w:rPr>
        <w:t>.git</w:t>
      </w:r>
      <w:r>
        <w:rPr>
          <w:b w:val="0"/>
          <w:i w:val="0"/>
        </w:rPr>
        <w:t xml:space="preserve"> nào khi dự án từ xa được tạo, nên kết nối đó chưa bao giờ được thiết lập. CLI gợi ý một cách khắc phục ❸; nó cho chúng ta biết rằng chúng ta có thể chỉ định dự án từ xa nên được liên kết với dự án cục bộ này, bằng cách dùng lệnh </w:t>
      </w:r>
      <w:r>
        <w:rPr>
          <w:rFonts w:ascii="Consolas" w:hAnsi="Consolas"/>
          <w:b w:val="0"/>
          <w:i w:val="0"/>
          <w:sz w:val="20"/>
        </w:rPr>
        <w:t>project:set-remote</w:t>
      </w:r>
      <w:r>
        <w:rPr>
          <w:b w:val="0"/>
          <w:i w:val="0"/>
        </w:rPr>
        <w:t>.</w:t>
      </w:r>
    </w:p>
    <w:p>
      <w:pPr>
        <w:spacing w:after="80"/>
      </w:pPr>
      <w:r>
        <w:rPr>
          <w:b w:val="0"/>
          <w:i w:val="0"/>
        </w:rPr>
        <w:t>Hãy thử gợi ý này:</w:t>
      </w:r>
    </w:p>
    <w:p>
      <w:pPr>
        <w:spacing w:after="0"/>
        <w:ind w:left="360"/>
        <w:shd w:val="clear" w:color="auto" w:fill="F2F2F2"/>
      </w:pPr>
      <w:r>
        <w:rPr>
          <w:rFonts w:ascii="Consolas" w:hAnsi="Consolas"/>
          <w:b w:val="0"/>
          <w:i w:val="0"/>
          <w:sz w:val="18"/>
        </w:rPr>
        <w:t xml:space="preserve">$ </w:t>
      </w:r>
      <w:r>
        <w:rPr>
          <w:rFonts w:ascii="Consolas" w:hAnsi="Consolas"/>
          <w:b/>
          <w:i w:val="0"/>
          <w:sz w:val="18"/>
        </w:rPr>
        <w:t>platform project:set-remote votohz445ljyg</w:t>
      </w:r>
    </w:p>
    <w:p>
      <w:pPr>
        <w:spacing w:after="0"/>
        <w:ind w:left="360"/>
        <w:shd w:val="clear" w:color="auto" w:fill="F2F2F2"/>
      </w:pPr>
      <w:r>
        <w:rPr>
          <w:rFonts w:ascii="Consolas" w:hAnsi="Consolas"/>
          <w:b w:val="0"/>
          <w:i w:val="0"/>
          <w:sz w:val="18"/>
        </w:rPr>
        <w:t>Setting the remote project for this repository to: ll_project (votohz445ljyg)</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The remote project for this repository is</w:t>
      </w:r>
    </w:p>
    <w:p>
      <w:pPr>
        <w:spacing w:after="0"/>
        <w:ind w:left="360"/>
        <w:shd w:val="clear" w:color="auto" w:fill="F2F2F2"/>
      </w:pPr>
      <w:r>
        <w:rPr>
          <w:rFonts w:ascii="Consolas" w:hAnsi="Consolas"/>
          <w:b w:val="0"/>
          <w:i w:val="0"/>
          <w:sz w:val="18"/>
        </w:rPr>
        <w:t xml:space="preserve">    now set to: ll_project (votohz445ljyg)</w:t>
      </w:r>
    </w:p>
    <w:p>
      <w:pPr>
        <w:spacing w:after="40"/>
      </w:pPr>
    </w:p>
    <w:p>
      <w:pPr>
        <w:spacing w:after="80"/>
      </w:pPr>
      <w:r>
        <w:rPr>
          <w:b w:val="0"/>
          <w:i w:val="0"/>
        </w:rPr>
        <w:t xml:space="preserve">Trong kết quả trước đó, CLI đã hiển thị ID của dự án từ xa này, </w:t>
      </w:r>
      <w:r>
        <w:rPr>
          <w:rFonts w:ascii="Consolas" w:hAnsi="Consolas"/>
          <w:b w:val="0"/>
          <w:i w:val="0"/>
          <w:sz w:val="20"/>
        </w:rPr>
        <w:t>votohz4451jyg</w:t>
      </w:r>
      <w:r>
        <w:rPr>
          <w:b w:val="0"/>
          <w:i w:val="0"/>
        </w:rPr>
        <w:t>. Vậy nên chúng ta chạy lệnh được gợi ý, sử dụng ID này, và CLI có thể tạo kết nối giữa dự án cục bộ và dự án từ xa.</w:t>
      </w:r>
    </w:p>
    <w:p>
      <w:pPr>
        <w:spacing w:after="80"/>
      </w:pPr>
      <w:r>
        <w:rPr>
          <w:b w:val="0"/>
          <w:i w:val="0"/>
        </w:rPr>
        <w:t>Bây giờ hãy thử đẩy dự án lên lần nữa:</w:t>
      </w:r>
    </w:p>
    <w:p>
      <w:pPr>
        <w:spacing w:after="0"/>
        <w:ind w:left="360"/>
        <w:shd w:val="clear" w:color="auto" w:fill="F2F2F2"/>
      </w:pPr>
      <w:r>
        <w:rPr>
          <w:rFonts w:ascii="Consolas" w:hAnsi="Consolas"/>
          <w:b w:val="0"/>
          <w:i w:val="0"/>
          <w:sz w:val="18"/>
        </w:rPr>
        <w:t xml:space="preserve">$ </w:t>
      </w:r>
      <w:r>
        <w:rPr>
          <w:rFonts w:ascii="Consolas" w:hAnsi="Consolas"/>
          <w:b/>
          <w:i w:val="0"/>
          <w:sz w:val="18"/>
        </w:rPr>
        <w:t>platform push</w:t>
      </w:r>
    </w:p>
    <w:p>
      <w:pPr>
        <w:spacing w:after="0"/>
        <w:ind w:left="360"/>
        <w:shd w:val="clear" w:color="auto" w:fill="F2F2F2"/>
      </w:pPr>
      <w:r>
        <w:rPr>
          <w:rFonts w:ascii="Consolas" w:hAnsi="Consolas"/>
          <w:b w:val="0"/>
          <w:i w:val="0"/>
          <w:sz w:val="18"/>
        </w:rPr>
        <w:t xml:space="preserve">Are you sure you want to push to the main (production) branch? [Y/n] </w:t>
      </w:r>
      <w:r>
        <w:rPr>
          <w:rFonts w:ascii="Consolas" w:hAnsi="Consolas"/>
          <w:b/>
          <w:i w:val="0"/>
          <w:sz w:val="18"/>
        </w:rPr>
        <w:t>y</w:t>
      </w:r>
    </w:p>
    <w:p>
      <w:pPr>
        <w:spacing w:after="0"/>
        <w:ind w:left="360"/>
        <w:shd w:val="clear" w:color="auto" w:fill="F2F2F2"/>
      </w:pPr>
      <w:r>
        <w:rPr>
          <w:rFonts w:ascii="Consolas" w:hAnsi="Consolas"/>
          <w:b w:val="0"/>
          <w:i w:val="0"/>
          <w:sz w:val="18"/>
        </w:rPr>
        <w:t>Pushing HEAD to the existing environment main</w:t>
      </w:r>
    </w:p>
    <w:p>
      <w:pPr>
        <w:spacing w:after="0"/>
        <w:ind w:left="360"/>
        <w:shd w:val="clear" w:color="auto" w:fill="F2F2F2"/>
      </w:pPr>
      <w:r>
        <w:rPr>
          <w:rFonts w:ascii="Consolas" w:hAnsi="Consolas"/>
          <w:b w:val="0"/>
          <w:i/>
          <w:sz w:val="18"/>
        </w:rPr>
        <w:t>--snip--</w:t>
      </w:r>
    </w:p>
    <w:p>
      <w:pPr>
        <w:spacing w:after="40"/>
      </w:pPr>
    </w:p>
    <w:p>
      <w:pPr>
        <w:spacing w:after="80"/>
      </w:pPr>
      <w:r>
        <w:rPr>
          <w:b w:val="0"/>
          <w:i w:val="0"/>
        </w:rPr>
        <w:t>Đây là một lần đẩy thành công; làm theo gợi ý trên màn hình đã hiệu quả.</w:t>
      </w:r>
    </w:p>
    <w:p>
      <w:pPr>
        <w:spacing w:after="80"/>
      </w:pPr>
      <w:r>
        <w:rPr>
          <w:b w:val="0"/>
          <w:i w:val="0"/>
        </w:rPr>
        <w:t>Bạn nên cẩn thận khi chạy những lệnh mà mình chưa hiểu rõ hoàn toàn. Tuy nhiên, nếu bạn có lý do chính đáng để tin rằng một lệnh khó có thể gây hại gì, và nếu bạn tin tưởng nguồn đưa ra gợi ý, thì việc thử những gợi ý mà công cụ bạn đang dùng đưa ra có thể là hợp lý.</w:t>
      </w:r>
    </w:p>
    <w:p>
      <w:pPr>
        <w:spacing w:before="120" w:after="40"/>
      </w:pPr>
      <w:r>
        <w:rPr>
          <w:b/>
          <w:sz w:val="21"/>
        </w:rPr>
        <w:t>Ghi chú</w:t>
      </w:r>
    </w:p>
    <w:p>
      <w:pPr>
        <w:spacing w:after="80"/>
      </w:pPr>
      <w:r>
        <w:rPr>
          <w:b w:val="0"/>
          <w:i w:val="0"/>
        </w:rPr>
        <w:t>Hãy nhớ rằng có những người sẽ bảo bạn chạy những lệnh có thể xóa sạch hệ thống của bạn hoặc khiến hệ thống của bạn bị khai thác từ xa. Làm theo gợi ý của một công cụ do công ty hoặc tổ chức mà bạn tin tưởng cung cấp thì khác với làm theo gợi ý của những người ngẫu nhiên trên mạng. Bất cứ khi nào bạn xử lý các kết nối từ xa, hãy hết sức thận trọng.</w:t>
      </w:r>
    </w:p>
    <w:p>
      <w:pPr>
        <w:pStyle w:val="Heading3"/>
      </w:pPr>
      <w:r>
        <w:rPr>
          <w:rFonts w:ascii="Calibri" w:hAnsi="Calibri"/>
          <w:b/>
          <w:i w:val="0"/>
          <w:sz w:val="27"/>
        </w:rPr>
        <w:t>Đọc kết quả nhật ký (log output)</w:t>
      </w:r>
    </w:p>
    <w:p>
      <w:pPr>
        <w:spacing w:after="80"/>
      </w:pPr>
      <w:r>
        <w:rPr>
          <w:b w:val="0"/>
          <w:i w:val="0"/>
        </w:rPr>
        <w:t xml:space="preserve">Như đã đề cập trước đó, kết quả nhật ký mà bạn thấy khi chạy một lệnh như </w:t>
      </w:r>
      <w:r>
        <w:rPr>
          <w:rFonts w:ascii="Consolas" w:hAnsi="Consolas"/>
          <w:b w:val="0"/>
          <w:i w:val="0"/>
          <w:sz w:val="20"/>
        </w:rPr>
        <w:t xml:space="preserve">platform push </w:t>
      </w:r>
      <w:r>
        <w:rPr>
          <w:b w:val="0"/>
          <w:i w:val="0"/>
        </w:rPr>
        <w:t xml:space="preserve">có thể vừa mang tính thông tin vừa gây choáng ngợp. Hãy đọc đoạn kết quả nhật ký sau đây, lấy từ một lần thử dùng </w:t>
      </w:r>
      <w:r>
        <w:rPr>
          <w:rFonts w:ascii="Consolas" w:hAnsi="Consolas"/>
          <w:b w:val="0"/>
          <w:i w:val="0"/>
          <w:sz w:val="20"/>
        </w:rPr>
        <w:t>platform push</w:t>
      </w:r>
      <w:r>
        <w:rPr>
          <w:b w:val="0"/>
          <w:i w:val="0"/>
        </w:rPr>
        <w:t xml:space="preserve"> khác, và xem bạn có phát hiện ra vấn đề không:</w:t>
      </w:r>
    </w:p>
    <w:p>
      <w:pPr>
        <w:spacing w:after="0"/>
        <w:ind w:left="360"/>
        <w:shd w:val="clear" w:color="auto" w:fill="F2F2F2"/>
      </w:pPr>
      <w:r>
        <w:rPr>
          <w:rFonts w:ascii="Consolas" w:hAnsi="Consolas"/>
          <w:b w:val="0"/>
          <w:i/>
          <w:sz w:val="18"/>
        </w:rPr>
        <w:t>--snip--</w:t>
      </w:r>
    </w:p>
    <w:p>
      <w:pPr>
        <w:spacing w:after="0"/>
        <w:ind w:left="360"/>
        <w:shd w:val="clear" w:color="auto" w:fill="F2F2F2"/>
      </w:pPr>
      <w:r>
        <w:rPr>
          <w:rFonts w:ascii="Consolas" w:hAnsi="Consolas"/>
          <w:b w:val="0"/>
          <w:i w:val="0"/>
          <w:sz w:val="18"/>
        </w:rPr>
        <w:t>Collecting soupsieve==2.3.2.post1</w:t>
      </w:r>
    </w:p>
    <w:p>
      <w:pPr>
        <w:spacing w:after="0"/>
        <w:ind w:left="360"/>
        <w:shd w:val="clear" w:color="auto" w:fill="F2F2F2"/>
      </w:pPr>
      <w:r>
        <w:rPr>
          <w:rFonts w:ascii="Consolas" w:hAnsi="Consolas"/>
          <w:b w:val="0"/>
          <w:i w:val="0"/>
          <w:sz w:val="18"/>
        </w:rPr>
        <w:t xml:space="preserve">  Using cached soupsieve-2.3.2.post1-py3-none-any.whl (37 kB)</w:t>
      </w:r>
    </w:p>
    <w:p>
      <w:pPr>
        <w:spacing w:after="0"/>
        <w:ind w:left="360"/>
        <w:shd w:val="clear" w:color="auto" w:fill="F2F2F2"/>
      </w:pPr>
      <w:r>
        <w:rPr>
          <w:rFonts w:ascii="Consolas" w:hAnsi="Consolas"/>
          <w:b w:val="0"/>
          <w:i w:val="0"/>
          <w:sz w:val="18"/>
        </w:rPr>
        <w:t>Collecting sqlparse==0.4.2</w:t>
      </w:r>
    </w:p>
    <w:p>
      <w:pPr>
        <w:spacing w:after="0"/>
        <w:ind w:left="360"/>
        <w:shd w:val="clear" w:color="auto" w:fill="F2F2F2"/>
      </w:pPr>
      <w:r>
        <w:rPr>
          <w:rFonts w:ascii="Consolas" w:hAnsi="Consolas"/>
          <w:b w:val="0"/>
          <w:i w:val="0"/>
          <w:sz w:val="18"/>
        </w:rPr>
        <w:t xml:space="preserve">  Using cached sqlparse-0.4.2-py3-none-any.whl (42 kB)</w:t>
      </w:r>
    </w:p>
    <w:p>
      <w:pPr>
        <w:spacing w:after="0"/>
        <w:ind w:left="360"/>
        <w:shd w:val="clear" w:color="auto" w:fill="F2F2F2"/>
      </w:pPr>
      <w:r>
        <w:rPr>
          <w:rFonts w:ascii="Consolas" w:hAnsi="Consolas"/>
          <w:b w:val="0"/>
          <w:i w:val="0"/>
          <w:sz w:val="18"/>
        </w:rPr>
        <w:t>Installing collected packages: platformshconfig, sqlparse,...</w:t>
      </w:r>
    </w:p>
    <w:p>
      <w:pPr>
        <w:spacing w:after="0"/>
        <w:ind w:left="360"/>
        <w:shd w:val="clear" w:color="auto" w:fill="F2F2F2"/>
      </w:pPr>
      <w:r>
        <w:rPr>
          <w:rFonts w:ascii="Consolas" w:hAnsi="Consolas"/>
          <w:b w:val="0"/>
          <w:i w:val="0"/>
          <w:sz w:val="18"/>
        </w:rPr>
        <w:t>Successfully installed Django-4.1 asgiref-3.5.2 beautifulsoup4-4.11.1...</w:t>
      </w:r>
    </w:p>
    <w:p>
      <w:pPr>
        <w:spacing w:after="0"/>
        <w:ind w:left="360"/>
        <w:shd w:val="clear" w:color="auto" w:fill="F2F2F2"/>
      </w:pPr>
      <w:r>
        <w:rPr>
          <w:rFonts w:ascii="Consolas" w:hAnsi="Consolas"/>
          <w:b w:val="0"/>
          <w:i w:val="0"/>
          <w:sz w:val="18"/>
        </w:rPr>
        <w:t>W: ERROR: Could not find a version that satisfies the requirement gunicorrn</w:t>
      </w:r>
    </w:p>
    <w:p>
      <w:pPr>
        <w:spacing w:after="0"/>
        <w:ind w:left="360"/>
        <w:shd w:val="clear" w:color="auto" w:fill="F2F2F2"/>
      </w:pPr>
      <w:r>
        <w:rPr>
          <w:rFonts w:ascii="Consolas" w:hAnsi="Consolas"/>
          <w:b w:val="0"/>
          <w:i w:val="0"/>
          <w:sz w:val="18"/>
        </w:rPr>
        <w:t>W: ERROR: No matching distribution found for gunicorrn</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130 static files copied to '/app/static'.</w:t>
      </w:r>
    </w:p>
    <w:p>
      <w:pPr>
        <w:spacing w:after="0"/>
        <w:ind w:left="360"/>
        <w:shd w:val="clear" w:color="auto" w:fill="F2F2F2"/>
      </w:pPr>
      <w:r>
        <w:t xml:space="preserve"> </w:t>
      </w:r>
    </w:p>
    <w:p>
      <w:pPr>
        <w:spacing w:after="0"/>
        <w:ind w:left="360"/>
        <w:shd w:val="clear" w:color="auto" w:fill="F2F2F2"/>
      </w:pPr>
      <w:r>
        <w:rPr>
          <w:rFonts w:ascii="Consolas" w:hAnsi="Consolas"/>
          <w:b w:val="0"/>
          <w:i w:val="0"/>
          <w:sz w:val="18"/>
        </w:rPr>
        <w:t>Executing pre-flight checks...</w:t>
      </w:r>
    </w:p>
    <w:p>
      <w:pPr>
        <w:spacing w:after="0"/>
        <w:ind w:left="360"/>
        <w:shd w:val="clear" w:color="auto" w:fill="F2F2F2"/>
      </w:pPr>
      <w:r>
        <w:rPr>
          <w:rFonts w:ascii="Consolas" w:hAnsi="Consolas"/>
          <w:b w:val="0"/>
          <w:i/>
          <w:sz w:val="18"/>
        </w:rPr>
        <w:t>--snip--</w:t>
      </w:r>
    </w:p>
    <w:p>
      <w:pPr>
        <w:spacing w:after="40"/>
      </w:pPr>
    </w:p>
    <w:p>
      <w:pPr>
        <w:spacing w:after="80"/>
      </w:pPr>
      <w:r>
        <w:rPr>
          <w:b w:val="0"/>
          <w:i w:val="0"/>
        </w:rPr>
        <w:t>Khi một lần triển khai (deployment) thất bại, một chiến lược hay là xem qua kết quả nhật ký và xem bạn có phát hiện ra điều gì trông giống như cảnh báo (warning) hoặc lỗi (error) không. Cảnh báo thì khá phổ biến; chúng thường là những thông báo về các thay đổi sắp tới trong các gói phụ thuộc (dependency) của dự án, nhằm giúp lập trình viên xử lý vấn đề trước khi chúng gây ra lỗi thực sự.</w:t>
      </w:r>
    </w:p>
    <w:p>
      <w:pPr>
        <w:spacing w:after="80"/>
      </w:pPr>
      <w:r>
        <w:rPr>
          <w:b w:val="0"/>
          <w:i w:val="0"/>
        </w:rPr>
        <w:t xml:space="preserve">Một lần đẩy thành công có thể có cảnh báo, nhưng không nên có bất kỳ lỗi nào. Trong trường hợp này, Platform.sh không thể tìm ra cách cài đặt yêu cầu </w:t>
      </w:r>
      <w:r>
        <w:rPr>
          <w:rFonts w:ascii="Consolas" w:hAnsi="Consolas"/>
          <w:b w:val="0"/>
          <w:i w:val="0"/>
          <w:sz w:val="20"/>
        </w:rPr>
        <w:t>gunicorrn</w:t>
      </w:r>
      <w:r>
        <w:rPr>
          <w:b w:val="0"/>
          <w:i w:val="0"/>
        </w:rPr>
        <w:t xml:space="preserve">. Đây là một lỗi đánh máy trong tệp </w:t>
      </w:r>
      <w:r>
        <w:rPr>
          <w:b w:val="0"/>
          <w:i/>
        </w:rPr>
        <w:t>requirements_remote.txt</w:t>
      </w:r>
      <w:r>
        <w:rPr>
          <w:b w:val="0"/>
          <w:i w:val="0"/>
        </w:rPr>
        <w:t xml:space="preserve">, đáng lẽ phải bao gồm </w:t>
      </w:r>
      <w:r>
        <w:rPr>
          <w:rFonts w:ascii="Consolas" w:hAnsi="Consolas"/>
          <w:b w:val="0"/>
          <w:i w:val="0"/>
          <w:sz w:val="20"/>
        </w:rPr>
        <w:t>gunicorn</w:t>
      </w:r>
      <w:r>
        <w:rPr>
          <w:b w:val="0"/>
          <w:i w:val="0"/>
        </w:rPr>
        <w:t xml:space="preserve"> (chỉ một chữ </w:t>
      </w:r>
      <w:r>
        <w:rPr>
          <w:b w:val="0"/>
          <w:i/>
        </w:rPr>
        <w:t>r</w:t>
      </w:r>
      <w:r>
        <w:rPr>
          <w:b w:val="0"/>
          <w:i w:val="0"/>
        </w:rPr>
        <w:t>). Không phải lúc nào cũng dễ phát hiện ra nguyên nhân gốc rễ trong kết quả nhật ký, đặc biệt khi vấn đề gây ra một loạt lỗi và cảnh báo dây chuyền. Cũng giống như khi đọc traceback trên hệ thống cục bộ của bạn, bạn nên xem kỹ vài lỗi đầu tiên được liệt kê, và cả vài lỗi cuối cùng. Hầu hết các lỗi ở giữa thường là các gói nội bộ phàn nàn rằng có gì đó đã sai, và chuyển thông báo về lỗi cho các gói nội bộ khác. Lỗi thực sự mà chúng ta có thể sửa thường là một trong những lỗi đầu tiên hoặc cuối cùng được liệt kê.</w:t>
      </w:r>
    </w:p>
    <w:p>
      <w:pPr>
        <w:spacing w:after="80"/>
      </w:pPr>
      <w:r>
        <w:rPr>
          <w:b w:val="0"/>
          <w:i w:val="0"/>
        </w:rPr>
        <w:t>Đôi khi, bạn sẽ phát hiện ra lỗi, và những lần khác, bạn sẽ không hiểu kết quả đó có nghĩa gì. Thử thì chắc chắn đáng để thử, và việc dùng kết quả nhật ký để chẩn đoán thành công một lỗi là một cảm giác cực kỳ thỏa mãn. Khi bạn dành nhiều thời gian hơn để xem qua kết quả nhật ký, bạn sẽ giỏi hơn trong việc nhận ra thông tin có ý nghĩa nhất đối với mình.</w:t>
      </w:r>
    </w:p>
    <w:p>
      <w:pPr>
        <w:pStyle w:val="Heading2"/>
      </w:pPr>
      <w:r>
        <w:rPr>
          <w:rFonts w:ascii="Calibri" w:hAnsi="Calibri"/>
          <w:b/>
          <w:i w:val="0"/>
          <w:sz w:val="32"/>
        </w:rPr>
        <w:t>Khắc phục sự cố theo từng hệ điều hành</w:t>
      </w:r>
    </w:p>
    <w:p>
      <w:pPr>
        <w:spacing w:after="80"/>
      </w:pPr>
      <w:r>
        <w:rPr>
          <w:b w:val="0"/>
          <w:i w:val="0"/>
        </w:rPr>
        <w:t>Bạn có thể phát triển trên bất kỳ hệ điều hành nào bạn thích và đẩy lên bất kỳ máy chủ nào bạn thích. Các công cụ để đẩy dự án đã phát triển đủ để chúng sẽ sửa đổi dự án của bạn khi cần thiết để chạy đúng trên hệ thống từ xa. Tuy nhiên, có một số vấn đề đặc thù theo hệ điều hành (OS) có thể phát sinh.</w:t>
      </w:r>
    </w:p>
    <w:p>
      <w:pPr>
        <w:spacing w:after="80"/>
      </w:pPr>
      <w:r>
        <w:rPr>
          <w:b w:val="0"/>
          <w:i w:val="0"/>
        </w:rPr>
        <w:t>Trong quy trình triển khai của Platform.sh, một trong những nguồn khó khăn dễ gặp nhất chính là việc cài đặt CLI. Đây là câu lệnh để làm điều đó:</w:t>
      </w:r>
    </w:p>
    <w:p>
      <w:pPr>
        <w:spacing w:after="0"/>
        <w:ind w:left="360"/>
        <w:shd w:val="clear" w:color="auto" w:fill="F2F2F2"/>
      </w:pPr>
      <w:r>
        <w:rPr>
          <w:rFonts w:ascii="Consolas" w:hAnsi="Consolas"/>
          <w:b w:val="0"/>
          <w:i w:val="0"/>
          <w:sz w:val="18"/>
        </w:rPr>
        <w:t xml:space="preserve">$ </w:t>
      </w:r>
      <w:r>
        <w:rPr>
          <w:rFonts w:ascii="Consolas" w:hAnsi="Consolas"/>
          <w:b/>
          <w:i w:val="0"/>
          <w:sz w:val="18"/>
        </w:rPr>
        <w:t>curl -fsS https://platform.sh/cli/installer | php</w:t>
      </w:r>
    </w:p>
    <w:p>
      <w:pPr>
        <w:spacing w:after="40"/>
      </w:pPr>
    </w:p>
    <w:p>
      <w:pPr>
        <w:spacing w:after="80"/>
      </w:pPr>
      <w:r>
        <w:rPr>
          <w:b w:val="0"/>
          <w:i w:val="0"/>
        </w:rPr>
        <w:t xml:space="preserve">Câu lệnh bắt đầu với </w:t>
      </w:r>
      <w:r>
        <w:rPr>
          <w:rFonts w:ascii="Consolas" w:hAnsi="Consolas"/>
          <w:b w:val="0"/>
          <w:i w:val="0"/>
          <w:sz w:val="20"/>
        </w:rPr>
        <w:t>curl</w:t>
      </w:r>
      <w:r>
        <w:rPr>
          <w:b w:val="0"/>
          <w:i w:val="0"/>
        </w:rPr>
        <w:t xml:space="preserve">, một công cụ cho phép bạn yêu cầu các tài nguyên từ xa, truy cập qua một URL, ngay trong terminal. Ở đây, nó được dùng để tải trình cài đặt CLI từ một máy chủ của Platform.sh. Phần </w:t>
      </w:r>
      <w:r>
        <w:rPr>
          <w:rFonts w:ascii="Consolas" w:hAnsi="Consolas"/>
          <w:b w:val="0"/>
          <w:i w:val="0"/>
          <w:sz w:val="20"/>
        </w:rPr>
        <w:t>-fsS</w:t>
      </w:r>
      <w:r>
        <w:rPr>
          <w:b w:val="0"/>
          <w:i w:val="0"/>
        </w:rPr>
        <w:t xml:space="preserve"> trong câu lệnh là một tập hợp các cờ (flag) điều chỉnh cách curl chạy. Cờ </w:t>
      </w:r>
      <w:r>
        <w:rPr>
          <w:rFonts w:ascii="Consolas" w:hAnsi="Consolas"/>
          <w:b w:val="0"/>
          <w:i w:val="0"/>
          <w:sz w:val="20"/>
        </w:rPr>
        <w:t>f</w:t>
      </w:r>
      <w:r>
        <w:rPr>
          <w:b w:val="0"/>
          <w:i w:val="0"/>
        </w:rPr>
        <w:t xml:space="preserve"> bảo curl ẩn hầu hết các thông báo lỗi, để trình cài đặt CLI có thể tự xử lý chúng thay vì báo hết cho bạn. Cờ </w:t>
      </w:r>
      <w:r>
        <w:rPr>
          <w:rFonts w:ascii="Consolas" w:hAnsi="Consolas"/>
          <w:b w:val="0"/>
          <w:i w:val="0"/>
          <w:sz w:val="20"/>
        </w:rPr>
        <w:t>s</w:t>
      </w:r>
      <w:r>
        <w:rPr>
          <w:b w:val="0"/>
          <w:i w:val="0"/>
        </w:rPr>
        <w:t xml:space="preserve"> bảo curl chạy trong im lặng; nó để trình cài đặt CLI quyết định thông tin nào sẽ hiển thị trên terminal. Cờ </w:t>
      </w:r>
      <w:r>
        <w:rPr>
          <w:rFonts w:ascii="Consolas" w:hAnsi="Consolas"/>
          <w:b w:val="0"/>
          <w:i w:val="0"/>
          <w:sz w:val="20"/>
        </w:rPr>
        <w:t>S</w:t>
      </w:r>
      <w:r>
        <w:rPr>
          <w:b w:val="0"/>
          <w:i w:val="0"/>
        </w:rPr>
        <w:t xml:space="preserve"> bảo curl hiển thị thông báo lỗi nếu toàn bộ câu lệnh thất bại. Phần </w:t>
      </w:r>
      <w:r>
        <w:rPr>
          <w:rFonts w:ascii="Consolas" w:hAnsi="Consolas"/>
          <w:b w:val="0"/>
          <w:i w:val="0"/>
          <w:sz w:val="20"/>
        </w:rPr>
        <w:t>| php</w:t>
      </w:r>
      <w:r>
        <w:rPr>
          <w:b w:val="0"/>
          <w:i w:val="0"/>
        </w:rPr>
        <w:t xml:space="preserve"> ở cuối câu lệnh bảo hệ thống của bạn chạy tệp trình cài đặt đã tải xuống bằng trình thông dịch PHP, vì Platform.sh CLI được viết bằng PHP.</w:t>
      </w:r>
    </w:p>
    <w:p>
      <w:pPr>
        <w:spacing w:after="80"/>
      </w:pPr>
      <w:r>
        <w:rPr>
          <w:b w:val="0"/>
          <w:i w:val="0"/>
        </w:rPr>
        <w:t xml:space="preserve">Điều này có nghĩa là hệ thống của bạn cần có curl và PHP để cài đặt Platform.sh CLI. Để dùng CLI, bạn cũng sẽ cần Git, và một terminal có thể chạy các câu lệnh Bash. </w:t>
      </w:r>
      <w:r>
        <w:rPr>
          <w:b w:val="0"/>
          <w:i/>
        </w:rPr>
        <w:t>Bash</w:t>
      </w:r>
      <w:r>
        <w:rPr>
          <w:b w:val="0"/>
          <w:i w:val="0"/>
        </w:rPr>
        <w:t xml:space="preserve"> là một ngôn ngữ có sẵn trong hầu hết các môi trường máy chủ. Hầu hết các hệ thống hiện đại đều có đủ chỗ để cài đặt nhiều công cụ như thế này.</w:t>
      </w:r>
    </w:p>
    <w:p>
      <w:pPr>
        <w:spacing w:after="80"/>
      </w:pPr>
      <w:r>
        <w:rPr>
          <w:b w:val="0"/>
          <w:i w:val="0"/>
        </w:rPr>
        <w:t>Các phần sau đây sẽ giúp bạn đáp ứng những yêu cầu này cho hệ điều hành (OS) của mình. Nếu bạn chưa cài Git, hãy xem hướng dẫn cài đặt Git ở trang 484 trong Phụ lục D rồi chuyển đến phần phù hợp với hệ điều hành của bạn ở đây.</w:t>
      </w:r>
    </w:p>
    <w:p>
      <w:pPr>
        <w:spacing w:before="120" w:after="40"/>
      </w:pPr>
      <w:r>
        <w:rPr>
          <w:b/>
          <w:sz w:val="21"/>
        </w:rPr>
        <w:t>Ghi chú</w:t>
      </w:r>
    </w:p>
    <w:p>
      <w:pPr>
        <w:spacing w:after="80"/>
      </w:pPr>
      <w:r>
        <w:rPr>
          <w:b w:val="0"/>
          <w:i w:val="0"/>
        </w:rPr>
        <w:t>Một công cụ tuyệt vời để hiểu các câu lệnh terminal như câu lệnh hiển thị ở đây là https://explainshell.com. Nhập câu lệnh mà bạn đang muốn hiểu, và trang web sẽ hiển thị cho bạn tài liệu về tất cả các phần trong câu lệnh của bạn. Hãy thử với câu lệnh dùng để cài đặt Platform.sh CLI.</w:t>
      </w:r>
    </w:p>
    <w:p>
      <w:pPr>
        <w:pStyle w:val="Heading3"/>
      </w:pPr>
      <w:r>
        <w:rPr>
          <w:rFonts w:ascii="Calibri" w:hAnsi="Calibri"/>
          <w:b/>
          <w:i w:val="0"/>
          <w:sz w:val="27"/>
        </w:rPr>
        <w:t>Triển khai từ Windows</w:t>
      </w:r>
    </w:p>
    <w:p>
      <w:pPr>
        <w:spacing w:after="80"/>
      </w:pPr>
      <w:r>
        <w:rPr>
          <w:b w:val="0"/>
          <w:i w:val="0"/>
        </w:rPr>
        <w:t>Windows đã trở lại phổ biến với các lập trình viên trong những năm gần đây. Windows đã tích hợp nhiều yếu tố khác nhau từ các hệ điều hành khác, mang đến cho người dùng nhiều lựa chọn về cách thực hiện công việc phát triển cục bộ và tương tác với các hệ thống từ xa.</w:t>
      </w:r>
    </w:p>
    <w:p>
      <w:pPr>
        <w:spacing w:after="80"/>
      </w:pPr>
      <w:r>
        <w:rPr>
          <w:b w:val="0"/>
          <w:i w:val="0"/>
        </w:rPr>
        <w:t>Một trong những khó khăn đáng kể nhất khi triển khai từ Windows là hệ điều hành Windows cốt lõi không giống với hệ thống máy chủ từ xa chạy Linux. Một hệ thống Windows cơ bản có bộ công cụ và ngôn ngữ khác với một hệ thống Linux cơ bản, nên để thực hiện công việc triển khai từ Windows, bạn sẽ cần chọn cách tích hợp các bộ công cụ dựa trên Linux vào môi trường cục bộ của mình.</w:t>
      </w:r>
    </w:p>
    <w:p>
      <w:pPr>
        <w:pStyle w:val="Heading4"/>
      </w:pPr>
      <w:r>
        <w:rPr>
          <w:rFonts w:ascii="Calibri" w:hAnsi="Calibri"/>
          <w:b/>
          <w:i w:val="0"/>
          <w:sz w:val="24"/>
        </w:rPr>
        <w:t>Windows Subsystem for Linux</w:t>
      </w:r>
    </w:p>
    <w:p>
      <w:pPr>
        <w:spacing w:after="80"/>
      </w:pPr>
      <w:r>
        <w:rPr>
          <w:b w:val="0"/>
          <w:i w:val="0"/>
        </w:rPr>
        <w:t xml:space="preserve">Một cách tiếp cận phổ biến là dùng </w:t>
      </w:r>
      <w:r>
        <w:rPr>
          <w:b w:val="0"/>
          <w:i/>
        </w:rPr>
        <w:t>Windows Subsystem for Linux</w:t>
      </w:r>
      <w:r>
        <w:rPr>
          <w:b w:val="0"/>
          <w:i w:val="0"/>
        </w:rPr>
        <w:t xml:space="preserve"> (</w:t>
      </w:r>
      <w:r>
        <w:rPr>
          <w:b w:val="0"/>
          <w:i/>
        </w:rPr>
        <w:t>WSL</w:t>
      </w:r>
      <w:r>
        <w:rPr>
          <w:b w:val="0"/>
          <w:i w:val="0"/>
        </w:rPr>
        <w:t>), một môi trường cho phép Linux chạy trực tiếp trên Windows. Nếu bạn đã thiết lập WSL, việc dùng Platform.sh CLI trên Windows sẽ trở nên dễ dàng như dùng nó trên Linux. CLI sẽ không biết nó đang chạy trên Windows; nó chỉ thấy môi trường Linux mà bạn đang dùng nó trong đó.</w:t>
      </w:r>
    </w:p>
    <w:p>
      <w:pPr>
        <w:spacing w:after="80"/>
      </w:pPr>
      <w:r>
        <w:rPr>
          <w:b w:val="0"/>
          <w:i w:val="0"/>
        </w:rPr>
        <w:t>Thiết lập WSL là một quy trình gồm hai bước: đầu tiên bạn cài WSL, sau đó chọn một bản phân phối Linux để cài vào môi trường WSL. Thiết lập một môi trường WSL thì nhiều hơn những gì có thể mô tả ở đây; nếu bạn quan tâm đến cách tiếp cận này và chưa thiết lập nó, hãy xem tài liệu tại https://docs.microsoft.com/en-us/windows/wsl/about. Sau khi đã thiết lập WSL, bạn có thể làm theo hướng dẫn trong phần Linux của phụ lục này để tiếp tục công việc triển khai của mình.</w:t>
      </w:r>
    </w:p>
    <w:p>
      <w:pPr>
        <w:pStyle w:val="Heading4"/>
      </w:pPr>
      <w:r>
        <w:rPr>
          <w:rFonts w:ascii="Calibri" w:hAnsi="Calibri"/>
          <w:b/>
          <w:i w:val="0"/>
          <w:sz w:val="24"/>
        </w:rPr>
        <w:t>Git Bash</w:t>
      </w:r>
    </w:p>
    <w:p>
      <w:pPr>
        <w:spacing w:after="80"/>
      </w:pPr>
      <w:r>
        <w:rPr>
          <w:b w:val="0"/>
          <w:i w:val="0"/>
        </w:rPr>
        <w:t xml:space="preserve">Một cách tiếp cận khác để xây dựng môi trường cục bộ mà bạn có thể triển khai từ đó là dùng </w:t>
      </w:r>
      <w:r>
        <w:rPr>
          <w:b w:val="0"/>
          <w:i/>
        </w:rPr>
        <w:t>Git Bash</w:t>
      </w:r>
      <w:r>
        <w:rPr>
          <w:b w:val="0"/>
          <w:i w:val="0"/>
        </w:rPr>
        <w:t>, một môi trường terminal tương thích với Bash nhưng chạy trên Windows. Git Bash được cài đặt cùng với Git khi bạn dùng trình cài đặt từ https://git-scm.com. Cách tiếp cận này có thể dùng được, nhưng nó không gọn gàng bằng WSL. Với cách này, bạn sẽ phải dùng terminal Windows cho một số bước và terminal Git Bash cho những bước khác.</w:t>
      </w:r>
    </w:p>
    <w:p>
      <w:pPr>
        <w:spacing w:after="80"/>
      </w:pPr>
      <w:r>
        <w:rPr>
          <w:b w:val="0"/>
          <w:i w:val="0"/>
        </w:rPr>
        <w:t xml:space="preserve">Đầu tiên bạn cần cài đặt PHP. Bạn có thể làm điều này với </w:t>
      </w:r>
      <w:r>
        <w:rPr>
          <w:b w:val="0"/>
          <w:i/>
        </w:rPr>
        <w:t>XAMPP</w:t>
      </w:r>
      <w:r>
        <w:rPr>
          <w:b w:val="0"/>
          <w:i w:val="0"/>
        </w:rPr>
        <w:t xml:space="preserve">, một gói tích hợp PHP cùng với một vài công cụ khác dành cho lập trình viên. Truy cập https://apachefriends.org và nhấp vào nút tải XAMPP cho Windows. Mở trình cài đặt và chạy nó; nếu bạn thấy cảnh báo về các hạn chế của User Account Control (UAC), hãy nhấp vào </w:t>
      </w:r>
      <w:r>
        <w:rPr>
          <w:b/>
          <w:i w:val="0"/>
        </w:rPr>
        <w:t>OK</w:t>
      </w:r>
      <w:r>
        <w:rPr>
          <w:b w:val="0"/>
          <w:i w:val="0"/>
        </w:rPr>
        <w:t>. Chấp nhận tất cả các cài đặt mặc định của trình cài đặt.</w:t>
      </w:r>
    </w:p>
    <w:p>
      <w:pPr>
        <w:spacing w:after="80"/>
      </w:pPr>
      <w:r>
        <w:rPr>
          <w:b w:val="0"/>
          <w:i w:val="0"/>
        </w:rPr>
        <w:t xml:space="preserve">Khi trình cài đặt chạy xong, bạn cần thêm PHP vào đường dẫn hệ thống (path) của mình; điều này sẽ cho Windows biết cần tìm ở đâu khi bạn muốn chạy PHP. Trong menu Start, nhập </w:t>
      </w:r>
      <w:r>
        <w:rPr>
          <w:rFonts w:ascii="Consolas" w:hAnsi="Consolas"/>
          <w:b/>
          <w:i w:val="0"/>
          <w:sz w:val="20"/>
        </w:rPr>
        <w:t>path</w:t>
      </w:r>
      <w:r>
        <w:rPr>
          <w:b w:val="0"/>
          <w:i w:val="0"/>
        </w:rPr>
        <w:t xml:space="preserve"> và nhấp vào </w:t>
      </w:r>
      <w:r>
        <w:rPr>
          <w:b/>
          <w:i w:val="0"/>
        </w:rPr>
        <w:t>Edit the System Environment Variables</w:t>
      </w:r>
      <w:r>
        <w:rPr>
          <w:b w:val="0"/>
          <w:i w:val="0"/>
        </w:rPr>
        <w:t xml:space="preserve">; nhấp vào nút có nhãn </w:t>
      </w:r>
      <w:r>
        <w:rPr>
          <w:b/>
          <w:i w:val="0"/>
        </w:rPr>
        <w:t>Environment Variables</w:t>
      </w:r>
      <w:r>
        <w:rPr>
          <w:b w:val="0"/>
          <w:i w:val="0"/>
        </w:rPr>
        <w:t xml:space="preserve">. Bạn sẽ thấy biến </w:t>
      </w:r>
      <w:r>
        <w:rPr>
          <w:rFonts w:ascii="Consolas" w:hAnsi="Consolas"/>
          <w:b w:val="0"/>
          <w:i w:val="0"/>
          <w:sz w:val="20"/>
        </w:rPr>
        <w:t>Path</w:t>
      </w:r>
      <w:r>
        <w:rPr>
          <w:b w:val="0"/>
          <w:i w:val="0"/>
        </w:rPr>
        <w:t xml:space="preserve"> được tô sáng; nhấp vào </w:t>
      </w:r>
      <w:r>
        <w:rPr>
          <w:b/>
          <w:i w:val="0"/>
        </w:rPr>
        <w:t>Edit</w:t>
      </w:r>
      <w:r>
        <w:rPr>
          <w:b w:val="0"/>
          <w:i w:val="0"/>
        </w:rPr>
        <w:t xml:space="preserve"> bên dưới khung này. Nhấp vào </w:t>
      </w:r>
      <w:r>
        <w:rPr>
          <w:b/>
          <w:i w:val="0"/>
        </w:rPr>
        <w:t>New</w:t>
      </w:r>
      <w:r>
        <w:rPr>
          <w:b w:val="0"/>
          <w:i w:val="0"/>
        </w:rPr>
        <w:t xml:space="preserve"> để thêm một đường dẫn mới vào danh sách đường dẫn hiện tại. Giả sử bạn giữ các cài đặt mặc định khi chạy trình cài đặt XAMPP, hãy thêm </w:t>
      </w:r>
      <w:r>
        <w:rPr>
          <w:rFonts w:ascii="Consolas" w:hAnsi="Consolas"/>
          <w:b/>
          <w:i w:val="0"/>
          <w:sz w:val="20"/>
        </w:rPr>
        <w:t>C:\xampp\php</w:t>
      </w:r>
      <w:r>
        <w:rPr>
          <w:b w:val="0"/>
          <w:i w:val="0"/>
        </w:rPr>
        <w:t xml:space="preserve"> vào ô xuất hiện, sau đó nhấp vào </w:t>
      </w:r>
      <w:r>
        <w:rPr>
          <w:b/>
          <w:i w:val="0"/>
        </w:rPr>
        <w:t>OK</w:t>
      </w:r>
      <w:r>
        <w:rPr>
          <w:b w:val="0"/>
          <w:i w:val="0"/>
        </w:rPr>
        <w:t>. Khi hoàn tất, hãy đóng tất cả các hộp thoại hệ thống vẫn còn đang mở.</w:t>
      </w:r>
    </w:p>
    <w:p>
      <w:pPr>
        <w:spacing w:after="80"/>
      </w:pPr>
      <w:r>
        <w:rPr>
          <w:b w:val="0"/>
          <w:i w:val="0"/>
        </w:rPr>
        <w:t xml:space="preserve">Sau khi đã xử lý xong các yêu cầu này, bạn có thể cài đặt Platform.sh CLI. Bạn sẽ cần sử dụng một cửa sổ terminal Windows với quyền quản trị viên; nhập </w:t>
      </w:r>
      <w:r>
        <w:rPr>
          <w:rFonts w:ascii="Consolas" w:hAnsi="Consolas"/>
          <w:b/>
          <w:i w:val="0"/>
          <w:sz w:val="20"/>
        </w:rPr>
        <w:t>command</w:t>
      </w:r>
      <w:r>
        <w:rPr>
          <w:b w:val="0"/>
          <w:i w:val="0"/>
        </w:rPr>
        <w:t xml:space="preserve"> vào menu Start, và trong ứng dụng Command Prompt, nhấp vào </w:t>
      </w:r>
      <w:r>
        <w:rPr>
          <w:b/>
          <w:i w:val="0"/>
        </w:rPr>
        <w:t>Run as administrator</w:t>
      </w:r>
      <w:r>
        <w:rPr>
          <w:b w:val="0"/>
          <w:i w:val="0"/>
        </w:rPr>
        <w:t>. Trong cửa sổ terminal xuất hiện, nhập lệnh sau:</w:t>
      </w:r>
    </w:p>
    <w:p>
      <w:pPr>
        <w:spacing w:after="0"/>
        <w:ind w:left="360"/>
        <w:shd w:val="clear" w:color="auto" w:fill="F2F2F2"/>
      </w:pPr>
      <w:r>
        <w:rPr>
          <w:rFonts w:ascii="Consolas" w:hAnsi="Consolas"/>
          <w:b w:val="0"/>
          <w:i w:val="0"/>
          <w:sz w:val="18"/>
        </w:rPr>
        <w:t xml:space="preserve">&gt; </w:t>
      </w:r>
      <w:r>
        <w:rPr>
          <w:rFonts w:ascii="Consolas" w:hAnsi="Consolas"/>
          <w:b/>
          <w:i w:val="0"/>
          <w:sz w:val="18"/>
        </w:rPr>
        <w:t>curl -fsS https://platform.sh/cli/installer | php</w:t>
      </w:r>
    </w:p>
    <w:p>
      <w:pPr>
        <w:spacing w:after="40"/>
      </w:pPr>
    </w:p>
    <w:p>
      <w:pPr>
        <w:spacing w:after="80"/>
      </w:pPr>
      <w:r>
        <w:rPr>
          <w:b w:val="0"/>
          <w:i w:val="0"/>
        </w:rPr>
        <w:t>Lệnh này sẽ cài đặt Platform.sh CLI, như đã mô tả ở trên.</w:t>
      </w:r>
    </w:p>
    <w:p>
      <w:pPr>
        <w:spacing w:after="80"/>
      </w:pPr>
      <w:r>
        <w:rPr>
          <w:b w:val="0"/>
          <w:i w:val="0"/>
        </w:rPr>
        <w:t xml:space="preserve">Cuối cùng, bạn sẽ làm việc trong Git Bash. Để mở một cửa sổ terminal Git Bash, vào menu Start và tìm </w:t>
      </w:r>
      <w:r>
        <w:rPr>
          <w:rFonts w:ascii="Consolas" w:hAnsi="Consolas"/>
          <w:b/>
          <w:i w:val="0"/>
          <w:sz w:val="20"/>
        </w:rPr>
        <w:t>git bash</w:t>
      </w:r>
      <w:r>
        <w:rPr>
          <w:b w:val="0"/>
          <w:i w:val="0"/>
        </w:rPr>
        <w:t xml:space="preserve">. Nhấp vào </w:t>
      </w:r>
      <w:r>
        <w:rPr>
          <w:b/>
          <w:i w:val="0"/>
        </w:rPr>
        <w:t>ứng dụng Git Bash</w:t>
      </w:r>
      <w:r>
        <w:rPr>
          <w:b w:val="0"/>
          <w:i w:val="0"/>
        </w:rPr>
        <w:t xml:space="preserve"> xuất hiện; bạn sẽ thấy một cửa sổ terminal mở ra. Bạn có thể sử dụng các lệnh truyền thống dựa trên Linux như </w:t>
      </w:r>
      <w:r>
        <w:rPr>
          <w:rFonts w:ascii="Consolas" w:hAnsi="Consolas"/>
          <w:b w:val="0"/>
          <w:i w:val="0"/>
          <w:sz w:val="20"/>
        </w:rPr>
        <w:t>ls</w:t>
      </w:r>
      <w:r>
        <w:rPr>
          <w:b w:val="0"/>
          <w:i w:val="0"/>
        </w:rPr>
        <w:t xml:space="preserve"> trong terminal này, cũng như các lệnh dựa trên Windows như </w:t>
      </w:r>
      <w:r>
        <w:rPr>
          <w:rFonts w:ascii="Consolas" w:hAnsi="Consolas"/>
          <w:b w:val="0"/>
          <w:i w:val="0"/>
          <w:sz w:val="20"/>
        </w:rPr>
        <w:t>dir</w:t>
      </w:r>
      <w:r>
        <w:rPr>
          <w:b w:val="0"/>
          <w:i w:val="0"/>
        </w:rPr>
        <w:t xml:space="preserve">. Để chắc chắn rằng việc cài đặt đã thành công, hãy chạy lệnh </w:t>
      </w:r>
      <w:r>
        <w:rPr>
          <w:rFonts w:ascii="Consolas" w:hAnsi="Consolas"/>
          <w:b/>
          <w:i w:val="0"/>
          <w:sz w:val="20"/>
        </w:rPr>
        <w:t>platform list</w:t>
      </w:r>
      <w:r>
        <w:rPr>
          <w:b w:val="0"/>
          <w:i w:val="0"/>
        </w:rPr>
        <w:t>. Bạn sẽ thấy danh sách tất cả các lệnh trong Platform.sh CLI. Từ giờ trở đi, hãy thực hiện toàn bộ công việc triển khai của bạn bằng Platform.sh CLI trong một cửa sổ terminal Git Bash.</w:t>
      </w:r>
    </w:p>
    <w:p>
      <w:pPr>
        <w:pStyle w:val="Heading3"/>
      </w:pPr>
      <w:r>
        <w:rPr>
          <w:rFonts w:ascii="Calibri" w:hAnsi="Calibri"/>
          <w:b/>
          <w:i w:val="0"/>
          <w:sz w:val="27"/>
        </w:rPr>
        <w:t>Triển khai từ macOS</w:t>
      </w:r>
    </w:p>
    <w:p>
      <w:pPr>
        <w:spacing w:after="80"/>
      </w:pPr>
      <w:r>
        <w:rPr>
          <w:b w:val="0"/>
          <w:i w:val="0"/>
        </w:rPr>
        <w:t xml:space="preserve">Hệ điều hành macOS không dựa trên Linux, nhưng cả hai đều được phát triển trên những nguyên tắc tương tự nhau. Điều này có nghĩa trên thực tế là rất nhiều lệnh và quy trình làm việc bạn dùng trên macOS cũng sẽ hoạt động trong môi trường máy chủ từ xa. Bạn có thể cần cài đặt một số tài nguyên dành cho lập trình viên để có tất cả các công cụ này trong môi trường macOS cục bộ của mình. Nếu bạn nhận được lời nhắc cài đặt </w:t>
      </w:r>
      <w:r>
        <w:rPr>
          <w:b w:val="0"/>
          <w:i/>
        </w:rPr>
        <w:t>command line developer tools</w:t>
      </w:r>
      <w:r>
        <w:rPr>
          <w:b w:val="0"/>
          <w:i w:val="0"/>
        </w:rPr>
        <w:t xml:space="preserve"> tại bất kỳ thời điểm nào trong công việc, hãy nhấp vào </w:t>
      </w:r>
      <w:r>
        <w:rPr>
          <w:b/>
          <w:i w:val="0"/>
        </w:rPr>
        <w:t>Install</w:t>
      </w:r>
      <w:r>
        <w:rPr>
          <w:b w:val="0"/>
          <w:i w:val="0"/>
        </w:rPr>
        <w:t xml:space="preserve"> để chấp thuận việc cài đặt.</w:t>
      </w:r>
    </w:p>
    <w:p>
      <w:pPr>
        <w:spacing w:after="80"/>
      </w:pPr>
      <w:r>
        <w:rPr>
          <w:b w:val="0"/>
          <w:i w:val="0"/>
        </w:rPr>
        <w:t xml:space="preserve">Khó khăn dễ gặp nhất khi cài đặt Platform.sh CLI là đảm bảo PHP đã được cài đặt. Nếu bạn thấy thông báo rằng không tìm thấy lệnh </w:t>
      </w:r>
      <w:r>
        <w:rPr>
          <w:rFonts w:ascii="Consolas" w:hAnsi="Consolas"/>
          <w:b w:val="0"/>
          <w:i w:val="0"/>
          <w:sz w:val="20"/>
        </w:rPr>
        <w:t>php</w:t>
      </w:r>
      <w:r>
        <w:rPr>
          <w:b w:val="0"/>
          <w:i w:val="0"/>
        </w:rPr>
        <w:t xml:space="preserve">, bạn sẽ cần cài đặt PHP. Một trong những cách dễ nhất để cài đặt PHP là sử dụng trình quản lý gói </w:t>
      </w:r>
      <w:r>
        <w:rPr>
          <w:b w:val="0"/>
          <w:i/>
        </w:rPr>
        <w:t>Homebrew</w:t>
      </w:r>
      <w:r>
        <w:rPr>
          <w:b w:val="0"/>
          <w:i w:val="0"/>
        </w:rPr>
        <w:t>, công cụ này giúp việc cài đặt nhiều loại gói mà lập trình viên phụ thuộc trở nên thuận tiện. Nếu bạn chưa cài Homebrew, hãy truy cập https://brew.sh và làm theo hướng dẫn để cài đặt nó.</w:t>
      </w:r>
    </w:p>
    <w:p>
      <w:pPr>
        <w:spacing w:after="80"/>
      </w:pPr>
      <w:r>
        <w:rPr>
          <w:b w:val="0"/>
          <w:i w:val="0"/>
        </w:rPr>
        <w:t>Khi Homebrew đã được cài đặt, hãy dùng lệnh sau để cài PHP:</w:t>
      </w:r>
    </w:p>
    <w:p>
      <w:pPr>
        <w:spacing w:after="0"/>
        <w:ind w:left="360"/>
        <w:shd w:val="clear" w:color="auto" w:fill="F2F2F2"/>
      </w:pPr>
      <w:r>
        <w:rPr>
          <w:rFonts w:ascii="Consolas" w:hAnsi="Consolas"/>
          <w:b w:val="0"/>
          <w:i w:val="0"/>
          <w:sz w:val="18"/>
        </w:rPr>
        <w:t xml:space="preserve">$ </w:t>
      </w:r>
      <w:r>
        <w:rPr>
          <w:rFonts w:ascii="Consolas" w:hAnsi="Consolas"/>
          <w:b/>
          <w:i w:val="0"/>
          <w:sz w:val="18"/>
        </w:rPr>
        <w:t>brew install php</w:t>
      </w:r>
    </w:p>
    <w:p>
      <w:pPr>
        <w:spacing w:after="40"/>
      </w:pPr>
    </w:p>
    <w:p>
      <w:pPr>
        <w:spacing w:after="80"/>
      </w:pPr>
      <w:r>
        <w:rPr>
          <w:b w:val="0"/>
          <w:i w:val="0"/>
        </w:rPr>
        <w:t>Lệnh này sẽ mất một lúc để chạy, nhưng khi hoàn tất, bạn sẽ có thể cài đặt Platform.sh CLI thành công.</w:t>
      </w:r>
    </w:p>
    <w:p>
      <w:pPr>
        <w:pStyle w:val="Heading3"/>
      </w:pPr>
      <w:r>
        <w:rPr>
          <w:rFonts w:ascii="Calibri" w:hAnsi="Calibri"/>
          <w:b/>
          <w:i w:val="0"/>
          <w:sz w:val="27"/>
        </w:rPr>
        <w:t>Triển khai từ Linux</w:t>
      </w:r>
    </w:p>
    <w:p>
      <w:pPr>
        <w:spacing w:after="80"/>
      </w:pPr>
      <w:r>
        <w:rPr>
          <w:b w:val="0"/>
          <w:i w:val="0"/>
        </w:rPr>
        <w:t>Vì hầu hết các môi trường máy chủ đều dựa trên Linux, bạn sẽ gặp rất ít khó khăn khi cài đặt và sử dụng Platform.sh CLI. Nếu bạn thử cài CLI trên một hệ thống vừa mới cài Ubuntu, nó sẽ cho bạn biết chính xác những gói bạn cần:</w:t>
      </w:r>
    </w:p>
    <w:p>
      <w:pPr>
        <w:spacing w:after="0"/>
        <w:ind w:left="360"/>
        <w:shd w:val="clear" w:color="auto" w:fill="F2F2F2"/>
      </w:pPr>
      <w:r>
        <w:rPr>
          <w:rFonts w:ascii="Consolas" w:hAnsi="Consolas"/>
          <w:b w:val="0"/>
          <w:i w:val="0"/>
          <w:sz w:val="18"/>
        </w:rPr>
        <w:t xml:space="preserve">$ </w:t>
      </w:r>
      <w:r>
        <w:rPr>
          <w:rFonts w:ascii="Consolas" w:hAnsi="Consolas"/>
          <w:b/>
          <w:i w:val="0"/>
          <w:sz w:val="18"/>
        </w:rPr>
        <w:t>curl -fsS https://platform.sh/cli/installer | php</w:t>
      </w:r>
    </w:p>
    <w:p>
      <w:pPr>
        <w:spacing w:after="0"/>
        <w:ind w:left="360"/>
        <w:shd w:val="clear" w:color="auto" w:fill="F2F2F2"/>
      </w:pPr>
      <w:r>
        <w:rPr>
          <w:rFonts w:ascii="Consolas" w:hAnsi="Consolas"/>
          <w:b w:val="0"/>
          <w:i w:val="0"/>
          <w:sz w:val="18"/>
        </w:rPr>
        <w:t>Command 'curl' not found, but can be installed with:</w:t>
      </w:r>
    </w:p>
    <w:p>
      <w:pPr>
        <w:spacing w:after="0"/>
        <w:ind w:left="360"/>
        <w:shd w:val="clear" w:color="auto" w:fill="F2F2F2"/>
      </w:pPr>
      <w:r>
        <w:rPr>
          <w:rFonts w:ascii="Consolas" w:hAnsi="Consolas"/>
          <w:b w:val="0"/>
          <w:i w:val="0"/>
          <w:sz w:val="18"/>
        </w:rPr>
        <w:t>sudo apt  install curl</w:t>
      </w:r>
    </w:p>
    <w:p>
      <w:pPr>
        <w:spacing w:after="0"/>
        <w:ind w:left="360"/>
        <w:shd w:val="clear" w:color="auto" w:fill="F2F2F2"/>
      </w:pPr>
      <w:r>
        <w:rPr>
          <w:rFonts w:ascii="Consolas" w:hAnsi="Consolas"/>
          <w:b w:val="0"/>
          <w:i w:val="0"/>
          <w:sz w:val="18"/>
        </w:rPr>
        <w:t>Command 'php' not found, but can be installed with:</w:t>
      </w:r>
    </w:p>
    <w:p>
      <w:pPr>
        <w:spacing w:after="0"/>
        <w:ind w:left="360"/>
        <w:shd w:val="clear" w:color="auto" w:fill="F2F2F2"/>
      </w:pPr>
      <w:r>
        <w:rPr>
          <w:rFonts w:ascii="Consolas" w:hAnsi="Consolas"/>
          <w:b w:val="0"/>
          <w:i w:val="0"/>
          <w:sz w:val="18"/>
        </w:rPr>
        <w:t>sudo apt install php-cli</w:t>
      </w:r>
    </w:p>
    <w:p>
      <w:pPr>
        <w:spacing w:after="40"/>
      </w:pPr>
    </w:p>
    <w:p>
      <w:pPr>
        <w:spacing w:after="80"/>
      </w:pPr>
      <w:r>
        <w:rPr>
          <w:b w:val="0"/>
          <w:i w:val="0"/>
        </w:rPr>
        <w:t>Kết quả thực tế sẽ có thêm thông tin về một vài gói khác cũng có thể dùng được, cùng một số thông tin về phiên bản. Lệnh sau sẽ cài đặt curl và PHP:</w:t>
      </w:r>
    </w:p>
    <w:p>
      <w:pPr>
        <w:spacing w:after="0"/>
        <w:ind w:left="360"/>
        <w:shd w:val="clear" w:color="auto" w:fill="F2F2F2"/>
      </w:pPr>
      <w:r>
        <w:rPr>
          <w:rFonts w:ascii="Consolas" w:hAnsi="Consolas"/>
          <w:b w:val="0"/>
          <w:i w:val="0"/>
          <w:sz w:val="18"/>
        </w:rPr>
        <w:t xml:space="preserve">$ </w:t>
      </w:r>
      <w:r>
        <w:rPr>
          <w:rFonts w:ascii="Consolas" w:hAnsi="Consolas"/>
          <w:b/>
          <w:i w:val="0"/>
          <w:sz w:val="18"/>
        </w:rPr>
        <w:t>sudo apt install curl php-cli</w:t>
      </w:r>
    </w:p>
    <w:p>
      <w:pPr>
        <w:spacing w:after="40"/>
      </w:pPr>
    </w:p>
    <w:p>
      <w:pPr>
        <w:spacing w:after="80"/>
      </w:pPr>
      <w:r>
        <w:rPr>
          <w:b w:val="0"/>
          <w:i w:val="0"/>
        </w:rPr>
        <w:t>Sau khi chạy lệnh này, lệnh cài đặt Platform.sh CLI sẽ chạy thành công. Vì môi trường cục bộ của bạn khá giống với hầu hết các môi trường lưu trữ dựa trên Linux, phần lớn những gì bạn học được khi làm việc trong terminal cũng sẽ áp dụng được khi làm việc trong môi trường từ xa.</w:t>
      </w:r>
    </w:p>
    <w:p>
      <w:pPr>
        <w:pStyle w:val="Heading2"/>
      </w:pPr>
      <w:r>
        <w:rPr>
          <w:rFonts w:ascii="Calibri" w:hAnsi="Calibri"/>
          <w:b/>
          <w:i w:val="0"/>
          <w:sz w:val="32"/>
        </w:rPr>
        <w:t>Các cách triển khai khác</w:t>
      </w:r>
    </w:p>
    <w:p>
      <w:pPr>
        <w:spacing w:after="80"/>
      </w:pPr>
      <w:r>
        <w:rPr>
          <w:b w:val="0"/>
          <w:i w:val="0"/>
        </w:rPr>
        <w:t>Nếu Platform.sh không phù hợp với bạn, hoặc nếu bạn muốn thử một cách tiếp cận khác, có rất nhiều nền tảng lưu trữ (hosting platform) để lựa chọn. Một số hoạt động tương tự quy trình được mô tả trong Chương 20, và một số lại có cách tiếp cận khác hẳn để thực hiện các bước được mô tả ở đầu phụ lục này:</w:t>
      </w:r>
    </w:p>
    <w:p>
      <w:pPr>
        <w:spacing w:after="80"/>
        <w:ind w:left="360"/>
      </w:pPr>
      <w:r>
        <w:t xml:space="preserve">• </w:t>
      </w:r>
      <w:r>
        <w:rPr>
          <w:b w:val="0"/>
          <w:i w:val="0"/>
        </w:rPr>
        <w:t>Platform.sh cho phép bạn dùng trình duyệt để thực hiện các bước mà chúng ta đã dùng CLI. Nếu bạn thích giao diện trên trình duyệt hơn quy trình làm việc trên terminal, bạn có thể sẽ thích cách này hơn.</w:t>
      </w:r>
    </w:p>
    <w:p>
      <w:pPr>
        <w:spacing w:after="80"/>
        <w:ind w:left="360"/>
      </w:pPr>
      <w:r>
        <w:t xml:space="preserve">• </w:t>
      </w:r>
      <w:r>
        <w:rPr>
          <w:b w:val="0"/>
          <w:i w:val="0"/>
        </w:rPr>
        <w:t>Có khá nhiều nhà cung cấp dịch vụ lưu trữ khác cung cấp cả hai cách tiếp cận: dùng CLI và dùng trình duyệt. Một số nhà cung cấp còn cung cấp terminal ngay trong trình duyệt, nên bạn không cần cài đặt gì trên máy của mình.</w:t>
      </w:r>
    </w:p>
    <w:p>
      <w:pPr>
        <w:spacing w:after="80"/>
        <w:ind w:left="360"/>
      </w:pPr>
      <w:r>
        <w:t xml:space="preserve">• </w:t>
      </w:r>
      <w:r>
        <w:rPr>
          <w:b w:val="0"/>
          <w:i w:val="0"/>
        </w:rPr>
        <w:t>Một số nhà cung cấp cho phép bạn đẩy (push) dự án của mình lên một trang lưu trữ mã nguồn từ xa như GitHub, rồi kết nối kho GitHub của bạn với trang lưu trữ đó. Sau đó, nhà cung cấp sẽ kéo (pull) mã của bạn từ GitHub, thay vì yêu cầu bạn đẩy mã từ máy cục bộ trực tiếp lên máy chủ của họ. Platform.sh cũng hỗ trợ kiểu quy trình làm việc này.</w:t>
      </w:r>
    </w:p>
    <w:p>
      <w:pPr>
        <w:spacing w:after="80"/>
        <w:ind w:left="360"/>
      </w:pPr>
      <w:r>
        <w:t xml:space="preserve">• </w:t>
      </w:r>
      <w:r>
        <w:rPr>
          <w:b w:val="0"/>
          <w:i w:val="0"/>
        </w:rPr>
        <w:t>Một số nhà cung cấp cung cấp một loạt dịch vụ để bạn chọn lựa, nhằm ghép lại thành một hạ tầng (infrastructure) phù hợp với dự án của bạn. Điều này thường đòi hỏi bạn phải hiểu sâu hơn về quá trình triển khai, và về những gì một máy chủ từ xa cần để phục vụ một dự án. Những nhà cung cấp này bao gồm Amazon Web Services (AWS) và nền tảng Azure của Microsoft. Việc theo dõi chi phí trên những nền tảng kiểu này có thể khó hơn nhiều, vì mỗi dịch vụ có thể phát sinh phí một cách độc lập.</w:t>
      </w:r>
    </w:p>
    <w:p>
      <w:pPr>
        <w:spacing w:after="80"/>
        <w:ind w:left="360"/>
      </w:pPr>
      <w:r>
        <w:t xml:space="preserve">• </w:t>
      </w:r>
      <w:r>
        <w:rPr>
          <w:b w:val="0"/>
          <w:i w:val="0"/>
        </w:rPr>
        <w:t>Nhiều người lưu trữ dự án của mình trên một máy chủ ảo riêng (virtual private server - VPS). Với cách này, bạn thuê một máy chủ ảo hoạt động giống hệt một máy tính từ xa, đăng nhập vào máy chủ, cài đặt phần mềm cần thiết để chạy dự án, sao chép mã của bạn lên đó, thiết lập các kết nối phù hợp, và cho phép máy chủ bắt đầu nhận các yêu cầu.</w:t>
      </w:r>
    </w:p>
    <w:p>
      <w:pPr>
        <w:spacing w:after="80"/>
      </w:pPr>
      <w:r>
        <w:rPr>
          <w:b w:val="0"/>
          <w:i w:val="0"/>
        </w:rPr>
        <w:t>Các nền tảng lưu trữ và cách tiếp cận mới xuất hiện đều đặn; hãy tìm một cái mà bạn thấy hấp dẫn, và dành thời gian để học quy trình triển khai của nhà cung cấp đó. Hãy duy trì dự án của bạn đủ lâu để bạn hiểu rõ cách tiếp cận của nhà cung cấp đó hợp với cái gì và không hợp với cái gì. Không có nền tảng lưu trữ nào là hoàn hảo cả; bạn sẽ cần phải liên tục đưa ra đánh giá xem nhà cung cấp bạn đang dùng có đủ tốt cho trường hợp sử dụng (use case) của bạn hay không.</w:t>
      </w:r>
    </w:p>
    <w:p>
      <w:pPr>
        <w:spacing w:after="80"/>
      </w:pPr>
      <w:r>
        <w:rPr>
          <w:b w:val="0"/>
          <w:i w:val="0"/>
        </w:rPr>
        <w:t>Tôi xin đưa ra lời cảnh báo cuối cùng về việc chọn một nền tảng triển khai và một cách tiếp cận tổng thể cho việc triển khai. Một số người sẽ nhiệt tình hướng bạn đến những cách tiếp cận triển khai và dịch vụ quá phức tạp, được cho là để làm cho dự án của bạn có độ tin cậy cao và có khả năng phục vụ hàng triệu người dùng cùng lúc. Nhiều lập trình viên dành rất nhiều thời gian, tiền bạc và công sức để xây dựng một chiến lược triển khai phức tạp, rồi cuối cùng nhận ra rằng hầu như chẳng có ai dùng dự án của họ cả. Hầu hết các dự án Django đều có thể được thiết lập trên một gói lưu trữ nhỏ và tinh chỉnh để phục vụ hàng nghìn yêu cầu mỗi phút. Nếu dự án của bạn có lượng truy cập thấp hơn mức này, hãy dành thời gian cấu hình việc triển khai để chạy tốt trên một nền tảng tối giản trước khi đầu tư vào hạ tầng vốn dành cho một số trang web lớn nhất thế giới.</w:t>
      </w:r>
    </w:p>
    <w:p>
      <w:pPr>
        <w:spacing w:after="80"/>
      </w:pPr>
      <w:r>
        <w:rPr>
          <w:b w:val="0"/>
          <w:i w:val="0"/>
        </w:rPr>
        <w:t>Triển khai đôi khi thực sự rất khó khăn, nhưng cũng vô cùng thỏa mãn khi dự án đang chạy trực tiếp của bạn hoạt động tốt. Hãy tận hưởng thử thách này, và hãy nhờ giúp đỡ khi bạn cần.</w:t>
      </w:r>
    </w:p>
    <w:p>
      <w:pPr>
        <w:pStyle w:val="Heading1"/>
      </w:pPr>
      <w:r>
        <w:rPr>
          <w:rFonts w:ascii="Calibri" w:hAnsi="Calibri"/>
          <w:b/>
          <w:i w:val="0"/>
          <w:sz w:val="38"/>
        </w:rPr>
        <w:t>Mục lục</w:t>
      </w:r>
    </w:p>
    <w:p>
      <w:pPr>
        <w:spacing w:after="80"/>
      </w:pPr>
      <w:r>
        <w:rPr>
          <w:b w:val="0"/>
          <w:i w:val="0"/>
        </w:rPr>
        <w:t>Xin lưu ý rằng các liên kết trong mục lục trỏ đến vị trí gần đúng của mỗi thuật ngữ.</w:t>
      </w:r>
    </w:p>
    <w:p>
      <w:pPr>
        <w:spacing w:after="80"/>
      </w:pPr>
      <w:r>
        <w:rPr>
          <w:b w:val="0"/>
          <w:i w:val="0"/>
        </w:rPr>
        <w:t>Các ký hiệu</w:t>
      </w:r>
    </w:p>
    <w:p>
      <w:pPr>
        <w:spacing w:after="80"/>
      </w:pPr>
      <w:r>
        <w:rPr>
          <w:rFonts w:ascii="Consolas" w:hAnsi="Consolas"/>
          <w:b w:val="0"/>
          <w:i w:val="0"/>
          <w:sz w:val="20"/>
        </w:rPr>
        <w:t>+</w:t>
      </w:r>
      <w:r>
        <w:rPr>
          <w:b w:val="0"/>
          <w:i w:val="0"/>
        </w:rPr>
        <w:t xml:space="preserve"> (phép cộng), 26</w:t>
      </w:r>
    </w:p>
    <w:p>
      <w:pPr>
        <w:spacing w:after="80"/>
      </w:pPr>
      <w:r>
        <w:rPr>
          <w:rFonts w:ascii="Consolas" w:hAnsi="Consolas"/>
          <w:b w:val="0"/>
          <w:i w:val="0"/>
          <w:sz w:val="20"/>
        </w:rPr>
        <w:t>+=</w:t>
      </w:r>
      <w:r>
        <w:rPr>
          <w:b w:val="0"/>
          <w:i w:val="0"/>
        </w:rPr>
        <w:t xml:space="preserve"> (cộng tại chỗ), 122</w:t>
      </w:r>
    </w:p>
    <w:p>
      <w:pPr>
        <w:spacing w:after="80"/>
      </w:pPr>
      <w:r>
        <w:rPr>
          <w:rFonts w:ascii="Consolas" w:hAnsi="Consolas"/>
          <w:b w:val="0"/>
          <w:i w:val="0"/>
          <w:sz w:val="20"/>
        </w:rPr>
        <w:t>*</w:t>
      </w:r>
      <w:r>
        <w:rPr>
          <w:b w:val="0"/>
          <w:i w:val="0"/>
        </w:rPr>
        <w:t xml:space="preserve"> (đối số tùy ý), 146</w:t>
      </w:r>
    </w:p>
    <w:p>
      <w:pPr>
        <w:spacing w:after="80"/>
      </w:pPr>
      <w:r>
        <w:rPr>
          <w:rFonts w:ascii="Consolas" w:hAnsi="Consolas"/>
          <w:b w:val="0"/>
          <w:i w:val="0"/>
          <w:sz w:val="20"/>
        </w:rPr>
        <w:t>**</w:t>
      </w:r>
      <w:r>
        <w:rPr>
          <w:b w:val="0"/>
          <w:i w:val="0"/>
        </w:rPr>
        <w:t xml:space="preserve"> (đối số từ khóa tùy ý), 148</w:t>
      </w:r>
    </w:p>
    <w:p>
      <w:pPr>
        <w:spacing w:after="80"/>
      </w:pPr>
      <w:r>
        <w:rPr>
          <w:rFonts w:ascii="Consolas" w:hAnsi="Consolas"/>
          <w:b w:val="0"/>
          <w:i w:val="0"/>
          <w:sz w:val="20"/>
        </w:rPr>
        <w:t>{}</w:t>
      </w:r>
      <w:r>
        <w:rPr>
          <w:b w:val="0"/>
          <w:i w:val="0"/>
        </w:rPr>
        <w:t xml:space="preserve"> (dấu ngoặc nhọn)</w:t>
      </w:r>
    </w:p>
    <w:p>
      <w:pPr>
        <w:spacing w:after="80"/>
      </w:pPr>
      <w:r>
        <w:rPr>
          <w:b w:val="0"/>
          <w:i w:val="0"/>
        </w:rPr>
        <w:t>dictionaries (từ điển), 92</w:t>
      </w:r>
    </w:p>
    <w:p>
      <w:pPr>
        <w:spacing w:after="80"/>
      </w:pPr>
      <w:r>
        <w:rPr>
          <w:b w:val="0"/>
          <w:i w:val="0"/>
        </w:rPr>
        <w:t>sets (tập hợp), 104</w:t>
      </w:r>
    </w:p>
    <w:p>
      <w:pPr>
        <w:spacing w:after="80"/>
      </w:pPr>
      <w:r>
        <w:rPr>
          <w:rFonts w:ascii="Consolas" w:hAnsi="Consolas"/>
          <w:b w:val="0"/>
          <w:i w:val="0"/>
          <w:sz w:val="20"/>
        </w:rPr>
        <w:t>@</w:t>
      </w:r>
      <w:r>
        <w:rPr>
          <w:b w:val="0"/>
          <w:i w:val="0"/>
        </w:rPr>
        <w:t xml:space="preserve"> (decorator), 221, 424</w:t>
      </w:r>
    </w:p>
    <w:p>
      <w:pPr>
        <w:spacing w:after="80"/>
      </w:pPr>
      <w:r>
        <w:rPr>
          <w:rFonts w:ascii="Consolas" w:hAnsi="Consolas"/>
          <w:b w:val="0"/>
          <w:i w:val="0"/>
          <w:sz w:val="20"/>
        </w:rPr>
        <w:t>/</w:t>
      </w:r>
      <w:r>
        <w:rPr>
          <w:b w:val="0"/>
          <w:i w:val="0"/>
        </w:rPr>
        <w:t xml:space="preserve"> (phép chia), 26</w:t>
      </w:r>
    </w:p>
    <w:p>
      <w:pPr>
        <w:spacing w:after="80"/>
      </w:pPr>
      <w:r>
        <w:rPr>
          <w:rFonts w:ascii="Consolas" w:hAnsi="Consolas"/>
          <w:b w:val="0"/>
          <w:i w:val="0"/>
          <w:sz w:val="20"/>
        </w:rPr>
        <w:t>==</w:t>
      </w:r>
      <w:r>
        <w:rPr>
          <w:b w:val="0"/>
          <w:i w:val="0"/>
        </w:rPr>
        <w:t xml:space="preserve"> (so sánh bằng), 72, 74</w:t>
      </w:r>
    </w:p>
    <w:p>
      <w:pPr>
        <w:spacing w:after="80"/>
      </w:pPr>
      <w:r>
        <w:rPr>
          <w:rFonts w:ascii="Consolas" w:hAnsi="Consolas"/>
          <w:b w:val="0"/>
          <w:i w:val="0"/>
          <w:sz w:val="20"/>
        </w:rPr>
        <w:t>**</w:t>
      </w:r>
      <w:r>
        <w:rPr>
          <w:b w:val="0"/>
          <w:i w:val="0"/>
        </w:rPr>
        <w:t xml:space="preserve"> (lũy thừa), 26</w:t>
      </w:r>
    </w:p>
    <w:p>
      <w:pPr>
        <w:spacing w:after="80"/>
      </w:pPr>
      <w:r>
        <w:rPr>
          <w:rFonts w:ascii="Consolas" w:hAnsi="Consolas"/>
          <w:b w:val="0"/>
          <w:i w:val="0"/>
          <w:sz w:val="20"/>
        </w:rPr>
        <w:t>&gt;</w:t>
      </w:r>
      <w:r>
        <w:rPr>
          <w:b w:val="0"/>
          <w:i w:val="0"/>
        </w:rPr>
        <w:t xml:space="preserve"> (lớn hơn), 75</w:t>
      </w:r>
    </w:p>
    <w:p>
      <w:pPr>
        <w:spacing w:after="80"/>
      </w:pPr>
      <w:r>
        <w:rPr>
          <w:rFonts w:ascii="Consolas" w:hAnsi="Consolas"/>
          <w:b w:val="0"/>
          <w:i w:val="0"/>
          <w:sz w:val="20"/>
        </w:rPr>
        <w:t>&gt;=</w:t>
      </w:r>
      <w:r>
        <w:rPr>
          <w:b w:val="0"/>
          <w:i w:val="0"/>
        </w:rPr>
        <w:t xml:space="preserve"> (lớn hơn hoặc bằng), 75</w:t>
      </w:r>
    </w:p>
    <w:p>
      <w:pPr>
        <w:spacing w:after="80"/>
      </w:pPr>
      <w:r>
        <w:rPr>
          <w:rFonts w:ascii="Consolas" w:hAnsi="Consolas"/>
          <w:b w:val="0"/>
          <w:i w:val="0"/>
          <w:sz w:val="20"/>
        </w:rPr>
        <w:t>#</w:t>
      </w:r>
      <w:r>
        <w:rPr>
          <w:b w:val="0"/>
          <w:i w:val="0"/>
        </w:rPr>
        <w:t xml:space="preserve"> (dấu thăng), dùng cho chú thích, 29</w:t>
      </w:r>
    </w:p>
    <w:p>
      <w:pPr>
        <w:spacing w:after="80"/>
      </w:pPr>
      <w:r>
        <w:rPr>
          <w:rFonts w:ascii="Consolas" w:hAnsi="Consolas"/>
          <w:b w:val="0"/>
          <w:i w:val="0"/>
          <w:sz w:val="20"/>
        </w:rPr>
        <w:t>!=</w:t>
      </w:r>
      <w:r>
        <w:rPr>
          <w:b w:val="0"/>
          <w:i w:val="0"/>
        </w:rPr>
        <w:t xml:space="preserve"> (so sánh khác), 74</w:t>
      </w:r>
    </w:p>
    <w:p>
      <w:pPr>
        <w:spacing w:after="80"/>
      </w:pPr>
      <w:r>
        <w:rPr>
          <w:rFonts w:ascii="Consolas" w:hAnsi="Consolas"/>
          <w:b w:val="0"/>
          <w:i w:val="0"/>
          <w:sz w:val="20"/>
        </w:rPr>
        <w:t>&lt;</w:t>
      </w:r>
      <w:r>
        <w:rPr>
          <w:b w:val="0"/>
          <w:i w:val="0"/>
        </w:rPr>
        <w:t xml:space="preserve"> (nhỏ hơn), 75</w:t>
      </w:r>
    </w:p>
    <w:p>
      <w:pPr>
        <w:spacing w:after="80"/>
      </w:pPr>
      <w:r>
        <w:rPr>
          <w:rFonts w:ascii="Consolas" w:hAnsi="Consolas"/>
          <w:b w:val="0"/>
          <w:i w:val="0"/>
          <w:sz w:val="20"/>
        </w:rPr>
        <w:t>&lt;=</w:t>
      </w:r>
      <w:r>
        <w:rPr>
          <w:b w:val="0"/>
          <w:i w:val="0"/>
        </w:rPr>
        <w:t xml:space="preserve"> (nhỏ hơn hoặc bằng), 75</w:t>
      </w:r>
    </w:p>
    <w:p>
      <w:pPr>
        <w:spacing w:after="80"/>
      </w:pPr>
      <w:r>
        <w:rPr>
          <w:rFonts w:ascii="Consolas" w:hAnsi="Consolas"/>
          <w:b w:val="0"/>
          <w:i w:val="0"/>
          <w:sz w:val="20"/>
        </w:rPr>
        <w:t>[]</w:t>
      </w:r>
      <w:r>
        <w:rPr>
          <w:b w:val="0"/>
          <w:i w:val="0"/>
        </w:rPr>
        <w:t xml:space="preserve"> (danh sách), 34</w:t>
      </w:r>
    </w:p>
    <w:p>
      <w:pPr>
        <w:spacing w:after="80"/>
      </w:pPr>
      <w:r>
        <w:rPr>
          <w:rFonts w:ascii="Consolas" w:hAnsi="Consolas"/>
          <w:b w:val="0"/>
          <w:i w:val="0"/>
          <w:sz w:val="20"/>
        </w:rPr>
        <w:t>%</w:t>
      </w:r>
      <w:r>
        <w:rPr>
          <w:b w:val="0"/>
          <w:i w:val="0"/>
        </w:rPr>
        <w:t xml:space="preserve"> (phép chia lấy dư), 116</w:t>
      </w:r>
    </w:p>
    <w:p>
      <w:pPr>
        <w:spacing w:after="80"/>
      </w:pPr>
      <w:r>
        <w:rPr>
          <w:rFonts w:ascii="Consolas" w:hAnsi="Consolas"/>
          <w:b w:val="0"/>
          <w:i w:val="0"/>
          <w:sz w:val="20"/>
        </w:rPr>
        <w:t>+=</w:t>
      </w:r>
      <w:r>
        <w:rPr>
          <w:b w:val="0"/>
          <w:i w:val="0"/>
        </w:rPr>
        <w:t xml:space="preserve"> (chuỗi nhiều dòng), 115</w:t>
      </w:r>
    </w:p>
    <w:p>
      <w:pPr>
        <w:spacing w:after="80"/>
      </w:pPr>
      <w:r>
        <w:rPr>
          <w:rFonts w:ascii="Consolas" w:hAnsi="Consolas"/>
          <w:b w:val="0"/>
          <w:i w:val="0"/>
          <w:sz w:val="20"/>
        </w:rPr>
        <w:t>*</w:t>
      </w:r>
      <w:r>
        <w:rPr>
          <w:b w:val="0"/>
          <w:i w:val="0"/>
        </w:rPr>
        <w:t xml:space="preserve"> (phép nhân), 26</w:t>
      </w:r>
    </w:p>
    <w:p>
      <w:pPr>
        <w:spacing w:after="80"/>
      </w:pPr>
      <w:r>
        <w:rPr>
          <w:rFonts w:ascii="Consolas" w:hAnsi="Consolas"/>
          <w:b w:val="0"/>
          <w:i w:val="0"/>
          <w:sz w:val="20"/>
        </w:rPr>
        <w:t>\n</w:t>
      </w:r>
      <w:r>
        <w:rPr>
          <w:b w:val="0"/>
          <w:i w:val="0"/>
        </w:rPr>
        <w:t xml:space="preserve"> (xuống dòng), 22</w:t>
      </w:r>
    </w:p>
    <w:p>
      <w:pPr>
        <w:spacing w:after="80"/>
      </w:pPr>
      <w:r>
        <w:rPr>
          <w:rFonts w:ascii="Consolas" w:hAnsi="Consolas"/>
          <w:b w:val="0"/>
          <w:i w:val="0"/>
          <w:sz w:val="20"/>
        </w:rPr>
        <w:t>&gt;&gt;&gt;</w:t>
      </w:r>
      <w:r>
        <w:rPr>
          <w:b w:val="0"/>
          <w:i w:val="0"/>
        </w:rPr>
        <w:t xml:space="preserve"> (dấu nhắc Python), 4</w:t>
      </w:r>
    </w:p>
    <w:p>
      <w:pPr>
        <w:spacing w:after="80"/>
      </w:pPr>
      <w:r>
        <w:rPr>
          <w:rFonts w:ascii="Consolas" w:hAnsi="Consolas"/>
          <w:b w:val="0"/>
          <w:i w:val="0"/>
          <w:sz w:val="20"/>
        </w:rPr>
        <w:t>-</w:t>
      </w:r>
      <w:r>
        <w:rPr>
          <w:b w:val="0"/>
          <w:i w:val="0"/>
        </w:rPr>
        <w:t xml:space="preserve"> (phép trừ), 26</w:t>
      </w:r>
    </w:p>
    <w:p>
      <w:pPr>
        <w:spacing w:after="80"/>
      </w:pPr>
      <w:r>
        <w:rPr>
          <w:rFonts w:ascii="Consolas" w:hAnsi="Consolas"/>
          <w:b w:val="0"/>
          <w:i w:val="0"/>
          <w:sz w:val="20"/>
        </w:rPr>
        <w:t>\t</w:t>
      </w:r>
      <w:r>
        <w:rPr>
          <w:b w:val="0"/>
          <w:i w:val="0"/>
        </w:rPr>
        <w:t xml:space="preserve"> (tab), 22</w:t>
      </w:r>
    </w:p>
    <w:p>
      <w:pPr>
        <w:spacing w:after="80"/>
      </w:pPr>
      <w:r>
        <w:rPr>
          <w:rFonts w:ascii="Consolas" w:hAnsi="Consolas"/>
          <w:b w:val="0"/>
          <w:i w:val="0"/>
          <w:sz w:val="20"/>
        </w:rPr>
        <w:t>_</w:t>
      </w:r>
      <w:r>
        <w:rPr>
          <w:b w:val="0"/>
          <w:i w:val="0"/>
        </w:rPr>
        <w:t xml:space="preserve"> (dấu gạch dưới)</w:t>
      </w:r>
    </w:p>
    <w:p>
      <w:pPr>
        <w:spacing w:after="80"/>
      </w:pPr>
      <w:r>
        <w:rPr>
          <w:b w:val="0"/>
          <w:i w:val="0"/>
        </w:rPr>
        <w:t>trong tên tệp và thư mục, 10</w:t>
      </w:r>
    </w:p>
    <w:p>
      <w:pPr>
        <w:spacing w:after="80"/>
      </w:pPr>
      <w:r>
        <w:rPr>
          <w:b w:val="0"/>
          <w:i w:val="0"/>
        </w:rPr>
        <w:t>trong số, 28</w:t>
      </w:r>
    </w:p>
    <w:p>
      <w:pPr>
        <w:spacing w:after="80"/>
      </w:pPr>
      <w:r>
        <w:rPr>
          <w:b w:val="0"/>
          <w:i w:val="0"/>
        </w:rPr>
        <w:t>trong tên biến, 17</w:t>
      </w:r>
    </w:p>
    <w:p>
      <w:pPr>
        <w:spacing w:after="80"/>
      </w:pPr>
      <w:r>
        <w:rPr>
          <w:b w:val="0"/>
          <w:i w:val="0"/>
        </w:rPr>
        <w:t>A</w:t>
      </w:r>
    </w:p>
    <w:p>
      <w:pPr>
        <w:spacing w:after="80"/>
      </w:pPr>
      <w:r>
        <w:rPr>
          <w:b w:val="0"/>
          <w:i w:val="0"/>
        </w:rPr>
        <w:t>bí danh (alias), 151–152, 178–179</w:t>
      </w:r>
    </w:p>
    <w:p>
      <w:pPr>
        <w:spacing w:after="80"/>
      </w:pPr>
      <w:r>
        <w:rPr>
          <w:b w:val="0"/>
          <w:i/>
        </w:rPr>
        <w:t>alice.py</w:t>
      </w:r>
      <w:r>
        <w:rPr>
          <w:b w:val="0"/>
          <w:i w:val="0"/>
        </w:rPr>
        <w:t>, 195–197</w:t>
      </w:r>
    </w:p>
    <w:p>
      <w:pPr>
        <w:spacing w:after="80"/>
      </w:pPr>
      <w:r>
        <w:rPr>
          <w:b w:val="0"/>
          <w:i/>
        </w:rPr>
        <w:t>Alien Invasion</w:t>
      </w:r>
      <w:r>
        <w:rPr>
          <w:b w:val="0"/>
          <w:i w:val="0"/>
        </w:rPr>
        <w:t xml:space="preserve">. </w:t>
      </w:r>
      <w:r>
        <w:rPr>
          <w:b w:val="0"/>
          <w:i/>
        </w:rPr>
        <w:t>Xem thêm</w:t>
      </w:r>
      <w:r>
        <w:rPr>
          <w:b w:val="0"/>
          <w:i w:val="0"/>
        </w:rPr>
        <w:t xml:space="preserve"> Pygame</w:t>
      </w:r>
    </w:p>
    <w:p>
      <w:pPr>
        <w:spacing w:after="80"/>
      </w:pPr>
      <w:r>
        <w:rPr>
          <w:b w:val="0"/>
          <w:i w:val="0"/>
        </w:rPr>
        <w:t>người ngoài hành tinh (alien), 256–274</w:t>
      </w:r>
    </w:p>
    <w:p>
      <w:pPr>
        <w:spacing w:after="80"/>
      </w:pPr>
      <w:r>
        <w:rPr>
          <w:b w:val="0"/>
          <w:i w:val="0"/>
        </w:rPr>
        <w:t>xây dựng đội hình, 259–262</w:t>
      </w:r>
    </w:p>
    <w:p>
      <w:pPr>
        <w:spacing w:after="80"/>
      </w:pPr>
      <w:r>
        <w:rPr>
          <w:b w:val="0"/>
          <w:i w:val="0"/>
        </w:rPr>
        <w:t>kiểm tra các cạnh, 265</w:t>
      </w:r>
    </w:p>
    <w:p>
      <w:pPr>
        <w:spacing w:after="80"/>
      </w:pPr>
      <w:r>
        <w:rPr>
          <w:b w:val="0"/>
          <w:i w:val="0"/>
        </w:rPr>
        <w:t>va chạm, với đạn, 267</w:t>
      </w:r>
    </w:p>
    <w:p>
      <w:pPr>
        <w:spacing w:after="80"/>
      </w:pPr>
      <w:r>
        <w:rPr>
          <w:b w:val="0"/>
          <w:i w:val="0"/>
        </w:rPr>
        <w:t>va chạm, với tàu, 270–273</w:t>
      </w:r>
    </w:p>
    <w:p>
      <w:pPr>
        <w:spacing w:after="80"/>
      </w:pPr>
      <w:r>
        <w:rPr>
          <w:b w:val="0"/>
          <w:i w:val="0"/>
        </w:rPr>
        <w:t>điều khiển hướng đội hình, 264–266</w:t>
      </w:r>
    </w:p>
    <w:p>
      <w:pPr>
        <w:spacing w:after="80"/>
      </w:pPr>
      <w:r>
        <w:rPr>
          <w:b w:val="0"/>
          <w:i w:val="0"/>
        </w:rPr>
        <w:t>tạo một người ngoài hành tinh, 256–258</w:t>
      </w:r>
    </w:p>
    <w:p>
      <w:pPr>
        <w:spacing w:after="80"/>
      </w:pPr>
      <w:r>
        <w:rPr>
          <w:b w:val="0"/>
          <w:i w:val="0"/>
        </w:rPr>
        <w:t>hạ đội hình xuống, 265–266</w:t>
      </w:r>
    </w:p>
    <w:p>
      <w:pPr>
        <w:spacing w:after="80"/>
      </w:pPr>
      <w:r>
        <w:rPr>
          <w:b w:val="0"/>
          <w:i w:val="0"/>
        </w:rPr>
        <w:t>chạm đáy màn hình, 273–274</w:t>
      </w:r>
    </w:p>
    <w:p>
      <w:pPr>
        <w:spacing w:after="80"/>
      </w:pPr>
      <w:r>
        <w:rPr>
          <w:b w:val="0"/>
          <w:i w:val="0"/>
        </w:rPr>
        <w:t>xây dựng lại đội hình, 268–269</w:t>
      </w:r>
    </w:p>
    <w:p>
      <w:pPr>
        <w:spacing w:after="80"/>
      </w:pPr>
      <w:r>
        <w:rPr>
          <w:b w:val="0"/>
          <w:i w:val="0"/>
        </w:rPr>
        <w:t>đạn, 247–253, 266–270</w:t>
      </w:r>
    </w:p>
    <w:p>
      <w:pPr>
        <w:spacing w:after="80"/>
      </w:pPr>
      <w:r>
        <w:rPr>
          <w:b w:val="0"/>
          <w:i w:val="0"/>
        </w:rPr>
        <w:t>va chạm, với người ngoài hành tinh, 267</w:t>
      </w:r>
    </w:p>
    <w:p>
      <w:pPr>
        <w:spacing w:after="80"/>
      </w:pPr>
      <w:r>
        <w:rPr>
          <w:b w:val="0"/>
          <w:i w:val="0"/>
        </w:rPr>
        <w:t>xóa đạn cũ, 250–251</w:t>
      </w:r>
    </w:p>
    <w:p>
      <w:pPr>
        <w:spacing w:after="80"/>
      </w:pPr>
      <w:r>
        <w:rPr>
          <w:b w:val="0"/>
          <w:i w:val="0"/>
        </w:rPr>
        <w:t>bắn đạn, 249–250</w:t>
      </w:r>
    </w:p>
    <w:p>
      <w:pPr>
        <w:spacing w:after="80"/>
      </w:pPr>
      <w:r>
        <w:rPr>
          <w:b w:val="0"/>
          <w:i w:val="0"/>
        </w:rPr>
        <w:t>đạn lớn hơn, 268</w:t>
      </w:r>
    </w:p>
    <w:p>
      <w:pPr>
        <w:spacing w:after="80"/>
      </w:pPr>
      <w:r>
        <w:rPr>
          <w:b w:val="0"/>
          <w:i w:val="0"/>
        </w:rPr>
        <w:t>giới hạn số lượng đạn, 251–252</w:t>
      </w:r>
    </w:p>
    <w:p>
      <w:pPr>
        <w:spacing w:after="80"/>
      </w:pPr>
      <w:r>
        <w:rPr>
          <w:b w:val="0"/>
          <w:i w:val="0"/>
        </w:rPr>
        <w:t>cài đặt, 247</w:t>
      </w:r>
    </w:p>
    <w:p>
      <w:pPr>
        <w:spacing w:after="80"/>
      </w:pPr>
      <w:r>
        <w:rPr>
          <w:b w:val="0"/>
          <w:i w:val="0"/>
        </w:rPr>
        <w:t>tăng tốc đạn, 269</w:t>
      </w:r>
    </w:p>
    <w:p>
      <w:pPr>
        <w:spacing w:after="80"/>
      </w:pPr>
      <w:r>
        <w:rPr>
          <w:b w:val="0"/>
          <w:i w:val="0"/>
        </w:rPr>
        <w:t>các lớp</w:t>
      </w:r>
    </w:p>
    <w:p>
      <w:pPr>
        <w:spacing w:after="80"/>
      </w:pPr>
      <w:r>
        <w:rPr>
          <w:rFonts w:ascii="Consolas" w:hAnsi="Consolas"/>
          <w:b w:val="0"/>
          <w:i w:val="0"/>
          <w:sz w:val="20"/>
        </w:rPr>
        <w:t>Alien</w:t>
      </w:r>
      <w:r>
        <w:rPr>
          <w:b w:val="0"/>
          <w:i w:val="0"/>
        </w:rPr>
        <w:t>, 257</w:t>
      </w:r>
    </w:p>
    <w:p>
      <w:pPr>
        <w:spacing w:after="80"/>
      </w:pPr>
      <w:r>
        <w:rPr>
          <w:rFonts w:ascii="Consolas" w:hAnsi="Consolas"/>
          <w:b w:val="0"/>
          <w:i w:val="0"/>
          <w:sz w:val="20"/>
        </w:rPr>
        <w:t>AlienInvasion</w:t>
      </w:r>
      <w:r>
        <w:rPr>
          <w:b w:val="0"/>
          <w:i w:val="0"/>
        </w:rPr>
        <w:t>, 229</w:t>
      </w:r>
    </w:p>
    <w:p>
      <w:pPr>
        <w:spacing w:after="80"/>
      </w:pPr>
      <w:r>
        <w:rPr>
          <w:rFonts w:ascii="Consolas" w:hAnsi="Consolas"/>
          <w:b w:val="0"/>
          <w:i w:val="0"/>
          <w:sz w:val="20"/>
        </w:rPr>
        <w:t>Bullet</w:t>
      </w:r>
      <w:r>
        <w:rPr>
          <w:b w:val="0"/>
          <w:i w:val="0"/>
        </w:rPr>
        <w:t>, 247–248</w:t>
      </w:r>
    </w:p>
    <w:p>
      <w:pPr>
        <w:spacing w:after="80"/>
      </w:pPr>
      <w:r>
        <w:rPr>
          <w:rFonts w:ascii="Consolas" w:hAnsi="Consolas"/>
          <w:b w:val="0"/>
          <w:i w:val="0"/>
          <w:sz w:val="20"/>
        </w:rPr>
        <w:t>Button</w:t>
      </w:r>
      <w:r>
        <w:rPr>
          <w:b w:val="0"/>
          <w:i w:val="0"/>
        </w:rPr>
        <w:t>, 278–279</w:t>
      </w:r>
    </w:p>
    <w:p>
      <w:pPr>
        <w:spacing w:after="80"/>
      </w:pPr>
      <w:r>
        <w:rPr>
          <w:rFonts w:ascii="Consolas" w:hAnsi="Consolas"/>
          <w:b w:val="0"/>
          <w:i w:val="0"/>
          <w:sz w:val="20"/>
        </w:rPr>
        <w:t>GameStats</w:t>
      </w:r>
      <w:r>
        <w:rPr>
          <w:b w:val="0"/>
          <w:i w:val="0"/>
        </w:rPr>
        <w:t>, 271</w:t>
      </w:r>
    </w:p>
    <w:p>
      <w:pPr>
        <w:spacing w:after="80"/>
      </w:pPr>
      <w:r>
        <w:rPr>
          <w:rFonts w:ascii="Consolas" w:hAnsi="Consolas"/>
          <w:b w:val="0"/>
          <w:i w:val="0"/>
          <w:sz w:val="20"/>
        </w:rPr>
        <w:t>Bảng điểm</w:t>
      </w:r>
      <w:r>
        <w:rPr>
          <w:b w:val="0"/>
          <w:i w:val="0"/>
        </w:rPr>
        <w:t>, 286–287</w:t>
      </w:r>
    </w:p>
    <w:p>
      <w:pPr>
        <w:spacing w:after="80"/>
      </w:pPr>
      <w:r>
        <w:rPr>
          <w:rFonts w:ascii="Consolas" w:hAnsi="Consolas"/>
          <w:b w:val="0"/>
          <w:i w:val="0"/>
          <w:sz w:val="20"/>
        </w:rPr>
        <w:t>Cài đặt</w:t>
      </w:r>
      <w:r>
        <w:rPr>
          <w:b w:val="0"/>
          <w:i w:val="0"/>
        </w:rPr>
        <w:t>, 232</w:t>
      </w:r>
    </w:p>
    <w:p>
      <w:pPr>
        <w:spacing w:after="80"/>
      </w:pPr>
      <w:r>
        <w:rPr>
          <w:rFonts w:ascii="Consolas" w:hAnsi="Consolas"/>
          <w:b w:val="0"/>
          <w:i w:val="0"/>
          <w:sz w:val="20"/>
        </w:rPr>
        <w:t>Tàu</w:t>
      </w:r>
      <w:r>
        <w:rPr>
          <w:b w:val="0"/>
          <w:i w:val="0"/>
        </w:rPr>
        <w:t>, 234–235</w:t>
      </w:r>
    </w:p>
    <w:p>
      <w:pPr>
        <w:spacing w:after="80"/>
      </w:pPr>
      <w:r>
        <w:rPr>
          <w:b w:val="0"/>
          <w:i w:val="0"/>
        </w:rPr>
        <w:t>kết thúc trò chơi, 274–275</w:t>
      </w:r>
    </w:p>
    <w:p>
      <w:pPr>
        <w:spacing w:after="80"/>
      </w:pPr>
      <w:r>
        <w:rPr>
          <w:b w:val="0"/>
          <w:i w:val="0"/>
        </w:rPr>
        <w:t>khởi tạo cài đặt động, 283–285</w:t>
      </w:r>
    </w:p>
    <w:p>
      <w:pPr>
        <w:spacing w:after="80"/>
      </w:pPr>
      <w:r>
        <w:rPr>
          <w:b w:val="0"/>
          <w:i w:val="0"/>
        </w:rPr>
        <w:t>các cấp độ</w:t>
      </w:r>
    </w:p>
    <w:p>
      <w:pPr>
        <w:spacing w:after="80"/>
      </w:pPr>
      <w:r>
        <w:rPr>
          <w:b w:val="0"/>
          <w:i w:val="0"/>
        </w:rPr>
        <w:t>sửa đổi cài đặt tốc độ, 283–285</w:t>
      </w:r>
    </w:p>
    <w:p>
      <w:pPr>
        <w:spacing w:after="80"/>
      </w:pPr>
      <w:r>
        <w:rPr>
          <w:b w:val="0"/>
          <w:i w:val="0"/>
        </w:rPr>
        <w:t>đặt lại tốc độ, 285</w:t>
      </w:r>
    </w:p>
    <w:p>
      <w:pPr>
        <w:spacing w:after="80"/>
      </w:pPr>
      <w:r>
        <w:rPr>
          <w:b w:val="0"/>
          <w:i w:val="0"/>
        </w:rPr>
        <w:t>hiển thị, 294–296</w:t>
      </w:r>
    </w:p>
    <w:p>
      <w:pPr>
        <w:spacing w:after="80"/>
      </w:pPr>
      <w:r>
        <w:rPr>
          <w:b w:val="0"/>
          <w:i w:val="0"/>
        </w:rPr>
        <w:t>di chuyển đội tàu, 263–266</w:t>
      </w:r>
    </w:p>
    <w:p>
      <w:pPr>
        <w:spacing w:after="80"/>
      </w:pPr>
      <w:r>
        <w:rPr>
          <w:b w:val="0"/>
          <w:i w:val="0"/>
        </w:rPr>
        <w:t>lập kế hoạch, 228</w:t>
      </w:r>
    </w:p>
    <w:p>
      <w:pPr>
        <w:spacing w:after="80"/>
      </w:pPr>
      <w:r>
        <w:rPr>
          <w:b w:val="0"/>
          <w:i w:val="0"/>
        </w:rPr>
        <w:t>nút Play, 278–283</w:t>
      </w:r>
    </w:p>
    <w:p>
      <w:pPr>
        <w:spacing w:after="80"/>
      </w:pPr>
      <w:r>
        <w:rPr>
          <w:b w:val="0"/>
          <w:i w:val="0"/>
        </w:rPr>
        <w:t xml:space="preserve">lớp </w:t>
      </w:r>
      <w:r>
        <w:rPr>
          <w:rFonts w:ascii="Consolas" w:hAnsi="Consolas"/>
          <w:b w:val="0"/>
          <w:i w:val="0"/>
          <w:sz w:val="20"/>
        </w:rPr>
        <w:t>Button</w:t>
      </w:r>
      <w:r>
        <w:rPr>
          <w:b w:val="0"/>
          <w:i w:val="0"/>
        </w:rPr>
        <w:t>, 278–279</w:t>
      </w:r>
    </w:p>
    <w:p>
      <w:pPr>
        <w:spacing w:after="80"/>
      </w:pPr>
      <w:r>
        <w:rPr>
          <w:b w:val="0"/>
          <w:i w:val="0"/>
        </w:rPr>
        <w:t>vô hiệu hóa, 282</w:t>
      </w:r>
    </w:p>
    <w:p>
      <w:pPr>
        <w:spacing w:after="80"/>
      </w:pPr>
      <w:r>
        <w:rPr>
          <w:b w:val="0"/>
          <w:i w:val="0"/>
        </w:rPr>
        <w:t>vẽ, 279–280</w:t>
      </w:r>
    </w:p>
    <w:p>
      <w:pPr>
        <w:spacing w:after="80"/>
      </w:pPr>
      <w:r>
        <w:rPr>
          <w:b w:val="0"/>
          <w:i w:val="0"/>
        </w:rPr>
        <w:t>ẩn con trỏ chuột, 282–283</w:t>
      </w:r>
    </w:p>
    <w:p>
      <w:pPr>
        <w:spacing w:after="80"/>
      </w:pPr>
      <w:r>
        <w:rPr>
          <w:b w:val="0"/>
          <w:i w:val="0"/>
        </w:rPr>
        <w:t>đặt lại trò chơi, 281–282</w:t>
      </w:r>
    </w:p>
    <w:p>
      <w:pPr>
        <w:spacing w:after="80"/>
      </w:pPr>
      <w:r>
        <w:rPr>
          <w:b w:val="0"/>
          <w:i w:val="0"/>
        </w:rPr>
        <w:t>bắt đầu trò chơi, 281</w:t>
      </w:r>
    </w:p>
    <w:p>
      <w:pPr>
        <w:spacing w:after="80"/>
      </w:pPr>
      <w:r>
        <w:rPr>
          <w:b w:val="0"/>
          <w:i w:val="0"/>
        </w:rPr>
        <w:t>xem lại dự án, 256</w:t>
      </w:r>
    </w:p>
    <w:p>
      <w:pPr>
        <w:spacing w:after="80"/>
      </w:pPr>
      <w:r>
        <w:rPr>
          <w:b w:val="0"/>
          <w:i w:val="0"/>
        </w:rPr>
        <w:t>tính điểm, 286–298</w:t>
      </w:r>
    </w:p>
    <w:p>
      <w:pPr>
        <w:spacing w:after="80"/>
      </w:pPr>
      <w:r>
        <w:rPr>
          <w:b w:val="0"/>
          <w:i w:val="0"/>
        </w:rPr>
        <w:t>tất cả các lần bắn trúng, 290</w:t>
      </w:r>
    </w:p>
    <w:p>
      <w:pPr>
        <w:spacing w:after="80"/>
      </w:pPr>
      <w:r>
        <w:rPr>
          <w:b w:val="0"/>
          <w:i w:val="0"/>
        </w:rPr>
        <w:t>điểm cao nhất, 292–294</w:t>
      </w:r>
    </w:p>
    <w:p>
      <w:pPr>
        <w:spacing w:after="80"/>
      </w:pPr>
      <w:r>
        <w:rPr>
          <w:b w:val="0"/>
          <w:i w:val="0"/>
        </w:rPr>
        <w:t>tăng giá trị điểm, 290–291</w:t>
      </w:r>
    </w:p>
    <w:p>
      <w:pPr>
        <w:spacing w:after="80"/>
      </w:pPr>
      <w:r>
        <w:rPr>
          <w:b w:val="0"/>
          <w:i w:val="0"/>
        </w:rPr>
        <w:t>cấp độ, 294–296</w:t>
      </w:r>
    </w:p>
    <w:p>
      <w:pPr>
        <w:spacing w:after="80"/>
      </w:pPr>
      <w:r>
        <w:rPr>
          <w:b w:val="0"/>
          <w:i w:val="0"/>
        </w:rPr>
        <w:t>số lượng tàu, 296–299</w:t>
      </w:r>
    </w:p>
    <w:p>
      <w:pPr>
        <w:spacing w:after="80"/>
      </w:pPr>
      <w:r>
        <w:rPr>
          <w:b w:val="0"/>
          <w:i w:val="0"/>
        </w:rPr>
        <w:t>đặt lại, 289–290</w:t>
      </w:r>
    </w:p>
    <w:p>
      <w:pPr>
        <w:spacing w:after="80"/>
      </w:pPr>
      <w:r>
        <w:rPr>
          <w:b w:val="0"/>
          <w:i w:val="0"/>
        </w:rPr>
        <w:t>làm tròn và định dạng, 291–292</w:t>
      </w:r>
    </w:p>
    <w:p>
      <w:pPr>
        <w:spacing w:after="80"/>
      </w:pPr>
      <w:r>
        <w:rPr>
          <w:b w:val="0"/>
          <w:i w:val="0"/>
        </w:rPr>
        <w:t>thuộc tính điểm, 286</w:t>
      </w:r>
    </w:p>
    <w:p>
      <w:pPr>
        <w:spacing w:after="80"/>
      </w:pPr>
      <w:r>
        <w:rPr>
          <w:b w:val="0"/>
          <w:i w:val="0"/>
        </w:rPr>
        <w:t>cập nhật, 289</w:t>
      </w:r>
    </w:p>
    <w:p>
      <w:pPr>
        <w:spacing w:after="80"/>
      </w:pPr>
      <w:r>
        <w:rPr>
          <w:b w:val="0"/>
          <w:i w:val="0"/>
        </w:rPr>
        <w:t>cài đặt, lưu trữ, 232–233</w:t>
      </w:r>
    </w:p>
    <w:p>
      <w:pPr>
        <w:spacing w:after="80"/>
      </w:pPr>
      <w:r>
        <w:rPr>
          <w:b w:val="0"/>
          <w:i w:val="0"/>
        </w:rPr>
        <w:t>tàu, 233–244</w:t>
      </w:r>
    </w:p>
    <w:p>
      <w:pPr>
        <w:spacing w:after="80"/>
      </w:pPr>
      <w:r>
        <w:rPr>
          <w:b w:val="0"/>
          <w:i w:val="0"/>
        </w:rPr>
        <w:t>điều chỉnh tốc độ, 242–243</w:t>
      </w:r>
    </w:p>
    <w:p>
      <w:pPr>
        <w:spacing w:after="80"/>
      </w:pPr>
      <w:r>
        <w:rPr>
          <w:b w:val="0"/>
          <w:i w:val="0"/>
        </w:rPr>
        <w:t>di chuyển liên tục, 239–242</w:t>
      </w:r>
    </w:p>
    <w:p>
      <w:pPr>
        <w:spacing w:after="80"/>
      </w:pPr>
      <w:r>
        <w:rPr>
          <w:b w:val="0"/>
          <w:i w:val="0"/>
        </w:rPr>
        <w:t>tìm một hình ảnh, 233–234</w:t>
      </w:r>
    </w:p>
    <w:p>
      <w:pPr>
        <w:spacing w:after="80"/>
      </w:pPr>
      <w:r>
        <w:rPr>
          <w:b w:val="0"/>
          <w:i w:val="0"/>
        </w:rPr>
        <w:t>giới hạn phạm vi, 243–244</w:t>
      </w:r>
    </w:p>
    <w:p>
      <w:pPr>
        <w:spacing w:after="80"/>
      </w:pPr>
      <w:r>
        <w:rPr>
          <w:b w:val="0"/>
          <w:i/>
        </w:rPr>
        <w:t>amusement_park.py</w:t>
      </w:r>
      <w:r>
        <w:rPr>
          <w:b w:val="0"/>
          <w:i w:val="0"/>
        </w:rPr>
        <w:t>, 80–82</w:t>
      </w:r>
    </w:p>
    <w:p>
      <w:pPr>
        <w:spacing w:after="80"/>
      </w:pPr>
      <w:r>
        <w:rPr>
          <w:b w:val="0"/>
          <w:i w:val="0"/>
        </w:rPr>
        <w:t xml:space="preserve">từ khóa </w:t>
      </w:r>
      <w:r>
        <w:rPr>
          <w:rFonts w:ascii="Consolas" w:hAnsi="Consolas"/>
          <w:b w:val="0"/>
          <w:i w:val="0"/>
          <w:sz w:val="20"/>
        </w:rPr>
        <w:t>and</w:t>
      </w:r>
      <w:r>
        <w:rPr>
          <w:b w:val="0"/>
          <w:i w:val="0"/>
        </w:rPr>
        <w:t>, 75</w:t>
      </w:r>
    </w:p>
    <w:p>
      <w:pPr>
        <w:spacing w:after="80"/>
      </w:pPr>
      <w:r>
        <w:rPr>
          <w:b w:val="0"/>
          <w:i w:val="0"/>
        </w:rPr>
        <w:t>khử răng cưa (antialiasing), 279</w:t>
      </w:r>
    </w:p>
    <w:p>
      <w:pPr>
        <w:spacing w:after="80"/>
      </w:pPr>
      <w:r>
        <w:rPr>
          <w:b w:val="0"/>
          <w:i w:val="0"/>
        </w:rPr>
        <w:t xml:space="preserve">API. </w:t>
      </w:r>
      <w:r>
        <w:rPr>
          <w:b w:val="0"/>
          <w:i/>
        </w:rPr>
        <w:t>Xem</w:t>
      </w:r>
      <w:r>
        <w:rPr>
          <w:b w:val="0"/>
          <w:i w:val="0"/>
        </w:rPr>
        <w:t xml:space="preserve"> giao diện lập trình ứng dụng</w:t>
      </w:r>
    </w:p>
    <w:p>
      <w:pPr>
        <w:spacing w:after="80"/>
      </w:pPr>
      <w:r>
        <w:rPr>
          <w:b w:val="0"/>
          <w:i/>
        </w:rPr>
        <w:t>apostrophe.py</w:t>
      </w:r>
      <w:r>
        <w:rPr>
          <w:b w:val="0"/>
          <w:i w:val="0"/>
        </w:rPr>
        <w:t>, 24–25</w:t>
      </w:r>
    </w:p>
    <w:p>
      <w:pPr>
        <w:spacing w:after="80"/>
      </w:pPr>
      <w:r>
        <w:rPr>
          <w:b w:val="0"/>
          <w:i w:val="0"/>
        </w:rPr>
        <w:t xml:space="preserve">phương thức </w:t>
      </w:r>
      <w:r>
        <w:rPr>
          <w:rFonts w:ascii="Consolas" w:hAnsi="Consolas"/>
          <w:b w:val="0"/>
          <w:i w:val="0"/>
          <w:sz w:val="20"/>
        </w:rPr>
        <w:t>append()</w:t>
      </w:r>
      <w:r>
        <w:rPr>
          <w:b w:val="0"/>
          <w:i w:val="0"/>
        </w:rPr>
        <w:t>, 37–38</w:t>
      </w:r>
    </w:p>
    <w:p>
      <w:pPr>
        <w:spacing w:after="80"/>
      </w:pPr>
      <w:r>
        <w:rPr>
          <w:b w:val="0"/>
          <w:i w:val="0"/>
        </w:rPr>
        <w:t>giao diện lập trình ứng dụng (API), 355</w:t>
      </w:r>
    </w:p>
    <w:p>
      <w:pPr>
        <w:spacing w:after="80"/>
      </w:pPr>
      <w:r>
        <w:rPr>
          <w:b w:val="0"/>
          <w:i w:val="0"/>
        </w:rPr>
        <w:t>lệnh gọi API, 355–357</w:t>
      </w:r>
    </w:p>
    <w:p>
      <w:pPr>
        <w:spacing w:after="80"/>
      </w:pPr>
      <w:r>
        <w:rPr>
          <w:b w:val="0"/>
          <w:i w:val="0"/>
        </w:rPr>
        <w:t>API của GitHub, 368</w:t>
      </w:r>
    </w:p>
    <w:p>
      <w:pPr>
        <w:spacing w:after="80"/>
      </w:pPr>
      <w:r>
        <w:rPr>
          <w:b w:val="0"/>
          <w:i w:val="0"/>
        </w:rPr>
        <w:t>API của Hacker News, 368–371</w:t>
      </w:r>
    </w:p>
    <w:p>
      <w:pPr>
        <w:spacing w:after="80"/>
      </w:pPr>
      <w:r>
        <w:rPr>
          <w:b w:val="0"/>
          <w:i w:val="0"/>
        </w:rPr>
        <w:t>xử lý phản hồi API, 357–362</w:t>
      </w:r>
    </w:p>
    <w:p>
      <w:pPr>
        <w:spacing w:after="80"/>
      </w:pPr>
      <w:r>
        <w:rPr>
          <w:b w:val="0"/>
          <w:i w:val="0"/>
        </w:rPr>
        <w:t>giới hạn tần suất (rate limits), 362</w:t>
      </w:r>
    </w:p>
    <w:p>
      <w:pPr>
        <w:spacing w:after="80"/>
      </w:pPr>
      <w:r>
        <w:rPr>
          <w:b w:val="0"/>
          <w:i w:val="0"/>
        </w:rPr>
        <w:t>yêu cầu dữ liệu, 356–357</w:t>
      </w:r>
    </w:p>
    <w:p>
      <w:pPr>
        <w:spacing w:after="80"/>
      </w:pPr>
      <w:r>
        <w:rPr>
          <w:b w:val="0"/>
          <w:i w:val="0"/>
        </w:rPr>
        <w:t>trực quan hóa kết quả, 362–368</w:t>
      </w:r>
    </w:p>
    <w:p>
      <w:pPr>
        <w:spacing w:after="80"/>
      </w:pPr>
      <w:r>
        <w:rPr>
          <w:b w:val="0"/>
          <w:i w:val="0"/>
        </w:rPr>
        <w:t xml:space="preserve">đối số (arguments), 131. </w:t>
      </w:r>
      <w:r>
        <w:rPr>
          <w:b w:val="0"/>
          <w:i/>
        </w:rPr>
        <w:t>Xem thêm trong phần</w:t>
      </w:r>
      <w:r>
        <w:rPr>
          <w:b w:val="0"/>
          <w:i w:val="0"/>
        </w:rPr>
        <w:t xml:space="preserve"> hàm</w:t>
      </w:r>
    </w:p>
    <w:p>
      <w:pPr>
        <w:spacing w:after="80"/>
      </w:pPr>
      <w:r>
        <w:rPr>
          <w:b w:val="0"/>
          <w:i w:val="0"/>
        </w:rPr>
        <w:t xml:space="preserve">từ khóa </w:t>
      </w:r>
      <w:r>
        <w:rPr>
          <w:rFonts w:ascii="Consolas" w:hAnsi="Consolas"/>
          <w:b w:val="0"/>
          <w:i w:val="0"/>
          <w:sz w:val="20"/>
        </w:rPr>
        <w:t>as</w:t>
      </w:r>
      <w:r>
        <w:rPr>
          <w:b w:val="0"/>
          <w:i w:val="0"/>
        </w:rPr>
        <w:t>, 151–152</w:t>
      </w:r>
    </w:p>
    <w:p>
      <w:pPr>
        <w:spacing w:after="80"/>
      </w:pPr>
      <w:r>
        <w:rPr>
          <w:b w:val="0"/>
          <w:i w:val="0"/>
        </w:rPr>
        <w:t>câu lệnh khẳng định (assertions), 213, 217–218</w:t>
      </w:r>
    </w:p>
    <w:p>
      <w:pPr>
        <w:spacing w:after="80"/>
      </w:pPr>
      <w:r>
        <w:rPr>
          <w:b w:val="0"/>
          <w:i w:val="0"/>
        </w:rPr>
        <w:t xml:space="preserve">thuộc tính (attributes), 159. </w:t>
      </w:r>
      <w:r>
        <w:rPr>
          <w:b w:val="0"/>
          <w:i/>
        </w:rPr>
        <w:t>Xem thêm trong phần</w:t>
      </w:r>
      <w:r>
        <w:rPr>
          <w:b w:val="0"/>
          <w:i w:val="0"/>
        </w:rPr>
        <w:t xml:space="preserve"> lớp</w:t>
      </w:r>
    </w:p>
    <w:p>
      <w:pPr>
        <w:spacing w:after="80"/>
      </w:pPr>
      <w:r>
        <w:rPr>
          <w:b w:val="0"/>
          <w:i w:val="0"/>
        </w:rPr>
        <w:t>B</w:t>
      </w:r>
    </w:p>
    <w:p>
      <w:pPr>
        <w:spacing w:after="80"/>
      </w:pPr>
      <w:r>
        <w:rPr>
          <w:b w:val="0"/>
          <w:i/>
        </w:rPr>
        <w:t>banned_users.py</w:t>
      </w:r>
      <w:r>
        <w:rPr>
          <w:b w:val="0"/>
          <w:i w:val="0"/>
        </w:rPr>
        <w:t>, 76–77</w:t>
      </w:r>
    </w:p>
    <w:p>
      <w:pPr>
        <w:spacing w:after="80"/>
      </w:pPr>
      <w:r>
        <w:rPr>
          <w:b w:val="0"/>
          <w:i/>
        </w:rPr>
        <w:t>bicycles.py</w:t>
      </w:r>
      <w:r>
        <w:rPr>
          <w:b w:val="0"/>
          <w:i w:val="0"/>
        </w:rPr>
        <w:t>, 34–35</w:t>
      </w:r>
    </w:p>
    <w:p>
      <w:pPr>
        <w:spacing w:after="80"/>
      </w:pPr>
      <w:r>
        <w:rPr>
          <w:b w:val="0"/>
          <w:i w:val="0"/>
        </w:rPr>
        <w:t>Các giá trị Boolean, 77</w:t>
      </w:r>
    </w:p>
    <w:p>
      <w:pPr>
        <w:spacing w:after="80"/>
      </w:pPr>
      <w:r>
        <w:rPr>
          <w:b w:val="0"/>
          <w:i w:val="0"/>
        </w:rPr>
        <w:t xml:space="preserve">Bootstrap, 433. </w:t>
      </w:r>
      <w:r>
        <w:rPr>
          <w:b w:val="0"/>
          <w:i/>
        </w:rPr>
        <w:t>Xem thêm unxder</w:t>
      </w:r>
      <w:r>
        <w:rPr>
          <w:b w:val="0"/>
          <w:i w:val="0"/>
        </w:rPr>
        <w:t xml:space="preserve"> Django</w:t>
      </w:r>
    </w:p>
    <w:p>
      <w:pPr>
        <w:spacing w:after="80"/>
      </w:pPr>
      <w:r>
        <w:rPr>
          <w:b w:val="0"/>
          <w:i w:val="0"/>
        </w:rPr>
        <w:t>dấu ngoặc nhọn (</w:t>
      </w:r>
      <w:r>
        <w:rPr>
          <w:rFonts w:ascii="Consolas" w:hAnsi="Consolas"/>
          <w:b w:val="0"/>
          <w:i w:val="0"/>
          <w:sz w:val="20"/>
        </w:rPr>
        <w:t>{}</w:t>
      </w:r>
      <w:r>
        <w:rPr>
          <w:b w:val="0"/>
          <w:i w:val="0"/>
        </w:rPr>
        <w:t>)</w:t>
      </w:r>
    </w:p>
    <w:p>
      <w:pPr>
        <w:spacing w:after="80"/>
      </w:pPr>
      <w:r>
        <w:rPr>
          <w:b w:val="0"/>
          <w:i w:val="0"/>
        </w:rPr>
        <w:t>từ điển (dictionary), 92</w:t>
      </w:r>
    </w:p>
    <w:p>
      <w:pPr>
        <w:spacing w:after="80"/>
      </w:pPr>
      <w:r>
        <w:rPr>
          <w:b w:val="0"/>
          <w:i w:val="0"/>
        </w:rPr>
        <w:t>tập hợp (set), 104</w:t>
      </w:r>
    </w:p>
    <w:p>
      <w:pPr>
        <w:spacing w:after="80"/>
      </w:pPr>
      <w:r>
        <w:rPr>
          <w:b w:val="0"/>
          <w:i w:val="0"/>
        </w:rPr>
        <w:t xml:space="preserve">câu lệnh </w:t>
      </w:r>
      <w:r>
        <w:rPr>
          <w:rFonts w:ascii="Consolas" w:hAnsi="Consolas"/>
          <w:b w:val="0"/>
          <w:i w:val="0"/>
          <w:sz w:val="20"/>
        </w:rPr>
        <w:t>break</w:t>
      </w:r>
      <w:r>
        <w:rPr>
          <w:b w:val="0"/>
          <w:i w:val="0"/>
        </w:rPr>
        <w:t>, 121</w:t>
      </w:r>
    </w:p>
    <w:p>
      <w:pPr>
        <w:spacing w:after="80"/>
      </w:pPr>
      <w:r>
        <w:rPr>
          <w:b w:val="0"/>
          <w:i w:val="0"/>
        </w:rPr>
        <w:t>các hàm dựng sẵn (built-in function), 467</w:t>
      </w:r>
    </w:p>
    <w:p>
      <w:pPr>
        <w:spacing w:after="80"/>
      </w:pPr>
      <w:r>
        <w:rPr>
          <w:b w:val="0"/>
          <w:i w:val="0"/>
        </w:rPr>
        <w:t>C</w:t>
      </w:r>
    </w:p>
    <w:p>
      <w:pPr>
        <w:spacing w:after="80"/>
      </w:pPr>
      <w:r>
        <w:rPr>
          <w:b w:val="0"/>
          <w:i w:val="0"/>
        </w:rPr>
        <w:t>lời gọi hàm (function call), 130, 132–135</w:t>
      </w:r>
    </w:p>
    <w:p>
      <w:pPr>
        <w:spacing w:after="80"/>
      </w:pPr>
      <w:r>
        <w:rPr>
          <w:b w:val="0"/>
          <w:i/>
        </w:rPr>
        <w:t>car.py</w:t>
      </w:r>
      <w:r>
        <w:rPr>
          <w:b w:val="0"/>
          <w:i w:val="0"/>
        </w:rPr>
        <w:t>, 162–178</w:t>
      </w:r>
    </w:p>
    <w:p>
      <w:pPr>
        <w:spacing w:after="80"/>
      </w:pPr>
      <w:r>
        <w:rPr>
          <w:b w:val="0"/>
          <w:i/>
        </w:rPr>
        <w:t>cars.py</w:t>
      </w:r>
      <w:r>
        <w:rPr>
          <w:b w:val="0"/>
          <w:i w:val="0"/>
        </w:rPr>
        <w:t>, 43–45, 72</w:t>
      </w:r>
    </w:p>
    <w:p>
      <w:pPr>
        <w:spacing w:after="80"/>
      </w:pPr>
      <w:r>
        <w:rPr>
          <w:b w:val="0"/>
          <w:i/>
        </w:rPr>
        <w:t>cities.py</w:t>
      </w:r>
      <w:r>
        <w:rPr>
          <w:b w:val="0"/>
          <w:i w:val="0"/>
        </w:rPr>
        <w:t>, 121</w:t>
      </w:r>
    </w:p>
    <w:p>
      <w:pPr>
        <w:spacing w:after="80"/>
      </w:pPr>
      <w:r>
        <w:rPr>
          <w:b w:val="0"/>
          <w:i w:val="0"/>
        </w:rPr>
        <w:t>lớp (class)</w:t>
      </w:r>
    </w:p>
    <w:p>
      <w:pPr>
        <w:spacing w:after="80"/>
      </w:pPr>
      <w:r>
        <w:rPr>
          <w:b w:val="0"/>
          <w:i w:val="0"/>
        </w:rPr>
        <w:t>thuộc tính (attribute), 159</w:t>
      </w:r>
    </w:p>
    <w:p>
      <w:pPr>
        <w:spacing w:after="80"/>
      </w:pPr>
      <w:r>
        <w:rPr>
          <w:b w:val="0"/>
          <w:i w:val="0"/>
        </w:rPr>
        <w:t>truy cập, 160</w:t>
      </w:r>
    </w:p>
    <w:p>
      <w:pPr>
        <w:spacing w:after="80"/>
      </w:pPr>
      <w:r>
        <w:rPr>
          <w:b w:val="0"/>
          <w:i w:val="0"/>
        </w:rPr>
        <w:t>giá trị mặc định, 163–164</w:t>
      </w:r>
    </w:p>
    <w:p>
      <w:pPr>
        <w:spacing w:after="80"/>
      </w:pPr>
      <w:r>
        <w:rPr>
          <w:b w:val="0"/>
          <w:i w:val="0"/>
        </w:rPr>
        <w:t>sửa đổi, 164–166</w:t>
      </w:r>
    </w:p>
    <w:p>
      <w:pPr>
        <w:spacing w:after="80"/>
      </w:pPr>
      <w:r>
        <w:rPr>
          <w:b w:val="0"/>
          <w:i w:val="0"/>
        </w:rPr>
        <w:t>tạo, 158–161</w:t>
      </w:r>
    </w:p>
    <w:p>
      <w:pPr>
        <w:spacing w:after="80"/>
      </w:pPr>
      <w:r>
        <w:rPr>
          <w:b w:val="0"/>
          <w:i w:val="0"/>
        </w:rPr>
        <w:t>nhập, 173–179</w:t>
      </w:r>
    </w:p>
    <w:p>
      <w:pPr>
        <w:spacing w:after="80"/>
      </w:pPr>
      <w:r>
        <w:rPr>
          <w:b w:val="0"/>
          <w:i w:val="0"/>
        </w:rPr>
        <w:t>nhiều lớp, 175–176</w:t>
      </w:r>
    </w:p>
    <w:p>
      <w:pPr>
        <w:spacing w:after="80"/>
      </w:pPr>
      <w:r>
        <w:rPr>
          <w:b w:val="0"/>
          <w:i w:val="0"/>
        </w:rPr>
        <w:t>một lớp, 174–175</w:t>
      </w:r>
    </w:p>
    <w:p>
      <w:pPr>
        <w:spacing w:after="80"/>
      </w:pPr>
      <w:r>
        <w:rPr>
          <w:b w:val="0"/>
          <w:i w:val="0"/>
        </w:rPr>
        <w:t>kế thừa, 167–172</w:t>
      </w:r>
    </w:p>
    <w:p>
      <w:pPr>
        <w:spacing w:after="80"/>
      </w:pPr>
      <w:r>
        <w:rPr>
          <w:b w:val="0"/>
          <w:i w:val="0"/>
        </w:rPr>
        <w:t>thuộc tính và phương thức, 169</w:t>
      </w:r>
    </w:p>
    <w:p>
      <w:pPr>
        <w:spacing w:after="80"/>
      </w:pPr>
      <w:r>
        <w:rPr>
          <w:b w:val="0"/>
          <w:i w:val="0"/>
        </w:rPr>
        <w:t>lớp con, 167–170</w:t>
      </w:r>
    </w:p>
    <w:p>
      <w:pPr>
        <w:spacing w:after="80"/>
      </w:pPr>
      <w:r>
        <w:rPr>
          <w:b w:val="0"/>
          <w:i w:val="0"/>
        </w:rPr>
        <w:t>thành phần, 170</w:t>
      </w:r>
    </w:p>
    <w:p>
      <w:pPr>
        <w:spacing w:after="80"/>
      </w:pPr>
      <w:r>
        <w:rPr>
          <w:b w:val="0"/>
          <w:i w:val="0"/>
        </w:rPr>
        <w:t xml:space="preserve">phương thức </w:t>
      </w:r>
      <w:r>
        <w:rPr>
          <w:rFonts w:ascii="Consolas" w:hAnsi="Consolas"/>
          <w:b w:val="0"/>
          <w:i w:val="0"/>
          <w:sz w:val="20"/>
        </w:rPr>
        <w:t>__init__()</w:t>
      </w:r>
      <w:r>
        <w:rPr>
          <w:b w:val="0"/>
          <w:i w:val="0"/>
        </w:rPr>
        <w:t>, 167–169</w:t>
      </w:r>
    </w:p>
    <w:p>
      <w:pPr>
        <w:spacing w:after="80"/>
      </w:pPr>
      <w:r>
        <w:rPr>
          <w:b w:val="0"/>
          <w:i w:val="0"/>
        </w:rPr>
        <w:t>thực thể như thuộc tính, 170–172</w:t>
      </w:r>
    </w:p>
    <w:p>
      <w:pPr>
        <w:spacing w:after="80"/>
      </w:pPr>
      <w:r>
        <w:rPr>
          <w:b w:val="0"/>
          <w:i w:val="0"/>
        </w:rPr>
        <w:t>ghi đè phương thức, 170</w:t>
      </w:r>
    </w:p>
    <w:p>
      <w:pPr>
        <w:spacing w:after="80"/>
      </w:pPr>
      <w:r>
        <w:rPr>
          <w:b w:val="0"/>
          <w:i w:val="0"/>
        </w:rPr>
        <w:t>lớp cha (parent class), 170</w:t>
      </w:r>
    </w:p>
    <w:p>
      <w:pPr>
        <w:spacing w:after="80"/>
      </w:pPr>
      <w:r>
        <w:rPr>
          <w:b w:val="0"/>
          <w:i w:val="0"/>
        </w:rPr>
        <w:t>lớp con (subclass), 168</w:t>
      </w:r>
    </w:p>
    <w:p>
      <w:pPr>
        <w:spacing w:after="80"/>
      </w:pPr>
      <w:r>
        <w:rPr>
          <w:b w:val="0"/>
          <w:i w:val="0"/>
        </w:rPr>
        <w:t xml:space="preserve">hàm </w:t>
      </w:r>
      <w:r>
        <w:rPr>
          <w:rFonts w:ascii="Consolas" w:hAnsi="Consolas"/>
          <w:b w:val="0"/>
          <w:i w:val="0"/>
          <w:sz w:val="20"/>
        </w:rPr>
        <w:t>super()</w:t>
      </w:r>
      <w:r>
        <w:rPr>
          <w:b w:val="0"/>
          <w:i w:val="0"/>
        </w:rPr>
        <w:t>, 168</w:t>
      </w:r>
    </w:p>
    <w:p>
      <w:pPr>
        <w:spacing w:after="80"/>
      </w:pPr>
      <w:r>
        <w:rPr>
          <w:b w:val="0"/>
          <w:i w:val="0"/>
        </w:rPr>
        <w:t>lớp cha (superclass), 168</w:t>
      </w:r>
    </w:p>
    <w:p>
      <w:pPr>
        <w:spacing w:after="80"/>
      </w:pPr>
      <w:r>
        <w:rPr>
          <w:b w:val="0"/>
          <w:i w:val="0"/>
        </w:rPr>
        <w:t>thực thể (instance), 157</w:t>
      </w:r>
    </w:p>
    <w:p>
      <w:pPr>
        <w:spacing w:after="80"/>
      </w:pPr>
      <w:r>
        <w:rPr>
          <w:b w:val="0"/>
          <w:i w:val="0"/>
        </w:rPr>
        <w:t>phương thức (method), 159</w:t>
      </w:r>
    </w:p>
    <w:p>
      <w:pPr>
        <w:spacing w:after="80"/>
      </w:pPr>
      <w:r>
        <w:rPr>
          <w:b w:val="0"/>
          <w:i w:val="0"/>
        </w:rPr>
        <w:t>gọi phương thức, 160</w:t>
      </w:r>
    </w:p>
    <w:p>
      <w:pPr>
        <w:spacing w:after="80"/>
      </w:pPr>
      <w:r>
        <w:rPr>
          <w:b w:val="0"/>
          <w:i w:val="0"/>
        </w:rPr>
        <w:t>nối chuỗi phương thức (method chaining), 185</w:t>
      </w:r>
    </w:p>
    <w:p>
      <w:pPr>
        <w:spacing w:after="80"/>
      </w:pPr>
      <w:r>
        <w:rPr>
          <w:b w:val="0"/>
          <w:i w:val="0"/>
        </w:rPr>
        <w:t xml:space="preserve">phương thức </w:t>
      </w:r>
      <w:r>
        <w:rPr>
          <w:rFonts w:ascii="Consolas" w:hAnsi="Consolas"/>
          <w:b w:val="0"/>
          <w:i w:val="0"/>
          <w:sz w:val="20"/>
        </w:rPr>
        <w:t>__init()__</w:t>
      </w:r>
      <w:r>
        <w:rPr>
          <w:b w:val="0"/>
          <w:i w:val="0"/>
        </w:rPr>
        <w:t>, 159</w:t>
      </w:r>
    </w:p>
    <w:p>
      <w:pPr>
        <w:spacing w:after="80"/>
      </w:pPr>
      <w:r>
        <w:rPr>
          <w:b w:val="0"/>
          <w:i w:val="0"/>
        </w:rPr>
        <w:t>mô phỏng đối tượng trong thế giới thực, 172–173</w:t>
      </w:r>
    </w:p>
    <w:p>
      <w:pPr>
        <w:spacing w:after="80"/>
      </w:pPr>
      <w:r>
        <w:rPr>
          <w:b w:val="0"/>
          <w:i w:val="0"/>
        </w:rPr>
        <w:t>nhiều thực thể, 161</w:t>
      </w:r>
    </w:p>
    <w:p>
      <w:pPr>
        <w:spacing w:after="80"/>
      </w:pPr>
      <w:r>
        <w:rPr>
          <w:b w:val="0"/>
          <w:i w:val="0"/>
        </w:rPr>
        <w:t>quy ước đặt tên, 158</w:t>
      </w:r>
    </w:p>
    <w:p>
      <w:pPr>
        <w:spacing w:after="80"/>
      </w:pPr>
      <w:r>
        <w:rPr>
          <w:b w:val="0"/>
          <w:i w:val="0"/>
        </w:rPr>
        <w:t>đối tượng (object), 157</w:t>
      </w:r>
    </w:p>
    <w:p>
      <w:pPr>
        <w:spacing w:after="80"/>
      </w:pPr>
      <w:r>
        <w:rPr>
          <w:b w:val="0"/>
          <w:i w:val="0"/>
        </w:rPr>
        <w:t>hướng dẫn về phong cách viết code, 181</w:t>
      </w:r>
    </w:p>
    <w:p>
      <w:pPr>
        <w:spacing w:after="80"/>
      </w:pPr>
      <w:r>
        <w:rPr>
          <w:b w:val="0"/>
          <w:i w:val="0"/>
        </w:rPr>
        <w:t xml:space="preserve">các tập tin giá trị phân tách bằng dấu phẩy. </w:t>
      </w:r>
      <w:r>
        <w:rPr>
          <w:b w:val="0"/>
          <w:i/>
        </w:rPr>
        <w:t>Xem</w:t>
      </w:r>
      <w:r>
        <w:rPr>
          <w:b w:val="0"/>
          <w:i w:val="0"/>
        </w:rPr>
        <w:t xml:space="preserve"> các tập tin CSV</w:t>
      </w:r>
    </w:p>
    <w:p>
      <w:pPr>
        <w:spacing w:after="80"/>
      </w:pPr>
      <w:r>
        <w:rPr>
          <w:b w:val="0"/>
          <w:i/>
        </w:rPr>
        <w:t>comment.py</w:t>
      </w:r>
      <w:r>
        <w:rPr>
          <w:b w:val="0"/>
          <w:i w:val="0"/>
        </w:rPr>
        <w:t>, 29</w:t>
      </w:r>
    </w:p>
    <w:p>
      <w:pPr>
        <w:spacing w:after="80"/>
      </w:pPr>
      <w:r>
        <w:rPr>
          <w:b w:val="0"/>
          <w:i w:val="0"/>
        </w:rPr>
        <w:t>chú thích, 29–30</w:t>
      </w:r>
    </w:p>
    <w:p>
      <w:pPr>
        <w:spacing w:after="80"/>
      </w:pPr>
      <w:r>
        <w:rPr>
          <w:b w:val="0"/>
          <w:i w:val="0"/>
        </w:rPr>
        <w:t xml:space="preserve">kiểm tra điều kiện, 72–77. </w:t>
      </w:r>
      <w:r>
        <w:rPr>
          <w:b w:val="0"/>
          <w:i/>
        </w:rPr>
        <w:t>Xem thêm</w:t>
      </w:r>
      <w:r>
        <w:rPr>
          <w:b w:val="0"/>
          <w:i w:val="0"/>
        </w:rPr>
        <w:t xml:space="preserve"> câu lệnh </w:t>
      </w:r>
      <w:r>
        <w:rPr>
          <w:rFonts w:ascii="Consolas" w:hAnsi="Consolas"/>
          <w:b w:val="0"/>
          <w:i w:val="0"/>
          <w:sz w:val="20"/>
        </w:rPr>
        <w:t>if</w:t>
      </w:r>
    </w:p>
    <w:p>
      <w:pPr>
        <w:spacing w:after="80"/>
      </w:pPr>
      <w:r>
        <w:rPr>
          <w:b w:val="0"/>
          <w:i/>
        </w:rPr>
        <w:t>confirmed_users.py</w:t>
      </w:r>
      <w:r>
        <w:rPr>
          <w:b w:val="0"/>
          <w:i w:val="0"/>
        </w:rPr>
        <w:t>, 124–125</w:t>
      </w:r>
    </w:p>
    <w:p>
      <w:pPr>
        <w:spacing w:after="80"/>
      </w:pPr>
      <w:r>
        <w:rPr>
          <w:b w:val="0"/>
          <w:i w:val="0"/>
        </w:rPr>
        <w:t>hằng số, 28</w:t>
      </w:r>
    </w:p>
    <w:p>
      <w:pPr>
        <w:spacing w:after="80"/>
      </w:pPr>
      <w:r>
        <w:rPr>
          <w:b w:val="0"/>
          <w:i w:val="0"/>
        </w:rPr>
        <w:t xml:space="preserve">câu lệnh </w:t>
      </w:r>
      <w:r>
        <w:rPr>
          <w:rFonts w:ascii="Consolas" w:hAnsi="Consolas"/>
          <w:b w:val="0"/>
          <w:i w:val="0"/>
          <w:sz w:val="20"/>
        </w:rPr>
        <w:t>continue</w:t>
      </w:r>
      <w:r>
        <w:rPr>
          <w:b w:val="0"/>
          <w:i w:val="0"/>
        </w:rPr>
        <w:t>, 122</w:t>
      </w:r>
    </w:p>
    <w:p>
      <w:pPr>
        <w:spacing w:after="80"/>
      </w:pPr>
      <w:r>
        <w:rPr>
          <w:b w:val="0"/>
          <w:i/>
        </w:rPr>
        <w:t>counting.py</w:t>
      </w:r>
      <w:r>
        <w:rPr>
          <w:b w:val="0"/>
          <w:i w:val="0"/>
        </w:rPr>
        <w:t>, 117–118, 122–123</w:t>
      </w:r>
    </w:p>
    <w:p>
      <w:pPr>
        <w:spacing w:after="80"/>
      </w:pPr>
      <w:r>
        <w:rPr>
          <w:b w:val="0"/>
          <w:i w:val="0"/>
        </w:rPr>
        <w:t>các tập tin CSV, 330–341</w:t>
      </w:r>
    </w:p>
    <w:p>
      <w:pPr>
        <w:spacing w:after="80"/>
      </w:pPr>
      <w:r>
        <w:rPr>
          <w:b w:val="0"/>
          <w:i w:val="0"/>
        </w:rPr>
        <w:t xml:space="preserve">hàm </w:t>
      </w:r>
      <w:r>
        <w:rPr>
          <w:rFonts w:ascii="Consolas" w:hAnsi="Consolas"/>
          <w:b w:val="0"/>
          <w:i w:val="0"/>
          <w:sz w:val="20"/>
        </w:rPr>
        <w:t>csv.reader()</w:t>
      </w:r>
      <w:r>
        <w:rPr>
          <w:b w:val="0"/>
          <w:i w:val="0"/>
        </w:rPr>
        <w:t>, 330–333</w:t>
      </w:r>
    </w:p>
    <w:p>
      <w:pPr>
        <w:spacing w:after="80"/>
      </w:pPr>
      <w:r>
        <w:rPr>
          <w:b w:val="0"/>
          <w:i w:val="0"/>
        </w:rPr>
        <w:t>kiểm tra lỗi, 338–341</w:t>
      </w:r>
    </w:p>
    <w:p>
      <w:pPr>
        <w:spacing w:after="80"/>
      </w:pPr>
      <w:r>
        <w:rPr>
          <w:b w:val="0"/>
          <w:i w:val="0"/>
        </w:rPr>
        <w:t>tiêu đề tập tin, 330–332</w:t>
      </w:r>
    </w:p>
    <w:p>
      <w:pPr>
        <w:spacing w:after="80"/>
      </w:pPr>
      <w:r>
        <w:rPr>
          <w:b w:val="0"/>
          <w:i w:val="0"/>
        </w:rPr>
        <w:t>D</w:t>
      </w:r>
    </w:p>
    <w:p>
      <w:pPr>
        <w:spacing w:after="80"/>
      </w:pPr>
      <w:r>
        <w:rPr>
          <w:b w:val="0"/>
          <w:i w:val="0"/>
        </w:rPr>
        <w:t>phân tích dữ liệu, 301</w:t>
      </w:r>
    </w:p>
    <w:p>
      <w:pPr>
        <w:spacing w:after="80"/>
      </w:pPr>
      <w:r>
        <w:rPr>
          <w:b w:val="0"/>
          <w:i w:val="0"/>
        </w:rPr>
        <w:t xml:space="preserve">cơ sở dữ liệu. </w:t>
      </w:r>
      <w:r>
        <w:rPr>
          <w:b w:val="0"/>
          <w:i/>
        </w:rPr>
        <w:t>Xem mục</w:t>
      </w:r>
      <w:r>
        <w:rPr>
          <w:b w:val="0"/>
          <w:i w:val="0"/>
        </w:rPr>
        <w:t xml:space="preserve"> Django</w:t>
      </w:r>
    </w:p>
    <w:p>
      <w:pPr>
        <w:spacing w:after="80"/>
      </w:pPr>
      <w:r>
        <w:rPr>
          <w:b w:val="0"/>
          <w:i w:val="0"/>
        </w:rPr>
        <w:t xml:space="preserve">trực quan hóa dữ liệu, 301. </w:t>
      </w:r>
      <w:r>
        <w:rPr>
          <w:b w:val="0"/>
          <w:i/>
        </w:rPr>
        <w:t>Xem thêm</w:t>
      </w:r>
      <w:r>
        <w:rPr>
          <w:b w:val="0"/>
          <w:i w:val="0"/>
        </w:rPr>
        <w:t xml:space="preserve"> Matplotlib; Plotly</w:t>
      </w:r>
    </w:p>
    <w:p>
      <w:pPr>
        <w:spacing w:after="80"/>
      </w:pPr>
      <w:r>
        <w:rPr>
          <w:b w:val="0"/>
          <w:i w:val="0"/>
        </w:rPr>
        <w:t xml:space="preserve">mô-đun </w:t>
      </w:r>
      <w:r>
        <w:rPr>
          <w:rFonts w:ascii="Consolas" w:hAnsi="Consolas"/>
          <w:b w:val="0"/>
          <w:i w:val="0"/>
          <w:sz w:val="20"/>
        </w:rPr>
        <w:t>datetime</w:t>
      </w:r>
      <w:r>
        <w:rPr>
          <w:b w:val="0"/>
          <w:i w:val="0"/>
        </w:rPr>
        <w:t>, 333–335</w:t>
      </w:r>
    </w:p>
    <w:p>
      <w:pPr>
        <w:spacing w:after="80"/>
      </w:pPr>
      <w:r>
        <w:rPr>
          <w:b w:val="0"/>
          <w:i/>
        </w:rPr>
        <w:t>death_valley_highs_lows.py</w:t>
      </w:r>
      <w:r>
        <w:rPr>
          <w:b w:val="0"/>
          <w:i w:val="0"/>
        </w:rPr>
        <w:t>, 339–341</w:t>
      </w:r>
    </w:p>
    <w:p>
      <w:pPr>
        <w:spacing w:after="80"/>
      </w:pPr>
      <w:r>
        <w:rPr>
          <w:b w:val="0"/>
          <w:i w:val="0"/>
        </w:rPr>
        <w:t>decorator (hàm trang trí), 221–223, 423–425</w:t>
      </w:r>
    </w:p>
    <w:p>
      <w:pPr>
        <w:spacing w:after="80"/>
      </w:pPr>
      <w:r>
        <w:rPr>
          <w:b w:val="0"/>
          <w:i w:val="0"/>
        </w:rPr>
        <w:t>giá trị mặc định</w:t>
      </w:r>
    </w:p>
    <w:p>
      <w:pPr>
        <w:spacing w:after="80"/>
      </w:pPr>
      <w:r>
        <w:rPr>
          <w:b w:val="0"/>
          <w:i w:val="0"/>
        </w:rPr>
        <w:t>thuộc tính của lớp, 163–164</w:t>
      </w:r>
    </w:p>
    <w:p>
      <w:pPr>
        <w:spacing w:after="80"/>
      </w:pPr>
      <w:r>
        <w:rPr>
          <w:b w:val="0"/>
          <w:i w:val="0"/>
        </w:rPr>
        <w:t>tham số của hàm, 134–135</w:t>
      </w:r>
    </w:p>
    <w:p>
      <w:pPr>
        <w:spacing w:after="80"/>
      </w:pPr>
      <w:r>
        <w:rPr>
          <w:b w:val="0"/>
          <w:i w:val="0"/>
        </w:rPr>
        <w:t>định nghĩa (hàm), 130</w:t>
      </w:r>
    </w:p>
    <w:p>
      <w:pPr>
        <w:spacing w:after="80"/>
      </w:pPr>
      <w:r>
        <w:rPr>
          <w:b w:val="0"/>
          <w:i w:val="0"/>
        </w:rPr>
        <w:t xml:space="preserve">từ khóa </w:t>
      </w:r>
      <w:r>
        <w:rPr>
          <w:rFonts w:ascii="Consolas" w:hAnsi="Consolas"/>
          <w:b w:val="0"/>
          <w:i w:val="0"/>
          <w:sz w:val="20"/>
        </w:rPr>
        <w:t>def</w:t>
      </w:r>
      <w:r>
        <w:rPr>
          <w:b w:val="0"/>
          <w:i w:val="0"/>
        </w:rPr>
        <w:t>, 130</w:t>
      </w:r>
    </w:p>
    <w:p>
      <w:pPr>
        <w:spacing w:after="80"/>
      </w:pPr>
      <w:r>
        <w:rPr>
          <w:b w:val="0"/>
          <w:i w:val="0"/>
        </w:rPr>
        <w:t xml:space="preserve">câu lệnh </w:t>
      </w:r>
      <w:r>
        <w:rPr>
          <w:rFonts w:ascii="Consolas" w:hAnsi="Consolas"/>
          <w:b w:val="0"/>
          <w:i w:val="0"/>
          <w:sz w:val="20"/>
        </w:rPr>
        <w:t>del</w:t>
      </w:r>
    </w:p>
    <w:p>
      <w:pPr>
        <w:spacing w:after="80"/>
      </w:pPr>
      <w:r>
        <w:rPr>
          <w:b w:val="0"/>
          <w:i w:val="0"/>
        </w:rPr>
        <w:t>với dictionary (từ điển), 96</w:t>
      </w:r>
    </w:p>
    <w:p>
      <w:pPr>
        <w:spacing w:after="80"/>
      </w:pPr>
      <w:r>
        <w:rPr>
          <w:b w:val="0"/>
          <w:i w:val="0"/>
        </w:rPr>
        <w:t>với list (danh sách), 38–40</w:t>
      </w:r>
    </w:p>
    <w:p>
      <w:pPr>
        <w:spacing w:after="80"/>
      </w:pPr>
      <w:r>
        <w:rPr>
          <w:b w:val="0"/>
          <w:i/>
        </w:rPr>
        <w:t>dice_visual_d6d10.py</w:t>
      </w:r>
      <w:r>
        <w:rPr>
          <w:b w:val="0"/>
          <w:i w:val="0"/>
        </w:rPr>
        <w:t>, 326–327</w:t>
      </w:r>
    </w:p>
    <w:p>
      <w:pPr>
        <w:spacing w:after="80"/>
      </w:pPr>
      <w:r>
        <w:rPr>
          <w:b w:val="0"/>
          <w:i/>
        </w:rPr>
        <w:t>dice_visual.py</w:t>
      </w:r>
      <w:r>
        <w:rPr>
          <w:b w:val="0"/>
          <w:i w:val="0"/>
        </w:rPr>
        <w:t>, 324–326</w:t>
      </w:r>
    </w:p>
    <w:p>
      <w:pPr>
        <w:spacing w:after="80"/>
      </w:pPr>
      <w:r>
        <w:rPr>
          <w:b w:val="0"/>
          <w:i w:val="0"/>
        </w:rPr>
        <w:t>từ điển (dictionary)</w:t>
      </w:r>
    </w:p>
    <w:p>
      <w:pPr>
        <w:spacing w:after="80"/>
      </w:pPr>
      <w:r>
        <w:rPr>
          <w:b w:val="0"/>
          <w:i w:val="0"/>
        </w:rPr>
        <w:t>định nghĩa, 92</w:t>
      </w:r>
    </w:p>
    <w:p>
      <w:pPr>
        <w:spacing w:after="80"/>
      </w:pPr>
      <w:r>
        <w:rPr>
          <w:b w:val="0"/>
          <w:i w:val="0"/>
        </w:rPr>
        <w:t>rỗng, 94</w:t>
      </w:r>
    </w:p>
    <w:p>
      <w:pPr>
        <w:spacing w:after="80"/>
      </w:pPr>
      <w:r>
        <w:rPr>
          <w:b w:val="0"/>
          <w:i w:val="0"/>
        </w:rPr>
        <w:t>định dạng cái lớn hơn, 96–97</w:t>
      </w:r>
    </w:p>
    <w:p>
      <w:pPr>
        <w:spacing w:after="80"/>
      </w:pPr>
      <w:r>
        <w:rPr>
          <w:rFonts w:ascii="Consolas" w:hAnsi="Consolas"/>
          <w:b w:val="0"/>
          <w:i w:val="0"/>
          <w:sz w:val="20"/>
        </w:rPr>
        <w:t>KeyError</w:t>
      </w:r>
      <w:r>
        <w:rPr>
          <w:b w:val="0"/>
          <w:i w:val="0"/>
        </w:rPr>
        <w:t>, 98</w:t>
      </w:r>
    </w:p>
    <w:p>
      <w:pPr>
        <w:spacing w:after="80"/>
      </w:pPr>
      <w:r>
        <w:rPr>
          <w:b w:val="0"/>
          <w:i w:val="0"/>
        </w:rPr>
        <w:t>cặp khóa-giá trị (key-value pair), 92</w:t>
      </w:r>
    </w:p>
    <w:p>
      <w:pPr>
        <w:spacing w:after="80"/>
      </w:pPr>
      <w:r>
        <w:rPr>
          <w:b w:val="0"/>
          <w:i w:val="0"/>
        </w:rPr>
        <w:t>thêm vào, 93–94</w:t>
      </w:r>
    </w:p>
    <w:p>
      <w:pPr>
        <w:spacing w:after="80"/>
      </w:pPr>
      <w:r>
        <w:rPr>
          <w:b w:val="0"/>
          <w:i w:val="0"/>
        </w:rPr>
        <w:t>xóa đi, 96</w:t>
      </w:r>
    </w:p>
    <w:p>
      <w:pPr>
        <w:spacing w:after="80"/>
      </w:pPr>
      <w:r>
        <w:rPr>
          <w:b w:val="0"/>
          <w:i w:val="0"/>
        </w:rPr>
        <w:t>lặp qua</w:t>
      </w:r>
    </w:p>
    <w:p>
      <w:pPr>
        <w:spacing w:after="80"/>
      </w:pPr>
      <w:r>
        <w:rPr>
          <w:b w:val="0"/>
          <w:i w:val="0"/>
        </w:rPr>
        <w:t>các khóa (key), 101–102</w:t>
      </w:r>
    </w:p>
    <w:p>
      <w:pPr>
        <w:spacing w:after="80"/>
      </w:pPr>
      <w:r>
        <w:rPr>
          <w:b w:val="0"/>
          <w:i w:val="0"/>
        </w:rPr>
        <w:t>các khóa theo thứ tự, 102–103</w:t>
      </w:r>
    </w:p>
    <w:p>
      <w:pPr>
        <w:spacing w:after="80"/>
      </w:pPr>
      <w:r>
        <w:rPr>
          <w:b w:val="0"/>
          <w:i w:val="0"/>
        </w:rPr>
        <w:t>các cặp khóa-giá trị, 99–101</w:t>
      </w:r>
    </w:p>
    <w:p>
      <w:pPr>
        <w:spacing w:after="80"/>
      </w:pPr>
      <w:r>
        <w:rPr>
          <w:b w:val="0"/>
          <w:i w:val="0"/>
        </w:rPr>
        <w:t>các giá trị (value), 103–104</w:t>
      </w:r>
    </w:p>
    <w:p>
      <w:pPr>
        <w:spacing w:after="80"/>
      </w:pPr>
      <w:r>
        <w:rPr>
          <w:b w:val="0"/>
          <w:i w:val="0"/>
        </w:rPr>
        <w:t>các phương thức</w:t>
      </w:r>
    </w:p>
    <w:p>
      <w:pPr>
        <w:spacing w:after="80"/>
      </w:pPr>
      <w:r>
        <w:rPr>
          <w:rFonts w:ascii="Consolas" w:hAnsi="Consolas"/>
          <w:b w:val="0"/>
          <w:i w:val="0"/>
          <w:sz w:val="20"/>
        </w:rPr>
        <w:t>get()</w:t>
      </w:r>
      <w:r>
        <w:rPr>
          <w:b w:val="0"/>
          <w:i w:val="0"/>
        </w:rPr>
        <w:t>, 97–98</w:t>
      </w:r>
    </w:p>
    <w:p>
      <w:pPr>
        <w:spacing w:after="80"/>
      </w:pPr>
      <w:r>
        <w:rPr>
          <w:rFonts w:ascii="Consolas" w:hAnsi="Consolas"/>
          <w:b w:val="0"/>
          <w:i w:val="0"/>
          <w:sz w:val="20"/>
        </w:rPr>
        <w:t>items()</w:t>
      </w:r>
      <w:r>
        <w:rPr>
          <w:b w:val="0"/>
          <w:i w:val="0"/>
        </w:rPr>
        <w:t>, 99–101</w:t>
      </w:r>
    </w:p>
    <w:p>
      <w:pPr>
        <w:spacing w:after="80"/>
      </w:pPr>
      <w:r>
        <w:rPr>
          <w:rFonts w:ascii="Consolas" w:hAnsi="Consolas"/>
          <w:b w:val="0"/>
          <w:i w:val="0"/>
          <w:sz w:val="20"/>
        </w:rPr>
        <w:t>keys()</w:t>
      </w:r>
      <w:r>
        <w:rPr>
          <w:b w:val="0"/>
          <w:i w:val="0"/>
        </w:rPr>
        <w:t>, 101–103</w:t>
      </w:r>
    </w:p>
    <w:p>
      <w:pPr>
        <w:spacing w:after="80"/>
      </w:pPr>
      <w:r>
        <w:rPr>
          <w:rFonts w:ascii="Consolas" w:hAnsi="Consolas"/>
          <w:b w:val="0"/>
          <w:i w:val="0"/>
          <w:sz w:val="20"/>
        </w:rPr>
        <w:t>values()</w:t>
      </w:r>
      <w:r>
        <w:rPr>
          <w:b w:val="0"/>
          <w:i w:val="0"/>
        </w:rPr>
        <w:t>, 103–104</w:t>
      </w:r>
    </w:p>
    <w:p>
      <w:pPr>
        <w:spacing w:after="80"/>
      </w:pPr>
      <w:r>
        <w:rPr>
          <w:b w:val="0"/>
          <w:i w:val="0"/>
        </w:rPr>
        <w:t>lồng nhau</w:t>
      </w:r>
    </w:p>
    <w:p>
      <w:pPr>
        <w:spacing w:after="80"/>
      </w:pPr>
      <w:r>
        <w:rPr>
          <w:b w:val="0"/>
          <w:i w:val="0"/>
        </w:rPr>
        <w:t>từ điển trong từ điển, 110–111</w:t>
      </w:r>
    </w:p>
    <w:p>
      <w:pPr>
        <w:spacing w:after="80"/>
      </w:pPr>
      <w:r>
        <w:rPr>
          <w:b w:val="0"/>
          <w:i w:val="0"/>
        </w:rPr>
        <w:t>từ điển trong danh sách, 105–108</w:t>
      </w:r>
    </w:p>
    <w:p>
      <w:pPr>
        <w:spacing w:after="80"/>
      </w:pPr>
      <w:r>
        <w:rPr>
          <w:b w:val="0"/>
          <w:i w:val="0"/>
        </w:rPr>
        <w:t>danh sách trong từ điển, 108–109</w:t>
      </w:r>
    </w:p>
    <w:p>
      <w:pPr>
        <w:spacing w:after="80"/>
      </w:pPr>
      <w:r>
        <w:rPr>
          <w:b w:val="0"/>
          <w:i w:val="0"/>
        </w:rPr>
        <w:t>thứ tự trong đó, 94, 102–103</w:t>
      </w:r>
    </w:p>
    <w:p>
      <w:pPr>
        <w:spacing w:after="80"/>
      </w:pPr>
      <w:r>
        <w:rPr>
          <w:b w:val="0"/>
          <w:i w:val="0"/>
        </w:rPr>
        <w:t>sắp xếp một danh sách các, 370</w:t>
      </w:r>
    </w:p>
    <w:p>
      <w:pPr>
        <w:spacing w:after="80"/>
      </w:pPr>
      <w:r>
        <w:rPr>
          <w:b w:val="0"/>
          <w:i w:val="0"/>
        </w:rPr>
        <w:t>các giá trị</w:t>
      </w:r>
    </w:p>
    <w:p>
      <w:pPr>
        <w:spacing w:after="80"/>
      </w:pPr>
      <w:r>
        <w:rPr>
          <w:b w:val="0"/>
          <w:i w:val="0"/>
        </w:rPr>
        <w:t>truy cập, 92–93, 97–98</w:t>
      </w:r>
    </w:p>
    <w:p>
      <w:pPr>
        <w:spacing w:after="80"/>
      </w:pPr>
      <w:r>
        <w:rPr>
          <w:b w:val="0"/>
          <w:i w:val="0"/>
        </w:rPr>
        <w:t>sửa đổi, 94–96</w:t>
      </w:r>
    </w:p>
    <w:p>
      <w:pPr>
        <w:spacing w:after="80"/>
      </w:pPr>
      <w:r>
        <w:rPr>
          <w:b w:val="0"/>
          <w:i/>
        </w:rPr>
        <w:t>die.py</w:t>
      </w:r>
      <w:r>
        <w:rPr>
          <w:b w:val="0"/>
          <w:i w:val="0"/>
        </w:rPr>
        <w:t>, 320</w:t>
      </w:r>
    </w:p>
    <w:p>
      <w:pPr>
        <w:spacing w:after="80"/>
      </w:pPr>
      <w:r>
        <w:rPr>
          <w:b w:val="0"/>
          <w:i/>
        </w:rPr>
        <w:t>die_visual.py</w:t>
      </w:r>
      <w:r>
        <w:rPr>
          <w:b w:val="0"/>
          <w:i w:val="0"/>
        </w:rPr>
        <w:t>, 320–321</w:t>
      </w:r>
    </w:p>
    <w:p>
      <w:pPr>
        <w:spacing w:after="80"/>
      </w:pPr>
      <w:r>
        <w:rPr>
          <w:b w:val="0"/>
          <w:i/>
        </w:rPr>
        <w:t>dimensions.py</w:t>
      </w:r>
      <w:r>
        <w:rPr>
          <w:b w:val="0"/>
          <w:i w:val="0"/>
        </w:rPr>
        <w:t>, 66–67</w:t>
      </w:r>
    </w:p>
    <w:p>
      <w:pPr>
        <w:spacing w:after="80"/>
      </w:pPr>
      <w:r>
        <w:rPr>
          <w:b w:val="0"/>
          <w:i w:val="0"/>
        </w:rPr>
        <w:t>div (HTML), 437</w:t>
      </w:r>
    </w:p>
    <w:p>
      <w:pPr>
        <w:spacing w:after="80"/>
      </w:pPr>
      <w:r>
        <w:rPr>
          <w:b w:val="0"/>
          <w:i/>
        </w:rPr>
        <w:t>division_calculator.py</w:t>
      </w:r>
      <w:r>
        <w:rPr>
          <w:b w:val="0"/>
          <w:i w:val="0"/>
        </w:rPr>
        <w:t>, 192–195</w:t>
      </w:r>
    </w:p>
    <w:p>
      <w:pPr>
        <w:spacing w:after="80"/>
      </w:pPr>
      <w:r>
        <w:rPr>
          <w:b w:val="0"/>
          <w:i w:val="0"/>
        </w:rPr>
        <w:t xml:space="preserve">Django. </w:t>
      </w:r>
      <w:r>
        <w:rPr>
          <w:b w:val="0"/>
          <w:i/>
        </w:rPr>
        <w:t>Xem thêm</w:t>
      </w:r>
      <w:r>
        <w:rPr>
          <w:b w:val="0"/>
          <w:i w:val="0"/>
        </w:rPr>
        <w:t xml:space="preserve"> Git; Dự án Learning Log</w:t>
      </w:r>
    </w:p>
    <w:p>
      <w:pPr>
        <w:spacing w:after="80"/>
      </w:pPr>
      <w:r>
        <w:rPr>
          <w:b w:val="0"/>
          <w:i w:val="0"/>
        </w:rPr>
        <w:t>ứng dụng accounts, 415–423</w:t>
      </w:r>
    </w:p>
    <w:p>
      <w:pPr>
        <w:spacing w:after="80"/>
      </w:pPr>
      <w:r>
        <w:rPr>
          <w:b w:val="0"/>
          <w:i w:val="0"/>
        </w:rPr>
        <w:t>tạo ứng dụng, 415–416</w:t>
      </w:r>
    </w:p>
    <w:p>
      <w:pPr>
        <w:spacing w:after="80"/>
      </w:pPr>
      <w:r>
        <w:rPr>
          <w:b w:val="0"/>
          <w:i w:val="0"/>
        </w:rPr>
        <w:t>đăng xuất, 419–420</w:t>
      </w:r>
    </w:p>
    <w:p>
      <w:pPr>
        <w:spacing w:after="80"/>
      </w:pPr>
      <w:r>
        <w:rPr>
          <w:b w:val="0"/>
          <w:i w:val="0"/>
        </w:rPr>
        <w:t>trang đăng nhập, 416–419</w:t>
      </w:r>
    </w:p>
    <w:p>
      <w:pPr>
        <w:spacing w:after="80"/>
      </w:pPr>
      <w:r>
        <w:rPr>
          <w:b w:val="0"/>
          <w:i w:val="0"/>
        </w:rPr>
        <w:t>trang đăng ký, 420–423</w:t>
      </w:r>
    </w:p>
    <w:p>
      <w:pPr>
        <w:spacing w:after="80"/>
      </w:pPr>
      <w:r>
        <w:rPr>
          <w:b w:val="0"/>
          <w:i w:val="0"/>
        </w:rPr>
        <w:t>trang quản trị (admin site), 381–386</w:t>
      </w:r>
    </w:p>
    <w:p>
      <w:pPr>
        <w:spacing w:after="80"/>
      </w:pPr>
      <w:r>
        <w:rPr>
          <w:b w:val="0"/>
          <w:i w:val="0"/>
        </w:rPr>
        <w:t>liên kết dữ liệu với người dùng, 425–430</w:t>
      </w:r>
    </w:p>
    <w:p>
      <w:pPr>
        <w:spacing w:after="80"/>
      </w:pPr>
      <w:r>
        <w:rPr>
          <w:b w:val="0"/>
          <w:i w:val="0"/>
        </w:rPr>
        <w:t>Bootstrap, 434–445</w:t>
      </w:r>
    </w:p>
    <w:p>
      <w:pPr>
        <w:spacing w:after="80"/>
      </w:pPr>
      <w:r>
        <w:rPr>
          <w:b w:val="0"/>
          <w:i w:val="0"/>
        </w:rPr>
        <w:t>card, 443</w:t>
      </w:r>
    </w:p>
    <w:p>
      <w:pPr>
        <w:spacing w:after="80"/>
      </w:pPr>
      <w:r>
        <w:rPr>
          <w:b w:val="0"/>
          <w:i w:val="0"/>
        </w:rPr>
        <w:t>điều hướng có thể thu gọn, 437</w:t>
      </w:r>
    </w:p>
    <w:p>
      <w:pPr>
        <w:spacing w:after="80"/>
      </w:pPr>
      <w:r>
        <w:rPr>
          <w:b w:val="0"/>
          <w:i w:val="0"/>
        </w:rPr>
        <w:t>container, 440</w:t>
      </w:r>
    </w:p>
    <w:p>
      <w:pPr>
        <w:spacing w:after="80"/>
      </w:pPr>
      <w:r>
        <w:rPr>
          <w:b w:val="0"/>
          <w:i w:val="0"/>
        </w:rPr>
        <w:t>ứng dụng django-boostrap5, 434</w:t>
      </w:r>
    </w:p>
    <w:p>
      <w:pPr>
        <w:spacing w:after="80"/>
      </w:pPr>
      <w:r>
        <w:rPr>
          <w:b w:val="0"/>
          <w:i w:val="0"/>
        </w:rPr>
        <w:t>tài liệu, 444</w:t>
      </w:r>
    </w:p>
    <w:p>
      <w:pPr>
        <w:spacing w:after="80"/>
      </w:pPr>
      <w:r>
        <w:rPr>
          <w:b w:val="0"/>
          <w:i w:val="0"/>
        </w:rPr>
        <w:t>tiêu đề HTML, 435–436</w:t>
      </w:r>
    </w:p>
    <w:p>
      <w:pPr>
        <w:spacing w:after="80"/>
      </w:pPr>
      <w:r>
        <w:rPr>
          <w:b w:val="0"/>
          <w:i w:val="0"/>
        </w:rPr>
        <w:t>jumbotron, 440–441</w:t>
      </w:r>
    </w:p>
    <w:p>
      <w:pPr>
        <w:spacing w:after="80"/>
      </w:pPr>
      <w:r>
        <w:rPr>
          <w:b w:val="0"/>
          <w:i w:val="0"/>
        </w:rPr>
        <w:t>nhóm danh sách, 443</w:t>
      </w:r>
    </w:p>
    <w:p>
      <w:pPr>
        <w:spacing w:after="80"/>
      </w:pPr>
      <w:r>
        <w:rPr>
          <w:b w:val="0"/>
          <w:i w:val="0"/>
        </w:rPr>
        <w:t>thanh điều hướng, 436–439</w:t>
      </w:r>
    </w:p>
    <w:p>
      <w:pPr>
        <w:spacing w:after="80"/>
      </w:pPr>
      <w:r>
        <w:rPr>
          <w:b w:val="0"/>
          <w:i w:val="0"/>
        </w:rPr>
        <w:t>tạo kiểu cho biểu mẫu, 441–442</w:t>
      </w:r>
    </w:p>
    <w:p>
      <w:pPr>
        <w:spacing w:after="80"/>
      </w:pPr>
      <w:r>
        <w:rPr>
          <w:b w:val="0"/>
          <w:i w:val="0"/>
        </w:rPr>
        <w:t>các lệnh</w:t>
      </w:r>
    </w:p>
    <w:p>
      <w:pPr>
        <w:spacing w:after="80"/>
      </w:pPr>
      <w:r>
        <w:rPr>
          <w:rFonts w:ascii="Consolas" w:hAnsi="Consolas"/>
          <w:b w:val="0"/>
          <w:i w:val="0"/>
          <w:sz w:val="20"/>
        </w:rPr>
        <w:t>createsuperuser</w:t>
      </w:r>
      <w:r>
        <w:rPr>
          <w:b w:val="0"/>
          <w:i w:val="0"/>
        </w:rPr>
        <w:t>, 382</w:t>
      </w:r>
    </w:p>
    <w:p>
      <w:pPr>
        <w:spacing w:after="80"/>
      </w:pPr>
      <w:r>
        <w:rPr>
          <w:rFonts w:ascii="Consolas" w:hAnsi="Consolas"/>
          <w:b w:val="0"/>
          <w:i w:val="0"/>
          <w:sz w:val="20"/>
        </w:rPr>
        <w:t>flush</w:t>
      </w:r>
      <w:r>
        <w:rPr>
          <w:b w:val="0"/>
          <w:i w:val="0"/>
        </w:rPr>
        <w:t>, 427</w:t>
      </w:r>
    </w:p>
    <w:p>
      <w:pPr>
        <w:spacing w:after="80"/>
      </w:pPr>
      <w:r>
        <w:rPr>
          <w:rFonts w:ascii="Consolas" w:hAnsi="Consolas"/>
          <w:b w:val="0"/>
          <w:i w:val="0"/>
          <w:sz w:val="20"/>
        </w:rPr>
        <w:t>makemigrations</w:t>
      </w:r>
      <w:r>
        <w:rPr>
          <w:b w:val="0"/>
          <w:i w:val="0"/>
        </w:rPr>
        <w:t>, 381, 385, 426</w:t>
      </w:r>
    </w:p>
    <w:p>
      <w:pPr>
        <w:spacing w:after="80"/>
      </w:pPr>
      <w:r>
        <w:rPr>
          <w:rFonts w:ascii="Consolas" w:hAnsi="Consolas"/>
          <w:b w:val="0"/>
          <w:i w:val="0"/>
          <w:sz w:val="20"/>
        </w:rPr>
        <w:t>migrate</w:t>
      </w:r>
      <w:r>
        <w:rPr>
          <w:b w:val="0"/>
          <w:i w:val="0"/>
        </w:rPr>
        <w:t>, 377</w:t>
      </w:r>
    </w:p>
    <w:p>
      <w:pPr>
        <w:spacing w:after="80"/>
      </w:pPr>
      <w:r>
        <w:rPr>
          <w:rFonts w:ascii="Consolas" w:hAnsi="Consolas"/>
          <w:b w:val="0"/>
          <w:i w:val="0"/>
          <w:sz w:val="20"/>
        </w:rPr>
        <w:t>runserver</w:t>
      </w:r>
      <w:r>
        <w:rPr>
          <w:b w:val="0"/>
          <w:i w:val="0"/>
        </w:rPr>
        <w:t>, 377–378, 383, 392</w:t>
      </w:r>
    </w:p>
    <w:p>
      <w:pPr>
        <w:spacing w:after="80"/>
      </w:pPr>
      <w:r>
        <w:rPr>
          <w:rFonts w:ascii="Consolas" w:hAnsi="Consolas"/>
          <w:b w:val="0"/>
          <w:i w:val="0"/>
          <w:sz w:val="20"/>
        </w:rPr>
        <w:t>shell</w:t>
      </w:r>
      <w:r>
        <w:rPr>
          <w:b w:val="0"/>
          <w:i w:val="0"/>
        </w:rPr>
        <w:t>, 386</w:t>
      </w:r>
    </w:p>
    <w:p>
      <w:pPr>
        <w:spacing w:after="80"/>
      </w:pPr>
      <w:r>
        <w:rPr>
          <w:rFonts w:ascii="Consolas" w:hAnsi="Consolas"/>
          <w:b w:val="0"/>
          <w:i w:val="0"/>
          <w:sz w:val="20"/>
        </w:rPr>
        <w:t>startapp</w:t>
      </w:r>
      <w:r>
        <w:rPr>
          <w:b w:val="0"/>
          <w:i w:val="0"/>
        </w:rPr>
        <w:t>, 379, 415</w:t>
      </w:r>
    </w:p>
    <w:p>
      <w:pPr>
        <w:spacing w:after="80"/>
      </w:pPr>
      <w:r>
        <w:rPr>
          <w:rFonts w:ascii="Consolas" w:hAnsi="Consolas"/>
          <w:b w:val="0"/>
          <w:i w:val="0"/>
          <w:sz w:val="20"/>
        </w:rPr>
        <w:t>startproject</w:t>
      </w:r>
      <w:r>
        <w:rPr>
          <w:b w:val="0"/>
          <w:i w:val="0"/>
        </w:rPr>
        <w:t>, 376</w:t>
      </w:r>
    </w:p>
    <w:p>
      <w:pPr>
        <w:spacing w:after="80"/>
      </w:pPr>
      <w:r>
        <w:rPr>
          <w:b w:val="0"/>
          <w:i w:val="0"/>
        </w:rPr>
        <w:t>tạo dự án mới, 376</w:t>
      </w:r>
    </w:p>
    <w:p>
      <w:pPr>
        <w:spacing w:after="80"/>
      </w:pPr>
      <w:r>
        <w:rPr>
          <w:b w:val="0"/>
          <w:i w:val="0"/>
        </w:rPr>
        <w:t>cơ sở dữ liệu</w:t>
      </w:r>
    </w:p>
    <w:p>
      <w:pPr>
        <w:spacing w:after="80"/>
      </w:pPr>
      <w:r>
        <w:rPr>
          <w:b w:val="0"/>
          <w:i w:val="0"/>
        </w:rPr>
        <w:t>xóa theo tầng (cascading delete), 384</w:t>
      </w:r>
    </w:p>
    <w:p>
      <w:pPr>
        <w:spacing w:after="80"/>
      </w:pPr>
      <w:r>
        <w:rPr>
          <w:b w:val="0"/>
          <w:i w:val="0"/>
        </w:rPr>
        <w:t>tạo, 376</w:t>
      </w:r>
    </w:p>
    <w:p>
      <w:pPr>
        <w:spacing w:after="80"/>
      </w:pPr>
      <w:r>
        <w:rPr>
          <w:b w:val="0"/>
          <w:i w:val="0"/>
        </w:rPr>
        <w:t>khóa ngoại (foreign keys), 384, 425</w:t>
      </w:r>
    </w:p>
    <w:p>
      <w:pPr>
        <w:spacing w:after="80"/>
      </w:pPr>
      <w:r>
        <w:rPr>
          <w:b w:val="0"/>
          <w:i w:val="0"/>
        </w:rPr>
        <w:t>quan hệ nhiều-một (many-to-one), 384</w:t>
      </w:r>
    </w:p>
    <w:p>
      <w:pPr>
        <w:spacing w:after="80"/>
      </w:pPr>
      <w:r>
        <w:rPr>
          <w:b w:val="0"/>
          <w:i w:val="0"/>
        </w:rPr>
        <w:t>di trú (migrating), 377, 381, 385, 426</w:t>
      </w:r>
    </w:p>
    <w:p>
      <w:pPr>
        <w:spacing w:after="80"/>
      </w:pPr>
      <w:r>
        <w:rPr>
          <w:b w:val="0"/>
          <w:i w:val="0"/>
        </w:rPr>
        <w:t>trường không được null (non-nullable field), 427</w:t>
      </w:r>
    </w:p>
    <w:p>
      <w:pPr>
        <w:spacing w:after="80"/>
      </w:pPr>
      <w:r>
        <w:rPr>
          <w:b w:val="0"/>
          <w:i w:val="0"/>
        </w:rPr>
        <w:t>Postgres, 447</w:t>
      </w:r>
    </w:p>
    <w:p>
      <w:pPr>
        <w:spacing w:after="80"/>
      </w:pPr>
      <w:r>
        <w:rPr>
          <w:b w:val="0"/>
          <w:i w:val="0"/>
        </w:rPr>
        <w:t>truy vấn, 398, 428</w:t>
      </w:r>
    </w:p>
    <w:p>
      <w:pPr>
        <w:spacing w:after="80"/>
      </w:pPr>
      <w:r>
        <w:rPr>
          <w:b w:val="0"/>
          <w:i w:val="0"/>
        </w:rPr>
        <w:t>queryset, 386–387, 395, 398, 426–428</w:t>
      </w:r>
    </w:p>
    <w:p>
      <w:pPr>
        <w:spacing w:after="80"/>
      </w:pPr>
      <w:r>
        <w:rPr>
          <w:b w:val="0"/>
          <w:i w:val="0"/>
        </w:rPr>
        <w:t>đặt lại, 427</w:t>
      </w:r>
    </w:p>
    <w:p>
      <w:pPr>
        <w:spacing w:after="80"/>
      </w:pPr>
      <w:r>
        <w:rPr>
          <w:b w:val="0"/>
          <w:i w:val="0"/>
        </w:rPr>
        <w:t>SQLite, 377</w:t>
      </w:r>
    </w:p>
    <w:p>
      <w:pPr>
        <w:spacing w:after="80"/>
      </w:pPr>
      <w:r>
        <w:rPr>
          <w:b w:val="0"/>
          <w:i w:val="0"/>
        </w:rPr>
        <w:t>triển khai, 445–461, 493–501</w:t>
      </w:r>
    </w:p>
    <w:p>
      <w:pPr>
        <w:spacing w:after="80"/>
      </w:pPr>
      <w:r>
        <w:rPr>
          <w:b w:val="0"/>
          <w:i w:val="0"/>
        </w:rPr>
        <w:t>commit dự án, 453</w:t>
      </w:r>
    </w:p>
    <w:p>
      <w:pPr>
        <w:spacing w:after="80"/>
      </w:pPr>
      <w:r>
        <w:rPr>
          <w:b w:val="0"/>
          <w:i w:val="0"/>
        </w:rPr>
        <w:t>các tệp cấu hình, 447–450</w:t>
      </w:r>
    </w:p>
    <w:p>
      <w:pPr>
        <w:spacing w:after="80"/>
      </w:pPr>
      <w:r>
        <w:rPr>
          <w:b w:val="0"/>
          <w:i w:val="0"/>
        </w:rPr>
        <w:t>tạo dự án Platform.sh, 453–455</w:t>
      </w:r>
    </w:p>
    <w:p>
      <w:pPr>
        <w:spacing w:after="80"/>
      </w:pPr>
      <w:r>
        <w:rPr>
          <w:b w:val="0"/>
          <w:i w:val="0"/>
        </w:rPr>
        <w:t>tạo superuser, 456–457</w:t>
      </w:r>
    </w:p>
    <w:p>
      <w:pPr>
        <w:spacing w:after="80"/>
      </w:pPr>
      <w:r>
        <w:rPr>
          <w:b w:val="0"/>
          <w:i w:val="0"/>
        </w:rPr>
        <w:t>các trang lỗi tùy chỉnh, 459–460</w:t>
      </w:r>
    </w:p>
    <w:p>
      <w:pPr>
        <w:spacing w:after="80"/>
      </w:pPr>
      <w:r>
        <w:rPr>
          <w:b w:val="0"/>
          <w:i w:val="0"/>
        </w:rPr>
        <w:t>xóa dự án, 461</w:t>
      </w:r>
    </w:p>
    <w:p>
      <w:pPr>
        <w:spacing w:after="80"/>
      </w:pPr>
      <w:r>
        <w:rPr>
          <w:b w:val="0"/>
          <w:i w:val="0"/>
        </w:rPr>
        <w:t>giới hạn dùng thử miễn phí, 446</w:t>
      </w:r>
    </w:p>
    <w:p>
      <w:pPr>
        <w:spacing w:after="80"/>
      </w:pPr>
      <w:r>
        <w:rPr>
          <w:rFonts w:ascii="Consolas" w:hAnsi="Consolas"/>
          <w:b w:val="0"/>
          <w:i w:val="0"/>
          <w:sz w:val="20"/>
        </w:rPr>
        <w:t>gunicorn</w:t>
      </w:r>
      <w:r>
        <w:rPr>
          <w:b w:val="0"/>
          <w:i w:val="0"/>
        </w:rPr>
        <w:t>, 447</w:t>
      </w:r>
    </w:p>
    <w:p>
      <w:pPr>
        <w:spacing w:after="80"/>
      </w:pPr>
      <w:r>
        <w:rPr>
          <w:b w:val="0"/>
          <w:i w:val="0"/>
        </w:rPr>
        <w:t>bỏ qua các tệp, 452–453</w:t>
      </w:r>
    </w:p>
    <w:p>
      <w:pPr>
        <w:spacing w:after="80"/>
      </w:pPr>
      <w:r>
        <w:rPr>
          <w:b w:val="0"/>
          <w:i w:val="0"/>
        </w:rPr>
        <w:t>cài đặt Platform.sh CLI, 446, 497–500</w:t>
      </w:r>
    </w:p>
    <w:p>
      <w:pPr>
        <w:spacing w:after="80"/>
      </w:pPr>
      <w:r>
        <w:rPr>
          <w:b w:val="0"/>
          <w:i w:val="0"/>
        </w:rPr>
        <w:t xml:space="preserve">cài đặt </w:t>
      </w:r>
      <w:r>
        <w:rPr>
          <w:rFonts w:ascii="Consolas" w:hAnsi="Consolas"/>
          <w:b w:val="0"/>
          <w:i w:val="0"/>
          <w:sz w:val="20"/>
        </w:rPr>
        <w:t>platformshconfig</w:t>
      </w:r>
      <w:r>
        <w:rPr>
          <w:b w:val="0"/>
          <w:i w:val="0"/>
        </w:rPr>
        <w:t>, 446</w:t>
      </w:r>
    </w:p>
    <w:p>
      <w:pPr>
        <w:spacing w:after="80"/>
      </w:pPr>
      <w:r>
        <w:rPr>
          <w:b w:val="0"/>
          <w:i w:val="0"/>
        </w:rPr>
        <w:t>các cách triển khai khác, 500</w:t>
      </w:r>
    </w:p>
    <w:p>
      <w:pPr>
        <w:spacing w:after="80"/>
      </w:pPr>
      <w:r>
        <w:rPr>
          <w:b w:val="0"/>
          <w:i w:val="0"/>
        </w:rPr>
        <w:t>Platform.sh, 445</w:t>
      </w:r>
    </w:p>
    <w:p>
      <w:pPr>
        <w:spacing w:after="80"/>
      </w:pPr>
      <w:r>
        <w:rPr>
          <w:b w:val="0"/>
          <w:i w:val="0"/>
        </w:rPr>
        <w:t>cơ sở dữ liệu Postgres, 447, 450–451</w:t>
      </w:r>
    </w:p>
    <w:p>
      <w:pPr>
        <w:spacing w:after="80"/>
      </w:pPr>
      <w:r>
        <w:rPr>
          <w:rFonts w:ascii="Consolas" w:hAnsi="Consolas"/>
          <w:b w:val="0"/>
          <w:i w:val="0"/>
          <w:sz w:val="20"/>
        </w:rPr>
        <w:t>psycopg2</w:t>
      </w:r>
      <w:r>
        <w:rPr>
          <w:b w:val="0"/>
          <w:i w:val="0"/>
        </w:rPr>
        <w:t>, 447</w:t>
      </w:r>
    </w:p>
    <w:p>
      <w:pPr>
        <w:spacing w:after="80"/>
      </w:pPr>
      <w:r>
        <w:rPr>
          <w:b w:val="0"/>
          <w:i w:val="0"/>
        </w:rPr>
        <w:t>đẩy một dự án lên, 455</w:t>
      </w:r>
    </w:p>
    <w:p>
      <w:pPr>
        <w:spacing w:after="80"/>
      </w:pPr>
      <w:r>
        <w:rPr>
          <w:b w:val="0"/>
          <w:i w:val="0"/>
        </w:rPr>
        <w:t>đẩy các thay đổi, 458, 460</w:t>
      </w:r>
    </w:p>
    <w:p>
      <w:pPr>
        <w:spacing w:after="80"/>
      </w:pPr>
      <w:r>
        <w:rPr>
          <w:b w:val="0"/>
          <w:i/>
        </w:rPr>
        <w:t>requirements.txt</w:t>
      </w:r>
      <w:r>
        <w:rPr>
          <w:b w:val="0"/>
          <w:i w:val="0"/>
        </w:rPr>
        <w:t>, 446</w:t>
      </w:r>
    </w:p>
    <w:p>
      <w:pPr>
        <w:spacing w:after="80"/>
      </w:pPr>
      <w:r>
        <w:rPr>
          <w:b w:val="0"/>
          <w:i w:val="0"/>
        </w:rPr>
        <w:t>bảo mật dự án, 457–460</w:t>
      </w:r>
    </w:p>
    <w:p>
      <w:pPr>
        <w:spacing w:after="80"/>
      </w:pPr>
      <w:r>
        <w:rPr>
          <w:b w:val="0"/>
          <w:i w:val="0"/>
        </w:rPr>
        <w:t>cài đặt, 451</w:t>
      </w:r>
    </w:p>
    <w:p>
      <w:pPr>
        <w:spacing w:after="80"/>
      </w:pPr>
      <w:r>
        <w:rPr>
          <w:b w:val="0"/>
          <w:i w:val="0"/>
        </w:rPr>
        <w:t>phiên SSH, 456–457</w:t>
      </w:r>
    </w:p>
    <w:p>
      <w:pPr>
        <w:spacing w:after="80"/>
      </w:pPr>
      <w:r>
        <w:rPr>
          <w:b w:val="0"/>
          <w:i w:val="0"/>
        </w:rPr>
        <w:t>khắc phục sự cố, 494–501</w:t>
      </w:r>
    </w:p>
    <w:p>
      <w:pPr>
        <w:spacing w:after="80"/>
      </w:pPr>
      <w:r>
        <w:rPr>
          <w:b w:val="0"/>
          <w:i w:val="0"/>
        </w:rPr>
        <w:t>sử dụng Git, 451</w:t>
      </w:r>
    </w:p>
    <w:p>
      <w:pPr>
        <w:spacing w:after="80"/>
      </w:pPr>
      <w:r>
        <w:rPr>
          <w:b w:val="0"/>
          <w:i w:val="0"/>
        </w:rPr>
        <w:t>xem dự án, 456</w:t>
      </w:r>
    </w:p>
    <w:p>
      <w:pPr>
        <w:spacing w:after="80"/>
      </w:pPr>
      <w:r>
        <w:rPr>
          <w:b w:val="0"/>
          <w:i w:val="0"/>
        </w:rPr>
        <w:t>máy chủ phát triển (development server), 377–378, 383, 392</w:t>
      </w:r>
    </w:p>
    <w:p>
      <w:pPr>
        <w:spacing w:after="80"/>
      </w:pPr>
      <w:r>
        <w:rPr>
          <w:b w:val="0"/>
          <w:i w:val="0"/>
        </w:rPr>
        <w:t>tài liệu (documentation)</w:t>
      </w:r>
    </w:p>
    <w:p>
      <w:pPr>
        <w:spacing w:after="80"/>
      </w:pPr>
      <w:r>
        <w:rPr>
          <w:b w:val="0"/>
          <w:i w:val="0"/>
        </w:rPr>
        <w:t>các trường của model (model fields), 380</w:t>
      </w:r>
    </w:p>
    <w:p>
      <w:pPr>
        <w:spacing w:after="80"/>
      </w:pPr>
      <w:r>
        <w:rPr>
          <w:b w:val="0"/>
          <w:i w:val="0"/>
        </w:rPr>
        <w:t>truy vấn (queries), 388</w:t>
      </w:r>
    </w:p>
    <w:p>
      <w:pPr>
        <w:spacing w:after="80"/>
      </w:pPr>
      <w:r>
        <w:rPr>
          <w:b w:val="0"/>
          <w:i w:val="0"/>
        </w:rPr>
        <w:t>template, 400</w:t>
      </w:r>
    </w:p>
    <w:p>
      <w:pPr>
        <w:spacing w:after="80"/>
      </w:pPr>
      <w:r>
        <w:rPr>
          <w:b w:val="0"/>
          <w:i w:val="0"/>
        </w:rPr>
        <w:t>biểu mẫu (forms), 404–423, 429–430</w:t>
      </w:r>
    </w:p>
    <w:p>
      <w:pPr>
        <w:spacing w:after="80"/>
      </w:pPr>
      <w:r>
        <w:rPr>
          <w:rFonts w:ascii="Consolas" w:hAnsi="Consolas"/>
          <w:b w:val="0"/>
          <w:i w:val="0"/>
          <w:sz w:val="20"/>
        </w:rPr>
        <w:t>csrf_token</w:t>
      </w:r>
      <w:r>
        <w:rPr>
          <w:b w:val="0"/>
          <w:i w:val="0"/>
        </w:rPr>
        <w:t>, 407</w:t>
      </w:r>
    </w:p>
    <w:p>
      <w:pPr>
        <w:spacing w:after="80"/>
      </w:pPr>
      <w:r>
        <w:rPr>
          <w:b w:val="0"/>
          <w:i w:val="0"/>
        </w:rPr>
        <w:t>yêu cầu GET và POST (GET and POST requests), 406</w:t>
      </w:r>
    </w:p>
    <w:p>
      <w:pPr>
        <w:spacing w:after="80"/>
      </w:pPr>
      <w:r>
        <w:rPr>
          <w:rFonts w:ascii="Consolas" w:hAnsi="Consolas"/>
          <w:b w:val="0"/>
          <w:i w:val="0"/>
          <w:sz w:val="20"/>
        </w:rPr>
        <w:t>ModelForm</w:t>
      </w:r>
      <w:r>
        <w:rPr>
          <w:b w:val="0"/>
          <w:i w:val="0"/>
        </w:rPr>
        <w:t>, 404, 408</w:t>
      </w:r>
    </w:p>
    <w:p>
      <w:pPr>
        <w:spacing w:after="80"/>
      </w:pPr>
      <w:r>
        <w:rPr>
          <w:b w:val="0"/>
          <w:i w:val="0"/>
        </w:rPr>
        <w:t>xử lý biểu mẫu (processing forms), 405–406, 409–410, 412–413, 421–422, 429–430</w:t>
      </w:r>
    </w:p>
    <w:p>
      <w:pPr>
        <w:spacing w:after="80"/>
      </w:pPr>
      <w:r>
        <w:rPr>
          <w:b w:val="0"/>
          <w:i w:val="0"/>
        </w:rPr>
        <w:t xml:space="preserve">phương thức </w:t>
      </w:r>
      <w:r>
        <w:rPr>
          <w:rFonts w:ascii="Consolas" w:hAnsi="Consolas"/>
          <w:b w:val="0"/>
          <w:i w:val="0"/>
          <w:sz w:val="20"/>
        </w:rPr>
        <w:t>save()</w:t>
      </w:r>
      <w:r>
        <w:rPr>
          <w:b w:val="0"/>
          <w:i w:val="0"/>
        </w:rPr>
        <w:t>, 405–406, 409–410, 430</w:t>
      </w:r>
    </w:p>
    <w:p>
      <w:pPr>
        <w:spacing w:after="80"/>
      </w:pPr>
      <w:r>
        <w:rPr>
          <w:b w:val="0"/>
          <w:i w:val="0"/>
        </w:rPr>
        <w:t>template, 407, 410–411, 413, 417, 419, 422</w:t>
      </w:r>
    </w:p>
    <w:p>
      <w:pPr>
        <w:spacing w:after="80"/>
      </w:pPr>
      <w:r>
        <w:rPr>
          <w:b w:val="0"/>
          <w:i w:val="0"/>
        </w:rPr>
        <w:t>kiểm tra hợp lệ (validation), 404–406</w:t>
      </w:r>
    </w:p>
    <w:p>
      <w:pPr>
        <w:spacing w:after="80"/>
      </w:pPr>
      <w:r>
        <w:rPr>
          <w:b w:val="0"/>
          <w:i w:val="0"/>
        </w:rPr>
        <w:t>widget, 408</w:t>
      </w:r>
    </w:p>
    <w:p>
      <w:pPr>
        <w:spacing w:after="80"/>
      </w:pPr>
      <w:r>
        <w:rPr>
          <w:b w:val="0"/>
          <w:i w:val="0"/>
        </w:rPr>
        <w:t>HTML</w:t>
      </w:r>
    </w:p>
    <w:p>
      <w:pPr>
        <w:spacing w:after="80"/>
      </w:pPr>
      <w:r>
        <w:rPr>
          <w:b w:val="0"/>
          <w:i w:val="0"/>
        </w:rPr>
        <w:t>thẻ anchor (</w:t>
      </w:r>
      <w:r>
        <w:rPr>
          <w:rFonts w:ascii="Consolas" w:hAnsi="Consolas"/>
          <w:b w:val="0"/>
          <w:i w:val="0"/>
          <w:sz w:val="20"/>
        </w:rPr>
        <w:t>&lt;a&gt;</w:t>
      </w:r>
      <w:r>
        <w:rPr>
          <w:b w:val="0"/>
          <w:i w:val="0"/>
        </w:rPr>
        <w:t>), 393</w:t>
      </w:r>
    </w:p>
    <w:p>
      <w:pPr>
        <w:spacing w:after="80"/>
      </w:pPr>
      <w:r>
        <w:rPr>
          <w:b w:val="0"/>
          <w:i w:val="0"/>
        </w:rPr>
        <w:t xml:space="preserve">phần tử </w:t>
      </w:r>
      <w:r>
        <w:rPr>
          <w:rFonts w:ascii="Consolas" w:hAnsi="Consolas"/>
          <w:b w:val="0"/>
          <w:i w:val="0"/>
          <w:sz w:val="20"/>
        </w:rPr>
        <w:t>&lt;body&gt;</w:t>
      </w:r>
      <w:r>
        <w:rPr>
          <w:b w:val="0"/>
          <w:i w:val="0"/>
        </w:rPr>
        <w:t>, 437</w:t>
      </w:r>
    </w:p>
    <w:p>
      <w:pPr>
        <w:spacing w:after="80"/>
      </w:pPr>
      <w:r>
        <w:rPr>
          <w:b w:val="0"/>
          <w:i w:val="0"/>
        </w:rPr>
        <w:t>chú thích, 437</w:t>
      </w:r>
    </w:p>
    <w:p>
      <w:pPr>
        <w:spacing w:after="80"/>
      </w:pPr>
      <w:r>
        <w:rPr>
          <w:b w:val="0"/>
          <w:i w:val="0"/>
        </w:rPr>
        <w:t xml:space="preserve">các phần tử </w:t>
      </w:r>
      <w:r>
        <w:rPr>
          <w:rFonts w:ascii="Consolas" w:hAnsi="Consolas"/>
          <w:b w:val="0"/>
          <w:i w:val="0"/>
          <w:sz w:val="20"/>
        </w:rPr>
        <w:t>&lt;div&gt;</w:t>
      </w:r>
      <w:r>
        <w:rPr>
          <w:b w:val="0"/>
          <w:i w:val="0"/>
        </w:rPr>
        <w:t>, 437</w:t>
      </w:r>
    </w:p>
    <w:p>
      <w:pPr>
        <w:spacing w:after="80"/>
      </w:pPr>
      <w:r>
        <w:rPr>
          <w:b w:val="0"/>
          <w:i w:val="0"/>
        </w:rPr>
        <w:t xml:space="preserve">phần tử </w:t>
      </w:r>
      <w:r>
        <w:rPr>
          <w:rFonts w:ascii="Consolas" w:hAnsi="Consolas"/>
          <w:b w:val="0"/>
          <w:i w:val="0"/>
          <w:sz w:val="20"/>
        </w:rPr>
        <w:t>&lt;main&gt;</w:t>
      </w:r>
      <w:r>
        <w:rPr>
          <w:b w:val="0"/>
          <w:i w:val="0"/>
        </w:rPr>
        <w:t>, 440</w:t>
      </w:r>
    </w:p>
    <w:p>
      <w:pPr>
        <w:spacing w:after="80"/>
      </w:pPr>
      <w:r>
        <w:rPr>
          <w:b w:val="0"/>
          <w:i w:val="0"/>
        </w:rPr>
        <w:t>lề ngoài, 440</w:t>
      </w:r>
    </w:p>
    <w:p>
      <w:pPr>
        <w:spacing w:after="80"/>
      </w:pPr>
      <w:r>
        <w:rPr>
          <w:b w:val="0"/>
          <w:i w:val="0"/>
        </w:rPr>
        <w:t>lề trong, 440</w:t>
      </w:r>
    </w:p>
    <w:p>
      <w:pPr>
        <w:spacing w:after="80"/>
      </w:pPr>
      <w:r>
        <w:rPr>
          <w:b w:val="0"/>
          <w:i w:val="0"/>
        </w:rPr>
        <w:t xml:space="preserve">các phần tử </w:t>
      </w:r>
      <w:r>
        <w:rPr>
          <w:rFonts w:ascii="Consolas" w:hAnsi="Consolas"/>
          <w:b w:val="0"/>
          <w:i w:val="0"/>
          <w:sz w:val="20"/>
        </w:rPr>
        <w:t>&lt;p&gt;</w:t>
      </w:r>
      <w:r>
        <w:rPr>
          <w:b w:val="0"/>
          <w:i w:val="0"/>
        </w:rPr>
        <w:t>, 391</w:t>
      </w:r>
    </w:p>
    <w:p>
      <w:pPr>
        <w:spacing w:after="80"/>
      </w:pPr>
      <w:r>
        <w:rPr>
          <w:b w:val="0"/>
          <w:i w:val="0"/>
        </w:rPr>
        <w:t xml:space="preserve">các phần tử </w:t>
      </w:r>
      <w:r>
        <w:rPr>
          <w:rFonts w:ascii="Consolas" w:hAnsi="Consolas"/>
          <w:b w:val="0"/>
          <w:i w:val="0"/>
          <w:sz w:val="20"/>
        </w:rPr>
        <w:t>&lt;span&gt;</w:t>
      </w:r>
      <w:r>
        <w:rPr>
          <w:b w:val="0"/>
          <w:i w:val="0"/>
        </w:rPr>
        <w:t>, 438</w:t>
      </w:r>
    </w:p>
    <w:p>
      <w:pPr>
        <w:spacing w:after="80"/>
      </w:pPr>
      <w:r>
        <w:rPr>
          <w:b w:val="0"/>
          <w:i w:val="0"/>
        </w:rPr>
        <w:t>lỗi HTTP 404, 428–429, 459–460</w:t>
      </w:r>
    </w:p>
    <w:p>
      <w:pPr>
        <w:spacing w:after="80"/>
      </w:pPr>
      <w:r>
        <w:rPr>
          <w:rFonts w:ascii="Consolas" w:hAnsi="Consolas"/>
          <w:b w:val="0"/>
          <w:i w:val="0"/>
          <w:sz w:val="20"/>
        </w:rPr>
        <w:t>INSTALLED_APPS</w:t>
      </w:r>
      <w:r>
        <w:rPr>
          <w:b w:val="0"/>
          <w:i w:val="0"/>
        </w:rPr>
        <w:t>, 380</w:t>
      </w:r>
    </w:p>
    <w:p>
      <w:pPr>
        <w:spacing w:after="80"/>
      </w:pPr>
      <w:r>
        <w:rPr>
          <w:b w:val="0"/>
          <w:i w:val="0"/>
        </w:rPr>
        <w:t>cài đặt, 375–376</w:t>
      </w:r>
    </w:p>
    <w:p>
      <w:pPr>
        <w:spacing w:after="80"/>
      </w:pPr>
      <w:r>
        <w:rPr>
          <w:b w:val="0"/>
          <w:i w:val="0"/>
        </w:rPr>
        <w:t>localhost, 378</w:t>
      </w:r>
    </w:p>
    <w:p>
      <w:pPr>
        <w:spacing w:after="80"/>
      </w:pPr>
      <w:r>
        <w:rPr>
          <w:b w:val="0"/>
          <w:i w:val="0"/>
        </w:rPr>
        <w:t>đăng xuất, 419–420</w:t>
      </w:r>
    </w:p>
    <w:p>
      <w:pPr>
        <w:spacing w:after="80"/>
      </w:pPr>
      <w:r>
        <w:rPr>
          <w:b w:val="0"/>
          <w:i w:val="0"/>
        </w:rPr>
        <w:t xml:space="preserve">decorator </w:t>
      </w:r>
      <w:r>
        <w:rPr>
          <w:rFonts w:ascii="Consolas" w:hAnsi="Consolas"/>
          <w:b w:val="0"/>
          <w:i w:val="0"/>
          <w:sz w:val="20"/>
        </w:rPr>
        <w:t>@login_required</w:t>
      </w:r>
      <w:r>
        <w:rPr>
          <w:b w:val="0"/>
          <w:i w:val="0"/>
        </w:rPr>
        <w:t>, 423–424</w:t>
      </w:r>
    </w:p>
    <w:p>
      <w:pPr>
        <w:spacing w:after="80"/>
      </w:pPr>
      <w:r>
        <w:rPr>
          <w:b w:val="0"/>
          <w:i w:val="0"/>
        </w:rPr>
        <w:t>template đăng nhập, 417</w:t>
      </w:r>
    </w:p>
    <w:p>
      <w:pPr>
        <w:spacing w:after="80"/>
      </w:pPr>
      <w:r>
        <w:rPr>
          <w:b w:val="0"/>
          <w:i w:val="0"/>
        </w:rPr>
        <w:t>ánh xạ URL, 388–390, 397–398</w:t>
      </w:r>
    </w:p>
    <w:p>
      <w:pPr>
        <w:spacing w:after="80"/>
      </w:pPr>
      <w:r>
        <w:rPr>
          <w:b w:val="0"/>
          <w:i w:val="0"/>
        </w:rPr>
        <w:t>di chuyển cơ sở dữ liệu, 426–427</w:t>
      </w:r>
    </w:p>
    <w:p>
      <w:pPr>
        <w:spacing w:after="80"/>
      </w:pPr>
      <w:r>
        <w:rPr>
          <w:b w:val="0"/>
          <w:i w:val="0"/>
        </w:rPr>
        <w:t>các model, 379</w:t>
      </w:r>
    </w:p>
    <w:p>
      <w:pPr>
        <w:spacing w:after="80"/>
      </w:pPr>
      <w:r>
        <w:rPr>
          <w:b w:val="0"/>
          <w:i w:val="0"/>
        </w:rPr>
        <w:t>kích hoạt, 380–381</w:t>
      </w:r>
    </w:p>
    <w:p>
      <w:pPr>
        <w:spacing w:after="80"/>
      </w:pPr>
      <w:r>
        <w:rPr>
          <w:b w:val="0"/>
          <w:i w:val="0"/>
        </w:rPr>
        <w:t>định nghĩa, 379, 384</w:t>
      </w:r>
    </w:p>
    <w:p>
      <w:pPr>
        <w:spacing w:after="80"/>
      </w:pPr>
      <w:r>
        <w:rPr>
          <w:b w:val="0"/>
          <w:i w:val="0"/>
        </w:rPr>
        <w:t>khóa ngoại, 384, 425</w:t>
      </w:r>
    </w:p>
    <w:p>
      <w:pPr>
        <w:spacing w:after="80"/>
      </w:pPr>
      <w:r>
        <w:rPr>
          <w:b w:val="0"/>
          <w:i w:val="0"/>
        </w:rPr>
        <w:t>đăng ký với admin, 382–383, 385–386</w:t>
      </w:r>
    </w:p>
    <w:p>
      <w:pPr>
        <w:spacing w:after="80"/>
      </w:pPr>
      <w:r>
        <w:rPr>
          <w:b w:val="0"/>
          <w:i w:val="0"/>
        </w:rPr>
        <w:t xml:space="preserve">phương thức </w:t>
      </w:r>
      <w:r>
        <w:rPr>
          <w:rFonts w:ascii="Consolas" w:hAnsi="Consolas"/>
          <w:b w:val="0"/>
          <w:i w:val="0"/>
          <w:sz w:val="20"/>
        </w:rPr>
        <w:t>__str__()</w:t>
      </w:r>
      <w:r>
        <w:rPr>
          <w:b w:val="0"/>
          <w:i w:val="0"/>
        </w:rPr>
        <w:t>, 380, 384</w:t>
      </w:r>
    </w:p>
    <w:p>
      <w:pPr>
        <w:spacing w:after="80"/>
      </w:pPr>
      <w:r>
        <w:rPr>
          <w:b w:val="0"/>
          <w:i w:val="0"/>
        </w:rPr>
        <w:t>dự án (so với ứng dụng), 379</w:t>
      </w:r>
    </w:p>
    <w:p>
      <w:pPr>
        <w:spacing w:after="80"/>
      </w:pPr>
      <w:r>
        <w:rPr>
          <w:b w:val="0"/>
          <w:i w:val="0"/>
        </w:rPr>
        <w:t xml:space="preserve">hàm </w:t>
      </w:r>
      <w:r>
        <w:rPr>
          <w:rFonts w:ascii="Consolas" w:hAnsi="Consolas"/>
          <w:b w:val="0"/>
          <w:i w:val="0"/>
          <w:sz w:val="20"/>
        </w:rPr>
        <w:t>redirect()</w:t>
      </w:r>
      <w:r>
        <w:rPr>
          <w:b w:val="0"/>
          <w:i w:val="0"/>
        </w:rPr>
        <w:t>, 405–406</w:t>
      </w:r>
    </w:p>
    <w:p>
      <w:pPr>
        <w:spacing w:after="80"/>
      </w:pPr>
      <w:r>
        <w:rPr>
          <w:b w:val="0"/>
          <w:i w:val="0"/>
        </w:rPr>
        <w:t>chu kỳ phát hành, 376</w:t>
      </w:r>
    </w:p>
    <w:p>
      <w:pPr>
        <w:spacing w:after="80"/>
      </w:pPr>
      <w:r>
        <w:rPr>
          <w:b w:val="0"/>
          <w:i w:val="0"/>
        </w:rPr>
        <w:t>hạn chế quyền truy cập dữ liệu, 427–430</w:t>
      </w:r>
    </w:p>
    <w:p>
      <w:pPr>
        <w:spacing w:after="80"/>
      </w:pPr>
      <w:r>
        <w:rPr>
          <w:b w:val="0"/>
          <w:i w:val="0"/>
        </w:rPr>
        <w:t>cài đặt</w:t>
      </w:r>
    </w:p>
    <w:p>
      <w:pPr>
        <w:spacing w:after="80"/>
      </w:pPr>
      <w:r>
        <w:rPr>
          <w:rFonts w:ascii="Consolas" w:hAnsi="Consolas"/>
          <w:b w:val="0"/>
          <w:i w:val="0"/>
          <w:sz w:val="20"/>
        </w:rPr>
        <w:t>ALLOWED_HOSTS</w:t>
      </w:r>
      <w:r>
        <w:rPr>
          <w:b w:val="0"/>
          <w:i w:val="0"/>
        </w:rPr>
        <w:t>, 451</w:t>
      </w:r>
    </w:p>
    <w:p>
      <w:pPr>
        <w:spacing w:after="80"/>
      </w:pPr>
      <w:r>
        <w:rPr>
          <w:rFonts w:ascii="Consolas" w:hAnsi="Consolas"/>
          <w:b w:val="0"/>
          <w:i w:val="0"/>
          <w:sz w:val="20"/>
        </w:rPr>
        <w:t>DEBUG</w:t>
      </w:r>
      <w:r>
        <w:rPr>
          <w:b w:val="0"/>
          <w:i w:val="0"/>
        </w:rPr>
        <w:t>, 457–458</w:t>
      </w:r>
    </w:p>
    <w:p>
      <w:pPr>
        <w:spacing w:after="80"/>
      </w:pPr>
      <w:r>
        <w:rPr>
          <w:rFonts w:ascii="Consolas" w:hAnsi="Consolas"/>
          <w:b w:val="0"/>
          <w:i w:val="0"/>
          <w:sz w:val="20"/>
        </w:rPr>
        <w:t>INSTALLED_APPS</w:t>
      </w:r>
      <w:r>
        <w:rPr>
          <w:b w:val="0"/>
          <w:i w:val="0"/>
        </w:rPr>
        <w:t>, 380–381, 415–416, 434</w:t>
      </w:r>
    </w:p>
    <w:p>
      <w:pPr>
        <w:spacing w:after="80"/>
      </w:pPr>
      <w:r>
        <w:rPr>
          <w:rFonts w:ascii="Consolas" w:hAnsi="Consolas"/>
          <w:b w:val="0"/>
          <w:i w:val="0"/>
          <w:sz w:val="20"/>
        </w:rPr>
        <w:t>LOGIN_REDIRECT_URL</w:t>
      </w:r>
      <w:r>
        <w:rPr>
          <w:b w:val="0"/>
          <w:i w:val="0"/>
        </w:rPr>
        <w:t>, 417–418</w:t>
      </w:r>
    </w:p>
    <w:p>
      <w:pPr>
        <w:spacing w:after="80"/>
      </w:pPr>
      <w:r>
        <w:rPr>
          <w:rFonts w:ascii="Consolas" w:hAnsi="Consolas"/>
          <w:b w:val="0"/>
          <w:i w:val="0"/>
          <w:sz w:val="20"/>
        </w:rPr>
        <w:t>LOGIN_URL</w:t>
      </w:r>
      <w:r>
        <w:rPr>
          <w:b w:val="0"/>
          <w:i w:val="0"/>
        </w:rPr>
        <w:t>, 424</w:t>
      </w:r>
    </w:p>
    <w:p>
      <w:pPr>
        <w:spacing w:after="80"/>
      </w:pPr>
      <w:r>
        <w:rPr>
          <w:rFonts w:ascii="Consolas" w:hAnsi="Consolas"/>
          <w:b w:val="0"/>
          <w:i w:val="0"/>
          <w:sz w:val="20"/>
        </w:rPr>
        <w:t>LOGOUT_REDIRECT_URL</w:t>
      </w:r>
      <w:r>
        <w:rPr>
          <w:b w:val="0"/>
          <w:i w:val="0"/>
        </w:rPr>
        <w:t>, 420</w:t>
      </w:r>
    </w:p>
    <w:p>
      <w:pPr>
        <w:spacing w:after="80"/>
      </w:pPr>
      <w:r>
        <w:rPr>
          <w:rFonts w:ascii="Consolas" w:hAnsi="Consolas"/>
          <w:b w:val="0"/>
          <w:i w:val="0"/>
          <w:sz w:val="20"/>
        </w:rPr>
        <w:t>SECRET_KEY</w:t>
      </w:r>
      <w:r>
        <w:rPr>
          <w:b w:val="0"/>
          <w:i w:val="0"/>
        </w:rPr>
        <w:t>, 451</w:t>
      </w:r>
    </w:p>
    <w:p>
      <w:pPr>
        <w:spacing w:after="80"/>
      </w:pPr>
      <w:r>
        <w:rPr>
          <w:b w:val="0"/>
          <w:i w:val="0"/>
        </w:rPr>
        <w:t>shell, 386–387, 426–427</w:t>
      </w:r>
    </w:p>
    <w:p>
      <w:pPr>
        <w:spacing w:after="80"/>
      </w:pPr>
      <w:r>
        <w:rPr>
          <w:b w:val="0"/>
          <w:i w:val="0"/>
        </w:rPr>
        <w:t>khởi tạo một ứng dụng, 379</w:t>
      </w:r>
    </w:p>
    <w:p>
      <w:pPr>
        <w:spacing w:after="80"/>
      </w:pPr>
      <w:r>
        <w:rPr>
          <w:b w:val="0"/>
          <w:i w:val="0"/>
        </w:rPr>
        <w:t xml:space="preserve">tạo kiểu dáng. </w:t>
      </w:r>
      <w:r>
        <w:rPr>
          <w:b w:val="0"/>
          <w:i/>
        </w:rPr>
        <w:t>Xem</w:t>
      </w:r>
      <w:r>
        <w:rPr>
          <w:b w:val="0"/>
          <w:i w:val="0"/>
        </w:rPr>
        <w:t xml:space="preserve"> Django: Bootstrap</w:t>
      </w:r>
    </w:p>
    <w:p>
      <w:pPr>
        <w:spacing w:after="80"/>
      </w:pPr>
      <w:r>
        <w:rPr>
          <w:b w:val="0"/>
          <w:i w:val="0"/>
        </w:rPr>
        <w:t>superuser, 382, 456–457</w:t>
      </w:r>
    </w:p>
    <w:p>
      <w:pPr>
        <w:spacing w:after="80"/>
      </w:pPr>
      <w:r>
        <w:rPr>
          <w:b w:val="0"/>
          <w:i w:val="0"/>
        </w:rPr>
        <w:t>templates</w:t>
      </w:r>
    </w:p>
    <w:p>
      <w:pPr>
        <w:spacing w:after="80"/>
      </w:pPr>
      <w:r>
        <w:rPr>
          <w:b w:val="0"/>
          <w:i w:val="0"/>
        </w:rPr>
        <w:t>thẻ block, 393</w:t>
      </w:r>
    </w:p>
    <w:p>
      <w:pPr>
        <w:spacing w:after="80"/>
      </w:pPr>
      <w:r>
        <w:rPr>
          <w:b w:val="0"/>
          <w:i w:val="0"/>
        </w:rPr>
        <w:t>template con, 393–394</w:t>
      </w:r>
    </w:p>
    <w:p>
      <w:pPr>
        <w:spacing w:after="80"/>
      </w:pPr>
      <w:r>
        <w:rPr>
          <w:b w:val="0"/>
          <w:i w:val="0"/>
        </w:rPr>
        <w:t>từ điển ngữ cảnh, 395</w:t>
      </w:r>
    </w:p>
    <w:p>
      <w:pPr>
        <w:spacing w:after="80"/>
      </w:pPr>
      <w:r>
        <w:rPr>
          <w:b w:val="0"/>
          <w:i w:val="0"/>
        </w:rPr>
        <w:t>bộ lọc, 399</w:t>
      </w:r>
    </w:p>
    <w:p>
      <w:pPr>
        <w:spacing w:after="80"/>
      </w:pPr>
      <w:r>
        <w:rPr>
          <w:b w:val="0"/>
          <w:i w:val="0"/>
        </w:rPr>
        <w:t>biểu mẫu trong, 407</w:t>
      </w:r>
    </w:p>
    <w:p>
      <w:pPr>
        <w:spacing w:after="80"/>
      </w:pPr>
      <w:r>
        <w:rPr>
          <w:b w:val="0"/>
          <w:i w:val="0"/>
        </w:rPr>
        <w:t>thụt lề trong, 393</w:t>
      </w:r>
    </w:p>
    <w:p>
      <w:pPr>
        <w:spacing w:after="80"/>
      </w:pPr>
      <w:r>
        <w:rPr>
          <w:b w:val="0"/>
          <w:i w:val="0"/>
        </w:rPr>
        <w:t>kế thừa, 392–394</w:t>
      </w:r>
    </w:p>
    <w:p>
      <w:pPr>
        <w:spacing w:after="80"/>
      </w:pPr>
      <w:r>
        <w:rPr>
          <w:rFonts w:ascii="Consolas" w:hAnsi="Consolas"/>
          <w:b w:val="0"/>
          <w:i w:val="0"/>
          <w:sz w:val="20"/>
        </w:rPr>
        <w:t>linebreaks</w:t>
      </w:r>
      <w:r>
        <w:rPr>
          <w:b w:val="0"/>
          <w:i w:val="0"/>
        </w:rPr>
        <w:t>, 399</w:t>
      </w:r>
    </w:p>
    <w:p>
      <w:pPr>
        <w:spacing w:after="80"/>
      </w:pPr>
      <w:r>
        <w:rPr>
          <w:b w:val="0"/>
          <w:i w:val="0"/>
        </w:rPr>
        <w:t>liên kết trong, 392–393, 399</w:t>
      </w:r>
    </w:p>
    <w:p>
      <w:pPr>
        <w:spacing w:after="80"/>
      </w:pPr>
      <w:r>
        <w:rPr>
          <w:b w:val="0"/>
          <w:i w:val="0"/>
        </w:rPr>
        <w:t>vòng lặp trong, 395–397</w:t>
      </w:r>
    </w:p>
    <w:p>
      <w:pPr>
        <w:spacing w:after="80"/>
      </w:pPr>
      <w:r>
        <w:rPr>
          <w:b w:val="0"/>
          <w:i w:val="0"/>
        </w:rPr>
        <w:t>template cha, 392–393</w:t>
      </w:r>
    </w:p>
    <w:p>
      <w:pPr>
        <w:spacing w:after="80"/>
      </w:pPr>
      <w:r>
        <w:rPr>
          <w:b w:val="0"/>
          <w:i w:val="0"/>
        </w:rPr>
        <w:t>thẻ template, 393</w:t>
      </w:r>
    </w:p>
    <w:p>
      <w:pPr>
        <w:spacing w:after="80"/>
      </w:pPr>
      <w:r>
        <w:rPr>
          <w:b w:val="0"/>
          <w:i w:val="0"/>
        </w:rPr>
        <w:t>dấu thời gian trong, 398–399</w:t>
      </w:r>
    </w:p>
    <w:p>
      <w:pPr>
        <w:spacing w:after="80"/>
      </w:pPr>
      <w:r>
        <w:rPr>
          <w:rFonts w:ascii="Consolas" w:hAnsi="Consolas"/>
          <w:b w:val="0"/>
          <w:i w:val="0"/>
          <w:sz w:val="20"/>
        </w:rPr>
        <w:t>user</w:t>
      </w:r>
      <w:r>
        <w:rPr>
          <w:b w:val="0"/>
          <w:i w:val="0"/>
        </w:rPr>
        <w:t xml:space="preserve"> object, 418</w:t>
      </w:r>
    </w:p>
    <w:p>
      <w:pPr>
        <w:spacing w:after="80"/>
      </w:pPr>
      <w:r>
        <w:rPr>
          <w:b w:val="0"/>
          <w:i w:val="0"/>
        </w:rPr>
        <w:t>viết, 390–392</w:t>
      </w:r>
    </w:p>
    <w:p>
      <w:pPr>
        <w:spacing w:after="80"/>
      </w:pPr>
      <w:r>
        <w:rPr>
          <w:b w:val="0"/>
          <w:i w:val="0"/>
        </w:rPr>
        <w:t xml:space="preserve">URL. </w:t>
      </w:r>
      <w:r>
        <w:rPr>
          <w:b w:val="0"/>
          <w:i/>
        </w:rPr>
        <w:t>Xem</w:t>
      </w:r>
      <w:r>
        <w:rPr>
          <w:b w:val="0"/>
          <w:i w:val="0"/>
        </w:rPr>
        <w:t xml:space="preserve"> Django: ánh xạ URL</w:t>
      </w:r>
    </w:p>
    <w:p>
      <w:pPr>
        <w:spacing w:after="80"/>
      </w:pPr>
      <w:r>
        <w:rPr>
          <w:rFonts w:ascii="Consolas" w:hAnsi="Consolas"/>
          <w:b w:val="0"/>
          <w:i w:val="0"/>
          <w:sz w:val="20"/>
        </w:rPr>
        <w:t>UserCreationForm</w:t>
      </w:r>
      <w:r>
        <w:rPr>
          <w:b w:val="0"/>
          <w:i w:val="0"/>
        </w:rPr>
        <w:t>, 421–422</w:t>
      </w:r>
    </w:p>
    <w:p>
      <w:pPr>
        <w:spacing w:after="80"/>
      </w:pPr>
      <w:r>
        <w:rPr>
          <w:b w:val="0"/>
          <w:i w:val="0"/>
        </w:rPr>
        <w:t>giá trị ID người dùng, 426</w:t>
      </w:r>
    </w:p>
    <w:p>
      <w:pPr>
        <w:spacing w:after="80"/>
      </w:pPr>
      <w:r>
        <w:rPr>
          <w:b w:val="0"/>
          <w:i w:val="0"/>
        </w:rPr>
        <w:t>các phiên bản, 376</w:t>
      </w:r>
    </w:p>
    <w:p>
      <w:pPr>
        <w:spacing w:after="80"/>
      </w:pPr>
      <w:r>
        <w:rPr>
          <w:b w:val="0"/>
          <w:i w:val="0"/>
        </w:rPr>
        <w:t>các hàm view, 388, 390</w:t>
      </w:r>
    </w:p>
    <w:p>
      <w:pPr>
        <w:spacing w:after="80"/>
      </w:pPr>
      <w:r>
        <w:rPr>
          <w:b w:val="0"/>
          <w:i w:val="0"/>
        </w:rPr>
        <w:t>môi trường ảo, 374–375</w:t>
      </w:r>
    </w:p>
    <w:p>
      <w:pPr>
        <w:spacing w:after="80"/>
      </w:pPr>
      <w:r>
        <w:rPr>
          <w:b w:val="0"/>
          <w:i w:val="0"/>
        </w:rPr>
        <w:t>docstring, 130, 153, 181</w:t>
      </w:r>
    </w:p>
    <w:p>
      <w:pPr>
        <w:spacing w:after="80"/>
      </w:pPr>
      <w:r>
        <w:rPr>
          <w:b w:val="0"/>
          <w:i/>
        </w:rPr>
        <w:t>dog.py</w:t>
      </w:r>
      <w:r>
        <w:rPr>
          <w:b w:val="0"/>
          <w:i w:val="0"/>
        </w:rPr>
        <w:t>, 158–162</w:t>
      </w:r>
    </w:p>
    <w:p>
      <w:pPr>
        <w:spacing w:after="80"/>
      </w:pPr>
      <w:r>
        <w:rPr>
          <w:b w:val="0"/>
          <w:i w:val="0"/>
        </w:rPr>
        <w:t>ký hiệu dấu chấm, 150, 160</w:t>
      </w:r>
    </w:p>
    <w:p>
      <w:pPr>
        <w:spacing w:after="80"/>
      </w:pPr>
      <w:r>
        <w:rPr>
          <w:b w:val="0"/>
          <w:i w:val="0"/>
        </w:rPr>
        <w:t>E</w:t>
      </w:r>
    </w:p>
    <w:p>
      <w:pPr>
        <w:spacing w:after="80"/>
      </w:pPr>
      <w:r>
        <w:rPr>
          <w:b w:val="0"/>
          <w:i w:val="0"/>
        </w:rPr>
        <w:t xml:space="preserve">động đất. </w:t>
      </w:r>
      <w:r>
        <w:rPr>
          <w:b w:val="0"/>
          <w:i/>
        </w:rPr>
        <w:t>Xem</w:t>
      </w:r>
      <w:r>
        <w:rPr>
          <w:b w:val="0"/>
          <w:i w:val="0"/>
        </w:rPr>
        <w:t xml:space="preserve"> ánh xạ động đất</w:t>
      </w:r>
    </w:p>
    <w:p>
      <w:pPr>
        <w:spacing w:after="80"/>
      </w:pPr>
      <w:r>
        <w:rPr>
          <w:b w:val="0"/>
          <w:i/>
        </w:rPr>
        <w:t>electric_car.py</w:t>
      </w:r>
      <w:r>
        <w:rPr>
          <w:b w:val="0"/>
          <w:i w:val="0"/>
        </w:rPr>
        <w:t>, 167–173</w:t>
      </w:r>
    </w:p>
    <w:p>
      <w:pPr>
        <w:spacing w:after="80"/>
      </w:pPr>
      <w:r>
        <w:rPr>
          <w:b w:val="0"/>
          <w:i w:val="0"/>
        </w:rPr>
        <w:t>mô-đun, 177–179</w:t>
      </w:r>
    </w:p>
    <w:p>
      <w:pPr>
        <w:spacing w:after="80"/>
      </w:pPr>
      <w:r>
        <w:rPr>
          <w:b w:val="0"/>
          <w:i w:val="0"/>
        </w:rPr>
        <w:t xml:space="preserve">đối số </w:t>
      </w:r>
      <w:r>
        <w:rPr>
          <w:rFonts w:ascii="Consolas" w:hAnsi="Consolas"/>
          <w:b w:val="0"/>
          <w:i w:val="0"/>
          <w:sz w:val="20"/>
        </w:rPr>
        <w:t>encoding</w:t>
      </w:r>
      <w:r>
        <w:rPr>
          <w:b w:val="0"/>
          <w:i w:val="0"/>
        </w:rPr>
        <w:t>, 195–196</w:t>
      </w:r>
    </w:p>
    <w:p>
      <w:pPr>
        <w:spacing w:after="80"/>
      </w:pPr>
      <w:r>
        <w:rPr>
          <w:b w:val="0"/>
          <w:i w:val="0"/>
        </w:rPr>
        <w:t xml:space="preserve">hàm </w:t>
      </w:r>
      <w:r>
        <w:rPr>
          <w:rFonts w:ascii="Consolas" w:hAnsi="Consolas"/>
          <w:b w:val="0"/>
          <w:i w:val="0"/>
          <w:sz w:val="20"/>
        </w:rPr>
        <w:t>enumerate()</w:t>
      </w:r>
      <w:r>
        <w:rPr>
          <w:b w:val="0"/>
          <w:i w:val="0"/>
        </w:rPr>
        <w:t>, 331</w:t>
      </w:r>
    </w:p>
    <w:p>
      <w:pPr>
        <w:spacing w:after="80"/>
      </w:pPr>
      <w:r>
        <w:rPr>
          <w:b w:val="0"/>
          <w:i/>
        </w:rPr>
        <w:t>eq_explore_data.py</w:t>
      </w:r>
      <w:r>
        <w:rPr>
          <w:b w:val="0"/>
          <w:i w:val="0"/>
        </w:rPr>
        <w:t>, 343–347</w:t>
      </w:r>
    </w:p>
    <w:p>
      <w:pPr>
        <w:spacing w:after="80"/>
      </w:pPr>
      <w:r>
        <w:rPr>
          <w:b w:val="0"/>
          <w:i w:val="0"/>
        </w:rPr>
        <w:t>toán tử so sánh bằng (</w:t>
      </w:r>
      <w:r>
        <w:rPr>
          <w:rFonts w:ascii="Consolas" w:hAnsi="Consolas"/>
          <w:b w:val="0"/>
          <w:i w:val="0"/>
          <w:sz w:val="20"/>
        </w:rPr>
        <w:t>==</w:t>
      </w:r>
      <w:r>
        <w:rPr>
          <w:b w:val="0"/>
          <w:i w:val="0"/>
        </w:rPr>
        <w:t>), 72, 74</w:t>
      </w:r>
    </w:p>
    <w:p>
      <w:pPr>
        <w:spacing w:after="80"/>
      </w:pPr>
      <w:r>
        <w:rPr>
          <w:b w:val="0"/>
          <w:i/>
        </w:rPr>
        <w:t>eq_world_map.py</w:t>
      </w:r>
      <w:r>
        <w:rPr>
          <w:b w:val="0"/>
          <w:i w:val="0"/>
        </w:rPr>
        <w:t>, 347–352</w:t>
      </w:r>
    </w:p>
    <w:p>
      <w:pPr>
        <w:spacing w:after="80"/>
      </w:pPr>
      <w:r>
        <w:rPr>
          <w:b w:val="0"/>
          <w:i/>
        </w:rPr>
        <w:t>even_numbers.py</w:t>
      </w:r>
      <w:r>
        <w:rPr>
          <w:b w:val="0"/>
          <w:i w:val="0"/>
        </w:rPr>
        <w:t>, 58</w:t>
      </w:r>
    </w:p>
    <w:p>
      <w:pPr>
        <w:spacing w:after="80"/>
      </w:pPr>
      <w:r>
        <w:rPr>
          <w:b w:val="0"/>
          <w:i/>
        </w:rPr>
        <w:t>even_or_odd.py</w:t>
      </w:r>
      <w:r>
        <w:rPr>
          <w:b w:val="0"/>
          <w:i w:val="0"/>
        </w:rPr>
        <w:t>, 117</w:t>
      </w:r>
    </w:p>
    <w:p>
      <w:pPr>
        <w:spacing w:after="80"/>
      </w:pPr>
      <w:r>
        <w:rPr>
          <w:b w:val="0"/>
          <w:i w:val="0"/>
        </w:rPr>
        <w:t>ngoại lệ (exception), 183, 192–199</w:t>
      </w:r>
    </w:p>
    <w:p>
      <w:pPr>
        <w:spacing w:after="80"/>
      </w:pPr>
      <w:r>
        <w:rPr>
          <w:b w:val="0"/>
          <w:i w:val="0"/>
        </w:rPr>
        <w:t>quyết định báo cáo lỗi nào, 199</w:t>
      </w:r>
    </w:p>
    <w:p>
      <w:pPr>
        <w:spacing w:after="80"/>
      </w:pPr>
      <w:r>
        <w:rPr>
          <w:b w:val="0"/>
          <w:i w:val="0"/>
        </w:rPr>
        <w:t xml:space="preserve">khối </w:t>
      </w:r>
      <w:r>
        <w:rPr>
          <w:rFonts w:ascii="Consolas" w:hAnsi="Consolas"/>
          <w:b w:val="0"/>
          <w:i w:val="0"/>
          <w:sz w:val="20"/>
        </w:rPr>
        <w:t>else</w:t>
      </w:r>
      <w:r>
        <w:rPr>
          <w:b w:val="0"/>
          <w:i w:val="0"/>
        </w:rPr>
        <w:t>, 194–195</w:t>
      </w:r>
    </w:p>
    <w:p>
      <w:pPr>
        <w:spacing w:after="80"/>
      </w:pPr>
      <w:r>
        <w:rPr>
          <w:b w:val="0"/>
          <w:i w:val="0"/>
        </w:rPr>
        <w:t>thất bại trong im lặng, 198–199</w:t>
      </w:r>
    </w:p>
    <w:p>
      <w:pPr>
        <w:spacing w:after="80"/>
      </w:pPr>
      <w:r>
        <w:rPr>
          <w:b w:val="0"/>
          <w:i w:val="0"/>
        </w:rPr>
        <w:t xml:space="preserve">lỗi </w:t>
      </w:r>
      <w:r>
        <w:rPr>
          <w:rFonts w:ascii="Consolas" w:hAnsi="Consolas"/>
          <w:b w:val="0"/>
          <w:i w:val="0"/>
          <w:sz w:val="20"/>
        </w:rPr>
        <w:t>FileNotFound</w:t>
      </w:r>
      <w:r>
        <w:rPr>
          <w:b w:val="0"/>
          <w:i w:val="0"/>
        </w:rPr>
        <w:t>, 195–196</w:t>
      </w:r>
    </w:p>
    <w:p>
      <w:pPr>
        <w:spacing w:after="80"/>
      </w:pPr>
      <w:r>
        <w:rPr>
          <w:b w:val="0"/>
          <w:i w:val="0"/>
        </w:rPr>
        <w:t>xử lý ngoại lệ, 192–196</w:t>
      </w:r>
    </w:p>
    <w:p>
      <w:pPr>
        <w:spacing w:after="80"/>
      </w:pPr>
      <w:r>
        <w:rPr>
          <w:b w:val="0"/>
          <w:i w:val="0"/>
        </w:rPr>
        <w:t>ngăn chặn sự cố crash, 193–195</w:t>
      </w:r>
    </w:p>
    <w:p>
      <w:pPr>
        <w:spacing w:after="80"/>
      </w:pPr>
      <w:r>
        <w:rPr>
          <w:b w:val="0"/>
          <w:i w:val="0"/>
        </w:rPr>
        <w:t xml:space="preserve">khối </w:t>
      </w:r>
      <w:r>
        <w:rPr>
          <w:rFonts w:ascii="Consolas" w:hAnsi="Consolas"/>
          <w:b w:val="0"/>
          <w:i w:val="0"/>
          <w:sz w:val="20"/>
        </w:rPr>
        <w:t>try-except</w:t>
      </w:r>
      <w:r>
        <w:rPr>
          <w:b w:val="0"/>
          <w:i w:val="0"/>
        </w:rPr>
        <w:t>, 193</w:t>
      </w:r>
    </w:p>
    <w:p>
      <w:pPr>
        <w:spacing w:after="80"/>
      </w:pPr>
      <w:r>
        <w:rPr>
          <w:rFonts w:ascii="Consolas" w:hAnsi="Consolas"/>
          <w:b w:val="0"/>
          <w:i w:val="0"/>
          <w:sz w:val="20"/>
        </w:rPr>
        <w:t>ZeroDivisionError</w:t>
      </w:r>
      <w:r>
        <w:rPr>
          <w:b w:val="0"/>
          <w:i w:val="0"/>
        </w:rPr>
        <w:t>, 192–195</w:t>
      </w:r>
    </w:p>
    <w:p>
      <w:pPr>
        <w:spacing w:after="80"/>
      </w:pPr>
      <w:r>
        <w:rPr>
          <w:b w:val="0"/>
          <w:i w:val="0"/>
        </w:rPr>
        <w:t>số mũ (</w:t>
      </w:r>
      <w:r>
        <w:rPr>
          <w:rFonts w:ascii="Consolas" w:hAnsi="Consolas"/>
          <w:b w:val="0"/>
          <w:i w:val="0"/>
          <w:sz w:val="20"/>
        </w:rPr>
        <w:t>**</w:t>
      </w:r>
      <w:r>
        <w:rPr>
          <w:b w:val="0"/>
          <w:i w:val="0"/>
        </w:rPr>
        <w:t>), 26</w:t>
      </w:r>
    </w:p>
    <w:p>
      <w:pPr>
        <w:spacing w:after="80"/>
      </w:pPr>
      <w:r>
        <w:rPr>
          <w:b w:val="0"/>
          <w:i w:val="0"/>
        </w:rPr>
        <w:t>F</w:t>
      </w:r>
    </w:p>
    <w:p>
      <w:pPr>
        <w:spacing w:after="80"/>
      </w:pPr>
      <w:r>
        <w:rPr>
          <w:b w:val="0"/>
          <w:i/>
        </w:rPr>
        <w:t>favorite_languages.py</w:t>
      </w:r>
      <w:r>
        <w:rPr>
          <w:b w:val="0"/>
          <w:i w:val="0"/>
        </w:rPr>
        <w:t>, 96–97, 100–104, 109</w:t>
      </w:r>
    </w:p>
    <w:p>
      <w:pPr>
        <w:spacing w:after="80"/>
      </w:pPr>
      <w:r>
        <w:rPr>
          <w:b w:val="0"/>
          <w:i/>
        </w:rPr>
        <w:t>file_reader.py</w:t>
      </w:r>
      <w:r>
        <w:rPr>
          <w:b w:val="0"/>
          <w:i w:val="0"/>
        </w:rPr>
        <w:t>, 184–187</w:t>
      </w:r>
    </w:p>
    <w:p>
      <w:pPr>
        <w:spacing w:after="80"/>
      </w:pPr>
      <w:r>
        <w:rPr>
          <w:b w:val="0"/>
          <w:i w:val="0"/>
        </w:rPr>
        <w:t>tệp tin</w:t>
      </w:r>
    </w:p>
    <w:p>
      <w:pPr>
        <w:spacing w:after="80"/>
      </w:pPr>
      <w:r>
        <w:rPr>
          <w:b w:val="0"/>
          <w:i w:val="0"/>
        </w:rPr>
        <w:t xml:space="preserve">đối số </w:t>
      </w:r>
      <w:r>
        <w:rPr>
          <w:rFonts w:ascii="Consolas" w:hAnsi="Consolas"/>
          <w:b w:val="0"/>
          <w:i w:val="0"/>
          <w:sz w:val="20"/>
        </w:rPr>
        <w:t>encoding</w:t>
      </w:r>
      <w:r>
        <w:rPr>
          <w:b w:val="0"/>
          <w:i w:val="0"/>
        </w:rPr>
        <w:t>, 195–196</w:t>
      </w:r>
    </w:p>
    <w:p>
      <w:pPr>
        <w:spacing w:after="80"/>
      </w:pPr>
      <w:r>
        <w:rPr>
          <w:b w:val="0"/>
          <w:i w:val="0"/>
        </w:rPr>
        <w:t xml:space="preserve">lỗi </w:t>
      </w:r>
      <w:r>
        <w:rPr>
          <w:rFonts w:ascii="Consolas" w:hAnsi="Consolas"/>
          <w:b w:val="0"/>
          <w:i w:val="0"/>
          <w:sz w:val="20"/>
        </w:rPr>
        <w:t>FileNotFound</w:t>
      </w:r>
      <w:r>
        <w:rPr>
          <w:b w:val="0"/>
          <w:i w:val="0"/>
        </w:rPr>
        <w:t>, 195–196</w:t>
      </w:r>
    </w:p>
    <w:p>
      <w:pPr>
        <w:spacing w:after="80"/>
      </w:pPr>
      <w:r>
        <w:rPr>
          <w:b w:val="0"/>
          <w:i w:val="0"/>
        </w:rPr>
        <w:t>đường dẫn tệp tin, 186</w:t>
      </w:r>
    </w:p>
    <w:p>
      <w:pPr>
        <w:spacing w:after="80"/>
      </w:pPr>
      <w:r>
        <w:rPr>
          <w:b w:val="0"/>
          <w:i w:val="0"/>
        </w:rPr>
        <w:t>tuyệt đối, 186</w:t>
      </w:r>
    </w:p>
    <w:p>
      <w:pPr>
        <w:spacing w:after="80"/>
      </w:pPr>
      <w:r>
        <w:rPr>
          <w:b w:val="0"/>
          <w:i w:val="0"/>
        </w:rPr>
        <w:t xml:space="preserve">phương thức </w:t>
      </w:r>
      <w:r>
        <w:rPr>
          <w:rFonts w:ascii="Consolas" w:hAnsi="Consolas"/>
          <w:b w:val="0"/>
          <w:i w:val="0"/>
          <w:sz w:val="20"/>
        </w:rPr>
        <w:t>exists()</w:t>
      </w:r>
      <w:r>
        <w:rPr>
          <w:b w:val="0"/>
          <w:i w:val="0"/>
        </w:rPr>
        <w:t>, 203–204</w:t>
      </w:r>
    </w:p>
    <w:p>
      <w:pPr>
        <w:spacing w:after="80"/>
      </w:pPr>
      <w:r>
        <w:rPr>
          <w:b w:val="0"/>
          <w:i w:val="0"/>
        </w:rPr>
        <w:t xml:space="preserve">mô-đun </w:t>
      </w:r>
      <w:r>
        <w:rPr>
          <w:rFonts w:ascii="Consolas" w:hAnsi="Consolas"/>
          <w:b w:val="0"/>
          <w:i w:val="0"/>
          <w:sz w:val="20"/>
        </w:rPr>
        <w:t>pathlib</w:t>
      </w:r>
      <w:r>
        <w:rPr>
          <w:b w:val="0"/>
          <w:i w:val="0"/>
        </w:rPr>
        <w:t>, 184</w:t>
      </w:r>
    </w:p>
    <w:p>
      <w:pPr>
        <w:spacing w:after="80"/>
      </w:pPr>
      <w:r>
        <w:rPr>
          <w:b w:val="0"/>
          <w:i w:val="0"/>
        </w:rPr>
        <w:t xml:space="preserve">Các đối tượng </w:t>
      </w:r>
      <w:r>
        <w:rPr>
          <w:rFonts w:ascii="Consolas" w:hAnsi="Consolas"/>
          <w:b w:val="0"/>
          <w:i w:val="0"/>
          <w:sz w:val="20"/>
        </w:rPr>
        <w:t>Path</w:t>
      </w:r>
      <w:r>
        <w:rPr>
          <w:b w:val="0"/>
          <w:i w:val="0"/>
        </w:rPr>
        <w:t>, 184–186, 330</w:t>
      </w:r>
    </w:p>
    <w:p>
      <w:pPr>
        <w:spacing w:after="80"/>
      </w:pPr>
      <w:r>
        <w:rPr>
          <w:b w:val="0"/>
          <w:i w:val="0"/>
        </w:rPr>
        <w:t>đường dẫn tương đối (relative), 186</w:t>
      </w:r>
    </w:p>
    <w:p>
      <w:pPr>
        <w:spacing w:after="80"/>
      </w:pPr>
      <w:r>
        <w:rPr>
          <w:b w:val="0"/>
          <w:i w:val="0"/>
        </w:rPr>
        <w:t>từ chuỗi (strings), 198</w:t>
      </w:r>
    </w:p>
    <w:p>
      <w:pPr>
        <w:spacing w:after="80"/>
      </w:pPr>
      <w:r>
        <w:rPr>
          <w:b w:val="0"/>
          <w:i w:val="0"/>
        </w:rPr>
        <w:t>trên Windows, 186</w:t>
      </w:r>
    </w:p>
    <w:p>
      <w:pPr>
        <w:spacing w:after="80"/>
      </w:pPr>
      <w:r>
        <w:rPr>
          <w:b w:val="0"/>
          <w:i w:val="0"/>
        </w:rPr>
        <w:t xml:space="preserve">phương thức </w:t>
      </w:r>
      <w:r>
        <w:rPr>
          <w:rFonts w:ascii="Consolas" w:hAnsi="Consolas"/>
          <w:b w:val="0"/>
          <w:i w:val="0"/>
          <w:sz w:val="20"/>
        </w:rPr>
        <w:t>read_text()</w:t>
      </w:r>
      <w:r>
        <w:rPr>
          <w:b w:val="0"/>
          <w:i w:val="0"/>
        </w:rPr>
        <w:t>, 185, 195–196</w:t>
      </w:r>
    </w:p>
    <w:p>
      <w:pPr>
        <w:spacing w:after="80"/>
      </w:pPr>
      <w:r>
        <w:rPr>
          <w:b w:val="0"/>
          <w:i w:val="0"/>
        </w:rPr>
        <w:t xml:space="preserve">phương thức </w:t>
      </w:r>
      <w:r>
        <w:rPr>
          <w:rFonts w:ascii="Consolas" w:hAnsi="Consolas"/>
          <w:b w:val="0"/>
          <w:i w:val="0"/>
          <w:sz w:val="20"/>
        </w:rPr>
        <w:t>splitlines()</w:t>
      </w:r>
      <w:r>
        <w:rPr>
          <w:b w:val="0"/>
          <w:i w:val="0"/>
        </w:rPr>
        <w:t>, 186–187</w:t>
      </w:r>
    </w:p>
    <w:p>
      <w:pPr>
        <w:spacing w:after="80"/>
      </w:pPr>
      <w:r>
        <w:rPr>
          <w:b w:val="0"/>
          <w:i w:val="0"/>
        </w:rPr>
        <w:t xml:space="preserve">phương thức </w:t>
      </w:r>
      <w:r>
        <w:rPr>
          <w:rFonts w:ascii="Consolas" w:hAnsi="Consolas"/>
          <w:b w:val="0"/>
          <w:i w:val="0"/>
          <w:sz w:val="20"/>
        </w:rPr>
        <w:t>write_text()</w:t>
      </w:r>
      <w:r>
        <w:rPr>
          <w:b w:val="0"/>
          <w:i w:val="0"/>
        </w:rPr>
        <w:t>, 190–191</w:t>
      </w:r>
    </w:p>
    <w:p>
      <w:pPr>
        <w:spacing w:after="80"/>
      </w:pPr>
      <w:r>
        <w:rPr>
          <w:b w:val="0"/>
          <w:i/>
        </w:rPr>
        <w:t>first_numbers.py</w:t>
      </w:r>
      <w:r>
        <w:rPr>
          <w:b w:val="0"/>
          <w:i w:val="0"/>
        </w:rPr>
        <w:t>, 57</w:t>
      </w:r>
    </w:p>
    <w:p>
      <w:pPr>
        <w:spacing w:after="80"/>
      </w:pPr>
      <w:r>
        <w:rPr>
          <w:b w:val="0"/>
          <w:i w:val="0"/>
        </w:rPr>
        <w:t>các fixture, 221–223</w:t>
      </w:r>
    </w:p>
    <w:p>
      <w:pPr>
        <w:spacing w:after="80"/>
      </w:pPr>
      <w:r>
        <w:rPr>
          <w:b w:val="0"/>
          <w:i w:val="0"/>
        </w:rPr>
        <w:t>các cờ (flags), 120–121</w:t>
      </w:r>
    </w:p>
    <w:p>
      <w:pPr>
        <w:spacing w:after="80"/>
      </w:pPr>
      <w:r>
        <w:rPr>
          <w:b w:val="0"/>
          <w:i w:val="0"/>
        </w:rPr>
        <w:t>số thực (floats), 26–28</w:t>
      </w:r>
    </w:p>
    <w:p>
      <w:pPr>
        <w:spacing w:after="80"/>
      </w:pPr>
      <w:r>
        <w:rPr>
          <w:b w:val="0"/>
          <w:i/>
        </w:rPr>
        <w:t>foods.py</w:t>
      </w:r>
      <w:r>
        <w:rPr>
          <w:b w:val="0"/>
          <w:i w:val="0"/>
        </w:rPr>
        <w:t>, 63–64</w:t>
      </w:r>
    </w:p>
    <w:p>
      <w:pPr>
        <w:spacing w:after="80"/>
      </w:pPr>
      <w:r>
        <w:rPr>
          <w:b w:val="0"/>
          <w:i w:val="0"/>
        </w:rPr>
        <w:t xml:space="preserve">vòng lặp </w:t>
      </w:r>
      <w:r>
        <w:rPr>
          <w:rFonts w:ascii="Consolas" w:hAnsi="Consolas"/>
          <w:b w:val="0"/>
          <w:i w:val="0"/>
          <w:sz w:val="20"/>
        </w:rPr>
        <w:t>for</w:t>
      </w:r>
      <w:r>
        <w:rPr>
          <w:b w:val="0"/>
          <w:i w:val="0"/>
        </w:rPr>
        <w:t xml:space="preserve">, 49–56, 99–104. </w:t>
      </w:r>
      <w:r>
        <w:rPr>
          <w:b w:val="0"/>
          <w:i/>
        </w:rPr>
        <w:t>Xem thêm</w:t>
      </w:r>
      <w:r>
        <w:rPr>
          <w:b w:val="0"/>
          <w:i w:val="0"/>
        </w:rPr>
        <w:t xml:space="preserve"> từ điển (dictionaries); danh sách (lists)</w:t>
      </w:r>
    </w:p>
    <w:p>
      <w:pPr>
        <w:spacing w:after="80"/>
      </w:pPr>
      <w:r>
        <w:rPr>
          <w:b w:val="0"/>
          <w:i/>
        </w:rPr>
        <w:t>formatted_name.py</w:t>
      </w:r>
      <w:r>
        <w:rPr>
          <w:b w:val="0"/>
          <w:i w:val="0"/>
        </w:rPr>
        <w:t>, 137–139</w:t>
      </w:r>
    </w:p>
    <w:p>
      <w:pPr>
        <w:spacing w:after="80"/>
      </w:pPr>
      <w:r>
        <w:rPr>
          <w:b w:val="0"/>
          <w:i w:val="0"/>
        </w:rPr>
        <w:t>f-string</w:t>
      </w:r>
    </w:p>
    <w:p>
      <w:pPr>
        <w:spacing w:after="80"/>
      </w:pPr>
      <w:r>
        <w:rPr>
          <w:b w:val="0"/>
          <w:i w:val="0"/>
        </w:rPr>
        <w:t>bộ định dạng (format specifier), 291–292</w:t>
      </w:r>
    </w:p>
    <w:p>
      <w:pPr>
        <w:spacing w:after="80"/>
      </w:pPr>
      <w:r>
        <w:rPr>
          <w:b w:val="0"/>
          <w:i w:val="0"/>
        </w:rPr>
        <w:t>dùng biến trong đó, 20–21</w:t>
      </w:r>
    </w:p>
    <w:p>
      <w:pPr>
        <w:spacing w:after="80"/>
      </w:pPr>
      <w:r>
        <w:rPr>
          <w:b w:val="0"/>
          <w:i/>
        </w:rPr>
        <w:t>full_name.py</w:t>
      </w:r>
      <w:r>
        <w:rPr>
          <w:b w:val="0"/>
          <w:i w:val="0"/>
        </w:rPr>
        <w:t>, 21</w:t>
      </w:r>
    </w:p>
    <w:p>
      <w:pPr>
        <w:spacing w:after="80"/>
      </w:pPr>
      <w:r>
        <w:rPr>
          <w:b w:val="0"/>
          <w:i w:val="0"/>
        </w:rPr>
        <w:t>hàm (function), 129–155</w:t>
      </w:r>
    </w:p>
    <w:p>
      <w:pPr>
        <w:spacing w:after="80"/>
      </w:pPr>
      <w:r>
        <w:rPr>
          <w:b w:val="0"/>
          <w:i w:val="0"/>
        </w:rPr>
        <w:t>đối số (argument)</w:t>
      </w:r>
    </w:p>
    <w:p>
      <w:pPr>
        <w:spacing w:after="80"/>
      </w:pPr>
      <w:r>
        <w:rPr>
          <w:b w:val="0"/>
          <w:i w:val="0"/>
        </w:rPr>
        <w:t>tùy ý (arbitrary), 146–149</w:t>
      </w:r>
    </w:p>
    <w:p>
      <w:pPr>
        <w:spacing w:after="80"/>
      </w:pPr>
      <w:r>
        <w:rPr>
          <w:b w:val="0"/>
          <w:i w:val="0"/>
        </w:rPr>
        <w:t>giá trị mặc định (default value), 134–135</w:t>
      </w:r>
    </w:p>
    <w:p>
      <w:pPr>
        <w:spacing w:after="80"/>
      </w:pPr>
      <w:r>
        <w:rPr>
          <w:b w:val="0"/>
          <w:i w:val="0"/>
        </w:rPr>
        <w:t>lỗi (error), 136</w:t>
      </w:r>
    </w:p>
    <w:p>
      <w:pPr>
        <w:spacing w:after="80"/>
      </w:pPr>
      <w:r>
        <w:rPr>
          <w:b w:val="0"/>
          <w:i w:val="0"/>
        </w:rPr>
        <w:t>từ khóa (keyword), 133–134</w:t>
      </w:r>
    </w:p>
    <w:p>
      <w:pPr>
        <w:spacing w:after="80"/>
      </w:pPr>
      <w:r>
        <w:rPr>
          <w:b w:val="0"/>
          <w:i w:val="0"/>
        </w:rPr>
        <w:t>danh sách (list) làm đối số, 142–145</w:t>
      </w:r>
    </w:p>
    <w:p>
      <w:pPr>
        <w:spacing w:after="80"/>
      </w:pPr>
      <w:r>
        <w:rPr>
          <w:b w:val="0"/>
          <w:i w:val="0"/>
        </w:rPr>
        <w:t>tùy chọn (optional), 138–139</w:t>
      </w:r>
    </w:p>
    <w:p>
      <w:pPr>
        <w:spacing w:after="80"/>
      </w:pPr>
      <w:r>
        <w:rPr>
          <w:b w:val="0"/>
          <w:i w:val="0"/>
        </w:rPr>
        <w:t>theo vị trí (positional), 131–133</w:t>
      </w:r>
    </w:p>
    <w:p>
      <w:pPr>
        <w:spacing w:after="80"/>
      </w:pPr>
      <w:r>
        <w:rPr>
          <w:b w:val="0"/>
          <w:i w:val="0"/>
        </w:rPr>
        <w:t>thân hàm (body), 130</w:t>
      </w:r>
    </w:p>
    <w:p>
      <w:pPr>
        <w:spacing w:after="80"/>
      </w:pPr>
      <w:r>
        <w:rPr>
          <w:b w:val="0"/>
          <w:i w:val="0"/>
        </w:rPr>
        <w:t>có sẵn, 467</w:t>
      </w:r>
    </w:p>
    <w:p>
      <w:pPr>
        <w:spacing w:after="80"/>
      </w:pPr>
      <w:r>
        <w:rPr>
          <w:b w:val="0"/>
          <w:i w:val="0"/>
        </w:rPr>
        <w:t>gọi hàm, 130, 132–135</w:t>
      </w:r>
    </w:p>
    <w:p>
      <w:pPr>
        <w:spacing w:after="80"/>
      </w:pPr>
      <w:r>
        <w:rPr>
          <w:b w:val="0"/>
          <w:i w:val="0"/>
        </w:rPr>
        <w:t>định nghĩa, 130</w:t>
      </w:r>
    </w:p>
    <w:p>
      <w:pPr>
        <w:spacing w:after="80"/>
      </w:pPr>
      <w:r>
        <w:rPr>
          <w:b w:val="0"/>
          <w:i w:val="0"/>
        </w:rPr>
        <w:t>nhập (import), 149–153</w:t>
      </w:r>
    </w:p>
    <w:p>
      <w:pPr>
        <w:spacing w:after="80"/>
      </w:pPr>
      <w:r>
        <w:rPr>
          <w:b w:val="0"/>
          <w:i w:val="0"/>
        </w:rPr>
        <w:t>bí danh (alias), 151–152</w:t>
      </w:r>
    </w:p>
    <w:p>
      <w:pPr>
        <w:spacing w:after="80"/>
      </w:pPr>
      <w:r>
        <w:rPr>
          <w:b w:val="0"/>
          <w:i w:val="0"/>
        </w:rPr>
        <w:t>toàn bộ mô-đun, 150–151</w:t>
      </w:r>
    </w:p>
    <w:p>
      <w:pPr>
        <w:spacing w:after="80"/>
      </w:pPr>
      <w:r>
        <w:rPr>
          <w:b w:val="0"/>
          <w:i w:val="0"/>
        </w:rPr>
        <w:t>các hàm cụ thể, 151</w:t>
      </w:r>
    </w:p>
    <w:p>
      <w:pPr>
        <w:spacing w:after="80"/>
      </w:pPr>
      <w:r>
        <w:rPr>
          <w:b w:val="0"/>
          <w:i w:val="0"/>
        </w:rPr>
        <w:t>sửa đổi danh sách trong hàm, 142–145</w:t>
      </w:r>
    </w:p>
    <w:p>
      <w:pPr>
        <w:spacing w:after="80"/>
      </w:pPr>
      <w:r>
        <w:rPr>
          <w:b w:val="0"/>
          <w:i w:val="0"/>
        </w:rPr>
        <w:t>mô-đun, 149–153</w:t>
      </w:r>
    </w:p>
    <w:p>
      <w:pPr>
        <w:spacing w:after="80"/>
      </w:pPr>
      <w:r>
        <w:rPr>
          <w:b w:val="0"/>
          <w:i w:val="0"/>
        </w:rPr>
        <w:t>tham số, 131</w:t>
      </w:r>
    </w:p>
    <w:p>
      <w:pPr>
        <w:spacing w:after="80"/>
      </w:pPr>
      <w:r>
        <w:rPr>
          <w:b w:val="0"/>
          <w:i w:val="0"/>
        </w:rPr>
        <w:t>giá trị trả về, 137–141</w:t>
      </w:r>
    </w:p>
    <w:p>
      <w:pPr>
        <w:spacing w:after="80"/>
      </w:pPr>
      <w:r>
        <w:rPr>
          <w:b w:val="0"/>
          <w:i w:val="0"/>
        </w:rPr>
        <w:t>hướng dẫn về phong cách, 153</w:t>
      </w:r>
    </w:p>
    <w:p>
      <w:pPr>
        <w:spacing w:after="80"/>
      </w:pPr>
      <w:r>
        <w:rPr>
          <w:b w:val="0"/>
          <w:i w:val="0"/>
        </w:rPr>
        <w:t>G</w:t>
      </w:r>
    </w:p>
    <w:p>
      <w:pPr>
        <w:spacing w:after="80"/>
      </w:pPr>
      <w:r>
        <w:rPr>
          <w:b w:val="0"/>
          <w:i w:val="0"/>
        </w:rPr>
        <w:t>tệp GeoJSON, 342–347, 350–351</w:t>
      </w:r>
    </w:p>
    <w:p>
      <w:pPr>
        <w:spacing w:after="80"/>
      </w:pPr>
      <w:r>
        <w:rPr>
          <w:b w:val="0"/>
          <w:i w:val="0"/>
        </w:rPr>
        <w:t xml:space="preserve">Các yêu cầu GET, 406. </w:t>
      </w:r>
      <w:r>
        <w:rPr>
          <w:b w:val="0"/>
          <w:i/>
        </w:rPr>
        <w:t>Xem</w:t>
      </w:r>
      <w:r>
        <w:rPr>
          <w:b w:val="0"/>
          <w:i w:val="0"/>
        </w:rPr>
        <w:t xml:space="preserve"> Django: biểu mẫu</w:t>
      </w:r>
    </w:p>
    <w:p>
      <w:pPr>
        <w:spacing w:after="80"/>
      </w:pPr>
      <w:r>
        <w:rPr>
          <w:b w:val="0"/>
          <w:i w:val="0"/>
        </w:rPr>
        <w:t>tìm kiếm sự trợ giúp</w:t>
      </w:r>
    </w:p>
    <w:p>
      <w:pPr>
        <w:spacing w:after="80"/>
      </w:pPr>
      <w:r>
        <w:rPr>
          <w:b w:val="0"/>
          <w:i w:val="0"/>
        </w:rPr>
        <w:t>Discord, 480</w:t>
      </w:r>
    </w:p>
    <w:p>
      <w:pPr>
        <w:spacing w:after="80"/>
      </w:pPr>
      <w:r>
        <w:rPr>
          <w:b w:val="0"/>
          <w:i w:val="0"/>
        </w:rPr>
        <w:t>tài liệu chính thức của Python, 479–480</w:t>
      </w:r>
    </w:p>
    <w:p>
      <w:pPr>
        <w:spacing w:after="80"/>
      </w:pPr>
      <w:r>
        <w:rPr>
          <w:b w:val="0"/>
          <w:i w:val="0"/>
        </w:rPr>
        <w:t>tài nguyên trực tuyến, xxxv, 478</w:t>
      </w:r>
    </w:p>
    <w:p>
      <w:pPr>
        <w:spacing w:after="80"/>
      </w:pPr>
      <w:r>
        <w:rPr>
          <w:b w:val="0"/>
          <w:i w:val="0"/>
        </w:rPr>
        <w:t>r/learnpython, 480</w:t>
      </w:r>
    </w:p>
    <w:p>
      <w:pPr>
        <w:spacing w:after="80"/>
      </w:pPr>
      <w:r>
        <w:rPr>
          <w:b w:val="0"/>
          <w:i w:val="0"/>
        </w:rPr>
        <w:t>gỡ lỗi bằng vịt cao su (rubber duck debugging), 478</w:t>
      </w:r>
    </w:p>
    <w:p>
      <w:pPr>
        <w:spacing w:after="80"/>
      </w:pPr>
      <w:r>
        <w:rPr>
          <w:b w:val="0"/>
          <w:i w:val="0"/>
        </w:rPr>
        <w:t>tìm kiếm trên mạng, 479</w:t>
      </w:r>
    </w:p>
    <w:p>
      <w:pPr>
        <w:spacing w:after="80"/>
      </w:pPr>
      <w:r>
        <w:rPr>
          <w:b w:val="0"/>
          <w:i w:val="0"/>
        </w:rPr>
        <w:t>Slack, 481</w:t>
      </w:r>
    </w:p>
    <w:p>
      <w:pPr>
        <w:spacing w:after="80"/>
      </w:pPr>
      <w:r>
        <w:rPr>
          <w:b w:val="0"/>
          <w:i w:val="0"/>
        </w:rPr>
        <w:t>Stack Overflow, 479</w:t>
      </w:r>
    </w:p>
    <w:p>
      <w:pPr>
        <w:spacing w:after="80"/>
      </w:pPr>
      <w:r>
        <w:rPr>
          <w:b w:val="0"/>
          <w:i w:val="0"/>
        </w:rPr>
        <w:t>ba câu hỏi chính, 477–478</w:t>
      </w:r>
    </w:p>
    <w:p>
      <w:pPr>
        <w:spacing w:after="80"/>
      </w:pPr>
      <w:r>
        <w:rPr>
          <w:b w:val="0"/>
          <w:i w:val="0"/>
        </w:rPr>
        <w:t xml:space="preserve">Git, 356, 451–453, 483–492. </w:t>
      </w:r>
      <w:r>
        <w:rPr>
          <w:b w:val="0"/>
          <w:i/>
        </w:rPr>
        <w:t>Xem thêm</w:t>
      </w:r>
      <w:r>
        <w:rPr>
          <w:b w:val="0"/>
          <w:i w:val="0"/>
        </w:rPr>
        <w:t xml:space="preserve"> Django: triển khai</w:t>
      </w:r>
    </w:p>
    <w:p>
      <w:pPr>
        <w:spacing w:after="80"/>
      </w:pPr>
      <w:r>
        <w:rPr>
          <w:b w:val="0"/>
          <w:i w:val="0"/>
        </w:rPr>
        <w:t>hủy bỏ các thay đổi, 488–489</w:t>
      </w:r>
    </w:p>
    <w:p>
      <w:pPr>
        <w:spacing w:after="80"/>
      </w:pPr>
      <w:r>
        <w:rPr>
          <w:b w:val="0"/>
          <w:i w:val="0"/>
        </w:rPr>
        <w:t>thêm tệp, 486</w:t>
      </w:r>
    </w:p>
    <w:p>
      <w:pPr>
        <w:spacing w:after="80"/>
      </w:pPr>
      <w:r>
        <w:rPr>
          <w:b w:val="0"/>
          <w:i w:val="0"/>
        </w:rPr>
        <w:t>branches, 486</w:t>
      </w:r>
    </w:p>
    <w:p>
      <w:pPr>
        <w:spacing w:after="80"/>
      </w:pPr>
      <w:r>
        <w:rPr>
          <w:b w:val="0"/>
          <w:i w:val="0"/>
        </w:rPr>
        <w:t>xem lại các commit trước đó, 489–491</w:t>
      </w:r>
    </w:p>
    <w:p>
      <w:pPr>
        <w:spacing w:after="80"/>
      </w:pPr>
      <w:r>
        <w:rPr>
          <w:b w:val="0"/>
          <w:i w:val="0"/>
        </w:rPr>
        <w:t>commit, 486–488</w:t>
      </w:r>
    </w:p>
    <w:p>
      <w:pPr>
        <w:spacing w:after="80"/>
      </w:pPr>
      <w:r>
        <w:rPr>
          <w:b w:val="0"/>
          <w:i w:val="0"/>
        </w:rPr>
        <w:t>cấu hình, 452, 484</w:t>
      </w:r>
    </w:p>
    <w:p>
      <w:pPr>
        <w:spacing w:after="80"/>
      </w:pPr>
      <w:r>
        <w:rPr>
          <w:b w:val="0"/>
          <w:i w:val="0"/>
        </w:rPr>
        <w:t>xóa một repository, 491–492</w:t>
      </w:r>
    </w:p>
    <w:p>
      <w:pPr>
        <w:spacing w:after="80"/>
      </w:pPr>
      <w:r>
        <w:rPr>
          <w:b w:val="0"/>
          <w:i/>
        </w:rPr>
        <w:t>.gitignore</w:t>
      </w:r>
      <w:r>
        <w:rPr>
          <w:b w:val="0"/>
          <w:i w:val="0"/>
        </w:rPr>
        <w:t>, 484</w:t>
      </w:r>
    </w:p>
    <w:p>
      <w:pPr>
        <w:spacing w:after="80"/>
      </w:pPr>
      <w:r>
        <w:rPr>
          <w:b w:val="0"/>
          <w:i w:val="0"/>
        </w:rPr>
        <w:t>HEAD, 490</w:t>
      </w:r>
    </w:p>
    <w:p>
      <w:pPr>
        <w:spacing w:after="80"/>
      </w:pPr>
      <w:r>
        <w:rPr>
          <w:b w:val="0"/>
          <w:i w:val="0"/>
        </w:rPr>
        <w:t>bỏ qua các tệp, 484</w:t>
      </w:r>
    </w:p>
    <w:p>
      <w:pPr>
        <w:spacing w:after="80"/>
      </w:pPr>
      <w:r>
        <w:rPr>
          <w:b w:val="0"/>
          <w:i w:val="0"/>
        </w:rPr>
        <w:t>khởi tạo một repository, 485</w:t>
      </w:r>
    </w:p>
    <w:p>
      <w:pPr>
        <w:spacing w:after="80"/>
      </w:pPr>
      <w:r>
        <w:rPr>
          <w:b w:val="0"/>
          <w:i w:val="0"/>
        </w:rPr>
        <w:t>cài đặt, 484</w:t>
      </w:r>
    </w:p>
    <w:p>
      <w:pPr>
        <w:spacing w:after="80"/>
      </w:pPr>
      <w:r>
        <w:rPr>
          <w:b w:val="0"/>
          <w:i w:val="0"/>
        </w:rPr>
        <w:t>log, 487</w:t>
      </w:r>
    </w:p>
    <w:p>
      <w:pPr>
        <w:spacing w:after="80"/>
      </w:pPr>
      <w:r>
        <w:rPr>
          <w:b w:val="0"/>
          <w:i w:val="0"/>
        </w:rPr>
        <w:t>repository, 356</w:t>
      </w:r>
    </w:p>
    <w:p>
      <w:pPr>
        <w:spacing w:after="80"/>
      </w:pPr>
      <w:r>
        <w:rPr>
          <w:b w:val="0"/>
          <w:i w:val="0"/>
        </w:rPr>
        <w:t>trạng thái, 485–486</w:t>
      </w:r>
    </w:p>
    <w:p>
      <w:pPr>
        <w:spacing w:after="80"/>
      </w:pPr>
      <w:r>
        <w:rPr>
          <w:b w:val="0"/>
          <w:i w:val="0"/>
        </w:rPr>
        <w:t>GitHub, 356</w:t>
      </w:r>
    </w:p>
    <w:p>
      <w:pPr>
        <w:spacing w:after="80"/>
      </w:pPr>
      <w:r>
        <w:rPr>
          <w:b w:val="0"/>
          <w:i/>
        </w:rPr>
        <w:t>greeter.py</w:t>
      </w:r>
      <w:r>
        <w:rPr>
          <w:b w:val="0"/>
          <w:i w:val="0"/>
        </w:rPr>
        <w:t>, 114–115, 130–131</w:t>
      </w:r>
    </w:p>
    <w:p>
      <w:pPr>
        <w:spacing w:after="80"/>
      </w:pPr>
      <w:r>
        <w:rPr>
          <w:b w:val="0"/>
          <w:i/>
        </w:rPr>
        <w:t>greet_users.py</w:t>
      </w:r>
      <w:r>
        <w:rPr>
          <w:b w:val="0"/>
          <w:i w:val="0"/>
        </w:rPr>
        <w:t>, 142</w:t>
      </w:r>
    </w:p>
    <w:p>
      <w:pPr>
        <w:spacing w:after="80"/>
      </w:pPr>
      <w:r>
        <w:rPr>
          <w:b w:val="0"/>
          <w:i w:val="0"/>
        </w:rPr>
        <w:t>H</w:t>
      </w:r>
    </w:p>
    <w:p>
      <w:pPr>
        <w:spacing w:after="80"/>
      </w:pPr>
      <w:r>
        <w:rPr>
          <w:b w:val="0"/>
          <w:i w:val="0"/>
        </w:rPr>
        <w:t>API của Hacker News, 368–371</w:t>
      </w:r>
    </w:p>
    <w:p>
      <w:pPr>
        <w:spacing w:after="80"/>
      </w:pPr>
      <w:r>
        <w:rPr>
          <w:b w:val="0"/>
          <w:i w:val="0"/>
        </w:rPr>
        <w:t>dấu thăng (</w:t>
      </w:r>
      <w:r>
        <w:rPr>
          <w:rFonts w:ascii="Consolas" w:hAnsi="Consolas"/>
          <w:b w:val="0"/>
          <w:i w:val="0"/>
          <w:sz w:val="20"/>
        </w:rPr>
        <w:t>#</w:t>
      </w:r>
      <w:r>
        <w:rPr>
          <w:b w:val="0"/>
          <w:i w:val="0"/>
        </w:rPr>
        <w:t>), dùng cho chú thích, 29</w:t>
      </w:r>
    </w:p>
    <w:p>
      <w:pPr>
        <w:spacing w:after="80"/>
      </w:pPr>
      <w:r>
        <w:rPr>
          <w:b w:val="0"/>
          <w:i/>
        </w:rPr>
        <w:t>hello_git.py</w:t>
      </w:r>
      <w:r>
        <w:rPr>
          <w:b w:val="0"/>
          <w:i w:val="0"/>
        </w:rPr>
        <w:t>, 484–491</w:t>
      </w:r>
    </w:p>
    <w:p>
      <w:pPr>
        <w:spacing w:after="80"/>
      </w:pPr>
      <w:r>
        <w:rPr>
          <w:b w:val="0"/>
          <w:i/>
        </w:rPr>
        <w:t>hello_world.py</w:t>
      </w:r>
      <w:r>
        <w:rPr>
          <w:b w:val="0"/>
          <w:i w:val="0"/>
        </w:rPr>
        <w:t>, 10–12, 15–19</w:t>
      </w:r>
    </w:p>
    <w:p>
      <w:pPr>
        <w:spacing w:after="80"/>
      </w:pPr>
      <w:r>
        <w:rPr>
          <w:b w:val="0"/>
          <w:i w:val="0"/>
        </w:rPr>
        <w:t>tệp ẩn, 448, 485</w:t>
      </w:r>
    </w:p>
    <w:p>
      <w:pPr>
        <w:spacing w:after="80"/>
      </w:pPr>
      <w:r>
        <w:rPr>
          <w:b w:val="0"/>
          <w:i/>
        </w:rPr>
        <w:t>hn_article.py</w:t>
      </w:r>
      <w:r>
        <w:rPr>
          <w:b w:val="0"/>
          <w:i w:val="0"/>
        </w:rPr>
        <w:t>, 368–369</w:t>
      </w:r>
    </w:p>
    <w:p>
      <w:pPr>
        <w:spacing w:after="80"/>
      </w:pPr>
      <w:r>
        <w:rPr>
          <w:b w:val="0"/>
          <w:i/>
        </w:rPr>
        <w:t>hn_submissions.py</w:t>
      </w:r>
      <w:r>
        <w:rPr>
          <w:b w:val="0"/>
          <w:i w:val="0"/>
        </w:rPr>
        <w:t>, 369–371</w:t>
      </w:r>
    </w:p>
    <w:p>
      <w:pPr>
        <w:spacing w:after="80"/>
      </w:pPr>
      <w:r>
        <w:rPr>
          <w:b w:val="0"/>
          <w:i w:val="0"/>
        </w:rPr>
        <w:t>I</w:t>
      </w:r>
    </w:p>
    <w:p>
      <w:pPr>
        <w:spacing w:after="80"/>
      </w:pPr>
      <w:r>
        <w:rPr>
          <w:b w:val="0"/>
          <w:i w:val="0"/>
        </w:rPr>
        <w:t>IDE (môi trường phát triển tích hợp), 469–470</w:t>
      </w:r>
    </w:p>
    <w:p>
      <w:pPr>
        <w:spacing w:after="80"/>
      </w:pPr>
      <w:r>
        <w:rPr>
          <w:b w:val="0"/>
          <w:i w:val="0"/>
        </w:rPr>
        <w:t xml:space="preserve">câu lệnh </w:t>
      </w:r>
      <w:r>
        <w:rPr>
          <w:rFonts w:ascii="Consolas" w:hAnsi="Consolas"/>
          <w:b w:val="0"/>
          <w:i w:val="0"/>
          <w:sz w:val="20"/>
        </w:rPr>
        <w:t>if</w:t>
      </w:r>
    </w:p>
    <w:p>
      <w:pPr>
        <w:spacing w:after="80"/>
      </w:pPr>
      <w:r>
        <w:rPr>
          <w:b w:val="0"/>
          <w:i w:val="0"/>
        </w:rPr>
        <w:t xml:space="preserve">từ khóa </w:t>
      </w:r>
      <w:r>
        <w:rPr>
          <w:rFonts w:ascii="Consolas" w:hAnsi="Consolas"/>
          <w:b w:val="0"/>
          <w:i w:val="0"/>
          <w:sz w:val="20"/>
        </w:rPr>
        <w:t>and</w:t>
      </w:r>
      <w:r>
        <w:rPr>
          <w:b w:val="0"/>
          <w:i w:val="0"/>
        </w:rPr>
        <w:t>, 75</w:t>
      </w:r>
    </w:p>
    <w:p>
      <w:pPr>
        <w:spacing w:after="80"/>
      </w:pPr>
      <w:r>
        <w:rPr>
          <w:b w:val="0"/>
          <w:i w:val="0"/>
        </w:rPr>
        <w:t>Biểu thức Boolean (Boolean), 77</w:t>
      </w:r>
    </w:p>
    <w:p>
      <w:pPr>
        <w:spacing w:after="80"/>
      </w:pPr>
      <w:r>
        <w:rPr>
          <w:b w:val="0"/>
          <w:i w:val="0"/>
        </w:rPr>
        <w:t>kiểm tra</w:t>
      </w:r>
    </w:p>
    <w:p>
      <w:pPr>
        <w:spacing w:after="80"/>
      </w:pPr>
      <w:r>
        <w:rPr>
          <w:b w:val="0"/>
          <w:i w:val="0"/>
        </w:rPr>
        <w:t>bằng nhau (</w:t>
      </w:r>
      <w:r>
        <w:rPr>
          <w:rFonts w:ascii="Consolas" w:hAnsi="Consolas"/>
          <w:b w:val="0"/>
          <w:i w:val="0"/>
          <w:sz w:val="20"/>
        </w:rPr>
        <w:t>==</w:t>
      </w:r>
      <w:r>
        <w:rPr>
          <w:b w:val="0"/>
          <w:i w:val="0"/>
        </w:rPr>
        <w:t>), 72</w:t>
      </w:r>
    </w:p>
    <w:p>
      <w:pPr>
        <w:spacing w:after="80"/>
      </w:pPr>
      <w:r>
        <w:rPr>
          <w:b w:val="0"/>
          <w:i w:val="0"/>
        </w:rPr>
        <w:t>khác nhau (</w:t>
      </w:r>
      <w:r>
        <w:rPr>
          <w:rFonts w:ascii="Consolas" w:hAnsi="Consolas"/>
          <w:b w:val="0"/>
          <w:i w:val="0"/>
          <w:sz w:val="20"/>
        </w:rPr>
        <w:t>!=</w:t>
      </w:r>
      <w:r>
        <w:rPr>
          <w:b w:val="0"/>
          <w:i w:val="0"/>
        </w:rPr>
        <w:t>), 74</w:t>
      </w:r>
    </w:p>
    <w:p>
      <w:pPr>
        <w:spacing w:after="80"/>
      </w:pPr>
      <w:r>
        <w:rPr>
          <w:b w:val="0"/>
          <w:i w:val="0"/>
        </w:rPr>
        <w:t>mục có trong danh sách, 76</w:t>
      </w:r>
    </w:p>
    <w:p>
      <w:pPr>
        <w:spacing w:after="80"/>
      </w:pPr>
      <w:r>
        <w:rPr>
          <w:b w:val="0"/>
          <w:i w:val="0"/>
        </w:rPr>
        <w:t>mục không có trong danh sách, 76</w:t>
      </w:r>
    </w:p>
    <w:p>
      <w:pPr>
        <w:spacing w:after="80"/>
      </w:pPr>
      <w:r>
        <w:rPr>
          <w:b w:val="0"/>
          <w:i w:val="0"/>
        </w:rPr>
        <w:t>danh sách không rỗng, 86–87</w:t>
      </w:r>
    </w:p>
    <w:p>
      <w:pPr>
        <w:spacing w:after="80"/>
      </w:pPr>
      <w:r>
        <w:rPr>
          <w:b w:val="0"/>
          <w:i w:val="0"/>
        </w:rPr>
        <w:t xml:space="preserve">câu lệnh </w:t>
      </w:r>
      <w:r>
        <w:rPr>
          <w:rFonts w:ascii="Consolas" w:hAnsi="Consolas"/>
          <w:b w:val="0"/>
          <w:i w:val="0"/>
          <w:sz w:val="20"/>
        </w:rPr>
        <w:t>elif</w:t>
      </w:r>
      <w:r>
        <w:rPr>
          <w:b w:val="0"/>
          <w:i w:val="0"/>
        </w:rPr>
        <w:t>, 80–83</w:t>
      </w:r>
    </w:p>
    <w:p>
      <w:pPr>
        <w:spacing w:after="80"/>
      </w:pPr>
      <w:r>
        <w:rPr>
          <w:b w:val="0"/>
          <w:i w:val="0"/>
        </w:rPr>
        <w:t xml:space="preserve">câu lệnh </w:t>
      </w:r>
      <w:r>
        <w:rPr>
          <w:rFonts w:ascii="Consolas" w:hAnsi="Consolas"/>
          <w:b w:val="0"/>
          <w:i w:val="0"/>
          <w:sz w:val="20"/>
        </w:rPr>
        <w:t>else</w:t>
      </w:r>
      <w:r>
        <w:rPr>
          <w:b w:val="0"/>
          <w:i w:val="0"/>
        </w:rPr>
        <w:t>, 79–80</w:t>
      </w:r>
    </w:p>
    <w:p>
      <w:pPr>
        <w:spacing w:after="80"/>
      </w:pPr>
      <w:r>
        <w:rPr>
          <w:b w:val="0"/>
          <w:i w:val="0"/>
        </w:rPr>
        <w:t xml:space="preserve">câu lệnh </w:t>
      </w:r>
      <w:r>
        <w:rPr>
          <w:rFonts w:ascii="Consolas" w:hAnsi="Consolas"/>
          <w:b w:val="0"/>
          <w:i w:val="0"/>
          <w:sz w:val="20"/>
        </w:rPr>
        <w:t>if</w:t>
      </w:r>
      <w:r>
        <w:rPr>
          <w:b w:val="0"/>
          <w:i w:val="0"/>
        </w:rPr>
        <w:t xml:space="preserve"> và danh sách, 85–88</w:t>
      </w:r>
    </w:p>
    <w:p>
      <w:pPr>
        <w:spacing w:after="80"/>
      </w:pPr>
      <w:r>
        <w:rPr>
          <w:b w:val="0"/>
          <w:i w:val="0"/>
        </w:rPr>
        <w:t>bỏ qua chữ hoa chữ thường, 73–74</w:t>
      </w:r>
    </w:p>
    <w:p>
      <w:pPr>
        <w:spacing w:after="80"/>
      </w:pPr>
      <w:r>
        <w:rPr>
          <w:b w:val="0"/>
          <w:i w:val="0"/>
        </w:rPr>
        <w:t>so sánh số, 74–76</w:t>
      </w:r>
    </w:p>
    <w:p>
      <w:pPr>
        <w:spacing w:after="80"/>
      </w:pPr>
      <w:r>
        <w:rPr>
          <w:b w:val="0"/>
          <w:i w:val="0"/>
        </w:rPr>
        <w:t xml:space="preserve">từ khóa </w:t>
      </w:r>
      <w:r>
        <w:rPr>
          <w:rFonts w:ascii="Consolas" w:hAnsi="Consolas"/>
          <w:b w:val="0"/>
          <w:i w:val="0"/>
          <w:sz w:val="20"/>
        </w:rPr>
        <w:t>or</w:t>
      </w:r>
      <w:r>
        <w:rPr>
          <w:b w:val="0"/>
          <w:i w:val="0"/>
        </w:rPr>
        <w:t>, 76</w:t>
      </w:r>
    </w:p>
    <w:p>
      <w:pPr>
        <w:spacing w:after="80"/>
      </w:pPr>
      <w:r>
        <w:rPr>
          <w:b w:val="0"/>
          <w:i w:val="0"/>
        </w:rPr>
        <w:t>đơn giản, 78</w:t>
      </w:r>
    </w:p>
    <w:p>
      <w:pPr>
        <w:spacing w:after="80"/>
      </w:pPr>
      <w:r>
        <w:rPr>
          <w:b w:val="0"/>
          <w:i w:val="0"/>
        </w:rPr>
        <w:t>phong cách trình bày, 89</w:t>
      </w:r>
    </w:p>
    <w:p>
      <w:pPr>
        <w:spacing w:after="80"/>
      </w:pPr>
      <w:r>
        <w:rPr>
          <w:b w:val="0"/>
          <w:i w:val="0"/>
        </w:rPr>
        <w:t>kiểm tra nhiều điều kiện, 82–83</w:t>
      </w:r>
    </w:p>
    <w:p>
      <w:pPr>
        <w:spacing w:after="80"/>
      </w:pPr>
      <w:r>
        <w:rPr>
          <w:b w:val="0"/>
          <w:i w:val="0"/>
        </w:rPr>
        <w:t>bất biến, 65</w:t>
      </w:r>
    </w:p>
    <w:p>
      <w:pPr>
        <w:spacing w:after="80"/>
      </w:pPr>
      <w:r>
        <w:rPr>
          <w:rFonts w:ascii="Consolas" w:hAnsi="Consolas"/>
          <w:b w:val="0"/>
          <w:i w:val="0"/>
          <w:sz w:val="20"/>
        </w:rPr>
        <w:t>import *</w:t>
      </w:r>
      <w:r>
        <w:rPr>
          <w:b w:val="0"/>
          <w:i w:val="0"/>
        </w:rPr>
        <w:t>, 152, 177</w:t>
      </w:r>
    </w:p>
    <w:p>
      <w:pPr>
        <w:spacing w:after="80"/>
      </w:pPr>
      <w:r>
        <w:rPr>
          <w:rFonts w:ascii="Consolas" w:hAnsi="Consolas"/>
          <w:b w:val="0"/>
          <w:i w:val="0"/>
          <w:sz w:val="20"/>
        </w:rPr>
        <w:t>import this</w:t>
      </w:r>
      <w:r>
        <w:rPr>
          <w:b w:val="0"/>
          <w:i w:val="0"/>
        </w:rPr>
        <w:t>, 30–31</w:t>
      </w:r>
    </w:p>
    <w:p>
      <w:pPr>
        <w:spacing w:after="80"/>
      </w:pPr>
      <w:r>
        <w:rPr>
          <w:b w:val="0"/>
          <w:i w:val="0"/>
        </w:rPr>
        <w:t>lỗi thụt lề, 53–56</w:t>
      </w:r>
    </w:p>
    <w:p>
      <w:pPr>
        <w:spacing w:after="80"/>
      </w:pPr>
      <w:r>
        <w:rPr>
          <w:b w:val="0"/>
          <w:i w:val="0"/>
        </w:rPr>
        <w:t>lỗi chỉ mục, 46–47</w:t>
      </w:r>
    </w:p>
    <w:p>
      <w:pPr>
        <w:spacing w:after="80"/>
      </w:pPr>
      <w:r>
        <w:rPr>
          <w:b w:val="0"/>
          <w:i w:val="0"/>
        </w:rPr>
        <w:t xml:space="preserve">kế thừa, 167–173. </w:t>
      </w:r>
      <w:r>
        <w:rPr>
          <w:b w:val="0"/>
          <w:i/>
        </w:rPr>
        <w:t>Xem thêm trong</w:t>
      </w:r>
      <w:r>
        <w:rPr>
          <w:b w:val="0"/>
          <w:i w:val="0"/>
        </w:rPr>
        <w:t xml:space="preserve"> các lớp</w:t>
      </w:r>
    </w:p>
    <w:p>
      <w:pPr>
        <w:spacing w:after="80"/>
      </w:pPr>
      <w:r>
        <w:rPr>
          <w:b w:val="0"/>
          <w:i w:val="0"/>
        </w:rPr>
        <w:t xml:space="preserve">hàm </w:t>
      </w:r>
      <w:r>
        <w:rPr>
          <w:rFonts w:ascii="Consolas" w:hAnsi="Consolas"/>
          <w:b w:val="0"/>
          <w:i w:val="0"/>
          <w:sz w:val="20"/>
        </w:rPr>
        <w:t>input()</w:t>
      </w:r>
      <w:r>
        <w:rPr>
          <w:b w:val="0"/>
          <w:i w:val="0"/>
        </w:rPr>
        <w:t>, 114–116</w:t>
      </w:r>
    </w:p>
    <w:p>
      <w:pPr>
        <w:spacing w:after="80"/>
      </w:pPr>
      <w:r>
        <w:rPr>
          <w:b w:val="0"/>
          <w:i w:val="0"/>
        </w:rPr>
        <w:t>nhập liệu số, 115–116</w:t>
      </w:r>
    </w:p>
    <w:p>
      <w:pPr>
        <w:spacing w:after="80"/>
      </w:pPr>
      <w:r>
        <w:rPr>
          <w:b w:val="0"/>
          <w:i w:val="0"/>
        </w:rPr>
        <w:t>viết lời nhắc, 114–115</w:t>
      </w:r>
    </w:p>
    <w:p>
      <w:pPr>
        <w:spacing w:after="80"/>
      </w:pPr>
      <w:r>
        <w:rPr>
          <w:b w:val="0"/>
          <w:i w:val="0"/>
        </w:rPr>
        <w:t xml:space="preserve">phương thức </w:t>
      </w:r>
      <w:r>
        <w:rPr>
          <w:rFonts w:ascii="Consolas" w:hAnsi="Consolas"/>
          <w:b w:val="0"/>
          <w:i w:val="0"/>
          <w:sz w:val="20"/>
        </w:rPr>
        <w:t>insert()</w:t>
      </w:r>
      <w:r>
        <w:rPr>
          <w:b w:val="0"/>
          <w:i w:val="0"/>
        </w:rPr>
        <w:t>, 38</w:t>
      </w:r>
    </w:p>
    <w:p>
      <w:pPr>
        <w:spacing w:after="80"/>
      </w:pPr>
      <w:r>
        <w:rPr>
          <w:b w:val="0"/>
          <w:i w:val="0"/>
        </w:rPr>
        <w:t xml:space="preserve">hàm </w:t>
      </w:r>
      <w:r>
        <w:rPr>
          <w:rFonts w:ascii="Consolas" w:hAnsi="Consolas"/>
          <w:b w:val="0"/>
          <w:i w:val="0"/>
          <w:sz w:val="20"/>
        </w:rPr>
        <w:t>itemgetter()</w:t>
      </w:r>
      <w:r>
        <w:rPr>
          <w:b w:val="0"/>
          <w:i w:val="0"/>
        </w:rPr>
        <w:t>, 370</w:t>
      </w:r>
    </w:p>
    <w:p>
      <w:pPr>
        <w:spacing w:after="80"/>
      </w:pPr>
      <w:r>
        <w:rPr>
          <w:b w:val="0"/>
          <w:i w:val="0"/>
        </w:rPr>
        <w:t xml:space="preserve">phương thức </w:t>
      </w:r>
      <w:r>
        <w:rPr>
          <w:rFonts w:ascii="Consolas" w:hAnsi="Consolas"/>
          <w:b w:val="0"/>
          <w:i w:val="0"/>
          <w:sz w:val="20"/>
        </w:rPr>
        <w:t>items()</w:t>
      </w:r>
      <w:r>
        <w:rPr>
          <w:b w:val="0"/>
          <w:i w:val="0"/>
        </w:rPr>
        <w:t>, 99–101</w:t>
      </w:r>
    </w:p>
    <w:p>
      <w:pPr>
        <w:spacing w:after="80"/>
      </w:pPr>
      <w:r>
        <w:rPr>
          <w:b w:val="0"/>
          <w:i w:val="0"/>
        </w:rPr>
        <w:t>J</w:t>
      </w:r>
    </w:p>
    <w:p>
      <w:pPr>
        <w:spacing w:after="80"/>
      </w:pPr>
      <w:r>
        <w:rPr>
          <w:b w:val="0"/>
          <w:i w:val="0"/>
        </w:rPr>
        <w:t>Các tệp JSON</w:t>
      </w:r>
    </w:p>
    <w:p>
      <w:pPr>
        <w:spacing w:after="80"/>
      </w:pPr>
      <w:r>
        <w:rPr>
          <w:b w:val="0"/>
          <w:i w:val="0"/>
        </w:rPr>
        <w:t>Các tệp GeoJSON, 342–347, 350–351</w:t>
      </w:r>
    </w:p>
    <w:p>
      <w:pPr>
        <w:spacing w:after="80"/>
      </w:pPr>
      <w:r>
        <w:rPr>
          <w:b w:val="0"/>
          <w:i w:val="0"/>
        </w:rPr>
        <w:t>Định dạng dữ liệu JSON, 201</w:t>
      </w:r>
    </w:p>
    <w:p>
      <w:pPr>
        <w:spacing w:after="80"/>
      </w:pPr>
      <w:r>
        <w:rPr>
          <w:b w:val="0"/>
          <w:i w:val="0"/>
        </w:rPr>
        <w:t xml:space="preserve">Hàm </w:t>
      </w:r>
      <w:r>
        <w:rPr>
          <w:rFonts w:ascii="Consolas" w:hAnsi="Consolas"/>
          <w:b w:val="0"/>
          <w:i w:val="0"/>
          <w:sz w:val="20"/>
        </w:rPr>
        <w:t>json.dumps()</w:t>
      </w:r>
      <w:r>
        <w:rPr>
          <w:b w:val="0"/>
          <w:i w:val="0"/>
        </w:rPr>
        <w:t>, 201–204, 343–344, 368</w:t>
      </w:r>
    </w:p>
    <w:p>
      <w:pPr>
        <w:spacing w:after="80"/>
      </w:pPr>
      <w:r>
        <w:rPr>
          <w:b w:val="0"/>
          <w:i w:val="0"/>
        </w:rPr>
        <w:t xml:space="preserve">Hàm </w:t>
      </w:r>
      <w:r>
        <w:rPr>
          <w:rFonts w:ascii="Consolas" w:hAnsi="Consolas"/>
          <w:b w:val="0"/>
          <w:i w:val="0"/>
          <w:sz w:val="20"/>
        </w:rPr>
        <w:t>json.loads()</w:t>
      </w:r>
      <w:r>
        <w:rPr>
          <w:b w:val="0"/>
          <w:i w:val="0"/>
        </w:rPr>
        <w:t>, 201–204, 343–344</w:t>
      </w:r>
    </w:p>
    <w:p>
      <w:pPr>
        <w:spacing w:after="80"/>
      </w:pPr>
      <w:r>
        <w:rPr>
          <w:b w:val="0"/>
          <w:i w:val="0"/>
        </w:rPr>
        <w:t>K</w:t>
      </w:r>
    </w:p>
    <w:p>
      <w:pPr>
        <w:spacing w:after="80"/>
      </w:pPr>
      <w:r>
        <w:rPr>
          <w:b w:val="0"/>
          <w:i w:val="0"/>
        </w:rPr>
        <w:t xml:space="preserve">Phương thức </w:t>
      </w:r>
      <w:r>
        <w:rPr>
          <w:rFonts w:ascii="Consolas" w:hAnsi="Consolas"/>
          <w:b w:val="0"/>
          <w:i w:val="0"/>
          <w:sz w:val="20"/>
        </w:rPr>
        <w:t>keys()</w:t>
      </w:r>
      <w:r>
        <w:rPr>
          <w:b w:val="0"/>
          <w:i w:val="0"/>
        </w:rPr>
        <w:t>, 101–103</w:t>
      </w:r>
    </w:p>
    <w:p>
      <w:pPr>
        <w:spacing w:after="80"/>
      </w:pPr>
      <w:r>
        <w:rPr>
          <w:b w:val="0"/>
          <w:i w:val="0"/>
        </w:rPr>
        <w:t xml:space="preserve">Các cặp khóa-giá trị (key-value pairs), 92. </w:t>
      </w:r>
      <w:r>
        <w:rPr>
          <w:b w:val="0"/>
          <w:i/>
        </w:rPr>
        <w:t>Xem thêm</w:t>
      </w:r>
      <w:r>
        <w:rPr>
          <w:b w:val="0"/>
          <w:i w:val="0"/>
        </w:rPr>
        <w:t xml:space="preserve"> dictionaries</w:t>
      </w:r>
    </w:p>
    <w:p>
      <w:pPr>
        <w:spacing w:after="80"/>
      </w:pPr>
      <w:r>
        <w:rPr>
          <w:b w:val="0"/>
          <w:i w:val="0"/>
        </w:rPr>
        <w:t>Đối số từ khóa (keyword arguments), 133–134</w:t>
      </w:r>
    </w:p>
    <w:p>
      <w:pPr>
        <w:spacing w:after="80"/>
      </w:pPr>
      <w:r>
        <w:rPr>
          <w:b w:val="0"/>
          <w:i w:val="0"/>
        </w:rPr>
        <w:t>Từ khóa (keywords), 466</w:t>
      </w:r>
    </w:p>
    <w:p>
      <w:pPr>
        <w:spacing w:after="80"/>
      </w:pPr>
      <w:r>
        <w:rPr>
          <w:b w:val="0"/>
          <w:i w:val="0"/>
        </w:rPr>
        <w:t>L</w:t>
      </w:r>
    </w:p>
    <w:p>
      <w:pPr>
        <w:spacing w:after="80"/>
      </w:pPr>
      <w:r>
        <w:rPr>
          <w:b w:val="0"/>
          <w:i/>
        </w:rPr>
        <w:t>language_survey.py</w:t>
      </w:r>
      <w:r>
        <w:rPr>
          <w:b w:val="0"/>
          <w:i w:val="0"/>
        </w:rPr>
        <w:t>, 219</w:t>
      </w:r>
    </w:p>
    <w:p>
      <w:pPr>
        <w:spacing w:after="80"/>
      </w:pPr>
      <w:r>
        <w:rPr>
          <w:b w:val="0"/>
          <w:i w:val="0"/>
        </w:rPr>
        <w:t>Dự án Learning Log, 373</w:t>
      </w:r>
    </w:p>
    <w:p>
      <w:pPr>
        <w:spacing w:after="80"/>
      </w:pPr>
      <w:r>
        <w:rPr>
          <w:b w:val="0"/>
          <w:i w:val="0"/>
        </w:rPr>
        <w:t>files, 392</w:t>
      </w:r>
    </w:p>
    <w:p>
      <w:pPr>
        <w:spacing w:after="80"/>
      </w:pPr>
      <w:r>
        <w:rPr>
          <w:b w:val="0"/>
          <w:i/>
        </w:rPr>
        <w:t>404.html</w:t>
      </w:r>
      <w:r>
        <w:rPr>
          <w:b w:val="0"/>
          <w:i w:val="0"/>
        </w:rPr>
        <w:t>, 459</w:t>
      </w:r>
    </w:p>
    <w:p>
      <w:pPr>
        <w:spacing w:after="80"/>
      </w:pPr>
      <w:r>
        <w:rPr>
          <w:b w:val="0"/>
          <w:i/>
        </w:rPr>
        <w:t>500.html</w:t>
      </w:r>
      <w:r>
        <w:rPr>
          <w:b w:val="0"/>
          <w:i w:val="0"/>
        </w:rPr>
        <w:t>, 459</w:t>
      </w:r>
    </w:p>
    <w:p>
      <w:pPr>
        <w:spacing w:after="80"/>
      </w:pPr>
      <w:r>
        <w:rPr>
          <w:b w:val="0"/>
          <w:i/>
        </w:rPr>
        <w:t>accounts/urls.py</w:t>
      </w:r>
      <w:r>
        <w:rPr>
          <w:b w:val="0"/>
          <w:i w:val="0"/>
        </w:rPr>
        <w:t>, 416, 420</w:t>
      </w:r>
    </w:p>
    <w:p>
      <w:pPr>
        <w:spacing w:after="80"/>
      </w:pPr>
      <w:r>
        <w:rPr>
          <w:b w:val="0"/>
          <w:i/>
        </w:rPr>
        <w:t>accounts/views.py</w:t>
      </w:r>
      <w:r>
        <w:rPr>
          <w:b w:val="0"/>
          <w:i w:val="0"/>
        </w:rPr>
        <w:t>, 421–422</w:t>
      </w:r>
    </w:p>
    <w:p>
      <w:pPr>
        <w:spacing w:after="80"/>
      </w:pPr>
      <w:r>
        <w:rPr>
          <w:b w:val="0"/>
          <w:i/>
        </w:rPr>
        <w:t>admin.py</w:t>
      </w:r>
      <w:r>
        <w:rPr>
          <w:b w:val="0"/>
          <w:i w:val="0"/>
        </w:rPr>
        <w:t>, 382–383</w:t>
      </w:r>
    </w:p>
    <w:p>
      <w:pPr>
        <w:spacing w:after="80"/>
      </w:pPr>
      <w:r>
        <w:rPr>
          <w:b w:val="0"/>
          <w:i/>
        </w:rPr>
        <w:t>base.html</w:t>
      </w:r>
      <w:r>
        <w:rPr>
          <w:b w:val="0"/>
          <w:i w:val="0"/>
        </w:rPr>
        <w:t>, 392–393, 396, 418–419, 422, 435–440</w:t>
      </w:r>
    </w:p>
    <w:p>
      <w:pPr>
        <w:spacing w:after="80"/>
      </w:pPr>
      <w:r>
        <w:rPr>
          <w:b w:val="0"/>
          <w:i/>
        </w:rPr>
        <w:t>edit_entry.html</w:t>
      </w:r>
      <w:r>
        <w:rPr>
          <w:b w:val="0"/>
          <w:i w:val="0"/>
        </w:rPr>
        <w:t>, 413</w:t>
      </w:r>
    </w:p>
    <w:p>
      <w:pPr>
        <w:spacing w:after="80"/>
      </w:pPr>
      <w:r>
        <w:rPr>
          <w:b w:val="0"/>
          <w:i/>
        </w:rPr>
        <w:t>forms.py</w:t>
      </w:r>
      <w:r>
        <w:rPr>
          <w:b w:val="0"/>
          <w:i w:val="0"/>
        </w:rPr>
        <w:t>, 404, 408–409</w:t>
      </w:r>
    </w:p>
    <w:p>
      <w:pPr>
        <w:spacing w:after="80"/>
      </w:pPr>
      <w:r>
        <w:rPr>
          <w:b w:val="0"/>
          <w:i/>
        </w:rPr>
        <w:t>.gitignore</w:t>
      </w:r>
      <w:r>
        <w:rPr>
          <w:b w:val="0"/>
          <w:i w:val="0"/>
        </w:rPr>
        <w:t>, 452–453</w:t>
      </w:r>
    </w:p>
    <w:p>
      <w:pPr>
        <w:spacing w:after="80"/>
      </w:pPr>
      <w:r>
        <w:rPr>
          <w:b w:val="0"/>
          <w:i/>
        </w:rPr>
        <w:t>index.html</w:t>
      </w:r>
      <w:r>
        <w:rPr>
          <w:b w:val="0"/>
          <w:i w:val="0"/>
        </w:rPr>
        <w:t>, 390–394, 440–441</w:t>
      </w:r>
    </w:p>
    <w:p>
      <w:pPr>
        <w:spacing w:after="80"/>
      </w:pPr>
      <w:r>
        <w:rPr>
          <w:b w:val="0"/>
          <w:i/>
        </w:rPr>
        <w:t>learning_logs/urls.py</w:t>
      </w:r>
      <w:r>
        <w:rPr>
          <w:b w:val="0"/>
          <w:i w:val="0"/>
        </w:rPr>
        <w:t>, 389–390, 394–395, 397–398, 405, 409, 412</w:t>
      </w:r>
    </w:p>
    <w:p>
      <w:pPr>
        <w:spacing w:after="80"/>
      </w:pPr>
      <w:r>
        <w:rPr>
          <w:b w:val="0"/>
          <w:i/>
        </w:rPr>
        <w:t>learning_logs/views.py</w:t>
      </w:r>
      <w:r>
        <w:rPr>
          <w:b w:val="0"/>
          <w:i w:val="0"/>
        </w:rPr>
        <w:t>, 390, 395, 398, 405–406, 409–410, 412–413, 423–425, 428–430</w:t>
      </w:r>
    </w:p>
    <w:p>
      <w:pPr>
        <w:spacing w:after="80"/>
      </w:pPr>
      <w:r>
        <w:rPr>
          <w:b w:val="0"/>
          <w:i/>
        </w:rPr>
        <w:t>ll_project/urls.py</w:t>
      </w:r>
      <w:r>
        <w:rPr>
          <w:b w:val="0"/>
          <w:i w:val="0"/>
        </w:rPr>
        <w:t>, 388–389, 416</w:t>
      </w:r>
    </w:p>
    <w:p>
      <w:pPr>
        <w:spacing w:after="80"/>
      </w:pPr>
      <w:r>
        <w:rPr>
          <w:b w:val="0"/>
          <w:i/>
        </w:rPr>
        <w:t>login.html</w:t>
      </w:r>
      <w:r>
        <w:rPr>
          <w:b w:val="0"/>
          <w:i w:val="0"/>
        </w:rPr>
        <w:t>, 417, 441–442</w:t>
      </w:r>
    </w:p>
    <w:p>
      <w:pPr>
        <w:spacing w:after="80"/>
      </w:pPr>
      <w:r>
        <w:rPr>
          <w:b w:val="0"/>
          <w:i/>
        </w:rPr>
        <w:t>models.py</w:t>
      </w:r>
      <w:r>
        <w:rPr>
          <w:b w:val="0"/>
          <w:i w:val="0"/>
        </w:rPr>
        <w:t>, 379–380, 384</w:t>
      </w:r>
    </w:p>
    <w:p>
      <w:pPr>
        <w:spacing w:after="80"/>
      </w:pPr>
      <w:r>
        <w:rPr>
          <w:b w:val="0"/>
          <w:i/>
        </w:rPr>
        <w:t>new_entry.html</w:t>
      </w:r>
      <w:r>
        <w:rPr>
          <w:b w:val="0"/>
          <w:i w:val="0"/>
        </w:rPr>
        <w:t>, 410</w:t>
      </w:r>
    </w:p>
    <w:p>
      <w:pPr>
        <w:spacing w:after="80"/>
      </w:pPr>
      <w:r>
        <w:rPr>
          <w:b w:val="0"/>
          <w:i/>
        </w:rPr>
        <w:t>new_topic.html</w:t>
      </w:r>
      <w:r>
        <w:rPr>
          <w:b w:val="0"/>
          <w:i w:val="0"/>
        </w:rPr>
        <w:t>, 407</w:t>
      </w:r>
    </w:p>
    <w:p>
      <w:pPr>
        <w:spacing w:after="80"/>
      </w:pPr>
      <w:r>
        <w:rPr>
          <w:b w:val="0"/>
          <w:i/>
        </w:rPr>
        <w:t>.platform.app.yaml</w:t>
      </w:r>
      <w:r>
        <w:rPr>
          <w:b w:val="0"/>
          <w:i w:val="0"/>
        </w:rPr>
        <w:t>, 448–450</w:t>
      </w:r>
    </w:p>
    <w:p>
      <w:pPr>
        <w:spacing w:after="80"/>
      </w:pPr>
      <w:r>
        <w:rPr>
          <w:b w:val="0"/>
          <w:i/>
        </w:rPr>
        <w:t>register.html</w:t>
      </w:r>
      <w:r>
        <w:rPr>
          <w:b w:val="0"/>
          <w:i w:val="0"/>
        </w:rPr>
        <w:t>, 422</w:t>
      </w:r>
    </w:p>
    <w:p>
      <w:pPr>
        <w:spacing w:after="80"/>
      </w:pPr>
      <w:r>
        <w:rPr>
          <w:b w:val="0"/>
          <w:i/>
        </w:rPr>
        <w:t>requirements.txt</w:t>
      </w:r>
      <w:r>
        <w:rPr>
          <w:b w:val="0"/>
          <w:i w:val="0"/>
        </w:rPr>
        <w:t>, 446–447</w:t>
      </w:r>
    </w:p>
    <w:p>
      <w:pPr>
        <w:spacing w:after="80"/>
      </w:pPr>
      <w:r>
        <w:rPr>
          <w:b w:val="0"/>
          <w:i/>
        </w:rPr>
        <w:t>routes.yaml</w:t>
      </w:r>
      <w:r>
        <w:rPr>
          <w:b w:val="0"/>
          <w:i w:val="0"/>
        </w:rPr>
        <w:t>, 450</w:t>
      </w:r>
    </w:p>
    <w:p>
      <w:pPr>
        <w:spacing w:after="80"/>
      </w:pPr>
      <w:r>
        <w:rPr>
          <w:b w:val="0"/>
          <w:i/>
        </w:rPr>
        <w:t>services.yaml</w:t>
      </w:r>
      <w:r>
        <w:rPr>
          <w:b w:val="0"/>
          <w:i w:val="0"/>
        </w:rPr>
        <w:t>, 450</w:t>
      </w:r>
    </w:p>
    <w:p>
      <w:pPr>
        <w:spacing w:after="80"/>
      </w:pPr>
      <w:r>
        <w:rPr>
          <w:b w:val="0"/>
          <w:i/>
        </w:rPr>
        <w:t>settings.py</w:t>
      </w:r>
      <w:r>
        <w:rPr>
          <w:b w:val="0"/>
          <w:i w:val="0"/>
        </w:rPr>
        <w:t>, 380–381, 415–418, 420, 424, 434, 451, 457–460</w:t>
      </w:r>
    </w:p>
    <w:p>
      <w:pPr>
        <w:spacing w:after="80"/>
      </w:pPr>
      <w:r>
        <w:rPr>
          <w:b w:val="0"/>
          <w:i/>
        </w:rPr>
        <w:t>topic.html</w:t>
      </w:r>
      <w:r>
        <w:rPr>
          <w:b w:val="0"/>
          <w:i w:val="0"/>
        </w:rPr>
        <w:t>, 398–399, 443–444</w:t>
      </w:r>
    </w:p>
    <w:p>
      <w:pPr>
        <w:spacing w:after="80"/>
      </w:pPr>
      <w:r>
        <w:rPr>
          <w:b w:val="0"/>
          <w:i/>
        </w:rPr>
        <w:t>topics.html</w:t>
      </w:r>
      <w:r>
        <w:rPr>
          <w:b w:val="0"/>
          <w:i w:val="0"/>
        </w:rPr>
        <w:t>, 395–396, 442–443</w:t>
      </w:r>
    </w:p>
    <w:p>
      <w:pPr>
        <w:spacing w:after="80"/>
      </w:pPr>
      <w:r>
        <w:rPr>
          <w:b w:val="0"/>
          <w:i w:val="0"/>
        </w:rPr>
        <w:t>phát triển đang tiếp diễn, 460</w:t>
      </w:r>
    </w:p>
    <w:p>
      <w:pPr>
        <w:spacing w:after="80"/>
      </w:pPr>
      <w:r>
        <w:rPr>
          <w:b w:val="0"/>
          <w:i w:val="0"/>
        </w:rPr>
        <w:t>các trang, 391</w:t>
      </w:r>
    </w:p>
    <w:p>
      <w:pPr>
        <w:spacing w:after="80"/>
      </w:pPr>
      <w:r>
        <w:rPr>
          <w:b w:val="0"/>
          <w:i w:val="0"/>
        </w:rPr>
        <w:t>chỉnh sửa mục, 412–414</w:t>
      </w:r>
    </w:p>
    <w:p>
      <w:pPr>
        <w:spacing w:after="80"/>
      </w:pPr>
      <w:r>
        <w:rPr>
          <w:b w:val="0"/>
          <w:i w:val="0"/>
        </w:rPr>
        <w:t>trang chủ, 388–394</w:t>
      </w:r>
    </w:p>
    <w:p>
      <w:pPr>
        <w:spacing w:after="80"/>
      </w:pPr>
      <w:r>
        <w:rPr>
          <w:b w:val="0"/>
          <w:i w:val="0"/>
        </w:rPr>
        <w:t>trang đăng nhập, 416–419</w:t>
      </w:r>
    </w:p>
    <w:p>
      <w:pPr>
        <w:spacing w:after="80"/>
      </w:pPr>
      <w:r>
        <w:rPr>
          <w:b w:val="0"/>
          <w:i w:val="0"/>
        </w:rPr>
        <w:t>mục mới, 408–411</w:t>
      </w:r>
    </w:p>
    <w:p>
      <w:pPr>
        <w:spacing w:after="80"/>
      </w:pPr>
      <w:r>
        <w:rPr>
          <w:b w:val="0"/>
          <w:i w:val="0"/>
        </w:rPr>
        <w:t>chủ đề mới, 404–408</w:t>
      </w:r>
    </w:p>
    <w:p>
      <w:pPr>
        <w:spacing w:after="80"/>
      </w:pPr>
      <w:r>
        <w:rPr>
          <w:b w:val="0"/>
          <w:i w:val="0"/>
        </w:rPr>
        <w:t>đăng ký, 420–423</w:t>
      </w:r>
    </w:p>
    <w:p>
      <w:pPr>
        <w:spacing w:after="80"/>
      </w:pPr>
      <w:r>
        <w:rPr>
          <w:b w:val="0"/>
          <w:i w:val="0"/>
        </w:rPr>
        <w:t>chủ đề, 397–400</w:t>
      </w:r>
    </w:p>
    <w:p>
      <w:pPr>
        <w:spacing w:after="80"/>
      </w:pPr>
      <w:r>
        <w:rPr>
          <w:b w:val="0"/>
          <w:i w:val="0"/>
        </w:rPr>
        <w:t>các chủ đề, 394–397</w:t>
      </w:r>
    </w:p>
    <w:p>
      <w:pPr>
        <w:spacing w:after="80"/>
      </w:pPr>
      <w:r>
        <w:rPr>
          <w:b w:val="0"/>
          <w:i w:val="0"/>
        </w:rPr>
        <w:t>viết bản đặc tả (spec), 374</w:t>
      </w:r>
    </w:p>
    <w:p>
      <w:pPr>
        <w:spacing w:after="80"/>
      </w:pPr>
      <w:r>
        <w:rPr>
          <w:b w:val="0"/>
          <w:i w:val="0"/>
        </w:rPr>
        <w:t xml:space="preserve">hàm </w:t>
      </w:r>
      <w:r>
        <w:rPr>
          <w:rFonts w:ascii="Consolas" w:hAnsi="Consolas"/>
          <w:b w:val="0"/>
          <w:i w:val="0"/>
          <w:sz w:val="20"/>
        </w:rPr>
        <w:t>len()</w:t>
      </w:r>
      <w:r>
        <w:rPr>
          <w:b w:val="0"/>
          <w:i w:val="0"/>
        </w:rPr>
        <w:t>, 44–45</w:t>
      </w:r>
    </w:p>
    <w:p>
      <w:pPr>
        <w:spacing w:after="80"/>
      </w:pPr>
      <w:r>
        <w:rPr>
          <w:b w:val="0"/>
          <w:i w:val="0"/>
        </w:rPr>
        <w:t>thư viện, 184</w:t>
      </w:r>
    </w:p>
    <w:p>
      <w:pPr>
        <w:spacing w:after="80"/>
      </w:pPr>
      <w:r>
        <w:rPr>
          <w:b w:val="0"/>
          <w:i w:val="0"/>
        </w:rPr>
        <w:t>Linux</w:t>
      </w:r>
    </w:p>
    <w:p>
      <w:pPr>
        <w:spacing w:after="80"/>
      </w:pPr>
      <w:r>
        <w:rPr>
          <w:b w:val="0"/>
          <w:i w:val="0"/>
        </w:rPr>
        <w:t>Python</w:t>
      </w:r>
    </w:p>
    <w:p>
      <w:pPr>
        <w:spacing w:after="80"/>
      </w:pPr>
      <w:r>
        <w:rPr>
          <w:b w:val="0"/>
          <w:i w:val="0"/>
        </w:rPr>
        <w:t>kiểm tra phiên bản đã cài đặt, 8</w:t>
      </w:r>
    </w:p>
    <w:p>
      <w:pPr>
        <w:spacing w:after="80"/>
      </w:pPr>
      <w:r>
        <w:rPr>
          <w:b w:val="0"/>
          <w:i w:val="0"/>
        </w:rPr>
        <w:t>cài đặt, 8–12, 465–466</w:t>
      </w:r>
    </w:p>
    <w:p>
      <w:pPr>
        <w:spacing w:after="80"/>
      </w:pPr>
      <w:r>
        <w:rPr>
          <w:b w:val="0"/>
          <w:i w:val="0"/>
        </w:rPr>
        <w:t>terminal</w:t>
      </w:r>
    </w:p>
    <w:p>
      <w:pPr>
        <w:spacing w:after="80"/>
      </w:pPr>
      <w:r>
        <w:rPr>
          <w:b w:val="0"/>
          <w:i w:val="0"/>
        </w:rPr>
        <w:t>chạy chương trình từ, 12</w:t>
      </w:r>
    </w:p>
    <w:p>
      <w:pPr>
        <w:spacing w:after="80"/>
      </w:pPr>
      <w:r>
        <w:rPr>
          <w:b w:val="0"/>
          <w:i w:val="0"/>
        </w:rPr>
        <w:t>bắt đầu phiên Python, 9</w:t>
      </w:r>
    </w:p>
    <w:p>
      <w:pPr>
        <w:spacing w:after="80"/>
      </w:pPr>
      <w:r>
        <w:rPr>
          <w:b w:val="0"/>
          <w:i w:val="0"/>
        </w:rPr>
        <w:t>khắc phục sự cố khi cài đặt, 10</w:t>
      </w:r>
    </w:p>
    <w:p>
      <w:pPr>
        <w:spacing w:after="80"/>
      </w:pPr>
      <w:r>
        <w:rPr>
          <w:b w:val="0"/>
          <w:i w:val="0"/>
        </w:rPr>
        <w:t>VS Code, cài đặt, 9</w:t>
      </w:r>
    </w:p>
    <w:p>
      <w:pPr>
        <w:spacing w:after="80"/>
      </w:pPr>
      <w:r>
        <w:rPr>
          <w:b w:val="0"/>
          <w:i w:val="0"/>
        </w:rPr>
        <w:t>danh sách, 33</w:t>
      </w:r>
    </w:p>
    <w:p>
      <w:pPr>
        <w:spacing w:after="80"/>
      </w:pPr>
      <w:r>
        <w:rPr>
          <w:b w:val="0"/>
          <w:i w:val="0"/>
        </w:rPr>
        <w:t>làm đối số, 142–145</w:t>
      </w:r>
    </w:p>
    <w:p>
      <w:pPr>
        <w:spacing w:after="80"/>
      </w:pPr>
      <w:r>
        <w:rPr>
          <w:b w:val="0"/>
          <w:i w:val="0"/>
        </w:rPr>
        <w:t>comprehension, 59–60</w:t>
      </w:r>
    </w:p>
    <w:p>
      <w:pPr>
        <w:spacing w:after="80"/>
      </w:pPr>
      <w:r>
        <w:rPr>
          <w:b w:val="0"/>
          <w:i w:val="0"/>
        </w:rPr>
        <w:t>sao chép, 63–64</w:t>
      </w:r>
    </w:p>
    <w:p>
      <w:pPr>
        <w:spacing w:after="80"/>
      </w:pPr>
      <w:r>
        <w:rPr>
          <w:b w:val="0"/>
          <w:i w:val="0"/>
        </w:rPr>
        <w:t>phần tử</w:t>
      </w:r>
    </w:p>
    <w:p>
      <w:pPr>
        <w:spacing w:after="80"/>
      </w:pPr>
      <w:r>
        <w:rPr>
          <w:b w:val="0"/>
          <w:i w:val="0"/>
        </w:rPr>
        <w:t>truy cập, 34</w:t>
      </w:r>
    </w:p>
    <w:p>
      <w:pPr>
        <w:spacing w:after="80"/>
      </w:pPr>
      <w:r>
        <w:rPr>
          <w:b w:val="0"/>
          <w:i w:val="0"/>
        </w:rPr>
        <w:t>truy cập phần tử cuối, 35</w:t>
      </w:r>
    </w:p>
    <w:p>
      <w:pPr>
        <w:spacing w:after="80"/>
      </w:pPr>
      <w:r>
        <w:rPr>
          <w:b w:val="0"/>
          <w:i w:val="0"/>
        </w:rPr>
        <w:t xml:space="preserve">thêm bằng </w:t>
      </w:r>
      <w:r>
        <w:rPr>
          <w:rFonts w:ascii="Consolas" w:hAnsi="Consolas"/>
          <w:b w:val="0"/>
          <w:i w:val="0"/>
          <w:sz w:val="20"/>
        </w:rPr>
        <w:t>append()</w:t>
      </w:r>
      <w:r>
        <w:rPr>
          <w:b w:val="0"/>
          <w:i w:val="0"/>
        </w:rPr>
        <w:t>, 37–38</w:t>
      </w:r>
    </w:p>
    <w:p>
      <w:pPr>
        <w:spacing w:after="80"/>
      </w:pPr>
      <w:r>
        <w:rPr>
          <w:b w:val="0"/>
          <w:i w:val="0"/>
        </w:rPr>
        <w:t xml:space="preserve">thêm bằng </w:t>
      </w:r>
      <w:r>
        <w:rPr>
          <w:rFonts w:ascii="Consolas" w:hAnsi="Consolas"/>
          <w:b w:val="0"/>
          <w:i w:val="0"/>
          <w:sz w:val="20"/>
        </w:rPr>
        <w:t>insert()</w:t>
      </w:r>
      <w:r>
        <w:rPr>
          <w:b w:val="0"/>
          <w:i w:val="0"/>
        </w:rPr>
        <w:t>, 38</w:t>
      </w:r>
    </w:p>
    <w:p>
      <w:pPr>
        <w:spacing w:after="80"/>
      </w:pPr>
      <w:r>
        <w:rPr>
          <w:b w:val="0"/>
          <w:i w:val="0"/>
        </w:rPr>
        <w:t>xác định duy nhất, 104</w:t>
      </w:r>
    </w:p>
    <w:p>
      <w:pPr>
        <w:spacing w:after="80"/>
      </w:pPr>
      <w:r>
        <w:rPr>
          <w:b w:val="0"/>
          <w:i w:val="0"/>
        </w:rPr>
        <w:t>sửa đổi, 36–37</w:t>
      </w:r>
    </w:p>
    <w:p>
      <w:pPr>
        <w:spacing w:after="80"/>
      </w:pPr>
      <w:r>
        <w:rPr>
          <w:b w:val="0"/>
          <w:i w:val="0"/>
        </w:rPr>
        <w:t xml:space="preserve">xóa bằng </w:t>
      </w:r>
      <w:r>
        <w:rPr>
          <w:rFonts w:ascii="Consolas" w:hAnsi="Consolas"/>
          <w:b w:val="0"/>
          <w:i w:val="0"/>
          <w:sz w:val="20"/>
        </w:rPr>
        <w:t>del</w:t>
      </w:r>
      <w:r>
        <w:rPr>
          <w:b w:val="0"/>
          <w:i w:val="0"/>
        </w:rPr>
        <w:t>, 38–39</w:t>
      </w:r>
    </w:p>
    <w:p>
      <w:pPr>
        <w:spacing w:after="80"/>
      </w:pPr>
      <w:r>
        <w:rPr>
          <w:b w:val="0"/>
          <w:i w:val="0"/>
        </w:rPr>
        <w:t xml:space="preserve">xóa bằng </w:t>
      </w:r>
      <w:r>
        <w:rPr>
          <w:rFonts w:ascii="Consolas" w:hAnsi="Consolas"/>
          <w:b w:val="0"/>
          <w:i w:val="0"/>
          <w:sz w:val="20"/>
        </w:rPr>
        <w:t>pop()</w:t>
      </w:r>
      <w:r>
        <w:rPr>
          <w:b w:val="0"/>
          <w:i w:val="0"/>
        </w:rPr>
        <w:t>, 39–40</w:t>
      </w:r>
    </w:p>
    <w:p>
      <w:pPr>
        <w:spacing w:after="80"/>
      </w:pPr>
      <w:r>
        <w:rPr>
          <w:b w:val="0"/>
          <w:i w:val="0"/>
        </w:rPr>
        <w:t xml:space="preserve">xóa bằng </w:t>
      </w:r>
      <w:r>
        <w:rPr>
          <w:rFonts w:ascii="Consolas" w:hAnsi="Consolas"/>
          <w:b w:val="0"/>
          <w:i w:val="0"/>
          <w:sz w:val="20"/>
        </w:rPr>
        <w:t>remove()</w:t>
      </w:r>
      <w:r>
        <w:rPr>
          <w:b w:val="0"/>
          <w:i w:val="0"/>
        </w:rPr>
        <w:t>, 40–41</w:t>
      </w:r>
    </w:p>
    <w:p>
      <w:pPr>
        <w:spacing w:after="80"/>
      </w:pPr>
      <w:r>
        <w:rPr>
          <w:b w:val="0"/>
          <w:i w:val="0"/>
        </w:rPr>
        <w:t>rỗng, 37–38</w:t>
      </w:r>
    </w:p>
    <w:p>
      <w:pPr>
        <w:spacing w:after="80"/>
      </w:pPr>
      <w:r>
        <w:rPr>
          <w:b w:val="0"/>
          <w:i w:val="0"/>
        </w:rPr>
        <w:t xml:space="preserve">hàm </w:t>
      </w:r>
      <w:r>
        <w:rPr>
          <w:rFonts w:ascii="Consolas" w:hAnsi="Consolas"/>
          <w:b w:val="0"/>
          <w:i w:val="0"/>
          <w:sz w:val="20"/>
        </w:rPr>
        <w:t>enumerate()</w:t>
      </w:r>
      <w:r>
        <w:rPr>
          <w:b w:val="0"/>
          <w:i w:val="0"/>
        </w:rPr>
        <w:t>, 331</w:t>
      </w:r>
    </w:p>
    <w:p>
      <w:pPr>
        <w:spacing w:after="80"/>
      </w:pPr>
      <w:r>
        <w:rPr>
          <w:b w:val="0"/>
          <w:i w:val="0"/>
        </w:rPr>
        <w:t>lỗi</w:t>
      </w:r>
    </w:p>
    <w:p>
      <w:pPr>
        <w:spacing w:after="80"/>
      </w:pPr>
      <w:r>
        <w:rPr>
          <w:b w:val="0"/>
          <w:i w:val="0"/>
        </w:rPr>
        <w:t>thụt lề, 53–56</w:t>
      </w:r>
    </w:p>
    <w:p>
      <w:pPr>
        <w:spacing w:after="80"/>
      </w:pPr>
      <w:r>
        <w:rPr>
          <w:b w:val="0"/>
          <w:i w:val="0"/>
        </w:rPr>
        <w:t>chỉ mục, 46</w:t>
      </w:r>
    </w:p>
    <w:p>
      <w:pPr>
        <w:spacing w:after="80"/>
      </w:pPr>
      <w:r>
        <w:rPr>
          <w:b w:val="0"/>
          <w:i w:val="0"/>
        </w:rPr>
        <w:t xml:space="preserve">vòng lặp </w:t>
      </w:r>
      <w:r>
        <w:rPr>
          <w:rFonts w:ascii="Consolas" w:hAnsi="Consolas"/>
          <w:b w:val="0"/>
          <w:i w:val="0"/>
          <w:sz w:val="20"/>
        </w:rPr>
        <w:t>for</w:t>
      </w:r>
      <w:r>
        <w:rPr>
          <w:b w:val="0"/>
          <w:i w:val="0"/>
        </w:rPr>
        <w:t>, 49–56</w:t>
      </w:r>
    </w:p>
    <w:p>
      <w:pPr>
        <w:spacing w:after="80"/>
      </w:pPr>
      <w:r>
        <w:rPr>
          <w:b w:val="0"/>
          <w:i w:val="0"/>
        </w:rPr>
        <w:t>lồng nhau, 108–109, 261–262</w:t>
      </w:r>
    </w:p>
    <w:p>
      <w:pPr>
        <w:spacing w:after="80"/>
      </w:pPr>
      <w:r>
        <w:rPr>
          <w:b w:val="0"/>
          <w:i w:val="0"/>
        </w:rPr>
        <w:t>các chỉ mục, 34–35</w:t>
      </w:r>
    </w:p>
    <w:p>
      <w:pPr>
        <w:spacing w:after="80"/>
      </w:pPr>
      <w:r>
        <w:rPr>
          <w:b w:val="0"/>
          <w:i w:val="0"/>
        </w:rPr>
        <w:t>chỉ số âm (negative index), 35</w:t>
      </w:r>
    </w:p>
    <w:p>
      <w:pPr>
        <w:spacing w:after="80"/>
      </w:pPr>
      <w:r>
        <w:rPr>
          <w:b w:val="0"/>
          <w:i w:val="0"/>
        </w:rPr>
        <w:t>chỉ số không (zero index), 34–35</w:t>
      </w:r>
    </w:p>
    <w:p>
      <w:pPr>
        <w:spacing w:after="80"/>
      </w:pPr>
      <w:r>
        <w:rPr>
          <w:b w:val="0"/>
          <w:i w:val="0"/>
        </w:rPr>
        <w:t xml:space="preserve">hàm </w:t>
      </w:r>
      <w:r>
        <w:rPr>
          <w:rFonts w:ascii="Consolas" w:hAnsi="Consolas"/>
          <w:b w:val="0"/>
          <w:i w:val="0"/>
          <w:sz w:val="20"/>
        </w:rPr>
        <w:t>len()</w:t>
      </w:r>
      <w:r>
        <w:rPr>
          <w:b w:val="0"/>
          <w:i w:val="0"/>
        </w:rPr>
        <w:t>, 44–45</w:t>
      </w:r>
    </w:p>
    <w:p>
      <w:pPr>
        <w:spacing w:after="80"/>
      </w:pPr>
      <w:r>
        <w:rPr>
          <w:b w:val="0"/>
          <w:i w:val="0"/>
        </w:rPr>
        <w:t>đặt tên, 33–34</w:t>
      </w:r>
    </w:p>
    <w:p>
      <w:pPr>
        <w:spacing w:after="80"/>
      </w:pPr>
      <w:r>
        <w:rPr>
          <w:b w:val="0"/>
          <w:i w:val="0"/>
        </w:rPr>
        <w:t>lồng nhau (nesting)</w:t>
      </w:r>
    </w:p>
    <w:p>
      <w:pPr>
        <w:spacing w:after="80"/>
      </w:pPr>
      <w:r>
        <w:rPr>
          <w:b w:val="0"/>
          <w:i w:val="0"/>
        </w:rPr>
        <w:t>từ điển trong danh sách, 105–108</w:t>
      </w:r>
    </w:p>
    <w:p>
      <w:pPr>
        <w:spacing w:after="80"/>
      </w:pPr>
      <w:r>
        <w:rPr>
          <w:b w:val="0"/>
          <w:i w:val="0"/>
        </w:rPr>
        <w:t>danh sách trong từ điển, 108–109</w:t>
      </w:r>
    </w:p>
    <w:p>
      <w:pPr>
        <w:spacing w:after="80"/>
      </w:pPr>
      <w:r>
        <w:rPr>
          <w:b w:val="0"/>
          <w:i w:val="0"/>
        </w:rPr>
        <w:t>danh sách số, 56–60</w:t>
      </w:r>
    </w:p>
    <w:p>
      <w:pPr>
        <w:spacing w:after="80"/>
      </w:pPr>
      <w:r>
        <w:rPr>
          <w:b w:val="0"/>
          <w:i w:val="0"/>
        </w:rPr>
        <w:t xml:space="preserve">hàm </w:t>
      </w:r>
      <w:r>
        <w:rPr>
          <w:rFonts w:ascii="Consolas" w:hAnsi="Consolas"/>
          <w:b w:val="0"/>
          <w:i w:val="0"/>
          <w:sz w:val="20"/>
        </w:rPr>
        <w:t>max()</w:t>
      </w:r>
      <w:r>
        <w:rPr>
          <w:b w:val="0"/>
          <w:i w:val="0"/>
        </w:rPr>
        <w:t>, 59</w:t>
      </w:r>
    </w:p>
    <w:p>
      <w:pPr>
        <w:spacing w:after="80"/>
      </w:pPr>
      <w:r>
        <w:rPr>
          <w:b w:val="0"/>
          <w:i w:val="0"/>
        </w:rPr>
        <w:t xml:space="preserve">hàm </w:t>
      </w:r>
      <w:r>
        <w:rPr>
          <w:rFonts w:ascii="Consolas" w:hAnsi="Consolas"/>
          <w:b w:val="0"/>
          <w:i w:val="0"/>
          <w:sz w:val="20"/>
        </w:rPr>
        <w:t>min()</w:t>
      </w:r>
      <w:r>
        <w:rPr>
          <w:b w:val="0"/>
          <w:i w:val="0"/>
        </w:rPr>
        <w:t>, 59</w:t>
      </w:r>
    </w:p>
    <w:p>
      <w:pPr>
        <w:spacing w:after="80"/>
      </w:pPr>
      <w:r>
        <w:rPr>
          <w:b w:val="0"/>
          <w:i w:val="0"/>
        </w:rPr>
        <w:t xml:space="preserve">hàm </w:t>
      </w:r>
      <w:r>
        <w:rPr>
          <w:rFonts w:ascii="Consolas" w:hAnsi="Consolas"/>
          <w:b w:val="0"/>
          <w:i w:val="0"/>
          <w:sz w:val="20"/>
        </w:rPr>
        <w:t>range()</w:t>
      </w:r>
      <w:r>
        <w:rPr>
          <w:b w:val="0"/>
          <w:i w:val="0"/>
        </w:rPr>
        <w:t>, 58–59</w:t>
      </w:r>
    </w:p>
    <w:p>
      <w:pPr>
        <w:spacing w:after="80"/>
      </w:pPr>
      <w:r>
        <w:rPr>
          <w:b w:val="0"/>
          <w:i w:val="0"/>
        </w:rPr>
        <w:t xml:space="preserve">hàm </w:t>
      </w:r>
      <w:r>
        <w:rPr>
          <w:rFonts w:ascii="Consolas" w:hAnsi="Consolas"/>
          <w:b w:val="0"/>
          <w:i w:val="0"/>
          <w:sz w:val="20"/>
        </w:rPr>
        <w:t>sum()</w:t>
      </w:r>
      <w:r>
        <w:rPr>
          <w:b w:val="0"/>
          <w:i w:val="0"/>
        </w:rPr>
        <w:t>, 59</w:t>
      </w:r>
    </w:p>
    <w:p>
      <w:pPr>
        <w:spacing w:after="80"/>
      </w:pPr>
      <w:r>
        <w:rPr>
          <w:b w:val="0"/>
          <w:i w:val="0"/>
        </w:rPr>
        <w:t>xóa tất cả các lần xuất hiện của một giá trị, 125</w:t>
      </w:r>
    </w:p>
    <w:p>
      <w:pPr>
        <w:spacing w:after="80"/>
      </w:pPr>
      <w:r>
        <w:rPr>
          <w:b w:val="0"/>
          <w:i w:val="0"/>
        </w:rPr>
        <w:t>lát cắt (slices), 61–62</w:t>
      </w:r>
    </w:p>
    <w:p>
      <w:pPr>
        <w:spacing w:after="80"/>
      </w:pPr>
      <w:r>
        <w:rPr>
          <w:b w:val="0"/>
          <w:i w:val="0"/>
        </w:rPr>
        <w:t>sắp xếp</w:t>
      </w:r>
    </w:p>
    <w:p>
      <w:pPr>
        <w:spacing w:after="80"/>
      </w:pPr>
      <w:r>
        <w:rPr>
          <w:b w:val="0"/>
          <w:i w:val="0"/>
        </w:rPr>
        <w:t xml:space="preserve">phương thức </w:t>
      </w:r>
      <w:r>
        <w:rPr>
          <w:rFonts w:ascii="Consolas" w:hAnsi="Consolas"/>
          <w:b w:val="0"/>
          <w:i w:val="0"/>
          <w:sz w:val="20"/>
        </w:rPr>
        <w:t>reverse()</w:t>
      </w:r>
      <w:r>
        <w:rPr>
          <w:b w:val="0"/>
          <w:i w:val="0"/>
        </w:rPr>
        <w:t>, 44</w:t>
      </w:r>
    </w:p>
    <w:p>
      <w:pPr>
        <w:spacing w:after="80"/>
      </w:pPr>
      <w:r>
        <w:rPr>
          <w:b w:val="0"/>
          <w:i w:val="0"/>
        </w:rPr>
        <w:t xml:space="preserve">hàm </w:t>
      </w:r>
      <w:r>
        <w:rPr>
          <w:rFonts w:ascii="Consolas" w:hAnsi="Consolas"/>
          <w:b w:val="0"/>
          <w:i w:val="0"/>
          <w:sz w:val="20"/>
        </w:rPr>
        <w:t>sorted()</w:t>
      </w:r>
      <w:r>
        <w:rPr>
          <w:b w:val="0"/>
          <w:i w:val="0"/>
        </w:rPr>
        <w:t>, 43–44</w:t>
      </w:r>
    </w:p>
    <w:p>
      <w:pPr>
        <w:spacing w:after="80"/>
      </w:pPr>
      <w:r>
        <w:rPr>
          <w:b w:val="0"/>
          <w:i w:val="0"/>
        </w:rPr>
        <w:t xml:space="preserve">phương thức </w:t>
      </w:r>
      <w:r>
        <w:rPr>
          <w:rFonts w:ascii="Consolas" w:hAnsi="Consolas"/>
          <w:b w:val="0"/>
          <w:i w:val="0"/>
          <w:sz w:val="20"/>
        </w:rPr>
        <w:t>sort()</w:t>
      </w:r>
      <w:r>
        <w:rPr>
          <w:b w:val="0"/>
          <w:i w:val="0"/>
        </w:rPr>
        <w:t>, 43</w:t>
      </w:r>
    </w:p>
    <w:p>
      <w:pPr>
        <w:spacing w:after="80"/>
      </w:pPr>
      <w:r>
        <w:rPr>
          <w:b w:val="0"/>
          <w:i w:val="0"/>
        </w:rPr>
        <w:t>dấu ngoặc vuông, 34</w:t>
      </w:r>
    </w:p>
    <w:p>
      <w:pPr>
        <w:spacing w:after="80"/>
      </w:pPr>
      <w:r>
        <w:rPr>
          <w:b w:val="0"/>
          <w:i w:val="0"/>
        </w:rPr>
        <w:t>lỗi logic, 54</w:t>
      </w:r>
    </w:p>
    <w:p>
      <w:pPr>
        <w:spacing w:after="80"/>
      </w:pPr>
      <w:r>
        <w:rPr>
          <w:b w:val="0"/>
          <w:i w:val="0"/>
        </w:rPr>
        <w:t xml:space="preserve">phương thức </w:t>
      </w:r>
      <w:r>
        <w:rPr>
          <w:rFonts w:ascii="Consolas" w:hAnsi="Consolas"/>
          <w:b w:val="0"/>
          <w:i w:val="0"/>
          <w:sz w:val="20"/>
        </w:rPr>
        <w:t>lstrip()</w:t>
      </w:r>
      <w:r>
        <w:rPr>
          <w:b w:val="0"/>
          <w:i w:val="0"/>
        </w:rPr>
        <w:t>, 22–23</w:t>
      </w:r>
    </w:p>
    <w:p>
      <w:pPr>
        <w:spacing w:after="80"/>
      </w:pPr>
      <w:r>
        <w:rPr>
          <w:b w:val="0"/>
          <w:i w:val="0"/>
        </w:rPr>
        <w:t>M</w:t>
      </w:r>
    </w:p>
    <w:p>
      <w:pPr>
        <w:spacing w:after="80"/>
      </w:pPr>
      <w:r>
        <w:rPr>
          <w:b w:val="0"/>
          <w:i w:val="0"/>
        </w:rPr>
        <w:t>macOS</w:t>
      </w:r>
    </w:p>
    <w:p>
      <w:pPr>
        <w:spacing w:after="80"/>
      </w:pPr>
      <w:r>
        <w:rPr>
          <w:b w:val="0"/>
          <w:i w:val="0"/>
        </w:rPr>
        <w:t xml:space="preserve">các tệp </w:t>
      </w:r>
      <w:r>
        <w:rPr>
          <w:b w:val="0"/>
          <w:i/>
        </w:rPr>
        <w:t>.DS_Store</w:t>
      </w:r>
      <w:r>
        <w:rPr>
          <w:b w:val="0"/>
          <w:i w:val="0"/>
        </w:rPr>
        <w:t>, bỏ qua, 453</w:t>
      </w:r>
    </w:p>
    <w:p>
      <w:pPr>
        <w:spacing w:after="80"/>
      </w:pPr>
      <w:r>
        <w:rPr>
          <w:b w:val="0"/>
          <w:i w:val="0"/>
        </w:rPr>
        <w:t xml:space="preserve">trình quản lý gói </w:t>
      </w:r>
      <w:r>
        <w:rPr>
          <w:b w:val="0"/>
          <w:i/>
        </w:rPr>
        <w:t>Homebrew</w:t>
      </w:r>
      <w:r>
        <w:rPr>
          <w:b w:val="0"/>
          <w:i w:val="0"/>
        </w:rPr>
        <w:t>, 499</w:t>
      </w:r>
    </w:p>
    <w:p>
      <w:pPr>
        <w:spacing w:after="80"/>
      </w:pPr>
      <w:r>
        <w:rPr>
          <w:b w:val="0"/>
          <w:i w:val="0"/>
        </w:rPr>
        <w:t>Python</w:t>
      </w:r>
    </w:p>
    <w:p>
      <w:pPr>
        <w:spacing w:after="80"/>
      </w:pPr>
      <w:r>
        <w:rPr>
          <w:b w:val="0"/>
          <w:i w:val="0"/>
        </w:rPr>
        <w:t>kiểm tra phiên bản đã cài đặt, 7</w:t>
      </w:r>
    </w:p>
    <w:p>
      <w:pPr>
        <w:spacing w:after="80"/>
      </w:pPr>
      <w:r>
        <w:rPr>
          <w:b w:val="0"/>
          <w:i w:val="0"/>
        </w:rPr>
        <w:t>thiết lập, 7–12, 464–465</w:t>
      </w:r>
    </w:p>
    <w:p>
      <w:pPr>
        <w:spacing w:after="80"/>
      </w:pPr>
      <w:r>
        <w:rPr>
          <w:b w:val="0"/>
          <w:i w:val="0"/>
        </w:rPr>
        <w:t>terminal</w:t>
      </w:r>
    </w:p>
    <w:p>
      <w:pPr>
        <w:spacing w:after="80"/>
      </w:pPr>
      <w:r>
        <w:rPr>
          <w:b w:val="0"/>
          <w:i w:val="0"/>
        </w:rPr>
        <w:t>chạy chương trình từ, 12</w:t>
      </w:r>
    </w:p>
    <w:p>
      <w:pPr>
        <w:spacing w:after="80"/>
      </w:pPr>
      <w:r>
        <w:rPr>
          <w:b w:val="0"/>
          <w:i w:val="0"/>
        </w:rPr>
        <w:t>bắt đầu phiên Python, 7</w:t>
      </w:r>
    </w:p>
    <w:p>
      <w:pPr>
        <w:spacing w:after="80"/>
      </w:pPr>
      <w:r>
        <w:rPr>
          <w:b w:val="0"/>
          <w:i w:val="0"/>
        </w:rPr>
        <w:t>khắc phục sự cố cài đặt, 10</w:t>
      </w:r>
    </w:p>
    <w:p>
      <w:pPr>
        <w:spacing w:after="80"/>
      </w:pPr>
      <w:r>
        <w:rPr>
          <w:b w:val="0"/>
          <w:i w:val="0"/>
        </w:rPr>
        <w:t>VS Code, cài đặt, 8</w:t>
      </w:r>
    </w:p>
    <w:p>
      <w:pPr>
        <w:spacing w:after="80"/>
      </w:pPr>
      <w:r>
        <w:rPr>
          <w:b w:val="0"/>
          <w:i/>
        </w:rPr>
        <w:t>magicians.py</w:t>
      </w:r>
      <w:r>
        <w:rPr>
          <w:b w:val="0"/>
          <w:i w:val="0"/>
        </w:rPr>
        <w:t>, 49–56</w:t>
      </w:r>
    </w:p>
    <w:p>
      <w:pPr>
        <w:spacing w:after="80"/>
      </w:pPr>
      <w:r>
        <w:rPr>
          <w:b w:val="0"/>
          <w:i/>
        </w:rPr>
        <w:t>magic_number.py</w:t>
      </w:r>
      <w:r>
        <w:rPr>
          <w:b w:val="0"/>
          <w:i w:val="0"/>
        </w:rPr>
        <w:t>, 74</w:t>
      </w:r>
    </w:p>
    <w:p>
      <w:pPr>
        <w:spacing w:after="80"/>
      </w:pPr>
      <w:r>
        <w:rPr>
          <w:b w:val="0"/>
          <w:i/>
        </w:rPr>
        <w:t>making_pizzas.py</w:t>
      </w:r>
      <w:r>
        <w:rPr>
          <w:b w:val="0"/>
          <w:i w:val="0"/>
        </w:rPr>
        <w:t>, 150–152</w:t>
      </w:r>
    </w:p>
    <w:p>
      <w:pPr>
        <w:spacing w:after="80"/>
      </w:pPr>
      <w:r>
        <w:rPr>
          <w:b w:val="0"/>
          <w:i w:val="0"/>
        </w:rPr>
        <w:t xml:space="preserve">ánh xạ động đất, 342–352. </w:t>
      </w:r>
      <w:r>
        <w:rPr>
          <w:b w:val="0"/>
          <w:i/>
        </w:rPr>
        <w:t>Xem thêm</w:t>
      </w:r>
      <w:r>
        <w:rPr>
          <w:b w:val="0"/>
          <w:i w:val="0"/>
        </w:rPr>
        <w:t xml:space="preserve"> Plotly</w:t>
      </w:r>
    </w:p>
    <w:p>
      <w:pPr>
        <w:spacing w:after="80"/>
      </w:pPr>
      <w:r>
        <w:rPr>
          <w:b w:val="0"/>
          <w:i w:val="0"/>
        </w:rPr>
        <w:t>tải dữ liệu, 343, 352</w:t>
      </w:r>
    </w:p>
    <w:p>
      <w:pPr>
        <w:spacing w:after="80"/>
      </w:pPr>
      <w:r>
        <w:rPr>
          <w:b w:val="0"/>
          <w:i w:val="0"/>
        </w:rPr>
        <w:t>tệp GeoJSON, 342–347, 350–351</w:t>
      </w:r>
    </w:p>
    <w:p>
      <w:pPr>
        <w:spacing w:after="80"/>
      </w:pPr>
      <w:r>
        <w:rPr>
          <w:b w:val="0"/>
          <w:i w:val="0"/>
        </w:rPr>
        <w:t>thứ tự vĩ độ-kinh độ, 345</w:t>
      </w:r>
    </w:p>
    <w:p>
      <w:pPr>
        <w:spacing w:after="80"/>
      </w:pPr>
      <w:r>
        <w:rPr>
          <w:b w:val="0"/>
          <w:i w:val="0"/>
        </w:rPr>
        <w:t>dữ liệu vị trí, 346–347</w:t>
      </w:r>
    </w:p>
    <w:p>
      <w:pPr>
        <w:spacing w:after="80"/>
      </w:pPr>
      <w:r>
        <w:rPr>
          <w:b w:val="0"/>
          <w:i w:val="0"/>
        </w:rPr>
        <w:t>độ lớn, 346</w:t>
      </w:r>
    </w:p>
    <w:p>
      <w:pPr>
        <w:spacing w:after="80"/>
      </w:pPr>
      <w:r>
        <w:rPr>
          <w:b w:val="0"/>
          <w:i w:val="0"/>
        </w:rPr>
        <w:t>bản đồ thế giới, 347–348</w:t>
      </w:r>
    </w:p>
    <w:p>
      <w:pPr>
        <w:spacing w:after="80"/>
      </w:pPr>
      <w:r>
        <w:rPr>
          <w:b w:val="0"/>
          <w:i w:val="0"/>
        </w:rPr>
        <w:t>Matplotlib</w:t>
      </w:r>
    </w:p>
    <w:p>
      <w:pPr>
        <w:spacing w:after="80"/>
      </w:pPr>
      <w:r>
        <w:rPr>
          <w:b w:val="0"/>
          <w:i w:val="0"/>
        </w:rPr>
        <w:t>trục (axes)</w:t>
      </w:r>
    </w:p>
    <w:p>
      <w:pPr>
        <w:spacing w:after="80"/>
      </w:pPr>
      <w:r>
        <w:rPr>
          <w:b w:val="0"/>
          <w:i w:val="0"/>
        </w:rPr>
        <w:t xml:space="preserve">phương thức </w:t>
      </w:r>
      <w:r>
        <w:rPr>
          <w:rFonts w:ascii="Consolas" w:hAnsi="Consolas"/>
          <w:b w:val="0"/>
          <w:i w:val="0"/>
          <w:sz w:val="20"/>
        </w:rPr>
        <w:t>set_aspect()</w:t>
      </w:r>
      <w:r>
        <w:rPr>
          <w:b w:val="0"/>
          <w:i w:val="0"/>
        </w:rPr>
        <w:t>, 313–314</w:t>
      </w:r>
    </w:p>
    <w:p>
      <w:pPr>
        <w:spacing w:after="80"/>
      </w:pPr>
      <w:r>
        <w:rPr>
          <w:b w:val="0"/>
          <w:i w:val="0"/>
        </w:rPr>
        <w:t>loại bỏ, 317</w:t>
      </w:r>
    </w:p>
    <w:p>
      <w:pPr>
        <w:spacing w:after="80"/>
      </w:pPr>
      <w:r>
        <w:rPr>
          <w:b w:val="0"/>
          <w:i w:val="0"/>
        </w:rPr>
        <w:t xml:space="preserve">đối tượng </w:t>
      </w:r>
      <w:r>
        <w:rPr>
          <w:rFonts w:ascii="Consolas" w:hAnsi="Consolas"/>
          <w:b w:val="0"/>
          <w:i w:val="0"/>
          <w:sz w:val="20"/>
        </w:rPr>
        <w:t>ax</w:t>
      </w:r>
      <w:r>
        <w:rPr>
          <w:b w:val="0"/>
          <w:i w:val="0"/>
        </w:rPr>
        <w:t>, 303</w:t>
      </w:r>
    </w:p>
    <w:p>
      <w:pPr>
        <w:spacing w:after="80"/>
      </w:pPr>
      <w:r>
        <w:rPr>
          <w:b w:val="0"/>
          <w:i w:val="0"/>
        </w:rPr>
        <w:t>bảng màu (colormaps), 310–311</w:t>
      </w:r>
    </w:p>
    <w:p>
      <w:pPr>
        <w:spacing w:after="80"/>
      </w:pPr>
      <w:r>
        <w:rPr>
          <w:b w:val="0"/>
          <w:i w:val="0"/>
        </w:rPr>
        <w:t xml:space="preserve">đối tượng </w:t>
      </w:r>
      <w:r>
        <w:rPr>
          <w:rFonts w:ascii="Consolas" w:hAnsi="Consolas"/>
          <w:b w:val="0"/>
          <w:i w:val="0"/>
          <w:sz w:val="20"/>
        </w:rPr>
        <w:t>fig</w:t>
      </w:r>
      <w:r>
        <w:rPr>
          <w:b w:val="0"/>
          <w:i w:val="0"/>
        </w:rPr>
        <w:t>, 303</w:t>
      </w:r>
    </w:p>
    <w:p>
      <w:pPr>
        <w:spacing w:after="80"/>
      </w:pPr>
      <w:r>
        <w:rPr>
          <w:b w:val="0"/>
          <w:i w:val="0"/>
        </w:rPr>
        <w:t xml:space="preserve">đối số </w:t>
      </w:r>
      <w:r>
        <w:rPr>
          <w:rFonts w:ascii="Consolas" w:hAnsi="Consolas"/>
          <w:b w:val="0"/>
          <w:i w:val="0"/>
          <w:sz w:val="20"/>
        </w:rPr>
        <w:t>figsize</w:t>
      </w:r>
      <w:r>
        <w:rPr>
          <w:b w:val="0"/>
          <w:i w:val="0"/>
        </w:rPr>
        <w:t>, 318</w:t>
      </w:r>
    </w:p>
    <w:p>
      <w:pPr>
        <w:spacing w:after="80"/>
      </w:pPr>
      <w:r>
        <w:rPr>
          <w:b w:val="0"/>
          <w:i w:val="0"/>
        </w:rPr>
        <w:t>định dạng biểu đồ</w:t>
      </w:r>
    </w:p>
    <w:p>
      <w:pPr>
        <w:spacing w:after="80"/>
      </w:pPr>
      <w:r>
        <w:rPr>
          <w:b w:val="0"/>
          <w:i w:val="0"/>
        </w:rPr>
        <w:t xml:space="preserve">đối số </w:t>
      </w:r>
      <w:r>
        <w:rPr>
          <w:rFonts w:ascii="Consolas" w:hAnsi="Consolas"/>
          <w:b w:val="0"/>
          <w:i w:val="0"/>
          <w:sz w:val="20"/>
        </w:rPr>
        <w:t>alpha</w:t>
      </w:r>
      <w:r>
        <w:rPr>
          <w:b w:val="0"/>
          <w:i w:val="0"/>
        </w:rPr>
        <w:t>, 337–338</w:t>
      </w:r>
    </w:p>
    <w:p>
      <w:pPr>
        <w:spacing w:after="80"/>
      </w:pPr>
      <w:r>
        <w:rPr>
          <w:b w:val="0"/>
          <w:i w:val="0"/>
        </w:rPr>
        <w:t>kiểu dựng sẵn (built-in styles), 306</w:t>
      </w:r>
    </w:p>
    <w:p>
      <w:pPr>
        <w:spacing w:after="80"/>
      </w:pPr>
      <w:r>
        <w:rPr>
          <w:b w:val="0"/>
          <w:i w:val="0"/>
        </w:rPr>
        <w:t>màu tùy chỉnh, 310</w:t>
      </w:r>
    </w:p>
    <w:p>
      <w:pPr>
        <w:spacing w:after="80"/>
      </w:pPr>
      <w:r>
        <w:rPr>
          <w:b w:val="0"/>
          <w:i w:val="0"/>
        </w:rPr>
        <w:t>nhãn, 303–304</w:t>
      </w:r>
    </w:p>
    <w:p>
      <w:pPr>
        <w:spacing w:after="80"/>
      </w:pPr>
      <w:r>
        <w:rPr>
          <w:b w:val="0"/>
          <w:i w:val="0"/>
        </w:rPr>
        <w:t>độ dày đường, 303–304</w:t>
      </w:r>
    </w:p>
    <w:p>
      <w:pPr>
        <w:spacing w:after="80"/>
      </w:pPr>
      <w:r>
        <w:rPr>
          <w:b w:val="0"/>
          <w:i w:val="0"/>
        </w:rPr>
        <w:t>kích thước biểu đồ, 318</w:t>
      </w:r>
    </w:p>
    <w:p>
      <w:pPr>
        <w:spacing w:after="80"/>
      </w:pPr>
      <w:r>
        <w:rPr>
          <w:b w:val="0"/>
          <w:i w:val="0"/>
        </w:rPr>
        <w:t>tô màu, 337–338</w:t>
      </w:r>
    </w:p>
    <w:p>
      <w:pPr>
        <w:spacing w:after="80"/>
      </w:pPr>
      <w:r>
        <w:rPr>
          <w:b w:val="0"/>
          <w:i w:val="0"/>
        </w:rPr>
        <w:t>nhãn trục, 309–310</w:t>
      </w:r>
    </w:p>
    <w:p>
      <w:pPr>
        <w:spacing w:after="80"/>
      </w:pPr>
      <w:r>
        <w:rPr>
          <w:b w:val="0"/>
          <w:i w:val="0"/>
        </w:rPr>
        <w:t>thư viện, 302</w:t>
      </w:r>
    </w:p>
    <w:p>
      <w:pPr>
        <w:spacing w:after="80"/>
      </w:pPr>
      <w:r>
        <w:rPr>
          <w:b w:val="0"/>
          <w:i w:val="0"/>
        </w:rPr>
        <w:t>cài đặt, 302</w:t>
      </w:r>
    </w:p>
    <w:p>
      <w:pPr>
        <w:spacing w:after="80"/>
      </w:pPr>
      <w:r>
        <w:rPr>
          <w:b w:val="0"/>
          <w:i w:val="0"/>
        </w:rPr>
        <w:t xml:space="preserve">phương thức </w:t>
      </w:r>
      <w:r>
        <w:rPr>
          <w:rFonts w:ascii="Consolas" w:hAnsi="Consolas"/>
          <w:b w:val="0"/>
          <w:i w:val="0"/>
          <w:sz w:val="20"/>
        </w:rPr>
        <w:t>plot()</w:t>
      </w:r>
      <w:r>
        <w:rPr>
          <w:b w:val="0"/>
          <w:i w:val="0"/>
        </w:rPr>
        <w:t>, 303–306</w:t>
      </w:r>
    </w:p>
    <w:p>
      <w:pPr>
        <w:spacing w:after="80"/>
      </w:pPr>
      <w:r>
        <w:rPr>
          <w:b w:val="0"/>
          <w:i w:val="0"/>
        </w:rPr>
        <w:t xml:space="preserve">mô-đun </w:t>
      </w:r>
      <w:r>
        <w:rPr>
          <w:rFonts w:ascii="Consolas" w:hAnsi="Consolas"/>
          <w:b w:val="0"/>
          <w:i w:val="0"/>
          <w:sz w:val="20"/>
        </w:rPr>
        <w:t>pyplot</w:t>
      </w:r>
      <w:r>
        <w:rPr>
          <w:b w:val="0"/>
          <w:i w:val="0"/>
        </w:rPr>
        <w:t>, 302–303</w:t>
      </w:r>
    </w:p>
    <w:p>
      <w:pPr>
        <w:spacing w:after="80"/>
      </w:pPr>
      <w:r>
        <w:rPr>
          <w:b w:val="0"/>
          <w:i w:val="0"/>
        </w:rPr>
        <w:t xml:space="preserve">phương thức </w:t>
      </w:r>
      <w:r>
        <w:rPr>
          <w:rFonts w:ascii="Consolas" w:hAnsi="Consolas"/>
          <w:b w:val="0"/>
          <w:i w:val="0"/>
          <w:sz w:val="20"/>
        </w:rPr>
        <w:t>savefig()</w:t>
      </w:r>
      <w:r>
        <w:rPr>
          <w:b w:val="0"/>
          <w:i w:val="0"/>
        </w:rPr>
        <w:t>, 311</w:t>
      </w:r>
    </w:p>
    <w:p>
      <w:pPr>
        <w:spacing w:after="80"/>
      </w:pPr>
      <w:r>
        <w:rPr>
          <w:b w:val="0"/>
          <w:i w:val="0"/>
        </w:rPr>
        <w:t>lưu biểu đồ, 311</w:t>
      </w:r>
    </w:p>
    <w:p>
      <w:pPr>
        <w:spacing w:after="80"/>
      </w:pPr>
      <w:r>
        <w:rPr>
          <w:b w:val="0"/>
          <w:i w:val="0"/>
        </w:rPr>
        <w:t xml:space="preserve">phương thức </w:t>
      </w:r>
      <w:r>
        <w:rPr>
          <w:rFonts w:ascii="Consolas" w:hAnsi="Consolas"/>
          <w:b w:val="0"/>
          <w:i w:val="0"/>
          <w:sz w:val="20"/>
        </w:rPr>
        <w:t>scatter()</w:t>
      </w:r>
      <w:r>
        <w:rPr>
          <w:b w:val="0"/>
          <w:i w:val="0"/>
        </w:rPr>
        <w:t>, 306–311</w:t>
      </w:r>
    </w:p>
    <w:p>
      <w:pPr>
        <w:spacing w:after="80"/>
      </w:pPr>
      <w:r>
        <w:rPr>
          <w:b w:val="0"/>
          <w:i w:val="0"/>
        </w:rPr>
        <w:t>đồ thị đường đơn giản, 302–306</w:t>
      </w:r>
    </w:p>
    <w:p>
      <w:pPr>
        <w:spacing w:after="80"/>
      </w:pPr>
      <w:r>
        <w:rPr>
          <w:b w:val="0"/>
          <w:i w:val="0"/>
        </w:rPr>
        <w:t xml:space="preserve">hàm </w:t>
      </w:r>
      <w:r>
        <w:rPr>
          <w:rFonts w:ascii="Consolas" w:hAnsi="Consolas"/>
          <w:b w:val="0"/>
          <w:i w:val="0"/>
          <w:sz w:val="20"/>
        </w:rPr>
        <w:t>subplots()</w:t>
      </w:r>
      <w:r>
        <w:rPr>
          <w:b w:val="0"/>
          <w:i w:val="0"/>
        </w:rPr>
        <w:t>, 303</w:t>
      </w:r>
    </w:p>
    <w:p>
      <w:pPr>
        <w:spacing w:after="80"/>
      </w:pPr>
      <w:r>
        <w:rPr>
          <w:b w:val="0"/>
          <w:i w:val="0"/>
        </w:rPr>
        <w:t>phương thức, 20</w:t>
      </w:r>
    </w:p>
    <w:p>
      <w:pPr>
        <w:spacing w:after="80"/>
      </w:pPr>
      <w:r>
        <w:rPr>
          <w:b w:val="0"/>
          <w:i w:val="0"/>
        </w:rPr>
        <w:t>các phương thức hỗ trợ (helper methods), 237</w:t>
      </w:r>
    </w:p>
    <w:p>
      <w:pPr>
        <w:spacing w:after="80"/>
      </w:pPr>
      <w:r>
        <w:rPr>
          <w:b w:val="0"/>
          <w:i w:val="0"/>
        </w:rPr>
        <w:t xml:space="preserve">các mô-đun (modules), 149–152, 173–179. </w:t>
      </w:r>
      <w:r>
        <w:rPr>
          <w:b w:val="0"/>
          <w:i/>
        </w:rPr>
        <w:t>Xem thêm</w:t>
      </w:r>
      <w:r>
        <w:rPr>
          <w:b w:val="0"/>
          <w:i w:val="0"/>
        </w:rPr>
        <w:t xml:space="preserve"> lớp (classes): nhập mô-đun; hàm (functions): nhập mô-đun</w:t>
      </w:r>
    </w:p>
    <w:p>
      <w:pPr>
        <w:spacing w:after="80"/>
      </w:pPr>
      <w:r>
        <w:rPr>
          <w:b w:val="0"/>
          <w:i w:val="0"/>
        </w:rPr>
        <w:t>toán tử chia lấy dư (modulo operator) (</w:t>
      </w:r>
      <w:r>
        <w:rPr>
          <w:rFonts w:ascii="Consolas" w:hAnsi="Consolas"/>
          <w:b w:val="0"/>
          <w:i w:val="0"/>
          <w:sz w:val="20"/>
        </w:rPr>
        <w:t>%</w:t>
      </w:r>
      <w:r>
        <w:rPr>
          <w:b w:val="0"/>
          <w:i w:val="0"/>
        </w:rPr>
        <w:t>), 116–117</w:t>
      </w:r>
    </w:p>
    <w:p>
      <w:pPr>
        <w:spacing w:after="80"/>
      </w:pPr>
      <w:r>
        <w:rPr>
          <w:b w:val="0"/>
          <w:i/>
        </w:rPr>
        <w:t>motorcycles.py</w:t>
      </w:r>
      <w:r>
        <w:rPr>
          <w:b w:val="0"/>
          <w:i w:val="0"/>
        </w:rPr>
        <w:t>, 36–41</w:t>
      </w:r>
    </w:p>
    <w:p>
      <w:pPr>
        <w:spacing w:after="80"/>
      </w:pPr>
      <w:r>
        <w:rPr>
          <w:b w:val="0"/>
          <w:i/>
        </w:rPr>
        <w:t>mountain_poll.py</w:t>
      </w:r>
      <w:r>
        <w:rPr>
          <w:b w:val="0"/>
          <w:i w:val="0"/>
        </w:rPr>
        <w:t>, 125–126</w:t>
      </w:r>
    </w:p>
    <w:p>
      <w:pPr>
        <w:spacing w:after="80"/>
      </w:pPr>
      <w:r>
        <w:rPr>
          <w:b w:val="0"/>
          <w:i/>
        </w:rPr>
        <w:t>mpl_squares.py</w:t>
      </w:r>
      <w:r>
        <w:rPr>
          <w:b w:val="0"/>
          <w:i w:val="0"/>
        </w:rPr>
        <w:t>, 302–306</w:t>
      </w:r>
    </w:p>
    <w:p>
      <w:pPr>
        <w:spacing w:after="80"/>
      </w:pPr>
      <w:r>
        <w:rPr>
          <w:b w:val="0"/>
          <w:i/>
        </w:rPr>
        <w:t>my_car.py</w:t>
      </w:r>
      <w:r>
        <w:rPr>
          <w:b w:val="0"/>
          <w:i w:val="0"/>
        </w:rPr>
        <w:t>, 174–175</w:t>
      </w:r>
    </w:p>
    <w:p>
      <w:pPr>
        <w:spacing w:after="80"/>
      </w:pPr>
      <w:r>
        <w:rPr>
          <w:b w:val="0"/>
          <w:i/>
        </w:rPr>
        <w:t>my_cars.py</w:t>
      </w:r>
      <w:r>
        <w:rPr>
          <w:b w:val="0"/>
          <w:i w:val="0"/>
        </w:rPr>
        <w:t>, 176–179</w:t>
      </w:r>
    </w:p>
    <w:p>
      <w:pPr>
        <w:spacing w:after="80"/>
      </w:pPr>
      <w:r>
        <w:rPr>
          <w:b w:val="0"/>
          <w:i/>
        </w:rPr>
        <w:t>my_electric_car.py</w:t>
      </w:r>
      <w:r>
        <w:rPr>
          <w:b w:val="0"/>
          <w:i w:val="0"/>
        </w:rPr>
        <w:t>, 176</w:t>
      </w:r>
    </w:p>
    <w:p>
      <w:pPr>
        <w:spacing w:after="80"/>
      </w:pPr>
      <w:r>
        <w:rPr>
          <w:b w:val="0"/>
          <w:i w:val="0"/>
        </w:rPr>
        <w:t>N</w:t>
      </w:r>
    </w:p>
    <w:p>
      <w:pPr>
        <w:spacing w:after="80"/>
      </w:pPr>
      <w:r>
        <w:rPr>
          <w:b w:val="0"/>
          <w:i w:val="0"/>
        </w:rPr>
        <w:t>lỗi tên (name errors), 17–18</w:t>
      </w:r>
    </w:p>
    <w:p>
      <w:pPr>
        <w:spacing w:after="80"/>
      </w:pPr>
      <w:r>
        <w:rPr>
          <w:b w:val="0"/>
          <w:i/>
        </w:rPr>
        <w:t>name_function.py</w:t>
      </w:r>
      <w:r>
        <w:rPr>
          <w:b w:val="0"/>
          <w:i w:val="0"/>
        </w:rPr>
        <w:t>, 211–217</w:t>
      </w:r>
    </w:p>
    <w:p>
      <w:pPr>
        <w:spacing w:after="80"/>
      </w:pPr>
      <w:r>
        <w:rPr>
          <w:b w:val="0"/>
          <w:i/>
        </w:rPr>
        <w:t>name.py</w:t>
      </w:r>
      <w:r>
        <w:rPr>
          <w:b w:val="0"/>
          <w:i w:val="0"/>
        </w:rPr>
        <w:t>, 20</w:t>
      </w:r>
    </w:p>
    <w:p>
      <w:pPr>
        <w:spacing w:after="80"/>
      </w:pPr>
      <w:r>
        <w:rPr>
          <w:b w:val="0"/>
          <w:i/>
        </w:rPr>
        <w:t>names.py</w:t>
      </w:r>
      <w:r>
        <w:rPr>
          <w:b w:val="0"/>
          <w:i w:val="0"/>
        </w:rPr>
        <w:t>, 211–212</w:t>
      </w:r>
    </w:p>
    <w:p>
      <w:pPr>
        <w:spacing w:after="80"/>
      </w:pPr>
      <w:r>
        <w:rPr>
          <w:b w:val="0"/>
          <w:i w:val="0"/>
        </w:rPr>
        <w:t xml:space="preserve">lồng nhau. </w:t>
      </w:r>
      <w:r>
        <w:rPr>
          <w:b w:val="0"/>
          <w:i/>
        </w:rPr>
        <w:t>Xem</w:t>
      </w:r>
      <w:r>
        <w:rPr>
          <w:b w:val="0"/>
          <w:i w:val="0"/>
        </w:rPr>
        <w:t xml:space="preserve"> từ điển: lồng nhau; danh sách: vòng lặp </w:t>
      </w:r>
      <w:r>
        <w:rPr>
          <w:rFonts w:ascii="Consolas" w:hAnsi="Consolas"/>
          <w:b w:val="0"/>
          <w:i w:val="0"/>
          <w:sz w:val="20"/>
        </w:rPr>
        <w:t>for</w:t>
      </w:r>
    </w:p>
    <w:p>
      <w:pPr>
        <w:spacing w:after="80"/>
      </w:pPr>
      <w:r>
        <w:rPr>
          <w:b w:val="0"/>
          <w:i w:val="0"/>
        </w:rPr>
        <w:t>dòng mới (</w:t>
      </w:r>
      <w:r>
        <w:rPr>
          <w:rFonts w:ascii="Consolas" w:hAnsi="Consolas"/>
          <w:b w:val="0"/>
          <w:i w:val="0"/>
          <w:sz w:val="20"/>
        </w:rPr>
        <w:t>\n</w:t>
      </w:r>
      <w:r>
        <w:rPr>
          <w:b w:val="0"/>
          <w:i w:val="0"/>
        </w:rPr>
        <w:t>), 21–22</w:t>
      </w:r>
    </w:p>
    <w:p>
      <w:pPr>
        <w:spacing w:after="80"/>
      </w:pPr>
      <w:r>
        <w:rPr>
          <w:b w:val="0"/>
          <w:i w:val="0"/>
        </w:rPr>
        <w:t xml:space="preserve">hàm </w:t>
      </w:r>
      <w:r>
        <w:rPr>
          <w:rFonts w:ascii="Consolas" w:hAnsi="Consolas"/>
          <w:b w:val="0"/>
          <w:i w:val="0"/>
          <w:sz w:val="20"/>
        </w:rPr>
        <w:t>next()</w:t>
      </w:r>
      <w:r>
        <w:rPr>
          <w:b w:val="0"/>
          <w:i w:val="0"/>
        </w:rPr>
        <w:t>, 330–331</w:t>
      </w:r>
    </w:p>
    <w:p>
      <w:pPr>
        <w:spacing w:after="80"/>
      </w:pPr>
      <w:r>
        <w:rPr>
          <w:rFonts w:ascii="Consolas" w:hAnsi="Consolas"/>
          <w:b w:val="0"/>
          <w:i w:val="0"/>
          <w:sz w:val="20"/>
        </w:rPr>
        <w:t>None</w:t>
      </w:r>
      <w:r>
        <w:rPr>
          <w:b w:val="0"/>
          <w:i w:val="0"/>
        </w:rPr>
        <w:t>, 98, 140</w:t>
      </w:r>
    </w:p>
    <w:p>
      <w:pPr>
        <w:spacing w:after="80"/>
      </w:pPr>
      <w:r>
        <w:rPr>
          <w:b w:val="0"/>
          <w:i/>
        </w:rPr>
        <w:t>number_reader.py</w:t>
      </w:r>
      <w:r>
        <w:rPr>
          <w:b w:val="0"/>
          <w:i w:val="0"/>
        </w:rPr>
        <w:t>, 202</w:t>
      </w:r>
    </w:p>
    <w:p>
      <w:pPr>
        <w:spacing w:after="80"/>
      </w:pPr>
      <w:r>
        <w:rPr>
          <w:b w:val="0"/>
          <w:i w:val="0"/>
        </w:rPr>
        <w:t>số, 26–28</w:t>
      </w:r>
    </w:p>
    <w:p>
      <w:pPr>
        <w:spacing w:after="80"/>
      </w:pPr>
      <w:r>
        <w:rPr>
          <w:b w:val="0"/>
          <w:i w:val="0"/>
        </w:rPr>
        <w:t>số học, 26</w:t>
      </w:r>
    </w:p>
    <w:p>
      <w:pPr>
        <w:spacing w:after="80"/>
      </w:pPr>
      <w:r>
        <w:rPr>
          <w:b w:val="0"/>
          <w:i w:val="0"/>
        </w:rPr>
        <w:t>hằng số, 28</w:t>
      </w:r>
    </w:p>
    <w:p>
      <w:pPr>
        <w:spacing w:after="80"/>
      </w:pPr>
      <w:r>
        <w:rPr>
          <w:b w:val="0"/>
          <w:i w:val="0"/>
        </w:rPr>
        <w:t>lũy thừa, 26</w:t>
      </w:r>
    </w:p>
    <w:p>
      <w:pPr>
        <w:spacing w:after="80"/>
      </w:pPr>
      <w:r>
        <w:rPr>
          <w:b w:val="0"/>
          <w:i w:val="0"/>
        </w:rPr>
        <w:t>số thực, 26–27</w:t>
      </w:r>
    </w:p>
    <w:p>
      <w:pPr>
        <w:spacing w:after="80"/>
      </w:pPr>
      <w:r>
        <w:rPr>
          <w:b w:val="0"/>
          <w:i w:val="0"/>
        </w:rPr>
        <w:t>định dạng, 291–292</w:t>
      </w:r>
    </w:p>
    <w:p>
      <w:pPr>
        <w:spacing w:after="80"/>
      </w:pPr>
      <w:r>
        <w:rPr>
          <w:b w:val="0"/>
          <w:i w:val="0"/>
        </w:rPr>
        <w:t>số nguyên, 26</w:t>
      </w:r>
    </w:p>
    <w:p>
      <w:pPr>
        <w:spacing w:after="80"/>
      </w:pPr>
      <w:r>
        <w:rPr>
          <w:b w:val="0"/>
          <w:i w:val="0"/>
        </w:rPr>
        <w:t>trộn số nguyên và số thực, 27–28</w:t>
      </w:r>
    </w:p>
    <w:p>
      <w:pPr>
        <w:spacing w:after="80"/>
      </w:pPr>
      <w:r>
        <w:rPr>
          <w:b w:val="0"/>
          <w:i w:val="0"/>
        </w:rPr>
        <w:t>thứ tự các phép toán, 26</w:t>
      </w:r>
    </w:p>
    <w:p>
      <w:pPr>
        <w:spacing w:after="80"/>
      </w:pPr>
      <w:r>
        <w:rPr>
          <w:b w:val="0"/>
          <w:i w:val="0"/>
        </w:rPr>
        <w:t xml:space="preserve">Hàm </w:t>
      </w:r>
      <w:r>
        <w:rPr>
          <w:rFonts w:ascii="Consolas" w:hAnsi="Consolas"/>
          <w:b w:val="0"/>
          <w:i w:val="0"/>
          <w:sz w:val="20"/>
        </w:rPr>
        <w:t>round()</w:t>
      </w:r>
      <w:r>
        <w:rPr>
          <w:b w:val="0"/>
          <w:i w:val="0"/>
        </w:rPr>
        <w:t>, 291–292</w:t>
      </w:r>
    </w:p>
    <w:p>
      <w:pPr>
        <w:spacing w:after="80"/>
      </w:pPr>
      <w:r>
        <w:rPr>
          <w:b w:val="0"/>
          <w:i w:val="0"/>
        </w:rPr>
        <w:t>dấu gạch dưới trong, 28</w:t>
      </w:r>
    </w:p>
    <w:p>
      <w:pPr>
        <w:spacing w:after="80"/>
      </w:pPr>
      <w:r>
        <w:rPr>
          <w:b w:val="0"/>
          <w:i/>
        </w:rPr>
        <w:t>number_writer.py</w:t>
      </w:r>
      <w:r>
        <w:rPr>
          <w:b w:val="0"/>
          <w:i w:val="0"/>
        </w:rPr>
        <w:t>, 201</w:t>
      </w:r>
    </w:p>
    <w:p>
      <w:pPr>
        <w:spacing w:after="80"/>
      </w:pPr>
      <w:r>
        <w:rPr>
          <w:b w:val="0"/>
          <w:i w:val="0"/>
        </w:rPr>
        <w:t>O</w:t>
      </w:r>
    </w:p>
    <w:p>
      <w:pPr>
        <w:spacing w:after="80"/>
      </w:pPr>
      <w:r>
        <w:rPr>
          <w:b w:val="0"/>
          <w:i w:val="0"/>
        </w:rPr>
        <w:t xml:space="preserve">lập trình hướng đối tượng (object-oriented programming - OOP), 157. </w:t>
      </w:r>
      <w:r>
        <w:rPr>
          <w:b w:val="0"/>
          <w:i/>
        </w:rPr>
        <w:t>Xem thêm</w:t>
      </w:r>
      <w:r>
        <w:rPr>
          <w:b w:val="0"/>
          <w:i w:val="0"/>
        </w:rPr>
        <w:t xml:space="preserve"> lớp (class)</w:t>
      </w:r>
    </w:p>
    <w:p>
      <w:pPr>
        <w:spacing w:after="80"/>
      </w:pPr>
      <w:r>
        <w:rPr>
          <w:b w:val="0"/>
          <w:i w:val="0"/>
        </w:rPr>
        <w:t xml:space="preserve">Từ khóa </w:t>
      </w:r>
      <w:r>
        <w:rPr>
          <w:rFonts w:ascii="Consolas" w:hAnsi="Consolas"/>
          <w:b w:val="0"/>
          <w:i w:val="0"/>
          <w:sz w:val="20"/>
        </w:rPr>
        <w:t>or</w:t>
      </w:r>
      <w:r>
        <w:rPr>
          <w:b w:val="0"/>
          <w:i w:val="0"/>
        </w:rPr>
        <w:t xml:space="preserve">, 76. </w:t>
      </w:r>
      <w:r>
        <w:rPr>
          <w:b w:val="0"/>
          <w:i/>
        </w:rPr>
        <w:t>Xem thêm</w:t>
      </w:r>
      <w:r>
        <w:rPr>
          <w:b w:val="0"/>
          <w:i w:val="0"/>
        </w:rPr>
        <w:t xml:space="preserve"> câu lệnh </w:t>
      </w:r>
      <w:r>
        <w:rPr>
          <w:rFonts w:ascii="Consolas" w:hAnsi="Consolas"/>
          <w:b w:val="0"/>
          <w:i w:val="0"/>
          <w:sz w:val="20"/>
        </w:rPr>
        <w:t>if</w:t>
      </w:r>
    </w:p>
    <w:p>
      <w:pPr>
        <w:spacing w:after="80"/>
      </w:pPr>
      <w:r>
        <w:rPr>
          <w:b w:val="0"/>
          <w:i w:val="0"/>
        </w:rPr>
        <w:t>P</w:t>
      </w:r>
    </w:p>
    <w:p>
      <w:pPr>
        <w:spacing w:after="80"/>
      </w:pPr>
      <w:r>
        <w:rPr>
          <w:b w:val="0"/>
          <w:i w:val="0"/>
        </w:rPr>
        <w:t>pandas, 320</w:t>
      </w:r>
    </w:p>
    <w:p>
      <w:pPr>
        <w:spacing w:after="80"/>
      </w:pPr>
      <w:r>
        <w:rPr>
          <w:b w:val="0"/>
          <w:i w:val="0"/>
        </w:rPr>
        <w:t>tham số (parameter), 131</w:t>
      </w:r>
    </w:p>
    <w:p>
      <w:pPr>
        <w:spacing w:after="80"/>
      </w:pPr>
      <w:r>
        <w:rPr>
          <w:b w:val="0"/>
          <w:i/>
        </w:rPr>
        <w:t>parrot.py</w:t>
      </w:r>
      <w:r>
        <w:rPr>
          <w:b w:val="0"/>
          <w:i w:val="0"/>
        </w:rPr>
        <w:t>, 114, 118–121</w:t>
      </w:r>
    </w:p>
    <w:p>
      <w:pPr>
        <w:spacing w:after="80"/>
      </w:pPr>
      <w:r>
        <w:rPr>
          <w:b w:val="0"/>
          <w:i w:val="0"/>
        </w:rPr>
        <w:t xml:space="preserve">câu lệnh </w:t>
      </w:r>
      <w:r>
        <w:rPr>
          <w:rFonts w:ascii="Consolas" w:hAnsi="Consolas"/>
          <w:b w:val="0"/>
          <w:i w:val="0"/>
          <w:sz w:val="20"/>
        </w:rPr>
        <w:t>pass</w:t>
      </w:r>
      <w:r>
        <w:rPr>
          <w:b w:val="0"/>
          <w:i w:val="0"/>
        </w:rPr>
        <w:t>, 198–199</w:t>
      </w:r>
    </w:p>
    <w:p>
      <w:pPr>
        <w:spacing w:after="80"/>
      </w:pPr>
      <w:r>
        <w:rPr>
          <w:b w:val="0"/>
          <w:i w:val="0"/>
        </w:rPr>
        <w:t xml:space="preserve">đường dẫn. </w:t>
      </w:r>
      <w:r>
        <w:rPr>
          <w:b w:val="0"/>
          <w:i/>
        </w:rPr>
        <w:t>Xem</w:t>
      </w:r>
      <w:r>
        <w:rPr>
          <w:b w:val="0"/>
          <w:i w:val="0"/>
        </w:rPr>
        <w:t xml:space="preserve"> tệp (file): đường dẫn tệp</w:t>
      </w:r>
    </w:p>
    <w:p>
      <w:pPr>
        <w:spacing w:after="80"/>
      </w:pPr>
      <w:r>
        <w:rPr>
          <w:b w:val="0"/>
          <w:i w:val="0"/>
        </w:rPr>
        <w:t>PEP 8, 68–69</w:t>
      </w:r>
    </w:p>
    <w:p>
      <w:pPr>
        <w:spacing w:after="80"/>
      </w:pPr>
      <w:r>
        <w:rPr>
          <w:b w:val="0"/>
          <w:i/>
        </w:rPr>
        <w:t>person.py</w:t>
      </w:r>
      <w:r>
        <w:rPr>
          <w:b w:val="0"/>
          <w:i w:val="0"/>
        </w:rPr>
        <w:t>, 139–140</w:t>
      </w:r>
    </w:p>
    <w:p>
      <w:pPr>
        <w:spacing w:after="80"/>
      </w:pPr>
      <w:r>
        <w:rPr>
          <w:b w:val="0"/>
          <w:i/>
        </w:rPr>
        <w:t>pets.py</w:t>
      </w:r>
      <w:r>
        <w:rPr>
          <w:b w:val="0"/>
          <w:i w:val="0"/>
        </w:rPr>
        <w:t>, 125, 132–136</w:t>
      </w:r>
    </w:p>
    <w:p>
      <w:pPr>
        <w:spacing w:after="80"/>
      </w:pPr>
      <w:r>
        <w:rPr>
          <w:b w:val="0"/>
          <w:i w:val="0"/>
        </w:rPr>
        <w:t>pip, 210–211</w:t>
      </w:r>
    </w:p>
    <w:p>
      <w:pPr>
        <w:spacing w:after="80"/>
      </w:pPr>
      <w:r>
        <w:rPr>
          <w:b w:val="0"/>
          <w:i w:val="0"/>
        </w:rPr>
        <w:t>cài đặt Django, 374–376</w:t>
      </w:r>
    </w:p>
    <w:p>
      <w:pPr>
        <w:spacing w:after="80"/>
      </w:pPr>
      <w:r>
        <w:rPr>
          <w:b w:val="0"/>
          <w:i w:val="0"/>
        </w:rPr>
        <w:t>cài đặt Matplotlib, 302</w:t>
      </w:r>
    </w:p>
    <w:p>
      <w:pPr>
        <w:spacing w:after="80"/>
      </w:pPr>
      <w:r>
        <w:rPr>
          <w:b w:val="0"/>
          <w:i w:val="0"/>
        </w:rPr>
        <w:t>cài đặt Plotly, 320</w:t>
      </w:r>
    </w:p>
    <w:p>
      <w:pPr>
        <w:spacing w:after="80"/>
      </w:pPr>
      <w:r>
        <w:rPr>
          <w:b w:val="0"/>
          <w:i w:val="0"/>
        </w:rPr>
        <w:t>cài đặt Pygame, 228</w:t>
      </w:r>
    </w:p>
    <w:p>
      <w:pPr>
        <w:spacing w:after="80"/>
      </w:pPr>
      <w:r>
        <w:rPr>
          <w:b w:val="0"/>
          <w:i w:val="0"/>
        </w:rPr>
        <w:t>cài đặt pytest, 211</w:t>
      </w:r>
    </w:p>
    <w:p>
      <w:pPr>
        <w:spacing w:after="80"/>
      </w:pPr>
      <w:r>
        <w:rPr>
          <w:b w:val="0"/>
          <w:i w:val="0"/>
        </w:rPr>
        <w:t>cài đặt Requests, 357</w:t>
      </w:r>
    </w:p>
    <w:p>
      <w:pPr>
        <w:spacing w:after="80"/>
      </w:pPr>
      <w:r>
        <w:rPr>
          <w:b w:val="0"/>
          <w:i w:val="0"/>
        </w:rPr>
        <w:t>Linux, cài đặt pip, 465–466</w:t>
      </w:r>
    </w:p>
    <w:p>
      <w:pPr>
        <w:spacing w:after="80"/>
      </w:pPr>
      <w:r>
        <w:rPr>
          <w:b w:val="0"/>
          <w:i w:val="0"/>
        </w:rPr>
        <w:t>cập nhật, 210</w:t>
      </w:r>
    </w:p>
    <w:p>
      <w:pPr>
        <w:spacing w:after="80"/>
      </w:pPr>
      <w:r>
        <w:rPr>
          <w:b w:val="0"/>
          <w:i/>
        </w:rPr>
        <w:t>pi_string.py</w:t>
      </w:r>
      <w:r>
        <w:rPr>
          <w:b w:val="0"/>
          <w:i w:val="0"/>
        </w:rPr>
        <w:t>, 187–189</w:t>
      </w:r>
    </w:p>
    <w:p>
      <w:pPr>
        <w:spacing w:after="80"/>
      </w:pPr>
      <w:r>
        <w:rPr>
          <w:b w:val="0"/>
          <w:i/>
        </w:rPr>
        <w:t>pizza.py</w:t>
      </w:r>
      <w:r>
        <w:rPr>
          <w:b w:val="0"/>
          <w:i w:val="0"/>
        </w:rPr>
        <w:t>, 146–148</w:t>
      </w:r>
    </w:p>
    <w:p>
      <w:pPr>
        <w:spacing w:after="80"/>
      </w:pPr>
      <w:r>
        <w:rPr>
          <w:b w:val="0"/>
          <w:i w:val="0"/>
        </w:rPr>
        <w:t xml:space="preserve">Platform.sh. </w:t>
      </w:r>
      <w:r>
        <w:rPr>
          <w:b w:val="0"/>
          <w:i/>
        </w:rPr>
        <w:t>Xem</w:t>
      </w:r>
      <w:r>
        <w:rPr>
          <w:b w:val="0"/>
          <w:i w:val="0"/>
        </w:rPr>
        <w:t xml:space="preserve"> Django: triển khai</w:t>
      </w:r>
    </w:p>
    <w:p>
      <w:pPr>
        <w:spacing w:after="80"/>
      </w:pPr>
      <w:r>
        <w:rPr>
          <w:b w:val="0"/>
          <w:i/>
        </w:rPr>
        <w:t>players.py</w:t>
      </w:r>
      <w:r>
        <w:rPr>
          <w:b w:val="0"/>
          <w:i w:val="0"/>
        </w:rPr>
        <w:t>, 61–62</w:t>
      </w:r>
    </w:p>
    <w:p>
      <w:pPr>
        <w:spacing w:after="80"/>
      </w:pPr>
      <w:r>
        <w:rPr>
          <w:b w:val="0"/>
          <w:i w:val="0"/>
        </w:rPr>
        <w:t xml:space="preserve">Plotly, 302, 319. </w:t>
      </w:r>
      <w:r>
        <w:rPr>
          <w:b w:val="0"/>
          <w:i/>
        </w:rPr>
        <w:t>Xem thêm</w:t>
      </w:r>
      <w:r>
        <w:rPr>
          <w:b w:val="0"/>
          <w:i w:val="0"/>
        </w:rPr>
        <w:t xml:space="preserve"> ánh xạ động đất; gieo xúc xắc</w:t>
      </w:r>
    </w:p>
    <w:p>
      <w:pPr>
        <w:spacing w:after="80"/>
      </w:pPr>
      <w:r>
        <w:rPr>
          <w:b w:val="0"/>
          <w:i w:val="0"/>
        </w:rPr>
        <w:t>các loại biểu đồ, 322</w:t>
      </w:r>
    </w:p>
    <w:p>
      <w:pPr>
        <w:spacing w:after="80"/>
      </w:pPr>
      <w:r>
        <w:rPr>
          <w:b w:val="0"/>
          <w:i w:val="0"/>
        </w:rPr>
        <w:t>tùy chỉnh biểu đồ, 323, 325–326, 364</w:t>
      </w:r>
    </w:p>
    <w:p>
      <w:pPr>
        <w:spacing w:after="80"/>
      </w:pPr>
      <w:r>
        <w:rPr>
          <w:b w:val="0"/>
          <w:i w:val="0"/>
        </w:rPr>
        <w:t>tài liệu hướng dẫn, 368</w:t>
      </w:r>
    </w:p>
    <w:p>
      <w:pPr>
        <w:spacing w:after="80"/>
      </w:pPr>
      <w:r>
        <w:rPr>
          <w:b w:val="0"/>
          <w:i w:val="0"/>
        </w:rPr>
        <w:t xml:space="preserve">phương thức </w:t>
      </w:r>
      <w:r>
        <w:rPr>
          <w:rFonts w:ascii="Consolas" w:hAnsi="Consolas"/>
          <w:b w:val="0"/>
          <w:i w:val="0"/>
          <w:sz w:val="20"/>
        </w:rPr>
        <w:t>fig.show()</w:t>
      </w:r>
      <w:r>
        <w:rPr>
          <w:b w:val="0"/>
          <w:i w:val="0"/>
        </w:rPr>
        <w:t>, 322</w:t>
      </w:r>
    </w:p>
    <w:p>
      <w:pPr>
        <w:spacing w:after="80"/>
      </w:pPr>
      <w:r>
        <w:rPr>
          <w:b w:val="0"/>
          <w:i w:val="0"/>
        </w:rPr>
        <w:t xml:space="preserve">phương thức </w:t>
      </w:r>
      <w:r>
        <w:rPr>
          <w:rFonts w:ascii="Consolas" w:hAnsi="Consolas"/>
          <w:b w:val="0"/>
          <w:i w:val="0"/>
          <w:sz w:val="20"/>
        </w:rPr>
        <w:t>fig.write_html()</w:t>
      </w:r>
      <w:r>
        <w:rPr>
          <w:b w:val="0"/>
          <w:i w:val="0"/>
        </w:rPr>
        <w:t>, 327</w:t>
      </w:r>
    </w:p>
    <w:p>
      <w:pPr>
        <w:spacing w:after="80"/>
      </w:pPr>
      <w:r>
        <w:rPr>
          <w:b w:val="0"/>
          <w:i w:val="0"/>
        </w:rPr>
        <w:t>định dạng biểu đồ</w:t>
      </w:r>
    </w:p>
    <w:p>
      <w:pPr>
        <w:spacing w:after="80"/>
      </w:pPr>
      <w:r>
        <w:rPr>
          <w:b w:val="0"/>
          <w:i w:val="0"/>
        </w:rPr>
        <w:t>nhãn trục, 323</w:t>
      </w:r>
    </w:p>
    <w:p>
      <w:pPr>
        <w:spacing w:after="80"/>
      </w:pPr>
      <w:r>
        <w:rPr>
          <w:b w:val="0"/>
          <w:i w:val="0"/>
        </w:rPr>
        <w:t>thang màu, 349–350</w:t>
      </w:r>
    </w:p>
    <w:p>
      <w:pPr>
        <w:spacing w:after="80"/>
      </w:pPr>
      <w:r>
        <w:rPr>
          <w:b w:val="0"/>
          <w:i w:val="0"/>
        </w:rPr>
        <w:t>văn bản hiện khi di chuột, 350–351, 365–366</w:t>
      </w:r>
    </w:p>
    <w:p>
      <w:pPr>
        <w:spacing w:after="80"/>
      </w:pPr>
      <w:r>
        <w:rPr>
          <w:b w:val="0"/>
          <w:i w:val="0"/>
        </w:rPr>
        <w:t>liên kết trong biểu đồ, 366–367</w:t>
      </w:r>
    </w:p>
    <w:p>
      <w:pPr>
        <w:spacing w:after="80"/>
      </w:pPr>
      <w:r>
        <w:rPr>
          <w:b w:val="0"/>
          <w:i w:val="0"/>
        </w:rPr>
        <w:t>màu điểm đánh dấu, 349–350, 367</w:t>
      </w:r>
    </w:p>
    <w:p>
      <w:pPr>
        <w:spacing w:after="80"/>
      </w:pPr>
      <w:r>
        <w:rPr>
          <w:b w:val="0"/>
          <w:i w:val="0"/>
        </w:rPr>
        <w:t>vạch chia trên trục, 325–326</w:t>
      </w:r>
    </w:p>
    <w:p>
      <w:pPr>
        <w:spacing w:after="80"/>
      </w:pPr>
      <w:r>
        <w:rPr>
          <w:b w:val="0"/>
          <w:i w:val="0"/>
        </w:rPr>
        <w:t>tiêu đề, 323</w:t>
      </w:r>
    </w:p>
    <w:p>
      <w:pPr>
        <w:spacing w:after="80"/>
      </w:pPr>
      <w:r>
        <w:rPr>
          <w:b w:val="0"/>
          <w:i w:val="0"/>
        </w:rPr>
        <w:t>chú thích khi di chuột (tooltip), 365–366</w:t>
      </w:r>
    </w:p>
    <w:p>
      <w:pPr>
        <w:spacing w:after="80"/>
      </w:pPr>
      <w:r>
        <w:rPr>
          <w:b w:val="0"/>
          <w:i w:val="0"/>
        </w:rPr>
        <w:t xml:space="preserve">phương thức </w:t>
      </w:r>
      <w:r>
        <w:rPr>
          <w:rFonts w:ascii="Consolas" w:hAnsi="Consolas"/>
          <w:b w:val="0"/>
          <w:i w:val="0"/>
          <w:sz w:val="20"/>
        </w:rPr>
        <w:t>update_layout()</w:t>
      </w:r>
      <w:r>
        <w:rPr>
          <w:b w:val="0"/>
          <w:i w:val="0"/>
        </w:rPr>
        <w:t>, 325–326, 364</w:t>
      </w:r>
    </w:p>
    <w:p>
      <w:pPr>
        <w:spacing w:after="80"/>
      </w:pPr>
      <w:r>
        <w:rPr>
          <w:b w:val="0"/>
          <w:i w:val="0"/>
        </w:rPr>
        <w:t xml:space="preserve">phương thức </w:t>
      </w:r>
      <w:r>
        <w:rPr>
          <w:rFonts w:ascii="Consolas" w:hAnsi="Consolas"/>
          <w:b w:val="0"/>
          <w:i w:val="0"/>
          <w:sz w:val="20"/>
        </w:rPr>
        <w:t>update_traces()</w:t>
      </w:r>
      <w:r>
        <w:rPr>
          <w:b w:val="0"/>
          <w:i w:val="0"/>
        </w:rPr>
        <w:t>, 367</w:t>
      </w:r>
    </w:p>
    <w:p>
      <w:pPr>
        <w:spacing w:after="80"/>
      </w:pPr>
      <w:r>
        <w:rPr>
          <w:b w:val="0"/>
          <w:i w:val="0"/>
        </w:rPr>
        <w:t>thư viện (gallery), 320</w:t>
      </w:r>
    </w:p>
    <w:p>
      <w:pPr>
        <w:spacing w:after="80"/>
      </w:pPr>
      <w:r>
        <w:rPr>
          <w:b w:val="0"/>
          <w:i w:val="0"/>
        </w:rPr>
        <w:t>biểu đồ tần suất (histogram), 322</w:t>
      </w:r>
    </w:p>
    <w:p>
      <w:pPr>
        <w:spacing w:after="80"/>
      </w:pPr>
      <w:r>
        <w:rPr>
          <w:b w:val="0"/>
          <w:i w:val="0"/>
        </w:rPr>
        <w:t>cài đặt, 320</w:t>
      </w:r>
    </w:p>
    <w:p>
      <w:pPr>
        <w:spacing w:after="80"/>
      </w:pPr>
      <w:r>
        <w:rPr>
          <w:b w:val="0"/>
          <w:i w:val="0"/>
        </w:rPr>
        <w:t xml:space="preserve">mô-đun </w:t>
      </w:r>
      <w:r>
        <w:rPr>
          <w:rFonts w:ascii="Consolas" w:hAnsi="Consolas"/>
          <w:b w:val="0"/>
          <w:i w:val="0"/>
          <w:sz w:val="20"/>
        </w:rPr>
        <w:t>plotly.express</w:t>
      </w:r>
      <w:r>
        <w:rPr>
          <w:b w:val="0"/>
          <w:i w:val="0"/>
        </w:rPr>
        <w:t>, 322, 347, 368</w:t>
      </w:r>
    </w:p>
    <w:p>
      <w:pPr>
        <w:spacing w:after="80"/>
      </w:pPr>
      <w:r>
        <w:rPr>
          <w:b w:val="0"/>
          <w:i w:val="0"/>
        </w:rPr>
        <w:t xml:space="preserve">bí danh </w:t>
      </w:r>
      <w:r>
        <w:rPr>
          <w:rFonts w:ascii="Consolas" w:hAnsi="Consolas"/>
          <w:b w:val="0"/>
          <w:i w:val="0"/>
          <w:sz w:val="20"/>
        </w:rPr>
        <w:t>px</w:t>
      </w:r>
      <w:r>
        <w:rPr>
          <w:b w:val="0"/>
          <w:i w:val="0"/>
        </w:rPr>
        <w:t>, 322</w:t>
      </w:r>
    </w:p>
    <w:p>
      <w:pPr>
        <w:spacing w:after="80"/>
      </w:pPr>
      <w:r>
        <w:rPr>
          <w:b w:val="0"/>
          <w:i w:val="0"/>
        </w:rPr>
        <w:t xml:space="preserve">hàm </w:t>
      </w:r>
      <w:r>
        <w:rPr>
          <w:rFonts w:ascii="Consolas" w:hAnsi="Consolas"/>
          <w:b w:val="0"/>
          <w:i w:val="0"/>
          <w:sz w:val="20"/>
        </w:rPr>
        <w:t>px.bar()</w:t>
      </w:r>
      <w:r>
        <w:rPr>
          <w:b w:val="0"/>
          <w:i w:val="0"/>
        </w:rPr>
        <w:t>, 322–323, 363–367</w:t>
      </w:r>
    </w:p>
    <w:p>
      <w:pPr>
        <w:spacing w:after="80"/>
      </w:pPr>
      <w:r>
        <w:rPr>
          <w:b w:val="0"/>
          <w:i w:val="0"/>
        </w:rPr>
        <w:t>lưu biểu đồ, 327</w:t>
      </w:r>
    </w:p>
    <w:p>
      <w:pPr>
        <w:spacing w:after="80"/>
      </w:pPr>
      <w:r>
        <w:rPr>
          <w:b w:val="0"/>
          <w:i w:val="0"/>
        </w:rPr>
        <w:t xml:space="preserve">hàm </w:t>
      </w:r>
      <w:r>
        <w:rPr>
          <w:rFonts w:ascii="Consolas" w:hAnsi="Consolas"/>
          <w:b w:val="0"/>
          <w:i w:val="0"/>
          <w:sz w:val="20"/>
        </w:rPr>
        <w:t>scatter_geo()</w:t>
      </w:r>
      <w:r>
        <w:rPr>
          <w:b w:val="0"/>
          <w:i w:val="0"/>
        </w:rPr>
        <w:t>, 347–352</w:t>
      </w:r>
    </w:p>
    <w:p>
      <w:pPr>
        <w:spacing w:after="80"/>
      </w:pPr>
      <w:r>
        <w:rPr>
          <w:b w:val="0"/>
          <w:i w:val="0"/>
        </w:rPr>
        <w:t xml:space="preserve">phương thức </w:t>
      </w:r>
      <w:r>
        <w:rPr>
          <w:rFonts w:ascii="Consolas" w:hAnsi="Consolas"/>
          <w:b w:val="0"/>
          <w:i w:val="0"/>
          <w:sz w:val="20"/>
        </w:rPr>
        <w:t>pop()</w:t>
      </w:r>
      <w:r>
        <w:rPr>
          <w:b w:val="0"/>
          <w:i w:val="0"/>
        </w:rPr>
        <w:t>, 39–40</w:t>
      </w:r>
    </w:p>
    <w:p>
      <w:pPr>
        <w:spacing w:after="80"/>
      </w:pPr>
      <w:r>
        <w:rPr>
          <w:b w:val="0"/>
          <w:i w:val="0"/>
        </w:rPr>
        <w:t xml:space="preserve">đối số theo vị trí (positional argument), 131–133. </w:t>
      </w:r>
      <w:r>
        <w:rPr>
          <w:b w:val="0"/>
          <w:i/>
        </w:rPr>
        <w:t>Xem thêm</w:t>
      </w:r>
      <w:r>
        <w:rPr>
          <w:b w:val="0"/>
          <w:i w:val="0"/>
        </w:rPr>
        <w:t xml:space="preserve"> hàm: đối số</w:t>
      </w:r>
    </w:p>
    <w:p>
      <w:pPr>
        <w:spacing w:after="80"/>
      </w:pPr>
      <w:r>
        <w:rPr>
          <w:b w:val="0"/>
          <w:i w:val="0"/>
        </w:rPr>
        <w:t xml:space="preserve">yêu cầu POST, 406. </w:t>
      </w:r>
      <w:r>
        <w:rPr>
          <w:b w:val="0"/>
          <w:i/>
        </w:rPr>
        <w:t>Xem thêm</w:t>
      </w:r>
      <w:r>
        <w:rPr>
          <w:b w:val="0"/>
          <w:i w:val="0"/>
        </w:rPr>
        <w:t xml:space="preserve"> Django: biểu mẫu</w:t>
      </w:r>
    </w:p>
    <w:p>
      <w:pPr>
        <w:spacing w:after="80"/>
      </w:pPr>
      <w:r>
        <w:rPr>
          <w:b w:val="0"/>
          <w:i/>
        </w:rPr>
        <w:t>printing_models.py</w:t>
      </w:r>
      <w:r>
        <w:rPr>
          <w:b w:val="0"/>
          <w:i w:val="0"/>
        </w:rPr>
        <w:t>, 143–145</w:t>
      </w:r>
    </w:p>
    <w:p>
      <w:pPr>
        <w:spacing w:after="80"/>
      </w:pPr>
      <w:r>
        <w:rPr>
          <w:b w:val="0"/>
          <w:i w:val="0"/>
        </w:rPr>
        <w:t>Dự án Gutenberg, 196–197</w:t>
      </w:r>
    </w:p>
    <w:p>
      <w:pPr>
        <w:spacing w:after="80"/>
      </w:pPr>
      <w:r>
        <w:rPr>
          <w:b w:val="0"/>
          <w:i w:val="0"/>
        </w:rPr>
        <w:t>lời nhắc, 114–115</w:t>
      </w:r>
    </w:p>
    <w:p>
      <w:pPr>
        <w:spacing w:after="80"/>
      </w:pPr>
      <w:r>
        <w:rPr>
          <w:b w:val="0"/>
          <w:i w:val="0"/>
        </w:rPr>
        <w:t xml:space="preserve">phần mở rộng tệp </w:t>
      </w:r>
      <w:r>
        <w:rPr>
          <w:b w:val="0"/>
          <w:i/>
        </w:rPr>
        <w:t>.py</w:t>
      </w:r>
      <w:r>
        <w:rPr>
          <w:b w:val="0"/>
          <w:i w:val="0"/>
        </w:rPr>
        <w:t>, 15–16</w:t>
      </w:r>
    </w:p>
    <w:p>
      <w:pPr>
        <w:spacing w:after="80"/>
      </w:pPr>
      <w:r>
        <w:rPr>
          <w:b w:val="0"/>
          <w:i w:val="0"/>
        </w:rPr>
        <w:t xml:space="preserve">Pygame. </w:t>
      </w:r>
      <w:r>
        <w:rPr>
          <w:b w:val="0"/>
          <w:i/>
        </w:rPr>
        <w:t>Xem thêm</w:t>
      </w:r>
      <w:r>
        <w:rPr>
          <w:b w:val="0"/>
          <w:i w:val="0"/>
        </w:rPr>
        <w:t xml:space="preserve"> </w:t>
      </w:r>
      <w:r>
        <w:rPr>
          <w:b w:val="0"/>
          <w:i/>
        </w:rPr>
        <w:t>Alien Invasion</w:t>
      </w:r>
    </w:p>
    <w:p>
      <w:pPr>
        <w:spacing w:after="80"/>
      </w:pPr>
      <w:r>
        <w:rPr>
          <w:b w:val="0"/>
          <w:i w:val="0"/>
        </w:rPr>
        <w:t>màu nền, 231–232</w:t>
      </w:r>
    </w:p>
    <w:p>
      <w:pPr>
        <w:spacing w:after="80"/>
      </w:pPr>
      <w:r>
        <w:rPr>
          <w:b w:val="0"/>
          <w:i w:val="0"/>
        </w:rPr>
        <w:t xml:space="preserve">phương thức </w:t>
      </w:r>
      <w:r>
        <w:rPr>
          <w:rFonts w:ascii="Consolas" w:hAnsi="Consolas"/>
          <w:b w:val="0"/>
          <w:i w:val="0"/>
          <w:sz w:val="20"/>
        </w:rPr>
        <w:t>clock.tick()</w:t>
      </w:r>
      <w:r>
        <w:rPr>
          <w:b w:val="0"/>
          <w:i w:val="0"/>
        </w:rPr>
        <w:t>, 230–231</w:t>
      </w:r>
    </w:p>
    <w:p>
      <w:pPr>
        <w:spacing w:after="80"/>
      </w:pPr>
      <w:r>
        <w:rPr>
          <w:b w:val="0"/>
          <w:i w:val="0"/>
        </w:rPr>
        <w:t>va chạm, 266–267, 270–271, 289–290</w:t>
      </w:r>
    </w:p>
    <w:p>
      <w:pPr>
        <w:spacing w:after="80"/>
      </w:pPr>
      <w:r>
        <w:rPr>
          <w:b w:val="0"/>
          <w:i w:val="0"/>
        </w:rPr>
        <w:t>tạo một cửa sổ trống, 229–230</w:t>
      </w:r>
    </w:p>
    <w:p>
      <w:pPr>
        <w:spacing w:after="80"/>
      </w:pPr>
      <w:r>
        <w:rPr>
          <w:b w:val="0"/>
          <w:i w:val="0"/>
        </w:rPr>
        <w:t>con trỏ, ẩn đi, 282–283</w:t>
      </w:r>
    </w:p>
    <w:p>
      <w:pPr>
        <w:spacing w:after="80"/>
      </w:pPr>
      <w:r>
        <w:rPr>
          <w:b w:val="0"/>
          <w:i w:val="0"/>
        </w:rPr>
        <w:t>hiển thị văn bản, 278–280</w:t>
      </w:r>
    </w:p>
    <w:p>
      <w:pPr>
        <w:spacing w:after="80"/>
      </w:pPr>
      <w:r>
        <w:rPr>
          <w:b w:val="0"/>
          <w:i w:val="0"/>
        </w:rPr>
        <w:t>kết thúc trò chơi, 274–275</w:t>
      </w:r>
    </w:p>
    <w:p>
      <w:pPr>
        <w:spacing w:after="80"/>
      </w:pPr>
      <w:r>
        <w:rPr>
          <w:b w:val="0"/>
          <w:i w:val="0"/>
        </w:rPr>
        <w:t>vòng lặp sự kiện, 229–230</w:t>
      </w:r>
    </w:p>
    <w:p>
      <w:pPr>
        <w:spacing w:after="80"/>
      </w:pPr>
      <w:r>
        <w:rPr>
          <w:b w:val="0"/>
          <w:i w:val="0"/>
        </w:rPr>
        <w:t>tốc độ khung hình, 230–231</w:t>
      </w:r>
    </w:p>
    <w:p>
      <w:pPr>
        <w:spacing w:after="80"/>
      </w:pPr>
      <w:r>
        <w:rPr>
          <w:b w:val="0"/>
          <w:i w:val="0"/>
        </w:rPr>
        <w:t>chế độ toàn màn hình, 245</w:t>
      </w:r>
    </w:p>
    <w:p>
      <w:pPr>
        <w:spacing w:after="80"/>
      </w:pPr>
      <w:r>
        <w:rPr>
          <w:b w:val="0"/>
          <w:i w:val="0"/>
        </w:rPr>
        <w:t>các nhóm</w:t>
      </w:r>
    </w:p>
    <w:p>
      <w:pPr>
        <w:spacing w:after="80"/>
      </w:pPr>
      <w:r>
        <w:rPr>
          <w:b w:val="0"/>
          <w:i w:val="0"/>
        </w:rPr>
        <w:t>thêm phần tử, 249–250</w:t>
      </w:r>
    </w:p>
    <w:p>
      <w:pPr>
        <w:spacing w:after="80"/>
      </w:pPr>
      <w:r>
        <w:rPr>
          <w:b w:val="0"/>
          <w:i w:val="0"/>
        </w:rPr>
        <w:t>định nghĩa, 248–249</w:t>
      </w:r>
    </w:p>
    <w:p>
      <w:pPr>
        <w:spacing w:after="80"/>
      </w:pPr>
      <w:r>
        <w:rPr>
          <w:b w:val="0"/>
          <w:i w:val="0"/>
        </w:rPr>
        <w:t>vẽ tất cả phần tử trong, 249–250, 257–258</w:t>
      </w:r>
    </w:p>
    <w:p>
      <w:pPr>
        <w:spacing w:after="80"/>
      </w:pPr>
      <w:r>
        <w:rPr>
          <w:b w:val="0"/>
          <w:i w:val="0"/>
        </w:rPr>
        <w:t>làm trống, 268–269</w:t>
      </w:r>
    </w:p>
    <w:p>
      <w:pPr>
        <w:spacing w:after="80"/>
      </w:pPr>
      <w:r>
        <w:rPr>
          <w:b w:val="0"/>
          <w:i w:val="0"/>
        </w:rPr>
        <w:t>lặp qua, 249–251</w:t>
      </w:r>
    </w:p>
    <w:p>
      <w:pPr>
        <w:spacing w:after="80"/>
      </w:pPr>
      <w:r>
        <w:rPr>
          <w:b w:val="0"/>
          <w:i w:val="0"/>
        </w:rPr>
        <w:t>xóa phần tử khỏi, 250–251</w:t>
      </w:r>
    </w:p>
    <w:p>
      <w:pPr>
        <w:spacing w:after="80"/>
      </w:pPr>
      <w:r>
        <w:rPr>
          <w:b w:val="0"/>
          <w:i w:val="0"/>
        </w:rPr>
        <w:t>cập nhật tất cả phần tử trong, 248–249</w:t>
      </w:r>
    </w:p>
    <w:p>
      <w:pPr>
        <w:spacing w:after="80"/>
      </w:pPr>
      <w:r>
        <w:rPr>
          <w:b w:val="0"/>
          <w:i w:val="0"/>
        </w:rPr>
        <w:t>hình ảnh, 234–236</w:t>
      </w:r>
    </w:p>
    <w:p>
      <w:pPr>
        <w:spacing w:after="80"/>
      </w:pPr>
      <w:r>
        <w:rPr>
          <w:b w:val="0"/>
          <w:i w:val="0"/>
        </w:rPr>
        <w:t>cài đặt, 228</w:t>
      </w:r>
    </w:p>
    <w:p>
      <w:pPr>
        <w:spacing w:after="80"/>
      </w:pPr>
      <w:r>
        <w:rPr>
          <w:b w:val="0"/>
          <w:i w:val="0"/>
        </w:rPr>
        <w:t>các cấp độ, 283–285</w:t>
      </w:r>
    </w:p>
    <w:p>
      <w:pPr>
        <w:spacing w:after="80"/>
      </w:pPr>
      <w:r>
        <w:rPr>
          <w:b w:val="0"/>
          <w:i w:val="0"/>
        </w:rPr>
        <w:t>nút Play, 278–283</w:t>
      </w:r>
    </w:p>
    <w:p>
      <w:pPr>
        <w:spacing w:after="80"/>
      </w:pPr>
      <w:r>
        <w:rPr>
          <w:b w:val="0"/>
          <w:i w:val="0"/>
        </w:rPr>
        <w:t xml:space="preserve">các lệnh gọi </w:t>
      </w:r>
      <w:r>
        <w:rPr>
          <w:rFonts w:ascii="Consolas" w:hAnsi="Consolas"/>
          <w:b w:val="0"/>
          <w:i w:val="0"/>
          <w:sz w:val="20"/>
        </w:rPr>
        <w:t>print()</w:t>
      </w:r>
      <w:r>
        <w:rPr>
          <w:b w:val="0"/>
          <w:i w:val="0"/>
        </w:rPr>
        <w:t xml:space="preserve"> trong, 251</w:t>
      </w:r>
    </w:p>
    <w:p>
      <w:pPr>
        <w:spacing w:after="80"/>
      </w:pPr>
      <w:r>
        <w:rPr>
          <w:b w:val="0"/>
          <w:i w:val="0"/>
        </w:rPr>
        <w:t>thoát game, 244–245</w:t>
      </w:r>
    </w:p>
    <w:p>
      <w:pPr>
        <w:spacing w:after="80"/>
      </w:pPr>
      <w:r>
        <w:rPr>
          <w:b w:val="0"/>
          <w:i w:val="0"/>
        </w:rPr>
        <w:t xml:space="preserve">đối tượng </w:t>
      </w:r>
      <w:r>
        <w:rPr>
          <w:rFonts w:ascii="Consolas" w:hAnsi="Consolas"/>
          <w:b w:val="0"/>
          <w:i w:val="0"/>
          <w:sz w:val="20"/>
        </w:rPr>
        <w:t>rect</w:t>
      </w:r>
      <w:r>
        <w:rPr>
          <w:b w:val="0"/>
          <w:i w:val="0"/>
        </w:rPr>
        <w:t>, 234–235</w:t>
      </w:r>
    </w:p>
    <w:p>
      <w:pPr>
        <w:spacing w:after="80"/>
      </w:pPr>
      <w:r>
        <w:rPr>
          <w:b w:val="0"/>
          <w:i w:val="0"/>
        </w:rPr>
        <w:t>tạo từ đầu, 247–248</w:t>
      </w:r>
    </w:p>
    <w:p>
      <w:pPr>
        <w:spacing w:after="80"/>
      </w:pPr>
      <w:r>
        <w:rPr>
          <w:b w:val="0"/>
          <w:i w:val="0"/>
        </w:rPr>
        <w:t xml:space="preserve">phương thức </w:t>
      </w:r>
      <w:r>
        <w:rPr>
          <w:rFonts w:ascii="Consolas" w:hAnsi="Consolas"/>
          <w:b w:val="0"/>
          <w:i w:val="0"/>
          <w:sz w:val="20"/>
        </w:rPr>
        <w:t>get_rect()</w:t>
      </w:r>
      <w:r>
        <w:rPr>
          <w:b w:val="0"/>
          <w:i w:val="0"/>
        </w:rPr>
        <w:t>, 234–235</w:t>
      </w:r>
    </w:p>
    <w:p>
      <w:pPr>
        <w:spacing w:after="80"/>
      </w:pPr>
      <w:r>
        <w:rPr>
          <w:b w:val="0"/>
          <w:i w:val="0"/>
        </w:rPr>
        <w:t>định vị, 234–235, 238–243, 247–248, 256–262, 278, 286–298</w:t>
      </w:r>
    </w:p>
    <w:p>
      <w:pPr>
        <w:spacing w:after="80"/>
      </w:pPr>
      <w:r>
        <w:rPr>
          <w:b w:val="0"/>
          <w:i w:val="0"/>
        </w:rPr>
        <w:t xml:space="preserve">thuộc tính </w:t>
      </w:r>
      <w:r>
        <w:rPr>
          <w:rFonts w:ascii="Consolas" w:hAnsi="Consolas"/>
          <w:b w:val="0"/>
          <w:i w:val="0"/>
          <w:sz w:val="20"/>
        </w:rPr>
        <w:t>size</w:t>
      </w:r>
      <w:r>
        <w:rPr>
          <w:b w:val="0"/>
          <w:i w:val="0"/>
        </w:rPr>
        <w:t>, 261</w:t>
      </w:r>
    </w:p>
    <w:p>
      <w:pPr>
        <w:spacing w:after="80"/>
      </w:pPr>
      <w:r>
        <w:rPr>
          <w:b w:val="0"/>
          <w:i w:val="0"/>
        </w:rPr>
        <w:t>phản hồi với input, 230</w:t>
      </w:r>
    </w:p>
    <w:p>
      <w:pPr>
        <w:spacing w:after="80"/>
      </w:pPr>
      <w:r>
        <w:rPr>
          <w:b w:val="0"/>
          <w:i w:val="0"/>
        </w:rPr>
        <w:t>sự kiện, 230</w:t>
      </w:r>
    </w:p>
    <w:p>
      <w:pPr>
        <w:spacing w:after="80"/>
      </w:pPr>
      <w:r>
        <w:rPr>
          <w:b w:val="0"/>
          <w:i w:val="0"/>
        </w:rPr>
        <w:t>nhấn phím, 238–242</w:t>
      </w:r>
    </w:p>
    <w:p>
      <w:pPr>
        <w:spacing w:after="80"/>
      </w:pPr>
      <w:r>
        <w:rPr>
          <w:b w:val="0"/>
          <w:i w:val="0"/>
        </w:rPr>
        <w:t>nhấp chuột, 281–283</w:t>
      </w:r>
    </w:p>
    <w:p>
      <w:pPr>
        <w:spacing w:after="80"/>
      </w:pPr>
      <w:r>
        <w:rPr>
          <w:b w:val="0"/>
          <w:i w:val="0"/>
        </w:rPr>
        <w:t>tọa độ màn hình, 235</w:t>
      </w:r>
    </w:p>
    <w:p>
      <w:pPr>
        <w:spacing w:after="80"/>
      </w:pPr>
      <w:r>
        <w:rPr>
          <w:b w:val="0"/>
          <w:i w:val="0"/>
        </w:rPr>
        <w:t>surface, 230</w:t>
      </w:r>
    </w:p>
    <w:p>
      <w:pPr>
        <w:spacing w:after="80"/>
      </w:pPr>
      <w:r>
        <w:rPr>
          <w:b w:val="0"/>
          <w:i w:val="0"/>
        </w:rPr>
        <w:t>kiểm thử game, 268</w:t>
      </w:r>
    </w:p>
    <w:p>
      <w:pPr>
        <w:spacing w:after="80"/>
      </w:pPr>
      <w:r>
        <w:rPr>
          <w:b w:val="0"/>
          <w:i w:val="0"/>
        </w:rPr>
        <w:t xml:space="preserve">pytest. </w:t>
      </w:r>
      <w:r>
        <w:rPr>
          <w:b w:val="0"/>
          <w:i/>
        </w:rPr>
        <w:t>Xem</w:t>
      </w:r>
      <w:r>
        <w:rPr>
          <w:b w:val="0"/>
          <w:i w:val="0"/>
        </w:rPr>
        <w:t xml:space="preserve"> kiểm thử code</w:t>
      </w:r>
    </w:p>
    <w:p>
      <w:pPr>
        <w:spacing w:after="80"/>
      </w:pPr>
      <w:r>
        <w:rPr>
          <w:b w:val="0"/>
          <w:i w:val="0"/>
        </w:rPr>
        <w:t>Python</w:t>
      </w:r>
    </w:p>
    <w:p>
      <w:pPr>
        <w:spacing w:after="80"/>
      </w:pPr>
      <w:r>
        <w:rPr>
          <w:rFonts w:ascii="Consolas" w:hAnsi="Consolas"/>
          <w:b w:val="0"/>
          <w:i w:val="0"/>
          <w:sz w:val="20"/>
        </w:rPr>
        <w:t>&gt;&gt;&gt;</w:t>
      </w:r>
      <w:r>
        <w:rPr>
          <w:b w:val="0"/>
          <w:i w:val="0"/>
        </w:rPr>
        <w:t xml:space="preserve"> prompt, 4</w:t>
      </w:r>
    </w:p>
    <w:p>
      <w:pPr>
        <w:spacing w:after="80"/>
      </w:pPr>
      <w:r>
        <w:rPr>
          <w:b w:val="0"/>
          <w:i w:val="0"/>
        </w:rPr>
        <w:t>các hàm tích hợp sẵn (built-in functions), 467</w:t>
      </w:r>
    </w:p>
    <w:p>
      <w:pPr>
        <w:spacing w:after="80"/>
      </w:pPr>
      <w:r>
        <w:rPr>
          <w:b w:val="0"/>
          <w:i w:val="0"/>
        </w:rPr>
        <w:t>kiểm tra phiên bản đã cài đặt, 466</w:t>
      </w:r>
    </w:p>
    <w:p>
      <w:pPr>
        <w:spacing w:after="80"/>
      </w:pPr>
      <w:r>
        <w:rPr>
          <w:b w:val="0"/>
          <w:i w:val="0"/>
        </w:rPr>
        <w:t>cài đặt</w:t>
      </w:r>
    </w:p>
    <w:p>
      <w:pPr>
        <w:spacing w:after="80"/>
      </w:pPr>
      <w:r>
        <w:rPr>
          <w:b w:val="0"/>
          <w:i w:val="0"/>
        </w:rPr>
        <w:t>trên Linux, 465–466</w:t>
      </w:r>
    </w:p>
    <w:p>
      <w:pPr>
        <w:spacing w:after="80"/>
      </w:pPr>
      <w:r>
        <w:rPr>
          <w:b w:val="0"/>
          <w:i w:val="0"/>
        </w:rPr>
        <w:t>trên macOS, 7–11, 464–465</w:t>
      </w:r>
    </w:p>
    <w:p>
      <w:pPr>
        <w:spacing w:after="80"/>
      </w:pPr>
      <w:r>
        <w:rPr>
          <w:b w:val="0"/>
          <w:i w:val="0"/>
        </w:rPr>
        <w:t>trên Windows, 5–6, 463–464</w:t>
      </w:r>
    </w:p>
    <w:p>
      <w:pPr>
        <w:spacing w:after="80"/>
      </w:pPr>
      <w:r>
        <w:rPr>
          <w:b w:val="0"/>
          <w:i w:val="0"/>
        </w:rPr>
        <w:t>trình thông dịch (interpreter), 15–16</w:t>
      </w:r>
    </w:p>
    <w:p>
      <w:pPr>
        <w:spacing w:after="80"/>
      </w:pPr>
      <w:r>
        <w:rPr>
          <w:b w:val="0"/>
          <w:i w:val="0"/>
        </w:rPr>
        <w:t>các từ khóa (keywords), 466</w:t>
      </w:r>
    </w:p>
    <w:p>
      <w:pPr>
        <w:spacing w:after="80"/>
      </w:pPr>
      <w:r>
        <w:rPr>
          <w:b w:val="0"/>
          <w:i w:val="0"/>
        </w:rPr>
        <w:t>Đề xuất Cải tiến Python (Python Enhancement Proposal - PEP), 68</w:t>
      </w:r>
    </w:p>
    <w:p>
      <w:pPr>
        <w:spacing w:after="80"/>
      </w:pPr>
      <w:r>
        <w:rPr>
          <w:b w:val="0"/>
          <w:i w:val="0"/>
        </w:rPr>
        <w:t>thư viện chuẩn (standard library), 179–180</w:t>
      </w:r>
    </w:p>
    <w:p>
      <w:pPr>
        <w:spacing w:after="80"/>
      </w:pPr>
      <w:r>
        <w:rPr>
          <w:b w:val="0"/>
          <w:i w:val="0"/>
        </w:rPr>
        <w:t>các phiên làm việc trên terminal, 4</w:t>
      </w:r>
    </w:p>
    <w:p>
      <w:pPr>
        <w:spacing w:after="80"/>
      </w:pPr>
      <w:r>
        <w:rPr>
          <w:b w:val="0"/>
          <w:i w:val="0"/>
        </w:rPr>
        <w:t>trên Linux, 9</w:t>
      </w:r>
    </w:p>
    <w:p>
      <w:pPr>
        <w:spacing w:after="80"/>
      </w:pPr>
      <w:r>
        <w:rPr>
          <w:b w:val="0"/>
          <w:i w:val="0"/>
        </w:rPr>
        <w:t>trên macOS, 7–8</w:t>
      </w:r>
    </w:p>
    <w:p>
      <w:pPr>
        <w:spacing w:after="80"/>
      </w:pPr>
      <w:r>
        <w:rPr>
          <w:b w:val="0"/>
          <w:i w:val="0"/>
        </w:rPr>
        <w:t>trên Windows, 6</w:t>
      </w:r>
    </w:p>
    <w:p>
      <w:pPr>
        <w:spacing w:after="80"/>
      </w:pPr>
      <w:r>
        <w:rPr>
          <w:b w:val="0"/>
          <w:i w:val="0"/>
        </w:rPr>
        <w:t>các phiên bản, 4</w:t>
      </w:r>
    </w:p>
    <w:p>
      <w:pPr>
        <w:spacing w:after="80"/>
      </w:pPr>
      <w:r>
        <w:rPr>
          <w:b w:val="0"/>
          <w:i w:val="0"/>
        </w:rPr>
        <w:t>vì sao nên dùng Python, xxxvi</w:t>
      </w:r>
    </w:p>
    <w:p>
      <w:pPr>
        <w:spacing w:after="80"/>
      </w:pPr>
      <w:r>
        <w:rPr>
          <w:b w:val="0"/>
          <w:i/>
        </w:rPr>
        <w:t>python_repos.py</w:t>
      </w:r>
      <w:r>
        <w:rPr>
          <w:b w:val="0"/>
          <w:i w:val="0"/>
        </w:rPr>
        <w:t>, 357–362</w:t>
      </w:r>
    </w:p>
    <w:p>
      <w:pPr>
        <w:spacing w:after="80"/>
      </w:pPr>
      <w:r>
        <w:rPr>
          <w:b w:val="0"/>
          <w:i/>
        </w:rPr>
        <w:t>python_repos_visual.py</w:t>
      </w:r>
      <w:r>
        <w:rPr>
          <w:b w:val="0"/>
          <w:i w:val="0"/>
        </w:rPr>
        <w:t>, 362–367</w:t>
      </w:r>
    </w:p>
    <w:p>
      <w:pPr>
        <w:spacing w:after="80"/>
      </w:pPr>
      <w:r>
        <w:rPr>
          <w:b w:val="0"/>
          <w:i w:val="0"/>
        </w:rPr>
        <w:t>Q</w:t>
      </w:r>
    </w:p>
    <w:p>
      <w:pPr>
        <w:spacing w:after="80"/>
      </w:pPr>
      <w:r>
        <w:rPr>
          <w:b w:val="0"/>
          <w:i w:val="0"/>
        </w:rPr>
        <w:t>các giá trị thoát, 118</w:t>
      </w:r>
    </w:p>
    <w:p>
      <w:pPr>
        <w:spacing w:after="80"/>
      </w:pPr>
      <w:r>
        <w:rPr>
          <w:b w:val="0"/>
          <w:i w:val="0"/>
        </w:rPr>
        <w:t>R</w:t>
      </w:r>
    </w:p>
    <w:p>
      <w:pPr>
        <w:spacing w:after="80"/>
      </w:pPr>
      <w:r>
        <w:rPr>
          <w:b w:val="0"/>
          <w:i/>
        </w:rPr>
        <w:t>random_walk.py</w:t>
      </w:r>
      <w:r>
        <w:rPr>
          <w:b w:val="0"/>
          <w:i w:val="0"/>
        </w:rPr>
        <w:t>, 312–313</w:t>
      </w:r>
    </w:p>
    <w:p>
      <w:pPr>
        <w:spacing w:after="80"/>
      </w:pPr>
      <w:r>
        <w:rPr>
          <w:b w:val="0"/>
          <w:i w:val="0"/>
        </w:rPr>
        <w:t>bước đi ngẫu nhiên, 312–318</w:t>
      </w:r>
    </w:p>
    <w:p>
      <w:pPr>
        <w:spacing w:after="80"/>
      </w:pPr>
      <w:r>
        <w:rPr>
          <w:b w:val="0"/>
          <w:i w:val="0"/>
        </w:rPr>
        <w:t xml:space="preserve">hàm </w:t>
      </w:r>
      <w:r>
        <w:rPr>
          <w:rFonts w:ascii="Consolas" w:hAnsi="Consolas"/>
          <w:b w:val="0"/>
          <w:i w:val="0"/>
          <w:sz w:val="20"/>
        </w:rPr>
        <w:t>choice()</w:t>
      </w:r>
      <w:r>
        <w:rPr>
          <w:b w:val="0"/>
          <w:i w:val="0"/>
        </w:rPr>
        <w:t>, 313</w:t>
      </w:r>
    </w:p>
    <w:p>
      <w:pPr>
        <w:spacing w:after="80"/>
      </w:pPr>
      <w:r>
        <w:rPr>
          <w:b w:val="0"/>
          <w:i w:val="0"/>
        </w:rPr>
        <w:t>tô màu các điểm, 315–316</w:t>
      </w:r>
    </w:p>
    <w:p>
      <w:pPr>
        <w:spacing w:after="80"/>
      </w:pPr>
      <w:r>
        <w:rPr>
          <w:b w:val="0"/>
          <w:i w:val="0"/>
        </w:rPr>
        <w:t xml:space="preserve">phương thức </w:t>
      </w:r>
      <w:r>
        <w:rPr>
          <w:rFonts w:ascii="Consolas" w:hAnsi="Consolas"/>
          <w:b w:val="0"/>
          <w:i w:val="0"/>
          <w:sz w:val="20"/>
        </w:rPr>
        <w:t>fill_walk()</w:t>
      </w:r>
      <w:r>
        <w:rPr>
          <w:b w:val="0"/>
          <w:i w:val="0"/>
        </w:rPr>
        <w:t>, 312–313</w:t>
      </w:r>
    </w:p>
    <w:p>
      <w:pPr>
        <w:spacing w:after="80"/>
      </w:pPr>
      <w:r>
        <w:rPr>
          <w:b w:val="0"/>
          <w:i w:val="0"/>
        </w:rPr>
        <w:t>tạo nhiều bước đi ngẫu nhiên, 314–315</w:t>
      </w:r>
    </w:p>
    <w:p>
      <w:pPr>
        <w:spacing w:after="80"/>
      </w:pPr>
      <w:r>
        <w:rPr>
          <w:b w:val="0"/>
          <w:i w:val="0"/>
        </w:rPr>
        <w:t>vẽ biểu đồ, 313–314</w:t>
      </w:r>
    </w:p>
    <w:p>
      <w:pPr>
        <w:spacing w:after="80"/>
      </w:pPr>
      <w:r>
        <w:rPr>
          <w:b w:val="0"/>
          <w:i w:val="0"/>
        </w:rPr>
        <w:t xml:space="preserve">lớp </w:t>
      </w:r>
      <w:r>
        <w:rPr>
          <w:rFonts w:ascii="Consolas" w:hAnsi="Consolas"/>
          <w:b w:val="0"/>
          <w:i w:val="0"/>
          <w:sz w:val="20"/>
        </w:rPr>
        <w:t>RandomWalk</w:t>
      </w:r>
      <w:r>
        <w:rPr>
          <w:b w:val="0"/>
          <w:i w:val="0"/>
        </w:rPr>
        <w:t>, 312–313</w:t>
      </w:r>
    </w:p>
    <w:p>
      <w:pPr>
        <w:spacing w:after="80"/>
      </w:pPr>
      <w:r>
        <w:rPr>
          <w:b w:val="0"/>
          <w:i w:val="0"/>
        </w:rPr>
        <w:t>điểm bắt đầu và kết thúc, 316–317</w:t>
      </w:r>
    </w:p>
    <w:p>
      <w:pPr>
        <w:spacing w:after="80"/>
      </w:pPr>
      <w:r>
        <w:rPr>
          <w:b w:val="0"/>
          <w:i w:val="0"/>
        </w:rPr>
        <w:t xml:space="preserve">hàm </w:t>
      </w:r>
      <w:r>
        <w:rPr>
          <w:rFonts w:ascii="Consolas" w:hAnsi="Consolas"/>
          <w:b w:val="0"/>
          <w:i w:val="0"/>
          <w:sz w:val="20"/>
        </w:rPr>
        <w:t>range()</w:t>
      </w:r>
      <w:r>
        <w:rPr>
          <w:b w:val="0"/>
          <w:i w:val="0"/>
        </w:rPr>
        <w:t>, 58–59</w:t>
      </w:r>
    </w:p>
    <w:p>
      <w:pPr>
        <w:spacing w:after="80"/>
      </w:pPr>
      <w:r>
        <w:rPr>
          <w:b w:val="0"/>
          <w:i w:val="0"/>
        </w:rPr>
        <w:t xml:space="preserve">phương thức </w:t>
      </w:r>
      <w:r>
        <w:rPr>
          <w:rFonts w:ascii="Consolas" w:hAnsi="Consolas"/>
          <w:b w:val="0"/>
          <w:i w:val="0"/>
          <w:sz w:val="20"/>
        </w:rPr>
        <w:t>read_text()</w:t>
      </w:r>
      <w:r>
        <w:rPr>
          <w:b w:val="0"/>
          <w:i w:val="0"/>
        </w:rPr>
        <w:t>, 185, 195–196</w:t>
      </w:r>
    </w:p>
    <w:p>
      <w:pPr>
        <w:spacing w:after="80"/>
      </w:pPr>
      <w:r>
        <w:rPr>
          <w:b w:val="0"/>
          <w:i w:val="0"/>
        </w:rPr>
        <w:t>tái cấu trúc mã (refactoring), 204–206, 237–238, 260, 269–270</w:t>
      </w:r>
    </w:p>
    <w:p>
      <w:pPr>
        <w:spacing w:after="80"/>
      </w:pPr>
      <w:r>
        <w:rPr>
          <w:b w:val="0"/>
          <w:i/>
        </w:rPr>
        <w:t>remember_me.py</w:t>
      </w:r>
      <w:r>
        <w:rPr>
          <w:b w:val="0"/>
          <w:i w:val="0"/>
        </w:rPr>
        <w:t>, 202–206</w:t>
      </w:r>
    </w:p>
    <w:p>
      <w:pPr>
        <w:spacing w:after="80"/>
      </w:pPr>
      <w:r>
        <w:rPr>
          <w:b w:val="0"/>
          <w:i w:val="0"/>
        </w:rPr>
        <w:t xml:space="preserve">phương thức </w:t>
      </w:r>
      <w:r>
        <w:rPr>
          <w:rFonts w:ascii="Consolas" w:hAnsi="Consolas"/>
          <w:b w:val="0"/>
          <w:i w:val="0"/>
          <w:sz w:val="20"/>
        </w:rPr>
        <w:t>removeprefix()</w:t>
      </w:r>
      <w:r>
        <w:rPr>
          <w:b w:val="0"/>
          <w:i w:val="0"/>
        </w:rPr>
        <w:t>, 24</w:t>
      </w:r>
    </w:p>
    <w:p>
      <w:pPr>
        <w:spacing w:after="80"/>
      </w:pPr>
      <w:r>
        <w:rPr>
          <w:b w:val="0"/>
          <w:i w:val="0"/>
        </w:rPr>
        <w:t xml:space="preserve">phương thức </w:t>
      </w:r>
      <w:r>
        <w:rPr>
          <w:rFonts w:ascii="Consolas" w:hAnsi="Consolas"/>
          <w:b w:val="0"/>
          <w:i w:val="0"/>
          <w:sz w:val="20"/>
        </w:rPr>
        <w:t>removesuffix()</w:t>
      </w:r>
      <w:r>
        <w:rPr>
          <w:b w:val="0"/>
          <w:i w:val="0"/>
        </w:rPr>
        <w:t>, 25</w:t>
      </w:r>
    </w:p>
    <w:p>
      <w:pPr>
        <w:spacing w:after="80"/>
      </w:pPr>
      <w:r>
        <w:rPr>
          <w:b w:val="0"/>
          <w:i w:val="0"/>
        </w:rPr>
        <w:t>gói Requests, cài đặt, 357</w:t>
      </w:r>
    </w:p>
    <w:p>
      <w:pPr>
        <w:spacing w:after="80"/>
      </w:pPr>
      <w:r>
        <w:rPr>
          <w:b w:val="0"/>
          <w:i w:val="0"/>
        </w:rPr>
        <w:t>giá trị trả về, 137–141</w:t>
      </w:r>
    </w:p>
    <w:p>
      <w:pPr>
        <w:spacing w:after="80"/>
      </w:pPr>
      <w:r>
        <w:rPr>
          <w:b w:val="0"/>
          <w:i/>
        </w:rPr>
        <w:t>rollercoaster.py</w:t>
      </w:r>
      <w:r>
        <w:rPr>
          <w:b w:val="0"/>
          <w:i w:val="0"/>
        </w:rPr>
        <w:t>, 116</w:t>
      </w:r>
    </w:p>
    <w:p>
      <w:pPr>
        <w:spacing w:after="80"/>
      </w:pPr>
      <w:r>
        <w:rPr>
          <w:b w:val="0"/>
          <w:i w:val="0"/>
        </w:rPr>
        <w:t xml:space="preserve">tung xúc xắc, 319–327. </w:t>
      </w:r>
      <w:r>
        <w:rPr>
          <w:b w:val="0"/>
          <w:i/>
        </w:rPr>
        <w:t>Xem thêm</w:t>
      </w:r>
      <w:r>
        <w:rPr>
          <w:b w:val="0"/>
          <w:i w:val="0"/>
        </w:rPr>
        <w:t xml:space="preserve"> Plotly</w:t>
      </w:r>
    </w:p>
    <w:p>
      <w:pPr>
        <w:spacing w:after="80"/>
      </w:pPr>
      <w:r>
        <w:rPr>
          <w:b w:val="0"/>
          <w:i w:val="0"/>
        </w:rPr>
        <w:t>phân tích kết quả, 321–322</w:t>
      </w:r>
    </w:p>
    <w:p>
      <w:pPr>
        <w:spacing w:after="80"/>
      </w:pPr>
      <w:r>
        <w:rPr>
          <w:b w:val="0"/>
          <w:i w:val="0"/>
        </w:rPr>
        <w:t xml:space="preserve">lớp </w:t>
      </w:r>
      <w:r>
        <w:rPr>
          <w:rFonts w:ascii="Consolas" w:hAnsi="Consolas"/>
          <w:b w:val="0"/>
          <w:i w:val="0"/>
          <w:sz w:val="20"/>
        </w:rPr>
        <w:t>Die</w:t>
      </w:r>
      <w:r>
        <w:rPr>
          <w:b w:val="0"/>
          <w:i w:val="0"/>
        </w:rPr>
        <w:t>, 320</w:t>
      </w:r>
    </w:p>
    <w:p>
      <w:pPr>
        <w:spacing w:after="80"/>
      </w:pPr>
      <w:r>
        <w:rPr>
          <w:b w:val="0"/>
          <w:i w:val="0"/>
        </w:rPr>
        <w:t>xúc xắc khác kích cỡ, 326–327</w:t>
      </w:r>
    </w:p>
    <w:p>
      <w:pPr>
        <w:spacing w:after="80"/>
      </w:pPr>
      <w:r>
        <w:rPr>
          <w:b w:val="0"/>
          <w:i w:val="0"/>
        </w:rPr>
        <w:t xml:space="preserve">hàm </w:t>
      </w:r>
      <w:r>
        <w:rPr>
          <w:rFonts w:ascii="Consolas" w:hAnsi="Consolas"/>
          <w:b w:val="0"/>
          <w:i w:val="0"/>
          <w:sz w:val="20"/>
        </w:rPr>
        <w:t>randint()</w:t>
      </w:r>
      <w:r>
        <w:rPr>
          <w:b w:val="0"/>
          <w:i w:val="0"/>
        </w:rPr>
        <w:t>, 320</w:t>
      </w:r>
    </w:p>
    <w:p>
      <w:pPr>
        <w:spacing w:after="80"/>
      </w:pPr>
      <w:r>
        <w:rPr>
          <w:b w:val="0"/>
          <w:i w:val="0"/>
        </w:rPr>
        <w:t>tung hai xúc xắc, 324–326</w:t>
      </w:r>
    </w:p>
    <w:p>
      <w:pPr>
        <w:spacing w:after="80"/>
      </w:pPr>
      <w:r>
        <w:rPr>
          <w:b w:val="0"/>
          <w:i w:val="0"/>
        </w:rPr>
        <w:t>gỡ lỗi bằng vịt cao su (rubber duck debugging), 478</w:t>
      </w:r>
    </w:p>
    <w:p>
      <w:pPr>
        <w:spacing w:after="80"/>
      </w:pPr>
      <w:r>
        <w:rPr>
          <w:b w:val="0"/>
          <w:i w:val="0"/>
        </w:rPr>
        <w:t xml:space="preserve">phương thức </w:t>
      </w:r>
      <w:r>
        <w:rPr>
          <w:rFonts w:ascii="Consolas" w:hAnsi="Consolas"/>
          <w:b w:val="0"/>
          <w:i w:val="0"/>
          <w:sz w:val="20"/>
        </w:rPr>
        <w:t>rstrip()</w:t>
      </w:r>
      <w:r>
        <w:rPr>
          <w:b w:val="0"/>
          <w:i w:val="0"/>
        </w:rPr>
        <w:t>, 22–23</w:t>
      </w:r>
    </w:p>
    <w:p>
      <w:pPr>
        <w:spacing w:after="80"/>
      </w:pPr>
      <w:r>
        <w:rPr>
          <w:b w:val="0"/>
          <w:i/>
        </w:rPr>
        <w:t>rw_visual.py</w:t>
      </w:r>
      <w:r>
        <w:rPr>
          <w:b w:val="0"/>
          <w:i w:val="0"/>
        </w:rPr>
        <w:t>, 313–318</w:t>
      </w:r>
    </w:p>
    <w:p>
      <w:pPr>
        <w:spacing w:after="80"/>
      </w:pPr>
      <w:r>
        <w:rPr>
          <w:b w:val="0"/>
          <w:i w:val="0"/>
        </w:rPr>
        <w:t>S</w:t>
      </w:r>
    </w:p>
    <w:p>
      <w:pPr>
        <w:spacing w:after="80"/>
      </w:pPr>
      <w:r>
        <w:rPr>
          <w:b w:val="0"/>
          <w:i/>
        </w:rPr>
        <w:t>scatter_squares.py</w:t>
      </w:r>
      <w:r>
        <w:rPr>
          <w:b w:val="0"/>
          <w:i w:val="0"/>
        </w:rPr>
        <w:t>, 306–311</w:t>
      </w:r>
    </w:p>
    <w:p>
      <w:pPr>
        <w:spacing w:after="80"/>
      </w:pPr>
      <w:r>
        <w:rPr>
          <w:b w:val="0"/>
          <w:i w:val="0"/>
        </w:rPr>
        <w:t>tập hợp (set), 103–104</w:t>
      </w:r>
    </w:p>
    <w:p>
      <w:pPr>
        <w:spacing w:after="80"/>
      </w:pPr>
      <w:r>
        <w:rPr>
          <w:b w:val="0"/>
          <w:i/>
        </w:rPr>
        <w:t>sitka_highs_lows.py</w:t>
      </w:r>
      <w:r>
        <w:rPr>
          <w:b w:val="0"/>
          <w:i w:val="0"/>
        </w:rPr>
        <w:t>, 336–338</w:t>
      </w:r>
    </w:p>
    <w:p>
      <w:pPr>
        <w:spacing w:after="80"/>
      </w:pPr>
      <w:r>
        <w:rPr>
          <w:b w:val="0"/>
          <w:i/>
        </w:rPr>
        <w:t>sitka_highs.py</w:t>
      </w:r>
      <w:r>
        <w:rPr>
          <w:b w:val="0"/>
          <w:i w:val="0"/>
        </w:rPr>
        <w:t>, 330–336</w:t>
      </w:r>
    </w:p>
    <w:p>
      <w:pPr>
        <w:spacing w:after="80"/>
      </w:pPr>
      <w:r>
        <w:rPr>
          <w:b w:val="0"/>
          <w:i w:val="0"/>
        </w:rPr>
        <w:t xml:space="preserve">hàm </w:t>
      </w:r>
      <w:r>
        <w:rPr>
          <w:rFonts w:ascii="Consolas" w:hAnsi="Consolas"/>
          <w:b w:val="0"/>
          <w:i w:val="0"/>
          <w:sz w:val="20"/>
        </w:rPr>
        <w:t>sleep()</w:t>
      </w:r>
      <w:r>
        <w:rPr>
          <w:b w:val="0"/>
          <w:i w:val="0"/>
        </w:rPr>
        <w:t>, 272</w:t>
      </w:r>
    </w:p>
    <w:p>
      <w:pPr>
        <w:spacing w:after="80"/>
      </w:pPr>
      <w:r>
        <w:rPr>
          <w:b w:val="0"/>
          <w:i w:val="0"/>
        </w:rPr>
        <w:t>lát cắt (slices), 61–64</w:t>
      </w:r>
    </w:p>
    <w:p>
      <w:pPr>
        <w:spacing w:after="80"/>
      </w:pPr>
      <w:r>
        <w:rPr>
          <w:b w:val="0"/>
          <w:i w:val="0"/>
        </w:rPr>
        <w:t xml:space="preserve">hàm </w:t>
      </w:r>
      <w:r>
        <w:rPr>
          <w:rFonts w:ascii="Consolas" w:hAnsi="Consolas"/>
          <w:b w:val="0"/>
          <w:i w:val="0"/>
          <w:sz w:val="20"/>
        </w:rPr>
        <w:t>sorted()</w:t>
      </w:r>
      <w:r>
        <w:rPr>
          <w:b w:val="0"/>
          <w:i w:val="0"/>
        </w:rPr>
        <w:t>, 43–44, 102–103</w:t>
      </w:r>
    </w:p>
    <w:p>
      <w:pPr>
        <w:spacing w:after="80"/>
      </w:pPr>
      <w:r>
        <w:rPr>
          <w:b w:val="0"/>
          <w:i w:val="0"/>
        </w:rPr>
        <w:t xml:space="preserve">phương thức </w:t>
      </w:r>
      <w:r>
        <w:rPr>
          <w:rFonts w:ascii="Consolas" w:hAnsi="Consolas"/>
          <w:b w:val="0"/>
          <w:i w:val="0"/>
          <w:sz w:val="20"/>
        </w:rPr>
        <w:t>sort()</w:t>
      </w:r>
      <w:r>
        <w:rPr>
          <w:b w:val="0"/>
          <w:i w:val="0"/>
        </w:rPr>
        <w:t>, 43</w:t>
      </w:r>
    </w:p>
    <w:p>
      <w:pPr>
        <w:spacing w:after="80"/>
      </w:pPr>
      <w:r>
        <w:rPr>
          <w:b w:val="0"/>
          <w:i w:val="0"/>
        </w:rPr>
        <w:t xml:space="preserve">phương thức </w:t>
      </w:r>
      <w:r>
        <w:rPr>
          <w:rFonts w:ascii="Consolas" w:hAnsi="Consolas"/>
          <w:b w:val="0"/>
          <w:i w:val="0"/>
          <w:sz w:val="20"/>
        </w:rPr>
        <w:t>splitlines()</w:t>
      </w:r>
      <w:r>
        <w:rPr>
          <w:b w:val="0"/>
          <w:i w:val="0"/>
        </w:rPr>
        <w:t>, 186–187</w:t>
      </w:r>
    </w:p>
    <w:p>
      <w:pPr>
        <w:spacing w:after="80"/>
      </w:pPr>
      <w:r>
        <w:rPr>
          <w:b w:val="0"/>
          <w:i w:val="0"/>
        </w:rPr>
        <w:t xml:space="preserve">phương thức </w:t>
      </w:r>
      <w:r>
        <w:rPr>
          <w:rFonts w:ascii="Consolas" w:hAnsi="Consolas"/>
          <w:b w:val="0"/>
          <w:i w:val="0"/>
          <w:sz w:val="20"/>
        </w:rPr>
        <w:t>split()</w:t>
      </w:r>
      <w:r>
        <w:rPr>
          <w:b w:val="0"/>
          <w:i w:val="0"/>
        </w:rPr>
        <w:t>, 196–197</w:t>
      </w:r>
    </w:p>
    <w:p>
      <w:pPr>
        <w:spacing w:after="80"/>
      </w:pPr>
      <w:r>
        <w:rPr>
          <w:b w:val="0"/>
          <w:i w:val="0"/>
        </w:rPr>
        <w:t>cơ sở dữ liệu SQLite, 376–377</w:t>
      </w:r>
    </w:p>
    <w:p>
      <w:pPr>
        <w:spacing w:after="80"/>
      </w:pPr>
      <w:r>
        <w:rPr>
          <w:b w:val="0"/>
          <w:i/>
        </w:rPr>
        <w:t>square_numbers.py</w:t>
      </w:r>
      <w:r>
        <w:rPr>
          <w:b w:val="0"/>
          <w:i w:val="0"/>
        </w:rPr>
        <w:t>, 58–59</w:t>
      </w:r>
    </w:p>
    <w:p>
      <w:pPr>
        <w:spacing w:after="80"/>
      </w:pPr>
      <w:r>
        <w:rPr>
          <w:b w:val="0"/>
          <w:i/>
        </w:rPr>
        <w:t>squares.py</w:t>
      </w:r>
      <w:r>
        <w:rPr>
          <w:b w:val="0"/>
          <w:i w:val="0"/>
        </w:rPr>
        <w:t>, 59–60</w:t>
      </w:r>
    </w:p>
    <w:p>
      <w:pPr>
        <w:spacing w:after="80"/>
      </w:pPr>
      <w:r>
        <w:rPr>
          <w:b w:val="0"/>
          <w:i w:val="0"/>
        </w:rPr>
        <w:t>Stack Overflow, 479</w:t>
      </w:r>
    </w:p>
    <w:p>
      <w:pPr>
        <w:spacing w:after="80"/>
      </w:pPr>
      <w:r>
        <w:rPr>
          <w:b w:val="0"/>
          <w:i w:val="0"/>
        </w:rPr>
        <w:t xml:space="preserve">lưu trữ dữ liệu, 201–204. </w:t>
      </w:r>
      <w:r>
        <w:rPr>
          <w:b w:val="0"/>
          <w:i/>
        </w:rPr>
        <w:t>Xem thêm</w:t>
      </w:r>
      <w:r>
        <w:rPr>
          <w:b w:val="0"/>
          <w:i w:val="0"/>
        </w:rPr>
        <w:t xml:space="preserve"> tệp JSON</w:t>
      </w:r>
    </w:p>
    <w:p>
      <w:pPr>
        <w:spacing w:after="80"/>
      </w:pPr>
      <w:r>
        <w:rPr>
          <w:b w:val="0"/>
          <w:i w:val="0"/>
        </w:rPr>
        <w:t>lưu và đọc dữ liệu, 202–204</w:t>
      </w:r>
    </w:p>
    <w:p>
      <w:pPr>
        <w:spacing w:after="80"/>
      </w:pPr>
      <w:r>
        <w:rPr>
          <w:b w:val="0"/>
          <w:i w:val="0"/>
        </w:rPr>
        <w:t>chuỗi (strings), 19–25</w:t>
      </w:r>
    </w:p>
    <w:p>
      <w:pPr>
        <w:spacing w:after="80"/>
      </w:pPr>
      <w:r>
        <w:rPr>
          <w:b w:val="0"/>
          <w:i w:val="0"/>
        </w:rPr>
        <w:t>thay đổi chữ hoa chữ thường, 20</w:t>
      </w:r>
    </w:p>
    <w:p>
      <w:pPr>
        <w:spacing w:after="80"/>
      </w:pPr>
      <w:r>
        <w:rPr>
          <w:b w:val="0"/>
          <w:i w:val="0"/>
        </w:rPr>
        <w:t>chuỗi f (f-strings), 20–21, 291–292</w:t>
      </w:r>
    </w:p>
    <w:p>
      <w:pPr>
        <w:spacing w:after="80"/>
      </w:pPr>
      <w:r>
        <w:rPr>
          <w:b w:val="0"/>
          <w:i w:val="0"/>
        </w:rPr>
        <w:t>các phương thức</w:t>
      </w:r>
    </w:p>
    <w:p>
      <w:pPr>
        <w:spacing w:after="80"/>
      </w:pPr>
      <w:r>
        <w:rPr>
          <w:rFonts w:ascii="Consolas" w:hAnsi="Consolas"/>
          <w:b w:val="0"/>
          <w:i w:val="0"/>
          <w:sz w:val="20"/>
        </w:rPr>
        <w:t>lower()</w:t>
      </w:r>
      <w:r>
        <w:rPr>
          <w:b w:val="0"/>
          <w:i w:val="0"/>
        </w:rPr>
        <w:t>, 20</w:t>
      </w:r>
    </w:p>
    <w:p>
      <w:pPr>
        <w:spacing w:after="80"/>
      </w:pPr>
      <w:r>
        <w:rPr>
          <w:rFonts w:ascii="Consolas" w:hAnsi="Consolas"/>
          <w:b w:val="0"/>
          <w:i w:val="0"/>
          <w:sz w:val="20"/>
        </w:rPr>
        <w:t>lstrip()</w:t>
      </w:r>
      <w:r>
        <w:rPr>
          <w:b w:val="0"/>
          <w:i w:val="0"/>
        </w:rPr>
        <w:t>, 22–23</w:t>
      </w:r>
    </w:p>
    <w:p>
      <w:pPr>
        <w:spacing w:after="80"/>
      </w:pPr>
      <w:r>
        <w:rPr>
          <w:rFonts w:ascii="Consolas" w:hAnsi="Consolas"/>
          <w:b w:val="0"/>
          <w:i w:val="0"/>
          <w:sz w:val="20"/>
        </w:rPr>
        <w:t>removeprefix()</w:t>
      </w:r>
      <w:r>
        <w:rPr>
          <w:b w:val="0"/>
          <w:i w:val="0"/>
        </w:rPr>
        <w:t>, 23–24</w:t>
      </w:r>
    </w:p>
    <w:p>
      <w:pPr>
        <w:spacing w:after="80"/>
      </w:pPr>
      <w:r>
        <w:rPr>
          <w:rFonts w:ascii="Consolas" w:hAnsi="Consolas"/>
          <w:b w:val="0"/>
          <w:i w:val="0"/>
          <w:sz w:val="20"/>
        </w:rPr>
        <w:t>removesuffix()</w:t>
      </w:r>
      <w:r>
        <w:rPr>
          <w:b w:val="0"/>
          <w:i w:val="0"/>
        </w:rPr>
        <w:t>, 25</w:t>
      </w:r>
    </w:p>
    <w:p>
      <w:pPr>
        <w:spacing w:after="80"/>
      </w:pPr>
      <w:r>
        <w:rPr>
          <w:rFonts w:ascii="Consolas" w:hAnsi="Consolas"/>
          <w:b w:val="0"/>
          <w:i w:val="0"/>
          <w:sz w:val="20"/>
        </w:rPr>
        <w:t>rstrip()</w:t>
      </w:r>
      <w:r>
        <w:rPr>
          <w:b w:val="0"/>
          <w:i w:val="0"/>
        </w:rPr>
        <w:t>, 22–23</w:t>
      </w:r>
    </w:p>
    <w:p>
      <w:pPr>
        <w:spacing w:after="80"/>
      </w:pPr>
      <w:r>
        <w:rPr>
          <w:rFonts w:ascii="Consolas" w:hAnsi="Consolas"/>
          <w:b w:val="0"/>
          <w:i w:val="0"/>
          <w:sz w:val="20"/>
        </w:rPr>
        <w:t>split()</w:t>
      </w:r>
      <w:r>
        <w:rPr>
          <w:b w:val="0"/>
          <w:i w:val="0"/>
        </w:rPr>
        <w:t>, 196–197</w:t>
      </w:r>
    </w:p>
    <w:p>
      <w:pPr>
        <w:spacing w:after="80"/>
      </w:pPr>
      <w:r>
        <w:rPr>
          <w:rFonts w:ascii="Consolas" w:hAnsi="Consolas"/>
          <w:b w:val="0"/>
          <w:i w:val="0"/>
          <w:sz w:val="20"/>
        </w:rPr>
        <w:t>splitlines()</w:t>
      </w:r>
      <w:r>
        <w:rPr>
          <w:b w:val="0"/>
          <w:i w:val="0"/>
        </w:rPr>
        <w:t>, 186–187</w:t>
      </w:r>
    </w:p>
    <w:p>
      <w:pPr>
        <w:spacing w:after="80"/>
      </w:pPr>
      <w:r>
        <w:rPr>
          <w:rFonts w:ascii="Consolas" w:hAnsi="Consolas"/>
          <w:b w:val="0"/>
          <w:i w:val="0"/>
          <w:sz w:val="20"/>
        </w:rPr>
        <w:t>strip()</w:t>
      </w:r>
      <w:r>
        <w:rPr>
          <w:b w:val="0"/>
          <w:i w:val="0"/>
        </w:rPr>
        <w:t>, 22–23</w:t>
      </w:r>
    </w:p>
    <w:p>
      <w:pPr>
        <w:spacing w:after="80"/>
      </w:pPr>
      <w:r>
        <w:rPr>
          <w:rFonts w:ascii="Consolas" w:hAnsi="Consolas"/>
          <w:b w:val="0"/>
          <w:i w:val="0"/>
          <w:sz w:val="20"/>
        </w:rPr>
        <w:t>title()</w:t>
      </w:r>
      <w:r>
        <w:rPr>
          <w:b w:val="0"/>
          <w:i w:val="0"/>
        </w:rPr>
        <w:t>, 20</w:t>
      </w:r>
    </w:p>
    <w:p>
      <w:pPr>
        <w:spacing w:after="80"/>
      </w:pPr>
      <w:r>
        <w:rPr>
          <w:rFonts w:ascii="Consolas" w:hAnsi="Consolas"/>
          <w:b w:val="0"/>
          <w:i w:val="0"/>
          <w:sz w:val="20"/>
        </w:rPr>
        <w:t>upper()</w:t>
      </w:r>
      <w:r>
        <w:rPr>
          <w:b w:val="0"/>
          <w:i w:val="0"/>
        </w:rPr>
        <w:t>, 20</w:t>
      </w:r>
    </w:p>
    <w:p>
      <w:pPr>
        <w:spacing w:after="80"/>
      </w:pPr>
      <w:r>
        <w:rPr>
          <w:b w:val="0"/>
          <w:i w:val="0"/>
        </w:rPr>
        <w:t>nhiều dòng, 115</w:t>
      </w:r>
    </w:p>
    <w:p>
      <w:pPr>
        <w:spacing w:after="80"/>
      </w:pPr>
      <w:r>
        <w:rPr>
          <w:b w:val="0"/>
          <w:i w:val="0"/>
        </w:rPr>
        <w:t>dấu xuống dòng trong, 21–22</w:t>
      </w:r>
    </w:p>
    <w:p>
      <w:pPr>
        <w:spacing w:after="80"/>
      </w:pPr>
      <w:r>
        <w:rPr>
          <w:b w:val="0"/>
          <w:i w:val="0"/>
        </w:rPr>
        <w:t>dấu nháy đơn và nháy kép, 19, 24–25</w:t>
      </w:r>
    </w:p>
    <w:p>
      <w:pPr>
        <w:spacing w:after="80"/>
      </w:pPr>
      <w:r>
        <w:rPr>
          <w:b w:val="0"/>
          <w:i w:val="0"/>
        </w:rPr>
        <w:t>thụt lề vào, 21–22</w:t>
      </w:r>
    </w:p>
    <w:p>
      <w:pPr>
        <w:spacing w:after="80"/>
      </w:pPr>
      <w:r>
        <w:rPr>
          <w:b w:val="0"/>
          <w:i w:val="0"/>
        </w:rPr>
        <w:t>biến trong, 20–21</w:t>
      </w:r>
    </w:p>
    <w:p>
      <w:pPr>
        <w:spacing w:after="80"/>
      </w:pPr>
      <w:r>
        <w:rPr>
          <w:b w:val="0"/>
          <w:i w:val="0"/>
        </w:rPr>
        <w:t>khoảng trắng trong, 21–23</w:t>
      </w:r>
    </w:p>
    <w:p>
      <w:pPr>
        <w:spacing w:after="80"/>
      </w:pPr>
      <w:r>
        <w:rPr>
          <w:b w:val="0"/>
          <w:i w:val="0"/>
        </w:rPr>
        <w:t xml:space="preserve">phương thức </w:t>
      </w:r>
      <w:r>
        <w:rPr>
          <w:rFonts w:ascii="Consolas" w:hAnsi="Consolas"/>
          <w:b w:val="0"/>
          <w:i w:val="0"/>
          <w:sz w:val="20"/>
        </w:rPr>
        <w:t>strip()</w:t>
      </w:r>
      <w:r>
        <w:rPr>
          <w:b w:val="0"/>
          <w:i w:val="0"/>
        </w:rPr>
        <w:t>, 22–23</w:t>
      </w:r>
    </w:p>
    <w:p>
      <w:pPr>
        <w:spacing w:after="80"/>
      </w:pPr>
      <w:r>
        <w:rPr>
          <w:b w:val="0"/>
          <w:i w:val="0"/>
        </w:rPr>
        <w:t xml:space="preserve">phương thức </w:t>
      </w:r>
      <w:r>
        <w:rPr>
          <w:rFonts w:ascii="Consolas" w:hAnsi="Consolas"/>
          <w:b w:val="0"/>
          <w:i w:val="0"/>
          <w:sz w:val="20"/>
        </w:rPr>
        <w:t>strptime()</w:t>
      </w:r>
      <w:r>
        <w:rPr>
          <w:b w:val="0"/>
          <w:i w:val="0"/>
        </w:rPr>
        <w:t>, 333–335</w:t>
      </w:r>
    </w:p>
    <w:p>
      <w:pPr>
        <w:spacing w:after="80"/>
      </w:pPr>
      <w:r>
        <w:rPr>
          <w:b w:val="0"/>
          <w:i w:val="0"/>
        </w:rPr>
        <w:t>hướng dẫn về phong cách, 68–69</w:t>
      </w:r>
    </w:p>
    <w:p>
      <w:pPr>
        <w:spacing w:after="80"/>
      </w:pPr>
      <w:r>
        <w:rPr>
          <w:b w:val="0"/>
          <w:i w:val="0"/>
        </w:rPr>
        <w:t>dòng trống, 69</w:t>
      </w:r>
    </w:p>
    <w:p>
      <w:pPr>
        <w:spacing w:after="80"/>
      </w:pPr>
      <w:r>
        <w:rPr>
          <w:b w:val="0"/>
          <w:i w:val="0"/>
        </w:rPr>
        <w:t>CamelCase, 181</w:t>
      </w:r>
    </w:p>
    <w:p>
      <w:pPr>
        <w:spacing w:after="80"/>
      </w:pPr>
      <w:r>
        <w:rPr>
          <w:b w:val="0"/>
          <w:i w:val="0"/>
        </w:rPr>
        <w:t>lớp (class), 181</w:t>
      </w:r>
    </w:p>
    <w:p>
      <w:pPr>
        <w:spacing w:after="80"/>
      </w:pPr>
      <w:r>
        <w:rPr>
          <w:b w:val="0"/>
          <w:i w:val="0"/>
        </w:rPr>
        <w:t>từ điển (dictionary), 96–97</w:t>
      </w:r>
    </w:p>
    <w:p>
      <w:pPr>
        <w:spacing w:after="80"/>
      </w:pPr>
      <w:r>
        <w:rPr>
          <w:b w:val="0"/>
          <w:i w:val="0"/>
        </w:rPr>
        <w:t>hàm (function), 153</w:t>
      </w:r>
    </w:p>
    <w:p>
      <w:pPr>
        <w:spacing w:after="80"/>
      </w:pPr>
      <w:r>
        <w:rPr>
          <w:b w:val="0"/>
          <w:i w:val="0"/>
        </w:rPr>
        <w:t xml:space="preserve">câu lệnh </w:t>
      </w:r>
      <w:r>
        <w:rPr>
          <w:rFonts w:ascii="Consolas" w:hAnsi="Consolas"/>
          <w:b w:val="0"/>
          <w:i w:val="0"/>
          <w:sz w:val="20"/>
        </w:rPr>
        <w:t>if</w:t>
      </w:r>
      <w:r>
        <w:rPr>
          <w:b w:val="0"/>
          <w:i w:val="0"/>
        </w:rPr>
        <w:t>, 89</w:t>
      </w:r>
    </w:p>
    <w:p>
      <w:pPr>
        <w:spacing w:after="80"/>
      </w:pPr>
      <w:r>
        <w:rPr>
          <w:b w:val="0"/>
          <w:i w:val="0"/>
        </w:rPr>
        <w:t>thụt lề, 68</w:t>
      </w:r>
    </w:p>
    <w:p>
      <w:pPr>
        <w:spacing w:after="80"/>
      </w:pPr>
      <w:r>
        <w:rPr>
          <w:b w:val="0"/>
          <w:i w:val="0"/>
        </w:rPr>
        <w:t>độ dài dòng, 69</w:t>
      </w:r>
    </w:p>
    <w:p>
      <w:pPr>
        <w:spacing w:after="80"/>
      </w:pPr>
      <w:r>
        <w:rPr>
          <w:b w:val="0"/>
          <w:i w:val="0"/>
        </w:rPr>
        <w:t>PEP 8, 68</w:t>
      </w:r>
    </w:p>
    <w:p>
      <w:pPr>
        <w:spacing w:after="80"/>
      </w:pPr>
      <w:r>
        <w:rPr>
          <w:b w:val="0"/>
          <w:i/>
        </w:rPr>
        <w:t>survey.py</w:t>
      </w:r>
      <w:r>
        <w:rPr>
          <w:b w:val="0"/>
          <w:i w:val="0"/>
        </w:rPr>
        <w:t>, 218</w:t>
      </w:r>
    </w:p>
    <w:p>
      <w:pPr>
        <w:spacing w:after="80"/>
      </w:pPr>
      <w:r>
        <w:rPr>
          <w:b w:val="0"/>
          <w:i w:val="0"/>
        </w:rPr>
        <w:t>lỗi cú pháp (syntax error), 24</w:t>
      </w:r>
    </w:p>
    <w:p>
      <w:pPr>
        <w:spacing w:after="80"/>
      </w:pPr>
      <w:r>
        <w:rPr>
          <w:b w:val="0"/>
          <w:i w:val="0"/>
        </w:rPr>
        <w:t>tránh lỗi với chuỗi (string), 24–25</w:t>
      </w:r>
    </w:p>
    <w:p>
      <w:pPr>
        <w:spacing w:after="80"/>
      </w:pPr>
      <w:r>
        <w:rPr>
          <w:b w:val="0"/>
          <w:i w:val="0"/>
        </w:rPr>
        <w:t>tô sáng cú pháp (syntax highlighting), 16</w:t>
      </w:r>
    </w:p>
    <w:p>
      <w:pPr>
        <w:spacing w:after="80"/>
      </w:pPr>
      <w:r>
        <w:rPr>
          <w:b w:val="0"/>
          <w:i w:val="0"/>
        </w:rPr>
        <w:t>T</w:t>
      </w:r>
    </w:p>
    <w:p>
      <w:pPr>
        <w:spacing w:after="80"/>
      </w:pPr>
      <w:r>
        <w:rPr>
          <w:b w:val="0"/>
          <w:i w:val="0"/>
        </w:rPr>
        <w:t>tab (</w:t>
      </w:r>
      <w:r>
        <w:rPr>
          <w:rFonts w:ascii="Consolas" w:hAnsi="Consolas"/>
          <w:b w:val="0"/>
          <w:i w:val="0"/>
          <w:sz w:val="20"/>
        </w:rPr>
        <w:t>\t</w:t>
      </w:r>
      <w:r>
        <w:rPr>
          <w:b w:val="0"/>
          <w:i w:val="0"/>
        </w:rPr>
        <w:t>), 21–22</w:t>
      </w:r>
    </w:p>
    <w:p>
      <w:pPr>
        <w:spacing w:after="80"/>
      </w:pPr>
      <w:r>
        <w:rPr>
          <w:b w:val="0"/>
          <w:i w:val="0"/>
        </w:rPr>
        <w:t xml:space="preserve">template. </w:t>
      </w:r>
      <w:r>
        <w:rPr>
          <w:b w:val="0"/>
          <w:i/>
        </w:rPr>
        <w:t>Xem trong</w:t>
      </w:r>
      <w:r>
        <w:rPr>
          <w:b w:val="0"/>
          <w:i w:val="0"/>
        </w:rPr>
        <w:t xml:space="preserve"> Django</w:t>
      </w:r>
    </w:p>
    <w:p>
      <w:pPr>
        <w:spacing w:after="80"/>
      </w:pPr>
      <w:r>
        <w:rPr>
          <w:b w:val="0"/>
          <w:i w:val="0"/>
        </w:rPr>
        <w:t>kiểm thử mã (testing code), 209–223</w:t>
      </w:r>
    </w:p>
    <w:p>
      <w:pPr>
        <w:spacing w:after="80"/>
      </w:pPr>
      <w:r>
        <w:rPr>
          <w:b w:val="0"/>
          <w:i w:val="0"/>
        </w:rPr>
        <w:t>khẳng định (assertion), 213, 217–218</w:t>
      </w:r>
    </w:p>
    <w:p>
      <w:pPr>
        <w:spacing w:after="80"/>
      </w:pPr>
      <w:r>
        <w:rPr>
          <w:b w:val="0"/>
          <w:i w:val="0"/>
        </w:rPr>
        <w:t>kiểm thử thất bại (failing test), 214–216</w:t>
      </w:r>
    </w:p>
    <w:p>
      <w:pPr>
        <w:spacing w:after="80"/>
      </w:pPr>
      <w:r>
        <w:rPr>
          <w:b w:val="0"/>
          <w:i w:val="0"/>
        </w:rPr>
        <w:t>bao phủ toàn bộ (full coverage), 212</w:t>
      </w:r>
    </w:p>
    <w:p>
      <w:pPr>
        <w:spacing w:after="80"/>
      </w:pPr>
      <w:r>
        <w:rPr>
          <w:b w:val="0"/>
          <w:i w:val="0"/>
        </w:rPr>
        <w:t>đặt tên cho kiểm thử (naming test), 213</w:t>
      </w:r>
    </w:p>
    <w:p>
      <w:pPr>
        <w:spacing w:after="80"/>
      </w:pPr>
      <w:r>
        <w:rPr>
          <w:b w:val="0"/>
          <w:i w:val="0"/>
        </w:rPr>
        <w:t>kiểm thử đạt (passing test), 212–214</w:t>
      </w:r>
    </w:p>
    <w:p>
      <w:pPr>
        <w:spacing w:after="80"/>
      </w:pPr>
      <w:r>
        <w:rPr>
          <w:b w:val="0"/>
          <w:i w:val="0"/>
        </w:rPr>
        <w:t>pytest, 209–223</w:t>
      </w:r>
    </w:p>
    <w:p>
      <w:pPr>
        <w:spacing w:after="80"/>
      </w:pPr>
      <w:r>
        <w:rPr>
          <w:b w:val="0"/>
          <w:i w:val="0"/>
        </w:rPr>
        <w:t>fixtures, 221–223</w:t>
      </w:r>
    </w:p>
    <w:p>
      <w:pPr>
        <w:spacing w:after="80"/>
      </w:pPr>
      <w:r>
        <w:rPr>
          <w:b w:val="0"/>
          <w:i w:val="0"/>
        </w:rPr>
        <w:t>cài đặt, 210–211</w:t>
      </w:r>
    </w:p>
    <w:p>
      <w:pPr>
        <w:spacing w:after="80"/>
      </w:pPr>
      <w:r>
        <w:rPr>
          <w:b w:val="0"/>
          <w:i w:val="0"/>
        </w:rPr>
        <w:t>chạy kiểm thử, 213–214</w:t>
      </w:r>
    </w:p>
    <w:p>
      <w:pPr>
        <w:spacing w:after="80"/>
      </w:pPr>
      <w:r>
        <w:rPr>
          <w:b w:val="0"/>
          <w:i w:val="0"/>
        </w:rPr>
        <w:t>các ca kiểm thử (test case), 212</w:t>
      </w:r>
    </w:p>
    <w:p>
      <w:pPr>
        <w:spacing w:after="80"/>
      </w:pPr>
      <w:r>
        <w:rPr>
          <w:b w:val="0"/>
          <w:i w:val="0"/>
        </w:rPr>
        <w:t>kiểm thử các lớp (class), 217–223</w:t>
      </w:r>
    </w:p>
    <w:p>
      <w:pPr>
        <w:spacing w:after="80"/>
      </w:pPr>
      <w:r>
        <w:rPr>
          <w:b w:val="0"/>
          <w:i w:val="0"/>
        </w:rPr>
        <w:t>kiểm thử các hàm (function), 211–217</w:t>
      </w:r>
    </w:p>
    <w:p>
      <w:pPr>
        <w:spacing w:after="80"/>
      </w:pPr>
      <w:r>
        <w:rPr>
          <w:b w:val="0"/>
          <w:i w:val="0"/>
        </w:rPr>
        <w:t>kiểm thử đơn vị (unit test), 212</w:t>
      </w:r>
    </w:p>
    <w:p>
      <w:pPr>
        <w:spacing w:after="80"/>
      </w:pPr>
      <w:r>
        <w:rPr>
          <w:b w:val="0"/>
          <w:i/>
        </w:rPr>
        <w:t>test_name_function.py</w:t>
      </w:r>
      <w:r>
        <w:rPr>
          <w:b w:val="0"/>
          <w:i w:val="0"/>
        </w:rPr>
        <w:t>, 212–217</w:t>
      </w:r>
    </w:p>
    <w:p>
      <w:pPr>
        <w:spacing w:after="80"/>
      </w:pPr>
      <w:r>
        <w:rPr>
          <w:b w:val="0"/>
          <w:i/>
        </w:rPr>
        <w:t>test_survey.py</w:t>
      </w:r>
      <w:r>
        <w:rPr>
          <w:b w:val="0"/>
          <w:i w:val="0"/>
        </w:rPr>
        <w:t>, 220–223</w:t>
      </w:r>
    </w:p>
    <w:p>
      <w:pPr>
        <w:spacing w:after="80"/>
      </w:pPr>
      <w:r>
        <w:rPr>
          <w:b w:val="0"/>
          <w:i w:val="0"/>
        </w:rPr>
        <w:t xml:space="preserve">trình soạn thảo văn bản và IDE. </w:t>
      </w:r>
      <w:r>
        <w:rPr>
          <w:b w:val="0"/>
          <w:i/>
        </w:rPr>
        <w:t>Xem thêm</w:t>
      </w:r>
      <w:r>
        <w:rPr>
          <w:b w:val="0"/>
          <w:i w:val="0"/>
        </w:rPr>
        <w:t xml:space="preserve"> VS Code</w:t>
      </w:r>
    </w:p>
    <w:p>
      <w:pPr>
        <w:spacing w:after="80"/>
      </w:pPr>
      <w:r>
        <w:rPr>
          <w:b w:val="0"/>
          <w:i w:val="0"/>
        </w:rPr>
        <w:t>Emacs và Vim, 475</w:t>
      </w:r>
    </w:p>
    <w:p>
      <w:pPr>
        <w:spacing w:after="80"/>
      </w:pPr>
      <w:r>
        <w:rPr>
          <w:b w:val="0"/>
          <w:i w:val="0"/>
        </w:rPr>
        <w:t>Geany, 474</w:t>
      </w:r>
    </w:p>
    <w:p>
      <w:pPr>
        <w:spacing w:after="80"/>
      </w:pPr>
      <w:r>
        <w:rPr>
          <w:b w:val="0"/>
          <w:i w:val="0"/>
        </w:rPr>
        <w:t>IDLE, 474</w:t>
      </w:r>
    </w:p>
    <w:p>
      <w:pPr>
        <w:spacing w:after="80"/>
      </w:pPr>
      <w:r>
        <w:rPr>
          <w:b w:val="0"/>
          <w:i w:val="0"/>
        </w:rPr>
        <w:t>Jupyter Notebooks, 475</w:t>
      </w:r>
    </w:p>
    <w:p>
      <w:pPr>
        <w:spacing w:after="80"/>
      </w:pPr>
      <w:r>
        <w:rPr>
          <w:b w:val="0"/>
          <w:i w:val="0"/>
        </w:rPr>
        <w:t>PyCharm, 475</w:t>
      </w:r>
    </w:p>
    <w:p>
      <w:pPr>
        <w:spacing w:after="80"/>
      </w:pPr>
      <w:r>
        <w:rPr>
          <w:b w:val="0"/>
          <w:i w:val="0"/>
        </w:rPr>
        <w:t>Sublime Text, 474</w:t>
      </w:r>
    </w:p>
    <w:p>
      <w:pPr>
        <w:spacing w:after="80"/>
      </w:pPr>
      <w:r>
        <w:rPr>
          <w:b w:val="0"/>
          <w:i w:val="0"/>
        </w:rPr>
        <w:t>gói bên thứ ba (third-party package), 210</w:t>
      </w:r>
    </w:p>
    <w:p>
      <w:pPr>
        <w:spacing w:after="80"/>
      </w:pPr>
      <w:r>
        <w:rPr>
          <w:b w:val="0"/>
          <w:i/>
        </w:rPr>
        <w:t>toppings.py</w:t>
      </w:r>
      <w:r>
        <w:rPr>
          <w:b w:val="0"/>
          <w:i w:val="0"/>
        </w:rPr>
        <w:t>, 74, 82–83</w:t>
      </w:r>
    </w:p>
    <w:p>
      <w:pPr>
        <w:spacing w:after="80"/>
      </w:pPr>
      <w:r>
        <w:rPr>
          <w:b w:val="0"/>
          <w:i w:val="0"/>
        </w:rPr>
        <w:t>dấu vết lỗi (tracebacks), 10, 17–18, 192, 195–196</w:t>
      </w:r>
    </w:p>
    <w:p>
      <w:pPr>
        <w:spacing w:after="80"/>
      </w:pPr>
      <w:r>
        <w:rPr>
          <w:b w:val="0"/>
          <w:i w:val="0"/>
        </w:rPr>
        <w:t xml:space="preserve">khối </w:t>
      </w:r>
      <w:r>
        <w:rPr>
          <w:rFonts w:ascii="Consolas" w:hAnsi="Consolas"/>
          <w:b w:val="0"/>
          <w:i w:val="0"/>
          <w:sz w:val="20"/>
        </w:rPr>
        <w:t>try-except</w:t>
      </w:r>
      <w:r>
        <w:rPr>
          <w:b w:val="0"/>
          <w:i w:val="0"/>
        </w:rPr>
        <w:t xml:space="preserve">. </w:t>
      </w:r>
      <w:r>
        <w:rPr>
          <w:b w:val="0"/>
          <w:i/>
        </w:rPr>
        <w:t>Xem</w:t>
      </w:r>
      <w:r>
        <w:rPr>
          <w:b w:val="0"/>
          <w:i w:val="0"/>
        </w:rPr>
        <w:t xml:space="preserve"> ngoại lệ (exceptions)</w:t>
      </w:r>
    </w:p>
    <w:p>
      <w:pPr>
        <w:spacing w:after="80"/>
      </w:pPr>
      <w:r>
        <w:rPr>
          <w:b w:val="0"/>
          <w:i w:val="0"/>
        </w:rPr>
        <w:t>bộ giá trị (tuples), 65–67</w:t>
      </w:r>
    </w:p>
    <w:p>
      <w:pPr>
        <w:spacing w:after="80"/>
      </w:pPr>
      <w:r>
        <w:rPr>
          <w:b w:val="0"/>
          <w:i w:val="0"/>
        </w:rPr>
        <w:t>định nghĩa, 65</w:t>
      </w:r>
    </w:p>
    <w:p>
      <w:pPr>
        <w:spacing w:after="80"/>
      </w:pPr>
      <w:r>
        <w:rPr>
          <w:b w:val="0"/>
          <w:i w:val="0"/>
        </w:rPr>
        <w:t xml:space="preserve">vòng lặp </w:t>
      </w:r>
      <w:r>
        <w:rPr>
          <w:rFonts w:ascii="Consolas" w:hAnsi="Consolas"/>
          <w:b w:val="0"/>
          <w:i w:val="0"/>
          <w:sz w:val="20"/>
        </w:rPr>
        <w:t>for</w:t>
      </w:r>
      <w:r>
        <w:rPr>
          <w:b w:val="0"/>
          <w:i w:val="0"/>
        </w:rPr>
        <w:t>, 66–67</w:t>
      </w:r>
    </w:p>
    <w:p>
      <w:pPr>
        <w:spacing w:after="80"/>
      </w:pPr>
      <w:r>
        <w:rPr>
          <w:b w:val="0"/>
          <w:i w:val="0"/>
        </w:rPr>
        <w:t>ghi đè, 67</w:t>
      </w:r>
    </w:p>
    <w:p>
      <w:pPr>
        <w:spacing w:after="80"/>
      </w:pPr>
      <w:r>
        <w:rPr>
          <w:b w:val="0"/>
          <w:i w:val="0"/>
        </w:rPr>
        <w:t>lỗi kiểu (type errors), 66</w:t>
      </w:r>
    </w:p>
    <w:p>
      <w:pPr>
        <w:spacing w:after="80"/>
      </w:pPr>
      <w:r>
        <w:rPr>
          <w:b w:val="0"/>
          <w:i w:val="0"/>
        </w:rPr>
        <w:t>U</w:t>
      </w:r>
    </w:p>
    <w:p>
      <w:pPr>
        <w:spacing w:after="80"/>
      </w:pPr>
      <w:r>
        <w:rPr>
          <w:b w:val="0"/>
          <w:i w:val="0"/>
        </w:rPr>
        <w:t>dấu gạch dưới (</w:t>
      </w:r>
      <w:r>
        <w:rPr>
          <w:rFonts w:ascii="Consolas" w:hAnsi="Consolas"/>
          <w:b w:val="0"/>
          <w:i w:val="0"/>
          <w:sz w:val="20"/>
        </w:rPr>
        <w:t>_</w:t>
      </w:r>
      <w:r>
        <w:rPr>
          <w:b w:val="0"/>
          <w:i w:val="0"/>
        </w:rPr>
        <w:t>)</w:t>
      </w:r>
    </w:p>
    <w:p>
      <w:pPr>
        <w:spacing w:after="80"/>
      </w:pPr>
      <w:r>
        <w:rPr>
          <w:b w:val="0"/>
          <w:i w:val="0"/>
        </w:rPr>
        <w:t>trong tên tệp và tên thư mục, 10</w:t>
      </w:r>
    </w:p>
    <w:p>
      <w:pPr>
        <w:spacing w:after="80"/>
      </w:pPr>
      <w:r>
        <w:rPr>
          <w:b w:val="0"/>
          <w:i w:val="0"/>
        </w:rPr>
        <w:t>trong số, 28</w:t>
      </w:r>
    </w:p>
    <w:p>
      <w:pPr>
        <w:spacing w:after="80"/>
      </w:pPr>
      <w:r>
        <w:rPr>
          <w:b w:val="0"/>
          <w:i w:val="0"/>
        </w:rPr>
        <w:t>trong tên biến, 17</w:t>
      </w:r>
    </w:p>
    <w:p>
      <w:pPr>
        <w:spacing w:after="80"/>
      </w:pPr>
      <w:r>
        <w:rPr>
          <w:b w:val="0"/>
          <w:i w:val="0"/>
        </w:rPr>
        <w:t>kiểm thử đơn vị (unit test), 212</w:t>
      </w:r>
    </w:p>
    <w:p>
      <w:pPr>
        <w:spacing w:after="80"/>
      </w:pPr>
      <w:r>
        <w:rPr>
          <w:b w:val="0"/>
          <w:i/>
        </w:rPr>
        <w:t>user_profile.py</w:t>
      </w:r>
      <w:r>
        <w:rPr>
          <w:b w:val="0"/>
          <w:i w:val="0"/>
        </w:rPr>
        <w:t>, 148–149</w:t>
      </w:r>
    </w:p>
    <w:p>
      <w:pPr>
        <w:spacing w:after="80"/>
      </w:pPr>
      <w:r>
        <w:rPr>
          <w:b w:val="0"/>
          <w:i w:val="0"/>
        </w:rPr>
        <w:t>V</w:t>
      </w:r>
    </w:p>
    <w:p>
      <w:pPr>
        <w:spacing w:after="80"/>
      </w:pPr>
      <w:r>
        <w:rPr>
          <w:b w:val="0"/>
          <w:i w:val="0"/>
        </w:rPr>
        <w:t xml:space="preserve">phương thức </w:t>
      </w:r>
      <w:r>
        <w:rPr>
          <w:rFonts w:ascii="Consolas" w:hAnsi="Consolas"/>
          <w:b w:val="0"/>
          <w:i w:val="0"/>
          <w:sz w:val="20"/>
        </w:rPr>
        <w:t>values()</w:t>
      </w:r>
      <w:r>
        <w:rPr>
          <w:b w:val="0"/>
          <w:i w:val="0"/>
        </w:rPr>
        <w:t>, 103–104</w:t>
      </w:r>
    </w:p>
    <w:p>
      <w:pPr>
        <w:spacing w:after="80"/>
      </w:pPr>
      <w:r>
        <w:rPr>
          <w:b w:val="0"/>
          <w:i w:val="0"/>
        </w:rPr>
        <w:t>biến, 16–19, 28</w:t>
      </w:r>
    </w:p>
    <w:p>
      <w:pPr>
        <w:spacing w:after="80"/>
      </w:pPr>
      <w:r>
        <w:rPr>
          <w:b w:val="0"/>
          <w:i w:val="0"/>
        </w:rPr>
        <w:t>hằng số, 28</w:t>
      </w:r>
    </w:p>
    <w:p>
      <w:pPr>
        <w:spacing w:after="80"/>
      </w:pPr>
      <w:r>
        <w:rPr>
          <w:b w:val="0"/>
          <w:i w:val="0"/>
        </w:rPr>
        <w:t>như nhãn, 18–19</w:t>
      </w:r>
    </w:p>
    <w:p>
      <w:pPr>
        <w:spacing w:after="80"/>
      </w:pPr>
      <w:r>
        <w:rPr>
          <w:b w:val="0"/>
          <w:i w:val="0"/>
        </w:rPr>
        <w:t>gán nhiều biến cùng lúc, 28</w:t>
      </w:r>
    </w:p>
    <w:p>
      <w:pPr>
        <w:spacing w:after="80"/>
      </w:pPr>
      <w:r>
        <w:rPr>
          <w:b w:val="0"/>
          <w:i w:val="0"/>
        </w:rPr>
        <w:t>lỗi tên, 17–18</w:t>
      </w:r>
    </w:p>
    <w:p>
      <w:pPr>
        <w:spacing w:after="80"/>
      </w:pPr>
      <w:r>
        <w:rPr>
          <w:b w:val="0"/>
          <w:i w:val="0"/>
        </w:rPr>
        <w:t>quy ước đặt tên, 17</w:t>
      </w:r>
    </w:p>
    <w:p>
      <w:pPr>
        <w:spacing w:after="80"/>
      </w:pPr>
      <w:r>
        <w:rPr>
          <w:b w:val="0"/>
          <w:i w:val="0"/>
        </w:rPr>
        <w:t>giá trị, 16</w:t>
      </w:r>
    </w:p>
    <w:p>
      <w:pPr>
        <w:spacing w:after="80"/>
      </w:pPr>
      <w:r>
        <w:rPr>
          <w:b w:val="0"/>
          <w:i w:val="0"/>
        </w:rPr>
        <w:t xml:space="preserve">mô-đun </w:t>
      </w:r>
      <w:r>
        <w:rPr>
          <w:rFonts w:ascii="Consolas" w:hAnsi="Consolas"/>
          <w:b w:val="0"/>
          <w:i w:val="0"/>
          <w:sz w:val="20"/>
        </w:rPr>
        <w:t>venv</w:t>
      </w:r>
      <w:r>
        <w:rPr>
          <w:b w:val="0"/>
          <w:i w:val="0"/>
        </w:rPr>
        <w:t>, 374–375</w:t>
      </w:r>
    </w:p>
    <w:p>
      <w:pPr>
        <w:spacing w:after="80"/>
      </w:pPr>
      <w:r>
        <w:rPr>
          <w:b w:val="0"/>
          <w:i w:val="0"/>
        </w:rPr>
        <w:t xml:space="preserve">quản lý phiên bản. </w:t>
      </w:r>
      <w:r>
        <w:rPr>
          <w:b w:val="0"/>
          <w:i/>
        </w:rPr>
        <w:t>Xem</w:t>
      </w:r>
      <w:r>
        <w:rPr>
          <w:b w:val="0"/>
          <w:i w:val="0"/>
        </w:rPr>
        <w:t xml:space="preserve"> Git</w:t>
      </w:r>
    </w:p>
    <w:p>
      <w:pPr>
        <w:spacing w:after="80"/>
      </w:pPr>
      <w:r>
        <w:rPr>
          <w:b w:val="0"/>
          <w:i w:val="0"/>
        </w:rPr>
        <w:t>môi trường ảo, 374–375</w:t>
      </w:r>
    </w:p>
    <w:p>
      <w:pPr>
        <w:spacing w:after="80"/>
      </w:pPr>
      <w:r>
        <w:rPr>
          <w:b w:val="0"/>
          <w:i/>
        </w:rPr>
        <w:t>voting.py</w:t>
      </w:r>
      <w:r>
        <w:rPr>
          <w:b w:val="0"/>
          <w:i w:val="0"/>
        </w:rPr>
        <w:t>, 78–80</w:t>
      </w:r>
    </w:p>
    <w:p>
      <w:pPr>
        <w:spacing w:after="80"/>
      </w:pPr>
      <w:r>
        <w:rPr>
          <w:b w:val="0"/>
          <w:i w:val="0"/>
        </w:rPr>
        <w:t>VS Code, 4–5</w:t>
      </w:r>
    </w:p>
    <w:p>
      <w:pPr>
        <w:spacing w:after="80"/>
      </w:pPr>
      <w:r>
        <w:rPr>
          <w:b w:val="0"/>
          <w:i w:val="0"/>
        </w:rPr>
        <w:t>cấu hình, 470–473</w:t>
      </w:r>
    </w:p>
    <w:p>
      <w:pPr>
        <w:spacing w:after="80"/>
      </w:pPr>
      <w:r>
        <w:rPr>
          <w:b w:val="0"/>
          <w:i w:val="0"/>
        </w:rPr>
        <w:t>các tính năng, 469–470</w:t>
      </w:r>
    </w:p>
    <w:p>
      <w:pPr>
        <w:spacing w:after="80"/>
      </w:pPr>
      <w:r>
        <w:rPr>
          <w:b w:val="0"/>
          <w:i w:val="0"/>
        </w:rPr>
        <w:t>cài đặt</w:t>
      </w:r>
    </w:p>
    <w:p>
      <w:pPr>
        <w:spacing w:after="80"/>
      </w:pPr>
      <w:r>
        <w:rPr>
          <w:b w:val="0"/>
          <w:i w:val="0"/>
        </w:rPr>
        <w:t>trên Linux, 9</w:t>
      </w:r>
    </w:p>
    <w:p>
      <w:pPr>
        <w:spacing w:after="80"/>
      </w:pPr>
      <w:r>
        <w:rPr>
          <w:b w:val="0"/>
          <w:i w:val="0"/>
        </w:rPr>
        <w:t>trên macOS, 8</w:t>
      </w:r>
    </w:p>
    <w:p>
      <w:pPr>
        <w:spacing w:after="80"/>
      </w:pPr>
      <w:r>
        <w:rPr>
          <w:b w:val="0"/>
          <w:i w:val="0"/>
        </w:rPr>
        <w:t>trên Windows, 6</w:t>
      </w:r>
    </w:p>
    <w:p>
      <w:pPr>
        <w:spacing w:after="80"/>
      </w:pPr>
      <w:r>
        <w:rPr>
          <w:b w:val="0"/>
          <w:i w:val="0"/>
        </w:rPr>
        <w:t>tiện ích mở rộng Python, 9–10</w:t>
      </w:r>
    </w:p>
    <w:p>
      <w:pPr>
        <w:spacing w:after="80"/>
      </w:pPr>
      <w:r>
        <w:rPr>
          <w:b w:val="0"/>
          <w:i w:val="0"/>
        </w:rPr>
        <w:t>mở tệp bằng Python, 185</w:t>
      </w:r>
    </w:p>
    <w:p>
      <w:pPr>
        <w:spacing w:after="80"/>
      </w:pPr>
      <w:r>
        <w:rPr>
          <w:b w:val="0"/>
          <w:i w:val="0"/>
        </w:rPr>
        <w:t>tiện ích mở rộng Python, 9</w:t>
      </w:r>
    </w:p>
    <w:p>
      <w:pPr>
        <w:spacing w:after="80"/>
      </w:pPr>
      <w:r>
        <w:rPr>
          <w:b w:val="0"/>
          <w:i w:val="0"/>
        </w:rPr>
        <w:t>chạy tập tin, 10</w:t>
      </w:r>
    </w:p>
    <w:p>
      <w:pPr>
        <w:spacing w:after="80"/>
      </w:pPr>
      <w:r>
        <w:rPr>
          <w:b w:val="0"/>
          <w:i w:val="0"/>
        </w:rPr>
        <w:t>phím tắt, 473–474</w:t>
      </w:r>
    </w:p>
    <w:p>
      <w:pPr>
        <w:spacing w:after="80"/>
      </w:pPr>
      <w:r>
        <w:rPr>
          <w:b w:val="0"/>
          <w:i w:val="0"/>
        </w:rPr>
        <w:t>tab và dấu cách, 471</w:t>
      </w:r>
    </w:p>
    <w:p>
      <w:pPr>
        <w:spacing w:after="80"/>
      </w:pPr>
      <w:r>
        <w:rPr>
          <w:b w:val="0"/>
          <w:i w:val="0"/>
        </w:rPr>
        <w:t>W</w:t>
      </w:r>
    </w:p>
    <w:p>
      <w:pPr>
        <w:spacing w:after="80"/>
      </w:pPr>
      <w:r>
        <w:rPr>
          <w:b w:val="0"/>
          <w:i w:val="0"/>
        </w:rPr>
        <w:t xml:space="preserve">dữ liệu thời tiết, 330–341. </w:t>
      </w:r>
      <w:r>
        <w:rPr>
          <w:b w:val="0"/>
          <w:i/>
        </w:rPr>
        <w:t>Xem thêm</w:t>
      </w:r>
      <w:r>
        <w:rPr>
          <w:b w:val="0"/>
          <w:i w:val="0"/>
        </w:rPr>
        <w:t xml:space="preserve"> tập tin CSV; Matplotlib</w:t>
      </w:r>
    </w:p>
    <w:p>
      <w:pPr>
        <w:spacing w:after="80"/>
      </w:pPr>
      <w:r>
        <w:rPr>
          <w:b w:val="0"/>
          <w:i w:val="0"/>
        </w:rPr>
        <w:t xml:space="preserve">vòng lặp </w:t>
      </w:r>
      <w:r>
        <w:rPr>
          <w:rFonts w:ascii="Consolas" w:hAnsi="Consolas"/>
          <w:b w:val="0"/>
          <w:i w:val="0"/>
          <w:sz w:val="20"/>
        </w:rPr>
        <w:t>while</w:t>
      </w:r>
      <w:r>
        <w:rPr>
          <w:b w:val="0"/>
          <w:i w:val="0"/>
        </w:rPr>
        <w:t>, 117–126</w:t>
      </w:r>
    </w:p>
    <w:p>
      <w:pPr>
        <w:spacing w:after="80"/>
      </w:pPr>
      <w:r>
        <w:rPr>
          <w:b w:val="0"/>
          <w:i w:val="0"/>
        </w:rPr>
        <w:t xml:space="preserve">cờ </w:t>
      </w:r>
      <w:r>
        <w:rPr>
          <w:rFonts w:ascii="Consolas" w:hAnsi="Consolas"/>
          <w:b w:val="0"/>
          <w:i w:val="0"/>
          <w:sz w:val="20"/>
        </w:rPr>
        <w:t>active</w:t>
      </w:r>
      <w:r>
        <w:rPr>
          <w:b w:val="0"/>
          <w:i w:val="0"/>
        </w:rPr>
        <w:t>, 120–121</w:t>
      </w:r>
    </w:p>
    <w:p>
      <w:pPr>
        <w:spacing w:after="80"/>
      </w:pPr>
      <w:r>
        <w:rPr>
          <w:b w:val="0"/>
          <w:i w:val="0"/>
        </w:rPr>
        <w:t xml:space="preserve">câu lệnh </w:t>
      </w:r>
      <w:r>
        <w:rPr>
          <w:rFonts w:ascii="Consolas" w:hAnsi="Consolas"/>
          <w:b w:val="0"/>
          <w:i w:val="0"/>
          <w:sz w:val="20"/>
        </w:rPr>
        <w:t>break</w:t>
      </w:r>
      <w:r>
        <w:rPr>
          <w:b w:val="0"/>
          <w:i w:val="0"/>
        </w:rPr>
        <w:t>, 121</w:t>
      </w:r>
    </w:p>
    <w:p>
      <w:pPr>
        <w:spacing w:after="80"/>
      </w:pPr>
      <w:r>
        <w:rPr>
          <w:b w:val="0"/>
          <w:i w:val="0"/>
        </w:rPr>
        <w:t xml:space="preserve">câu lệnh </w:t>
      </w:r>
      <w:r>
        <w:rPr>
          <w:rFonts w:ascii="Consolas" w:hAnsi="Consolas"/>
          <w:b w:val="0"/>
          <w:i w:val="0"/>
          <w:sz w:val="20"/>
        </w:rPr>
        <w:t>continue</w:t>
      </w:r>
      <w:r>
        <w:rPr>
          <w:b w:val="0"/>
          <w:i w:val="0"/>
        </w:rPr>
        <w:t>, 122</w:t>
      </w:r>
    </w:p>
    <w:p>
      <w:pPr>
        <w:spacing w:after="80"/>
      </w:pPr>
      <w:r>
        <w:rPr>
          <w:b w:val="0"/>
          <w:i w:val="0"/>
        </w:rPr>
        <w:t>vòng lặp vô hạn, 122–123</w:t>
      </w:r>
    </w:p>
    <w:p>
      <w:pPr>
        <w:spacing w:after="80"/>
      </w:pPr>
      <w:r>
        <w:rPr>
          <w:b w:val="0"/>
          <w:i w:val="0"/>
        </w:rPr>
        <w:t>di chuyển các mục giữa các danh sách, 124</w:t>
      </w:r>
    </w:p>
    <w:p>
      <w:pPr>
        <w:spacing w:after="80"/>
      </w:pPr>
      <w:r>
        <w:rPr>
          <w:b w:val="0"/>
          <w:i w:val="0"/>
        </w:rPr>
        <w:t>giá trị thoát, 118</w:t>
      </w:r>
    </w:p>
    <w:p>
      <w:pPr>
        <w:spacing w:after="80"/>
      </w:pPr>
      <w:r>
        <w:rPr>
          <w:b w:val="0"/>
          <w:i w:val="0"/>
        </w:rPr>
        <w:t>xóa tất cả các mục khỏi danh sách, 125</w:t>
      </w:r>
    </w:p>
    <w:p>
      <w:pPr>
        <w:spacing w:after="80"/>
      </w:pPr>
      <w:r>
        <w:rPr>
          <w:b w:val="0"/>
          <w:i w:val="0"/>
        </w:rPr>
        <w:t xml:space="preserve">khoảng trắng, 21–23. </w:t>
      </w:r>
      <w:r>
        <w:rPr>
          <w:b w:val="0"/>
          <w:i/>
        </w:rPr>
        <w:t>Xem thêm</w:t>
      </w:r>
      <w:r>
        <w:rPr>
          <w:b w:val="0"/>
          <w:i w:val="0"/>
        </w:rPr>
        <w:t xml:space="preserve"> chuỗi</w:t>
      </w:r>
    </w:p>
    <w:p>
      <w:pPr>
        <w:spacing w:after="80"/>
      </w:pPr>
      <w:r>
        <w:rPr>
          <w:b w:val="0"/>
          <w:i w:val="0"/>
        </w:rPr>
        <w:t>Windows</w:t>
      </w:r>
    </w:p>
    <w:p>
      <w:pPr>
        <w:spacing w:after="80"/>
      </w:pPr>
      <w:r>
        <w:rPr>
          <w:b w:val="0"/>
          <w:i w:val="0"/>
        </w:rPr>
        <w:t>đường dẫn tệp, 186</w:t>
      </w:r>
    </w:p>
    <w:p>
      <w:pPr>
        <w:spacing w:after="80"/>
      </w:pPr>
      <w:r>
        <w:rPr>
          <w:b w:val="0"/>
          <w:i w:val="0"/>
        </w:rPr>
        <w:t>Python</w:t>
      </w:r>
    </w:p>
    <w:p>
      <w:pPr>
        <w:spacing w:after="80"/>
      </w:pPr>
      <w:r>
        <w:rPr>
          <w:b w:val="0"/>
          <w:i w:val="0"/>
        </w:rPr>
        <w:t>cài đặt, 5–6, 9–12, 463–464</w:t>
      </w:r>
    </w:p>
    <w:p>
      <w:pPr>
        <w:spacing w:after="80"/>
      </w:pPr>
      <w:r>
        <w:rPr>
          <w:b w:val="0"/>
          <w:i w:val="0"/>
        </w:rPr>
        <w:t>khắc phục sự cố khi cài đặt, 10</w:t>
      </w:r>
    </w:p>
    <w:p>
      <w:pPr>
        <w:spacing w:after="80"/>
      </w:pPr>
      <w:r>
        <w:rPr>
          <w:b w:val="0"/>
          <w:i w:val="0"/>
        </w:rPr>
        <w:t>terminal</w:t>
      </w:r>
    </w:p>
    <w:p>
      <w:pPr>
        <w:spacing w:after="80"/>
      </w:pPr>
      <w:r>
        <w:rPr>
          <w:b w:val="0"/>
          <w:i w:val="0"/>
        </w:rPr>
        <w:t>chạy chương trình từ, 12</w:t>
      </w:r>
    </w:p>
    <w:p>
      <w:pPr>
        <w:spacing w:after="80"/>
      </w:pPr>
      <w:r>
        <w:rPr>
          <w:b w:val="0"/>
          <w:i w:val="0"/>
        </w:rPr>
        <w:t>bắt đầu phiên Python, 6</w:t>
      </w:r>
    </w:p>
    <w:p>
      <w:pPr>
        <w:spacing w:after="80"/>
      </w:pPr>
      <w:r>
        <w:rPr>
          <w:b w:val="0"/>
          <w:i w:val="0"/>
        </w:rPr>
        <w:t>VS Code, cài đặt, 6</w:t>
      </w:r>
    </w:p>
    <w:p>
      <w:pPr>
        <w:spacing w:after="80"/>
      </w:pPr>
      <w:r>
        <w:rPr>
          <w:b w:val="0"/>
          <w:i/>
        </w:rPr>
        <w:t>word_count.py</w:t>
      </w:r>
      <w:r>
        <w:rPr>
          <w:b w:val="0"/>
          <w:i w:val="0"/>
        </w:rPr>
        <w:t>, 197–199</w:t>
      </w:r>
    </w:p>
    <w:p>
      <w:pPr>
        <w:spacing w:after="80"/>
      </w:pPr>
      <w:r>
        <w:rPr>
          <w:b w:val="0"/>
          <w:i/>
        </w:rPr>
        <w:t>write_message.py</w:t>
      </w:r>
      <w:r>
        <w:rPr>
          <w:b w:val="0"/>
          <w:i w:val="0"/>
        </w:rPr>
        <w:t>, 190–191</w:t>
      </w:r>
    </w:p>
    <w:p>
      <w:pPr>
        <w:spacing w:after="80"/>
      </w:pPr>
      <w:r>
        <w:rPr>
          <w:b w:val="0"/>
          <w:i w:val="0"/>
        </w:rPr>
        <w:t xml:space="preserve">phương thức </w:t>
      </w:r>
      <w:r>
        <w:rPr>
          <w:rFonts w:ascii="Consolas" w:hAnsi="Consolas"/>
          <w:b w:val="0"/>
          <w:i w:val="0"/>
          <w:sz w:val="20"/>
        </w:rPr>
        <w:t>write_text()</w:t>
      </w:r>
      <w:r>
        <w:rPr>
          <w:b w:val="0"/>
          <w:i w:val="0"/>
        </w:rPr>
        <w:t>, 190–191</w:t>
      </w:r>
    </w:p>
    <w:p>
      <w:pPr>
        <w:spacing w:after="80"/>
      </w:pPr>
      <w:r>
        <w:rPr>
          <w:b w:val="0"/>
          <w:i w:val="0"/>
        </w:rPr>
        <w:t>Z</w:t>
      </w:r>
    </w:p>
    <w:p>
      <w:pPr>
        <w:spacing w:after="80"/>
      </w:pPr>
      <w:r>
        <w:rPr>
          <w:b w:val="0"/>
          <w:i w:val="0"/>
        </w:rPr>
        <w:t>Zen của Python, 30–31</w:t>
      </w:r>
    </w:p>
    <w:p>
      <w:pPr>
        <w:spacing w:after="80"/>
      </w:pPr>
      <w:r>
        <w:rPr>
          <w:rFonts w:ascii="Consolas" w:hAnsi="Consolas"/>
          <w:b w:val="0"/>
          <w:i w:val="0"/>
          <w:sz w:val="20"/>
        </w:rPr>
        <w:t>ZeroDivisionError</w:t>
      </w:r>
      <w:r>
        <w:rPr>
          <w:b w:val="0"/>
          <w:i w:val="0"/>
        </w:rPr>
        <w:t>, 192–195</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image" Target="media/image44.jpg"/><Relationship Id="rId53" Type="http://schemas.openxmlformats.org/officeDocument/2006/relationships/image" Target="media/image45.jpg"/><Relationship Id="rId54" Type="http://schemas.openxmlformats.org/officeDocument/2006/relationships/image" Target="media/image46.jpg"/><Relationship Id="rId55" Type="http://schemas.openxmlformats.org/officeDocument/2006/relationships/image" Target="media/image47.jpg"/><Relationship Id="rId56" Type="http://schemas.openxmlformats.org/officeDocument/2006/relationships/image" Target="media/image48.jpg"/><Relationship Id="rId57" Type="http://schemas.openxmlformats.org/officeDocument/2006/relationships/image" Target="media/image49.jpg"/><Relationship Id="rId58" Type="http://schemas.openxmlformats.org/officeDocument/2006/relationships/image" Target="media/image50.jpg"/><Relationship Id="rId59" Type="http://schemas.openxmlformats.org/officeDocument/2006/relationships/image" Target="media/image51.jpg"/><Relationship Id="rId60" Type="http://schemas.openxmlformats.org/officeDocument/2006/relationships/image" Target="media/image52.jpg"/><Relationship Id="rId61" Type="http://schemas.openxmlformats.org/officeDocument/2006/relationships/image" Target="media/image53.jpg"/><Relationship Id="rId62" Type="http://schemas.openxmlformats.org/officeDocument/2006/relationships/image" Target="media/image54.jpg"/><Relationship Id="rId63" Type="http://schemas.openxmlformats.org/officeDocument/2006/relationships/image" Target="media/image55.jpg"/><Relationship Id="rId64" Type="http://schemas.openxmlformats.org/officeDocument/2006/relationships/image" Target="media/image56.jpg"/><Relationship Id="rId65" Type="http://schemas.openxmlformats.org/officeDocument/2006/relationships/image" Target="media/image57.jpg"/><Relationship Id="rId66" Type="http://schemas.openxmlformats.org/officeDocument/2006/relationships/image" Target="media/image58.jpg"/><Relationship Id="rId67" Type="http://schemas.openxmlformats.org/officeDocument/2006/relationships/image" Target="media/image59.jpg"/><Relationship Id="rId68"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